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trettini</w:t>
      </w:r>
    </w:p>
    <w:p>
      <w:pPr>
        <w:pStyle w:val="ArticleSubtitle"/>
        <w:jc w:val="left"/>
      </w:pPr>
      <w:r>
        <w:rPr>
          <w:rFonts w:ascii="Arial" w:hAnsi="Arial" w:eastAsia="Arial" w:cs="Arial"/>
        </w:rPr>
        <w:t>Den profetiske samstemmigheten mellom Daniel 11:40 og moderne politiske realiteter: oppklaringen av mysteriet om den siste presidenten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Vi betrakter samsvaret mellom Daniel kapittel elleve vers førti og vers én og to i det samme kapittelet. Vers én identifiserer endetiden i 1989, og vers førti markerer også endetiden i 1989, med Sovjetunionens sammenbrudd, fremstilt ved rivningen av Berlinmuren den 9. november 1989.</w:t>
      </w:r>
    </w:p>
    <w:p>
      <w:pPr>
        <w:pStyle w:val="ArticleBody"/>
        <w:jc w:val="left"/>
      </w:pPr>
      <w:r>
        <w:rPr>
          <w:rFonts w:ascii="Times New Roman" w:hAnsi="Times New Roman" w:eastAsia="Times New Roman" w:cs="Times New Roman"/>
        </w:rPr>
        <w:t>Vers to identifiserer den sjette presidenten i De forente stater etter 1989 som den rikeste av alle presidentene, og peker dermed ut Donald Trump. Ved å gjøre dette identifiserer den at Trump vil «opphisse» hele Grekenland, som var Aleksander den stores greske rike i vers tre. Det greske riket i vers tre og fire er symbolet på et verdensomspennende rike i Daniel kapittel elleve.</w:t>
      </w:r>
    </w:p>
    <w:p>
      <w:pPr>
        <w:pStyle w:val="ArticleBody"/>
        <w:jc w:val="left"/>
      </w:pPr>
      <w:r>
        <w:rPr>
          <w:rFonts w:ascii="Times New Roman" w:hAnsi="Times New Roman" w:eastAsia="Times New Roman" w:cs="Times New Roman"/>
        </w:rPr>
        <w:t>William Miller formulerte uttrykket: «historie og profeti stemmer overens», og Donald Trumps historie gir ugjendrivelig bevis for at han ikke bare var den rikeste av de åtte siste presidentene i Amerikas forente stater, men også at globalistene i Amerikas forente stater, og i hele verden, hater Donald Trump med et hat som er så ulogisk at mange betegner det som galskap.</w:t>
      </w:r>
    </w:p>
    <w:p>
      <w:pPr>
        <w:pStyle w:val="ArticleBody"/>
        <w:jc w:val="left"/>
      </w:pPr>
      <w:r>
        <w:rPr>
          <w:rFonts w:ascii="Times New Roman" w:hAnsi="Times New Roman" w:eastAsia="Times New Roman" w:cs="Times New Roman"/>
        </w:rPr>
        <w:t>Den første av de siste åtte presidentene, fra og med 1989, var tydelig et forbilde på Trump på flere måter, og stadfestet dermed at den sjette presidenten i vers to til sist ville være den åttende og siste presidenten. Reagan, som den første i en rekke på åtte, ville være et forbilde på den åttende og siste, for Jesus fremstiller alltid enden på en ting ved begynnelsen på en ting.</w:t>
      </w:r>
    </w:p>
    <w:p>
      <w:pPr>
        <w:pStyle w:val="ArticleBody"/>
        <w:jc w:val="left"/>
      </w:pPr>
      <w:r>
        <w:rPr>
          <w:rFonts w:ascii="Times New Roman" w:hAnsi="Times New Roman" w:eastAsia="Times New Roman" w:cs="Times New Roman"/>
        </w:rPr>
        <w:t>Vitnesbyrdet om Ronald Reagan, presidenten på endetidens tidspunkt i 1989, representerer profetisk den presidenten som skulle være den siste av de åtte presidentene. Det skulle være sju presidenter etter Reagan, for De forente stater opphører som det sjette riket i Bibelens profeti ved den snart kommende søndagsloven, og i tiden frem mot den søndagsloven danner De forente stater et bilde av dyret, og dette dyret er det åttende, av sju dyr. Reagan var den første presidenten på endetidens tidspunkt i 1989, og den siste ville være den åttende, som er av de sju.</w:t>
      </w:r>
    </w:p>
    <w:p>
      <w:pPr>
        <w:pStyle w:val="ArticleBody"/>
        <w:jc w:val="left"/>
      </w:pPr>
      <w:r>
        <w:rPr>
          <w:rFonts w:ascii="Times New Roman" w:hAnsi="Times New Roman" w:eastAsia="Times New Roman" w:cs="Times New Roman"/>
        </w:rPr>
        <w:t>Reagan sa den 12. juni 1987, under en tale ved Brandenburger Tor nær Berlinmuren i Vest-Berlin i Tyskland, idet han henvendte seg til generalsekretæren for Sovjetunionens kommunistiske parti, Mikhail Gorbatsjov: «Generalsekretær Gorbatsjov, dersom De søker fred, dersom De søker velstand for Sovjetunionen og Øst-Europa, dersom De søker liberalisering: Kom hit til denne porten! Herr Gorbatsjov, åpne denne porten! Herr Gorbatsjov, riv ned denne muren!» Den første av de siste åtte presidentenes mest berømte replikk markerte oppfyllelsen av nedrivningen av muren to år senere, den 9. november 1989.</w:t>
      </w:r>
    </w:p>
    <w:p>
      <w:pPr>
        <w:pStyle w:val="ArticleBody"/>
        <w:jc w:val="left"/>
      </w:pPr>
      <w:r>
        <w:rPr>
          <w:rFonts w:ascii="Times New Roman" w:hAnsi="Times New Roman" w:eastAsia="Times New Roman" w:cs="Times New Roman"/>
        </w:rPr>
        <w:t>Ved å gjøre dette talte Reagans vektlegging av å rive ned muren til den åttende presidenten, som, mens han stilte som kandidat til å bli den sjette presidenten, bygde sin valgkamp på løftet om «å bygge muren». Den første av de siste åtte presidentene oppfordret til at muren skulle rives ned, og Berlinmuren ble revet ned i 1989, ved endens tid. Ved den snart kommende søndagsloven vil «muren» som skiller kirke og stat, bli revet ned, slik det fremstilles ved begynnelsen i 1989. Midt i denne perioden forsøker den sjette presidenten, som hisser opp globalistene, å bygge en mur som de ikke ønsker, og når han igjen er den åttende presidenten av de syv, vil enda en «mur» falle.</w:t>
      </w:r>
    </w:p>
    <w:p>
      <w:pPr>
        <w:pStyle w:val="ArticleBody"/>
        <w:jc w:val="left"/>
      </w:pPr>
      <w:r>
        <w:rPr>
          <w:rFonts w:ascii="Times New Roman" w:hAnsi="Times New Roman" w:eastAsia="Times New Roman" w:cs="Times New Roman"/>
        </w:rPr>
        <w:t>Den første av de åtte presidentene kjennetegnes ved nedrivningen av en mur som markerte endens tid, slik den er fremstilt i Daniel 11,40, og den siste av de åtte presidentene kjennetegnes ved nedrivningen av en «mur» som markerer slutten på beseglingstiden for de hundre og førtifire tusen, slik den er fremstilt i Daniel 11,41.</w:t>
      </w:r>
    </w:p>
    <w:p>
      <w:pPr>
        <w:pStyle w:val="ArticleBody"/>
        <w:jc w:val="left"/>
      </w:pPr>
      <w:r>
        <w:rPr>
          <w:rFonts w:ascii="Times New Roman" w:hAnsi="Times New Roman" w:eastAsia="Times New Roman" w:cs="Times New Roman"/>
        </w:rPr>
        <w:t>President Reagan var en tidligere demokrat som ble republikaner, en tidligere mediestjerne, en mann kjent for sin klare veltalenhet, med en dyp sans for humor, en finanspolitisk konservativ som førte valgkamp mot etablissementet i Washington, DC. Likevel, til tross for Reagans retorikk i hans første valgkamp mot etablissementet («sumpen») som var befestet i nasjonens hovedstad, endte han opp med å utnevne en høyere prosentandel bekreftede globalistiske politikere til sine kabinettposter enn noen annen moderne president inntil den tid. Han gikk endog så langt som å velge George Bush den første til sin visepresident, en mann hvis familierøtter strekker seg langt tilbake i globalismens historie.</w:t>
      </w:r>
    </w:p>
    <w:p>
      <w:pPr>
        <w:pStyle w:val="ArticleBody"/>
        <w:jc w:val="left"/>
      </w:pPr>
      <w:r>
        <w:rPr>
          <w:rFonts w:ascii="Times New Roman" w:hAnsi="Times New Roman" w:eastAsia="Times New Roman" w:cs="Times New Roman"/>
        </w:rPr>
        <w:t>Trump førte valgkamp på å rydde opp i etablissementet som han kalte «sumpen», men hans historikk når det gjelder de menn han valgte å arbeide tett sammen med, avdekker hans største svakhet. Nesten alle disse mennene var representanter for «sumpen» som Trump så hardnakket motsetter seg. Trump var, som Reagan, en tidligere demokrat som ble republikaner, en tidligere mediestjerne, en mann kjent for sin talekunst, med en dyp sans for humor, og en finanspolitisk konservativ.</w:t>
      </w:r>
    </w:p>
    <w:p>
      <w:pPr>
        <w:pStyle w:val="ArticleBody"/>
        <w:jc w:val="left"/>
      </w:pPr>
      <w:r>
        <w:rPr>
          <w:rFonts w:ascii="Times New Roman" w:hAnsi="Times New Roman" w:eastAsia="Times New Roman" w:cs="Times New Roman"/>
        </w:rPr>
        <w:t>Den siste presidenten i Amerikas forente stater vil være presidenten når pavemaktens bilde (dyrets bilde) blir dannet i Amerikas forente stater. Den åttende og siste presidenten siden 1989 ville derfor være involvert i en krig mot en dragemakt, for det var i en langvarig, uttrukket krig med dragen at pavemakten først ble innsatt på tronen av en dragemakt i 538, deretter avsatt fra tronen av den samme dragemakten i 1798, og som igjen vil bli innsatt på tronen av dragemakten representert ved de ti kongene som samtykker i å gi sitt syvende rike til pavemakten, og som deretter avsetter det pavelige dyret fra tronen når de brenner henne med ild og eter hennes kjød idet hun går mot sin ende uten at noen hjelper henne.</w:t>
      </w:r>
    </w:p>
    <w:p>
      <w:pPr>
        <w:pStyle w:val="ArticleBody"/>
        <w:jc w:val="left"/>
      </w:pPr>
      <w:r>
        <w:rPr>
          <w:rFonts w:ascii="Times New Roman" w:hAnsi="Times New Roman" w:eastAsia="Times New Roman" w:cs="Times New Roman"/>
        </w:rPr>
        <w:t>Presidenten som skal være den åttende, det vil si av de syv, vil også være den presidenten som er involvert i en krigføring mot en dragemakt. Denne krigføringen blir identifisert når den sjette og rikeste presidenten hisser opp hele de globalistiske dragemaktene. Av de åtte siste presidentene, med begynnelse i 1989, er to døde, noe som etterlater seks mulige presidenter som kan være involvert i en krig mot en dragemakt.</w:t>
      </w:r>
    </w:p>
    <w:p>
      <w:pPr>
        <w:pStyle w:val="ArticleBody"/>
        <w:jc w:val="left"/>
      </w:pPr>
      <w:r>
        <w:rPr>
          <w:rFonts w:ascii="Times New Roman" w:hAnsi="Times New Roman" w:eastAsia="Times New Roman" w:cs="Times New Roman"/>
        </w:rPr>
        <w:t>Av disse seks mulighetene er fire åpent dragon-drevne globalister. Én av de seks, likesom sin far, bekjenner seg til å være republikaner, men han er republikaner bare av navn, og likesom sin far er han en representant for den globalistiske dragemakten. Av de seks nålevende presidentene er det bare én som tydelig ikke er globalist, og han er den presidenten som egger globalistene opp. Han er den eneste av de åtte siste presidentene som kunne oppfylle elementet i pavedømmets bilde, i den forstand at han er involvert i en krigføring mot en dragemakt.</w:t>
      </w:r>
    </w:p>
    <w:p>
      <w:pPr>
        <w:pStyle w:val="ArticleBody"/>
        <w:jc w:val="left"/>
      </w:pPr>
      <w:r>
        <w:rPr>
          <w:rFonts w:ascii="Times New Roman" w:hAnsi="Times New Roman" w:eastAsia="Times New Roman" w:cs="Times New Roman"/>
        </w:rPr>
        <w:t>Den aller første republikanske president siterte berømt et skriftsted om den amerikanske borgerkrigen som nettopp omtaler dette forholdet.</w:t>
      </w:r>
    </w:p>
    <w:p>
      <w:pPr>
        <w:pStyle w:val="ArticleScripture"/>
        <w:jc w:val="left"/>
      </w:pPr>
      <w:r>
        <w:rPr>
          <w:rFonts w:ascii="Times New Roman" w:hAnsi="Times New Roman" w:eastAsia="Times New Roman" w:cs="Times New Roman"/>
        </w:rPr>
        <w:t>Men Jesus kjente deres tanker og sa til dem: Hvert rike som er kommet i strid med seg selv, legges øde; og hver by eller hvert hus som er kommet i strid med seg selv, skal ikke bli stående. Og dersom Satan driver ut Satan, er han kommet i strid med seg selv; hvordan kan da hans rike bli stående? Og dersom jeg driver ut demonene ved Beelsebul, ved hvem driver da deres sønner dem ut? Derfor skal de være deres dommere. Men dersom jeg driver ut demonene ved Guds Ånd, da er Guds rike kommet til dere. Matteus 12:25–28.</w:t>
      </w:r>
    </w:p>
    <w:p>
      <w:pPr>
        <w:pStyle w:val="ArticleBody"/>
        <w:jc w:val="left"/>
      </w:pPr>
      <w:r>
        <w:rPr>
          <w:rFonts w:ascii="Times New Roman" w:hAnsi="Times New Roman" w:eastAsia="Times New Roman" w:cs="Times New Roman"/>
        </w:rPr>
        <w:t>Dragens krig mot den rikeste presidenten som vakte opp Grecias rike, kan bare være mellom Donald Trump og globalistene, for alle de andre fem mulige nålevende presidentene er antiamerikanske globalister. Da Lincoln siterte de foregående versene for å tale om nasjonens deling i de to leirene, for slaveri og mot slaveri, talte han til de slaverivennlige demokratene og de slaverimotstandende republikanerne, og ved å gjøre det talte han om de siste dagers krig mellom de globalistiske demokratene, som den siste republikanske presidenten vekker til strid ved sin MAGA-istiske bevegelse, som han representerer og leder.</w:t>
      </w:r>
    </w:p>
    <w:p>
      <w:pPr>
        <w:pStyle w:val="ArticleBody"/>
        <w:jc w:val="left"/>
      </w:pPr>
      <w:r>
        <w:rPr>
          <w:rFonts w:ascii="Times New Roman" w:hAnsi="Times New Roman" w:eastAsia="Times New Roman" w:cs="Times New Roman"/>
        </w:rPr>
        <w:t>Som den første republikanske presidenten er Lincoln et forbilde på den siste republikanske presidenten. Den siste presidenten er også representert ved den republikanske presidenten ved endetiden i 1989. Disse to vitnene identifiserer presidenten de er forbilde på, som en republikaner. Den republikanske presidenten ved endetiden i 1989 var ikke bare en republikaner, men han var den første av de siste åtte presidentene. Den siste presidenten vil også ha vært forbildegjort ved George Washington, den første presidenten og den første øverstkommanderende.</w:t>
      </w:r>
    </w:p>
    <w:p>
      <w:pPr>
        <w:pStyle w:val="ArticleBody"/>
        <w:jc w:val="left"/>
      </w:pPr>
      <w:r>
        <w:rPr>
          <w:rFonts w:ascii="Times New Roman" w:hAnsi="Times New Roman" w:eastAsia="Times New Roman" w:cs="Times New Roman"/>
        </w:rPr>
        <w:t>Washington var på sin side blitt forbildliggjort ved den første presidenten i den perioden som ble representert av 1776, og denne første presidenten (Peyton Randolph) var en av de sju mennene som tjenestegjorde gjennom de åtte periodene som ble representert ved sju menn. Randolph var den første av åtte, og representerte derfor Reagan, som var den første av åtte, og han var den åttende som var av de sju. Randolph representerte derfor Washington (den første presidenten), Lincoln (den første republikanske presidenten), Reagan (den første presidenten av de siste åtte) og den åttende presidenten etter 1989, som av profetisk nødvendighet ville være den åttende, som var av de sju.</w:t>
      </w:r>
    </w:p>
    <w:p>
      <w:pPr>
        <w:pStyle w:val="ArticleBody"/>
        <w:jc w:val="left"/>
      </w:pPr>
      <w:r>
        <w:rPr>
          <w:rFonts w:ascii="Times New Roman" w:hAnsi="Times New Roman" w:eastAsia="Times New Roman" w:cs="Times New Roman"/>
        </w:rPr>
        <w:t>Washington ville også være forbildet ved John Hancock, som var presidenten i den historien som representeres ved 1789, og som, likesom Randolph, var den åttende, som var av de sju. Randolph hadde vært et forbilde på Washington, så når Hancock samordnes med Randolph som den åttende, som var av de sju, representerer Hancock den åttende presidenten etter 1989, som av profetisk nødvendighet ville være den åttende, som var av de sju.</w:t>
      </w:r>
    </w:p>
    <w:p>
      <w:pPr>
        <w:pStyle w:val="ArticleBody"/>
        <w:jc w:val="left"/>
      </w:pPr>
      <w:r>
        <w:rPr>
          <w:rFonts w:ascii="Times New Roman" w:hAnsi="Times New Roman" w:eastAsia="Times New Roman" w:cs="Times New Roman"/>
        </w:rPr>
        <w:t>Randolph, Hancock, Washington, Lincoln og Reagan er alle bilder på den siste presidenten. To av disse vitnene stadfester at den siste presidenten vil være en republikaner. To stadfester at den siste presidenten vil være den åttende, det vil si av de syv. De fem levende presidentene av de åtte presidentene etter endetidens begynnelse i 1989, identifiserer at bare Trump besitter den politiske ideologien som skal til for å være involvert i en krig med dragemakten.</w:t>
      </w:r>
    </w:p>
    <w:p>
      <w:pPr>
        <w:pStyle w:val="ArticleBody"/>
        <w:jc w:val="left"/>
      </w:pPr>
      <w:r>
        <w:rPr>
          <w:rFonts w:ascii="Times New Roman" w:hAnsi="Times New Roman" w:eastAsia="Times New Roman" w:cs="Times New Roman"/>
        </w:rPr>
        <w:t>Lincoln ble forutgått av James Buchanan, en demokrat, som ærlige historikere identifiserer som den minst effektive presidenten i den tidlige amerikanske historien, og hvis ineffektive lederskap i det vesentlige frembrakte den amerikanske borgerkrigen. Før Lincoln var blitt innsatt, hadde sørstatene allerede begynt å tre ut av unionen, og bare en måned etter Lincolns innsettelse ble de første skuddene avfyrt. Buchanan satte i bevegelse de prosessene som frembrakte en krig som Lincoln ble tvunget til å løse.</w:t>
      </w:r>
    </w:p>
    <w:p>
      <w:pPr>
        <w:pStyle w:val="ArticleBody"/>
        <w:jc w:val="left"/>
      </w:pPr>
      <w:r>
        <w:rPr>
          <w:rFonts w:ascii="Times New Roman" w:hAnsi="Times New Roman" w:eastAsia="Times New Roman" w:cs="Times New Roman"/>
        </w:rPr>
        <w:t>Reagan ble forutgått av den mest ineffektive president i moderne tid. Carter, en demokrat, brakte skam over De forente stater ved sin manglende evne til å håndtere den radikale islamismen i Iran på en korrekt måte.</w:t>
      </w:r>
    </w:p>
    <w:p>
      <w:pPr>
        <w:pStyle w:val="ArticleBody"/>
        <w:jc w:val="left"/>
      </w:pPr>
      <w:r>
        <w:rPr>
          <w:rFonts w:ascii="Times New Roman" w:hAnsi="Times New Roman" w:eastAsia="Times New Roman" w:cs="Times New Roman"/>
        </w:rPr>
        <w:t>Trump ble forutgått av Obama, en demokrat, som med vilje tok initiativ til de kulturelle, politiske og økonomiske splittelsene som bare har tiltatt siden den tid. Hans ineffektive lederskap ble typifisert ved både Buchanan og Carter, men i den historien hvor han hadde presidentskapet, hadde de etablerte mediene allerede begynt å manifestere seg parallelt med Adolf Hitlers Riksministerium for offentlig opplysning og propaganda. Obamas angrep på De forente staters sosiale, politiske, finansielle og religiøse institusjoner ble tildekket, for dem som valgte ikke å se, og hans ineffektivitet som en som var svoret til å beskytte Grunnloven, ble omhyggelig skjult. Obama vanæret De forente stater ved sin manglende evne til på korrekt vis å håndtere radikal islam, lokalisert i Iran.</w:t>
      </w:r>
    </w:p>
    <w:p>
      <w:pPr>
        <w:pStyle w:val="ArticleBody"/>
        <w:jc w:val="left"/>
      </w:pPr>
      <w:r>
        <w:rPr>
          <w:rFonts w:ascii="Times New Roman" w:hAnsi="Times New Roman" w:eastAsia="Times New Roman" w:cs="Times New Roman"/>
        </w:rPr>
        <w:t>Når Trump blir gjenvalgt i 2024, som den åttende presidenten siden Reagan i 1989, vil han nok en gang bli forutgått av en globalistisk, drage-drevet demokrat, som nå har tatt kronen som den mest ineffektive president i historien, og som gjentatte ganger har brakt De forente stater i vanry i sitt forsøk på å håndtere den radikale islam, lokalisert i Iran, skjønt nok en gang arbeider de moderne Mainstream Media (slik de er typifisert ved Rikets ministerium for offentlig opplysning og propaganda) for å begrave denne åpenbare virkelighet.</w:t>
      </w:r>
    </w:p>
    <w:p>
      <w:pPr>
        <w:pStyle w:val="ArticleBody"/>
        <w:jc w:val="left"/>
      </w:pPr>
      <w:r>
        <w:rPr>
          <w:rFonts w:ascii="Times New Roman" w:hAnsi="Times New Roman" w:eastAsia="Times New Roman" w:cs="Times New Roman"/>
        </w:rPr>
        <w:t>Da Reagan tiltrådte embetet, var en uløst krise med radikal islam, lokalisert i Iran, blitt etterlatt uløst av den demokratiske presidenten. Reagan tok umiddelbart skritt for å vende retningen på spenningene mellom De forente stater og radikal islam, representert ved Iran. Da Trump tiltrådte embetet, var en uløst krise med radikal islam, igjen lokalisert i Iran, ikke bare blitt etterlatt uløst, men også finansiert av den demokratiske presidenten. Trump tok umiddelbart skritt for å vende retningen på spenningene mellom De forente stater og radikal islam, representert ved Iran. Den nåværende demokratiske presidenten omgjorde all den fremgangen Trump hadde oppnådd, og hele verden blir nå trukket inn i den tredje verdenskrig av Bidens ineffektive lederskap.</w:t>
      </w:r>
    </w:p>
    <w:p>
      <w:pPr>
        <w:pStyle w:val="ArticleBody"/>
        <w:jc w:val="left"/>
      </w:pPr>
      <w:r>
        <w:rPr>
          <w:rFonts w:ascii="Times New Roman" w:hAnsi="Times New Roman" w:eastAsia="Times New Roman" w:cs="Times New Roman"/>
        </w:rPr>
        <w:t>Dette oppfyller ikke bare arbeidet med islam, representert ved Carters ineffektivitet og Obamas fremme av islam, men også ved Buchanans arbeid med å starte en krig, som den republikanske presidenten måtte løse.</w:t>
      </w:r>
    </w:p>
    <w:p>
      <w:pPr>
        <w:pStyle w:val="ArticleBody"/>
        <w:jc w:val="left"/>
      </w:pPr>
      <w:r>
        <w:rPr>
          <w:rFonts w:ascii="Times New Roman" w:hAnsi="Times New Roman" w:eastAsia="Times New Roman" w:cs="Times New Roman"/>
        </w:rPr>
        <w:t>Som med den første republikanske presidenten ble Trump politisk myrdet av de globalistiske dragemaktene i valget i 2020. Mens han ble ansett for å være død på gaten, begynte globalistene i jorddyret og globalistene i hele verden å feire, slik det er profetert i Åpenbaringen kapittel elleve.</w:t>
      </w:r>
    </w:p>
    <w:p>
      <w:pPr>
        <w:pStyle w:val="ArticleScripture"/>
        <w:jc w:val="left"/>
      </w:pPr>
      <w:r>
        <w:rPr>
          <w:rFonts w:ascii="Times New Roman" w:hAnsi="Times New Roman" w:eastAsia="Times New Roman" w:cs="Times New Roman"/>
        </w:rPr>
        <w:t>Og når de har fullført sitt vitnesbyrd, skal dyret som stiger opp av avgrunnen, føre krig mot dem og overvinne dem og drepe dem. Og deres døde kropper skal ligge på gaten i den store stad, som i åndelig forstand kalles Sodoma og Egypt, hvor også vår Herre ble korsfestet. Og mennesker av folk og stammer og tungemål og nasjoner skal se deres døde kropper i tre og en halv dag og ikke tillate at deres døde kropper blir lagt i graver. Og de som bor på jorden, skal glede seg over dem og fryde seg, og de skal sende gaver til hverandre, fordi disse to profeter plaget dem som bodde på jorden. Og etter tre og en halv dag kom livets Ånd fra Gud inn i dem, og de stod på sine føtter; og stor frykt falt på dem som så dem. Åpenbaringen 11:7–11.</w:t>
      </w:r>
    </w:p>
    <w:p>
      <w:pPr>
        <w:pStyle w:val="ArticleBody"/>
        <w:jc w:val="left"/>
      </w:pPr>
      <w:r>
        <w:rPr>
          <w:rFonts w:ascii="Times New Roman" w:hAnsi="Times New Roman" w:eastAsia="Times New Roman" w:cs="Times New Roman"/>
        </w:rPr>
        <w:t>Vi er nå kommet til 2024, hvor Trump står på sine føtter, og drageverdenen, som hadde frydet seg og holdt lystig lag siden 6. januar 2021, blir nå konfrontert med «stor frykt». De etablerte mediene (MSM) er i panikk. Deres egne talepunkter begynner å gi uttrykk for deres bekymring for at, slik den gamle rock and roll-sangen sier, «den slitne gamle mannen som de har valgt til konge», ikke har evnen til å holde seg nær nok Trumps tall til at deres stemmemaskiner kan løfte Biden over målstreken. De etablerte mediene er nå like mye en propagandamaskin som Rikets ministerium for folkeopplysning og propaganda var i Hitlers dager.</w:t>
      </w:r>
    </w:p>
    <w:p>
      <w:pPr>
        <w:pStyle w:val="ArticleBody"/>
        <w:jc w:val="left"/>
      </w:pPr>
      <w:r>
        <w:rPr>
          <w:rFonts w:ascii="Times New Roman" w:hAnsi="Times New Roman" w:eastAsia="Times New Roman" w:cs="Times New Roman"/>
        </w:rPr>
        <w:t>Dette faktum er gjentatte ganger blitt påvist hinsides enhver matematisk mulighet for at det kunne forholde seg annerledes. Hver gang et nytt globalistisk samtalepunkt blir introdusert i samfunnet som helhet, er det gjentatte ganger blitt dokumentert at de ulike kommunikasjonslinjene som styres av dragens propagandamaskineri, frembringer identisk ordlyd, ord for ord, når de omtaler denne hendelsen eller det aktuelle spørsmålet.</w:t>
      </w:r>
    </w:p>
    <w:p>
      <w:pPr>
        <w:pStyle w:val="ArticleBody"/>
        <w:jc w:val="left"/>
      </w:pPr>
      <w:r>
        <w:rPr>
          <w:rFonts w:ascii="Times New Roman" w:hAnsi="Times New Roman" w:eastAsia="Times New Roman" w:cs="Times New Roman"/>
        </w:rPr>
        <w:t>Dersom noen av dere kjenner til den gammeldagse barneleken som kalles «telefon», eller av og til «kinesisk hviskelek», vet dere at når folk setter seg i en sirkel, og leken går sin gang, og den første personen hvisker i øret på den neste, og denne hviskingen deretter gjentas rundt sirkelen, så utvikler den opprinnelige hviskingen som går rundt sirkelen seg uunngåelig til noe annet enn det den første hviskingen representerte. Likevel forventer de etablerte mediene at deres tilhengere skal tro at enhver journalist i dette landet og rundt om i verden på en eller annen måte velger de samme ordene og uttrykkene for å forklare dragens standpunkt i en sak eller hendelse. Hundrevis av såkalte journalister betraktet den samme hendelsen, og kom ikke bare til den samme konklusjonen, men de valgte også identiske ord og uttrykk for å beskrive hendelsen.</w:t>
      </w:r>
    </w:p>
    <w:p>
      <w:pPr>
        <w:pStyle w:val="ArticleBody"/>
        <w:jc w:val="left"/>
      </w:pPr>
      <w:r>
        <w:rPr>
          <w:rFonts w:ascii="Times New Roman" w:hAnsi="Times New Roman" w:eastAsia="Times New Roman" w:cs="Times New Roman"/>
        </w:rPr>
        <w:t>Det vi tar opp på denne tid, er ikke et angrep på globalistenes propagandamaskineri; det er ganske enkelt å identifisere et profetisk kjennetegn ved den åndelige krigen som nå finner sted på planeten jorden. På Kristi tid valgte jødene til slutt offentlig Cæsar som sin konge, idet de forkastet sin Messias. I denne kontroversielle perioden fremførte ypperstepresten et argument for å myrde Kristus som var satanisk og bygget på feilaktig resonnement, men som samtidig var treffende.</w:t>
      </w:r>
    </w:p>
    <w:p>
      <w:pPr>
        <w:pStyle w:val="ArticleScripture"/>
        <w:jc w:val="left"/>
      </w:pPr>
      <w:r>
        <w:rPr>
          <w:rFonts w:ascii="Times New Roman" w:hAnsi="Times New Roman" w:eastAsia="Times New Roman" w:cs="Times New Roman"/>
        </w:rPr>
        <w:t>Men en av dem, ved navn Kaifas, som var yppersteprest det året, sa til dem: Dere vet ingenting, og heller ikke tenker dere på at det er gagnlig for oss at ett menneske dør for folket, og at ikke hele nasjonen går til grunne. Dette sa han ikke av seg selv; men fordi han var yppersteprest det året, profeterte han at Jesus skulle dø for nasjonen; og ikke bare for den nasjonen, men også for å samle til ett Guds barn som var spredt omkring. Johannes 11:49–52.</w:t>
      </w:r>
    </w:p>
    <w:p>
      <w:pPr>
        <w:pStyle w:val="ArticleBody"/>
        <w:jc w:val="left"/>
      </w:pPr>
      <w:r>
        <w:rPr>
          <w:rFonts w:ascii="Times New Roman" w:hAnsi="Times New Roman" w:eastAsia="Times New Roman" w:cs="Times New Roman"/>
        </w:rPr>
        <w:t>Kaifas fant på en logikk for å angripe Kristus, og ved å gjøre det fremsatte han faktisk en gyldig forutsigelse. Han trodde ikke at Kristus behøvde å være menneskehetens offer; han ønsket ganske enkelt å drepe Ham. Dragemaktens Mainstream Media utretter nå noe lignende med Trump. De forsøker å innprente frykt i befolkningen, nemlig at dersom Trump blir gjenvalgt, vil han bli en diktator, slik Adolf Hitler var. Demokratene er partiet som er for slaveri og besitter kjennetegnene til nazistpartiet, innbefattet en verdensomspennende propagandamaskin, ikke bare en tysk, men de hevder at dersom Trump blir valgt, vil demokratiet bli omstyrtet, og Trump vil bli en diktator som Adolf Hitler.</w:t>
      </w:r>
    </w:p>
    <w:p>
      <w:pPr>
        <w:pStyle w:val="ArticleBody"/>
        <w:jc w:val="left"/>
      </w:pPr>
      <w:r>
        <w:rPr>
          <w:rFonts w:ascii="Times New Roman" w:hAnsi="Times New Roman" w:eastAsia="Times New Roman" w:cs="Times New Roman"/>
        </w:rPr>
        <w:t>Det er nettopp dette Guds Ord viser om De forente staters siste president, selv om de etablerte mediene, lik dragen-inspirerte Kaifas, ikke forstår at deres talepunkter er profetiske og faktisk vil gå i oppfyllelse.</w:t>
      </w:r>
    </w:p>
    <w:p>
      <w:pPr>
        <w:pStyle w:val="ArticleScripture"/>
        <w:jc w:val="left"/>
      </w:pPr>
      <w:r>
        <w:rPr>
          <w:rFonts w:ascii="Times New Roman" w:hAnsi="Times New Roman" w:eastAsia="Times New Roman" w:cs="Times New Roman"/>
        </w:rPr>
        <w:t>«Vårt land er i fare. Tiden nærmer seg da dets lovgivere i en slik grad skal fornekte protestantismens prinsipper at de vil gi romersk frafall sin tilslutning. Det folket som Gud på så underfullt vis har virket for, idet han styrket dem til å kaste av seg pavedømmets tyngende åk, vil ved en nasjonal handling gi kraft til Romas fordervede tro, og slik vekke det tyranni som bare venter på en berøring for på ny å bryte ut i grusomhet og despotisme. Med raske skritt nærmer vi oss allerede denne tiden.» The Spirit of Prophecy, bind 4, 410.</w:t>
      </w:r>
    </w:p>
    <w:p>
      <w:pPr>
        <w:pStyle w:val="ArticleBody"/>
        <w:jc w:val="left"/>
      </w:pPr>
      <w:r>
        <w:rPr>
          <w:rFonts w:ascii="Times New Roman" w:hAnsi="Times New Roman" w:eastAsia="Times New Roman" w:cs="Times New Roman"/>
        </w:rPr>
        <w:t>Jeg er klar over at når jeg identifiserer de korrupte elementene blant Demokratene i USA, de bekjennende republikanerne som i virkeligheten er globalister, og verdens progressive globalister, kan en leser bli ledet til å tro at jeg har en form for politisk sympati med Det republikanske parti eller Donald Trump. Dette ligger langt fra sakens faktiske forhold; den siste presidenten skal bli en diktator, akkurat slik de etablerte mediene forutsier, skjønt de vet ikke mer om det de faktisk forutsier enn Kaifas gjorde. Vi identifiserer ganske enkelt den profetiske dynamikken forbundet med «det komplekse samspillet mellom menneskelige begivenheter», som er fremstilt ved Esekiels hjul inne i hjul.</w:t>
      </w:r>
    </w:p>
    <w:p>
      <w:pPr>
        <w:pStyle w:val="ArticleBody"/>
        <w:jc w:val="left"/>
      </w:pPr>
      <w:r>
        <w:rPr>
          <w:rFonts w:ascii="Times New Roman" w:hAnsi="Times New Roman" w:eastAsia="Times New Roman" w:cs="Times New Roman"/>
        </w:rPr>
        <w:t>Vi vil fortsette denne studien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trettini</dc:title>
  <dc:subject>Den profetiske samstemmigheten mellom Daniel 11:40 og moderne politiske realiteter: oppklaringen av mysteriet om den siste presidenten</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