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nittien</w:t>
      </w:r>
    </w:p>
    <w:p>
      <w:pPr>
        <w:pStyle w:val="ArticleSubtitle"/>
        <w:jc w:val="left"/>
      </w:pPr>
      <w:r>
        <w:rPr>
          <w:rFonts w:ascii="Arial" w:hAnsi="Arial" w:eastAsia="Arial" w:cs="Arial"/>
        </w:rPr>
        <w:t>Det profetiske vevverket i Daniel 11: Avdekking av innviklingene i Trumps æra og forspillet til søndagsloven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Rett forstått samsvarer vers ti til tjuetre i Daniel kapittel elleve alle med den skjulte historien i vers førti i samme kapittel. Vers førti består av historien fra 1989 og frem til vers førtien. Vers én og to i kapittel elleve begynner i 1989 og identifiserer Donald Trumps første kampanje for presidentskapet i 2015 og frem til 2020, da valget ble stjålet fra Trump av ateismens dyr. Disse to versene identifiserer den striden som begynner når Trump «egger opp hele Greklands rike».</w:t>
      </w:r>
    </w:p>
    <w:p>
      <w:pPr>
        <w:pStyle w:val="ArticleBody"/>
        <w:jc w:val="left"/>
      </w:pPr>
      <w:r>
        <w:rPr>
          <w:rFonts w:ascii="Times New Roman" w:hAnsi="Times New Roman" w:eastAsia="Times New Roman" w:cs="Times New Roman"/>
        </w:rPr>
        <w:t>Trumps kampanje innledet en krigføring som pågikk gjennom hele hans første presidentskap. Representantenes hus stilte ham for riksrett i desember 2019, og deretter gjorde de det igjen den 13. januar 2020. I begge tilfeller avviste Senatet Representantenes hus’ forsøk. Likevel er han den eneste presidenten i De forente staters historie som er blitt stilt for riksrett to ganger. Globalismen var blitt oppildnet.</w:t>
      </w:r>
    </w:p>
    <w:p>
      <w:pPr>
        <w:pStyle w:val="ArticleScripture"/>
        <w:jc w:val="left"/>
      </w:pPr>
      <w:r>
        <w:rPr>
          <w:rFonts w:ascii="Times New Roman" w:hAnsi="Times New Roman" w:eastAsia="Times New Roman" w:cs="Times New Roman"/>
        </w:rPr>
        <w:t>Og nå vil jeg kunngjøre deg sannheten. Se, ennå skal tre konger stå frem i Persia; og den fjerde skal være langt rikere enn dem alle; og ved sin makt, gjennom sine rikdommer, skal han hisse opp alle mot Greklands rike. Daniel 11:2.</w:t>
      </w:r>
    </w:p>
    <w:p>
      <w:pPr>
        <w:pStyle w:val="ArticleBody"/>
        <w:jc w:val="left"/>
      </w:pPr>
      <w:r>
        <w:rPr>
          <w:rFonts w:ascii="Times New Roman" w:hAnsi="Times New Roman" w:eastAsia="Times New Roman" w:cs="Times New Roman"/>
        </w:rPr>
        <w:t>Som med vers førti, etterlater vers to en skjult historie fra Trumps første valgkamp og presidentperiode, som ble avsluttet den 20. januar 2021. Fra den dagen i 2021, og frem til vers tre, hvor Aleksander den store blir introdusert som et symbol på De forente nasjoner (det syvende riket i Bibelens profeti), representerer historien fra innsettelsen i 2021 og frem til søndagsloven, hvor den trefoldige foreningen blir etablert, en skjult historie. De skjulte historiene i vers førti og vers to leder begge frem til og avsluttes ved søndagsloven.</w:t>
      </w:r>
    </w:p>
    <w:p>
      <w:pPr>
        <w:pStyle w:val="ArticleBody"/>
        <w:jc w:val="left"/>
      </w:pPr>
      <w:r>
        <w:rPr>
          <w:rFonts w:ascii="Times New Roman" w:hAnsi="Times New Roman" w:eastAsia="Times New Roman" w:cs="Times New Roman"/>
        </w:rPr>
        <w:t>Vers ti fører oss igjen til endens tid i 1989, slik også vers én gjorde, og begge angir avslutningen på det faktiske vitnesbyrdet i vers førti, selv om det fortsatt ligger historie mellom avslutningen i vers førti og den snart kommende søndagsloven. Mer enn å identifisere 1989 blir vers ti nøkkelen som sammenfører tre vitner til historien i vers førti, noe som utfyller pavedømmets og dets stedfortredende makts, De forente staters, verk i å feie Sovjetunionen bort i 1989. Disse tre vitnene fastslår et viktig element i den profetiske strukturen i vers førti fra 1989 og frem til søndagsloven.</w:t>
      </w:r>
    </w:p>
    <w:p>
      <w:pPr>
        <w:pStyle w:val="ArticleBody"/>
        <w:jc w:val="left"/>
      </w:pPr>
      <w:r>
        <w:rPr>
          <w:rFonts w:ascii="Times New Roman" w:hAnsi="Times New Roman" w:eastAsia="Times New Roman" w:cs="Times New Roman"/>
        </w:rPr>
        <w:t>Den historisk-profetiske strukturen av en krig mellom en konge i nord og en konge i sør, der kongen i nord skyller fram og drar videre, blir identifisert i vers førti, og også i vers ti.</w:t>
      </w:r>
    </w:p>
    <w:p>
      <w:pPr>
        <w:pStyle w:val="ArticleBody"/>
        <w:jc w:val="left"/>
      </w:pPr>
      <w:r>
        <w:rPr>
          <w:rFonts w:ascii="Times New Roman" w:hAnsi="Times New Roman" w:eastAsia="Times New Roman" w:cs="Times New Roman"/>
        </w:rPr>
        <w:t>Den historisk-profetiske strukturen blir supplert av det grammatiske vitnesbyrdet om at «å strømme over og fare fram», ved kongen i nord mot kongen i sør, er den identiske hebraiske formuleringen i begge versene, slik den også er i det tredje vitnet som finnes i Jesaja kapittel åtte, vers åtte.</w:t>
      </w:r>
    </w:p>
    <w:p>
      <w:pPr>
        <w:pStyle w:val="ArticleBody"/>
        <w:jc w:val="left"/>
      </w:pPr>
      <w:r>
        <w:rPr>
          <w:rFonts w:ascii="Times New Roman" w:hAnsi="Times New Roman" w:eastAsia="Times New Roman" w:cs="Times New Roman"/>
        </w:rPr>
        <w:t>I vers ti skal kongen i nord «sannelig komme og flomme over og dra igjennom», og i vers førti skal kongen i nord «flomme over og fare fram». I Jesaja kapittel åtte, vers åtte, skal kongen i nord «flomme over og gå fram». De tre uttrykkene er identisk hebraisk, som er oversatt noe forskjellig, samtidig som den identiske betydningen er opprettholdt. Kongen i sør i vers ti var Ptolemaios’ Egypt, men i vers førti var kongen i sør det åndelige Egypt, ateismens konge, Sovjetunionen, og i Jesaja var det sørlige riket Juda kongen i sør. Tilsvarende var kongen i nord det selevkidiske riket, deretter pavedømmet, og i Jesaja var det Assyria.</w:t>
      </w:r>
    </w:p>
    <w:p>
      <w:pPr>
        <w:pStyle w:val="ArticleBody"/>
        <w:jc w:val="left"/>
      </w:pPr>
      <w:r>
        <w:rPr>
          <w:rFonts w:ascii="Times New Roman" w:hAnsi="Times New Roman" w:eastAsia="Times New Roman" w:cs="Times New Roman"/>
        </w:rPr>
        <w:t>I to av de tre parallelle versene blir det punktet der kongen i nords invasjon ender, særskilt identifisert. I vers ti ender den ved «festningen», noe som historisk ble oppfylt da selevkidene avsluttet sitt felttog ved Egypts grense, for det profetiske Ord identifiserte at kongen i nord «skal visselig komme og oversvømme og dra gjennom; deretter skal han vende tilbake og hisse seg opp, helt til sin festning.» «Festningen» representerte Egypt, som var hovedstaden i deres rike.</w:t>
      </w:r>
    </w:p>
    <w:p>
      <w:pPr>
        <w:pStyle w:val="ArticleBody"/>
        <w:jc w:val="left"/>
      </w:pPr>
      <w:r>
        <w:rPr>
          <w:rFonts w:ascii="Times New Roman" w:hAnsi="Times New Roman" w:eastAsia="Times New Roman" w:cs="Times New Roman"/>
        </w:rPr>
        <w:t>I Jesaja åtte skal Sankerib «dra gjennom Juda; han skal flomme over og gå fram, han skal nå like til halsen». «Hovedstaden», «kongen» og «hodet» er alle ombyttelige symboler som er blitt stadfestet på to vitners utsagn i selve det avsnittet hvor Sankerib drog opp mot Jerusalem.</w:t>
      </w:r>
    </w:p>
    <w:p>
      <w:pPr>
        <w:pStyle w:val="ArticleScripture"/>
        <w:jc w:val="left"/>
      </w:pPr>
      <w:r>
        <w:rPr>
          <w:rFonts w:ascii="Times New Roman" w:hAnsi="Times New Roman" w:eastAsia="Times New Roman" w:cs="Times New Roman"/>
        </w:rPr>
        <w:t>For Syrias hode er Damaskus, og Damaskus’ hode er Resin; og innen sekstifem år skal Efraim bli knust, så det ikke lenger er et folk. Og Efraims hode er Samaria, og Samarias hode er Remaljas sønn. Dersom dere ikke vil tro, skal dere sannelig ikke bli stående. Jesaja 7:8, 9.</w:t>
      </w:r>
    </w:p>
    <w:p>
      <w:pPr>
        <w:pStyle w:val="ArticleBody"/>
        <w:jc w:val="left"/>
      </w:pPr>
      <w:r>
        <w:rPr>
          <w:rFonts w:ascii="Times New Roman" w:hAnsi="Times New Roman" w:eastAsia="Times New Roman" w:cs="Times New Roman"/>
        </w:rPr>
        <w:t>Syria er nasjonen, Damaskus er hovedstaden, og Resin er kongen, og hovedstaden og kongen er utbyttbare symboler. Hovedstaden og kongen er begge «hoder». Da Sankerib kom «opp til halsen» på Juda, kom han til Jerusalem og stanset, for han stanset ved «hodet», som bæres av «halsen». Da selevkidene kom mot Ptolemaios, stanset de ved «festningen», og «festningen» var nasjonen Egypt.</w:t>
      </w:r>
    </w:p>
    <w:p>
      <w:pPr>
        <w:pStyle w:val="ArticleBody"/>
        <w:jc w:val="left"/>
      </w:pPr>
      <w:r>
        <w:rPr>
          <w:rFonts w:ascii="Times New Roman" w:hAnsi="Times New Roman" w:eastAsia="Times New Roman" w:cs="Times New Roman"/>
        </w:rPr>
        <w:t>Daniel elleve, vers ti, og Jesaja åtte, vers åtte, i sammenhengen med vers åtte og ni i kapittel sju av Jesaja, representerer to vitner som påviste at da nordens konge i Daniel elleve, vers førti, «skyllet over og fór videre» over sydens konge i 1989, ble hodet stående igjen, den nasjonen som var hovedstaden i det sørlige riket (Russland).</w:t>
      </w:r>
    </w:p>
    <w:p>
      <w:pPr>
        <w:pStyle w:val="ArticleBody"/>
        <w:jc w:val="left"/>
      </w:pPr>
      <w:r>
        <w:rPr>
          <w:rFonts w:ascii="Times New Roman" w:hAnsi="Times New Roman" w:eastAsia="Times New Roman" w:cs="Times New Roman"/>
        </w:rPr>
        <w:t>«Festningen» i vers ti er nøkkelen til å identifisere den nåværende krigen i Ukraina, og også det faktum at Russland vil seire. Likevel er den profetiske anvendelsen som fastslår denne sannheten, direkte knyttet til og fullt ut basert på de selvsamme versene som ble åpnet for Hiram Edson, og som ble publisert i artiklene i Review and Herald i 1856. Artiklene identifiserer «de syv tider» i Tredje Mosebok tjueseks.</w:t>
      </w:r>
    </w:p>
    <w:p>
      <w:pPr>
        <w:pStyle w:val="ArticleBody"/>
        <w:jc w:val="left"/>
      </w:pPr>
      <w:r>
        <w:rPr>
          <w:rFonts w:ascii="Times New Roman" w:hAnsi="Times New Roman" w:eastAsia="Times New Roman" w:cs="Times New Roman"/>
        </w:rPr>
        <w:t>Siden juli 2023 har Løven av Judas stamme åpenbart ut fra de samme versene at begge de to profetiene på to tusen fem hundre og tjue år mot de nordlige og sørlige rikene ikke bare representerer en periode med adspredelse, men at de også fremstiller selve Kristi verk i å fullbyrde sammenføyningen av guddommelighet med menneskelighet. I denne åpenbaringen blir det fastslått at «hodet» er menneskets høyere natur. «Hodet» er «festningen» i det menneskelige tempel, som søster White identifiserer som sjelens citadell. Et citadell er en festning.</w:t>
      </w:r>
    </w:p>
    <w:p>
      <w:pPr>
        <w:pStyle w:val="ArticleBody"/>
        <w:jc w:val="left"/>
      </w:pPr>
      <w:r>
        <w:rPr>
          <w:rFonts w:ascii="Times New Roman" w:hAnsi="Times New Roman" w:eastAsia="Times New Roman" w:cs="Times New Roman"/>
        </w:rPr>
        <w:t>Det er derfor fastslått at den ytre «festning» i Daniel kapittel elleve vers ti, også representerer en indre «festning». Da krigen (ytre) i Ukraina begynte i 2014, ble inntrengningen av de sataniske læresetningene som kom fra «down under» og Wales (indre) innført i bevegelsen Future for America, og beseglingsprosessen hadde nådd enda et trinn. Innen 2020 var både det republikanske og det protestantiske horn drept i gatene i den store stad, hvor også vår Herre ble korsfestet.</w:t>
      </w:r>
    </w:p>
    <w:p>
      <w:pPr>
        <w:pStyle w:val="ArticleBody"/>
        <w:jc w:val="left"/>
      </w:pPr>
      <w:r>
        <w:rPr>
          <w:rFonts w:ascii="Times New Roman" w:hAnsi="Times New Roman" w:eastAsia="Times New Roman" w:cs="Times New Roman"/>
        </w:rPr>
        <w:t>I 2020 hadde Donald Trump mislyktes i sin andre presidentkampanje, og de ti jomfruenes ventetid var kommet. I 2022 begynte Trump offisielt sin tredje presidentkampanje, og hans første vellykkede presidentkampanje representerer hans siste. I 2023 begynte en «røst i ørkenen» å tale til de døde, tørre ben.</w:t>
      </w:r>
    </w:p>
    <w:p>
      <w:pPr>
        <w:pStyle w:val="ArticleBody"/>
        <w:jc w:val="left"/>
      </w:pPr>
      <w:r>
        <w:rPr>
          <w:rFonts w:ascii="Times New Roman" w:hAnsi="Times New Roman" w:eastAsia="Times New Roman" w:cs="Times New Roman"/>
        </w:rPr>
        <w:t>Versene tretten til og med femten tar opp historien etter den ukrainske krigen ført av Putin, selv om seieren ikke vil komme ham til gode, ettersom Russland gjentar historien til Napoleon Bonaparte.</w:t>
      </w:r>
    </w:p>
    <w:p>
      <w:pPr>
        <w:pStyle w:val="ArticleBody"/>
        <w:jc w:val="left"/>
      </w:pPr>
      <w:r>
        <w:rPr>
          <w:rFonts w:ascii="Times New Roman" w:hAnsi="Times New Roman" w:eastAsia="Times New Roman" w:cs="Times New Roman"/>
        </w:rPr>
        <w:t>Napoleons eksil og avslutning ble forbildet ved kong Ussias eksil og avslutning, han som heller ikke ble styrket ved sine militære seire, og som foregrep Ptolemaios IV i vers elleve og tolv, og begge disse ble ikke styrket ved sine militære seire. Både Ussia og Ptolemaios IV søkte å frembære offer i templet, og begge ble hindret fra å gjøre det. Kong Ussia ble slått med spedalskhet i pannen idet han forsøkte å gjøre det. Merket i hans panne representerer ikke bare dyrets merke, men det var også et forbilde på den første sydens konge i 1989, som også gikk inn i en form for eksil da han (Gorbatsjov) forlot Sovjetunionen for å bli en del av De forente nasjoner. Som med kong Ussia hadde Gorbatsjov et betydelig merke i pannen. Kong Ussia, kong Ptolemaios IV, Napoleon og Gorbatsjov er alle forbilder på Putins ende. Alle fire var sørlige konger som avsluttet sitt eget særskilte dynasti og derved var forbilder på enden for Putins Russland.</w:t>
      </w:r>
    </w:p>
    <w:p>
      <w:pPr>
        <w:pStyle w:val="ArticleBody"/>
        <w:jc w:val="left"/>
      </w:pPr>
      <w:r>
        <w:rPr>
          <w:rFonts w:ascii="Times New Roman" w:hAnsi="Times New Roman" w:eastAsia="Times New Roman" w:cs="Times New Roman"/>
        </w:rPr>
        <w:t>Deretter åpner vers tretten til femten opp vitnesbyrdet som begynte i år 200 f.Kr., og som er et forbilde på Donald Trumps tredje og siste periode, han som representerer det republikanske hornet. Vers fjorten markerer når pavedømmet begynner å synge sine utuktssanger som Tyrus’ skjøge, og vers femten identifiserer linjen til det frafalne protestantiske hornet med makkabeernes historie. De tre versene inneholder tre profetiske linjer.</w:t>
      </w:r>
    </w:p>
    <w:p>
      <w:pPr>
        <w:pStyle w:val="ArticleBody"/>
        <w:jc w:val="left"/>
      </w:pPr>
      <w:r>
        <w:rPr>
          <w:rFonts w:ascii="Times New Roman" w:hAnsi="Times New Roman" w:eastAsia="Times New Roman" w:cs="Times New Roman"/>
        </w:rPr>
        <w:t>Makkabeernes historie er ikke skjult slik som slutten av vers to til og med vers tre, eller som slutten av vers førti til og med vers førtien, men linjen er, i det minste, uklar ved første undersøkelse. Likevel blir i denne nokså vage profetiske historien jødenes forbund med Roma fremstilt, og det identifiserer dannelsen av dyrets bilde. Dannelsen av dyrets bilde er også forbilledlig fremstilt i den skjulte historien i Daniel kapittel to, hvor Nebukadnesar hadde en drøm som han ikke kunne huske, og som Daniel, under trussel om døden, ble pålagt å tyde uten å kjenne drømmen. Daniels og de tre verdiges bønn i kapittel to representerer bønnen om ytre lys som utfyller Daniels bønn i kapittel ni om indre forvandling.</w:t>
      </w:r>
    </w:p>
    <w:p>
      <w:pPr>
        <w:pStyle w:val="ArticleBody"/>
        <w:jc w:val="left"/>
      </w:pPr>
      <w:r>
        <w:rPr>
          <w:rFonts w:ascii="Times New Roman" w:hAnsi="Times New Roman" w:eastAsia="Times New Roman" w:cs="Times New Roman"/>
        </w:rPr>
        <w:t>Makkabeernes linje samsvarer med den skjulte hemmeligheten i Daniels bok kapittel to. Hemmeligheten i Daniel to gir det første profetiske vitnesbyrd om den profetiske gåten om den åttende, som er av de syv, noe som bidrar til åpenbaringen av de to vitnenes oppstandelse i Åpenbaringen elleve. De to vitnenes oppstandelse, i forbindelse med den åttende, som er av de syv, fastslår at i Millerittenes og de hundre og førtifire tusens parallelle historie, samsvarer Millerittenes omvendte overgang til Laodikea med at de hundre og førtifire tusen går over fra Laodikea til Filadelfia.</w:t>
      </w:r>
    </w:p>
    <w:p>
      <w:pPr>
        <w:pStyle w:val="ArticleBody"/>
        <w:jc w:val="left"/>
      </w:pPr>
      <w:r>
        <w:rPr>
          <w:rFonts w:ascii="Times New Roman" w:hAnsi="Times New Roman" w:eastAsia="Times New Roman" w:cs="Times New Roman"/>
        </w:rPr>
        <w:t>Den dunkle linjen av makkabeerne og Nebukadnesars skjulte drøm var alle uttrykkelig forseglet inntil etter at prosessen med å oppreise de to vitnene begynte i 2023. De blir åpnet like før timen for «det store jordskjelvet», som markerer nådetidens avslutning for syvendedagsadventistene. Den prøven disse adventistene må bestå før de mottar Guds segl, og før nådetiden avsluttes, er prøven knyttet til dannelsen av dyrets bilde.</w:t>
      </w:r>
    </w:p>
    <w:p>
      <w:pPr>
        <w:pStyle w:val="ArticleBody"/>
        <w:jc w:val="left"/>
      </w:pPr>
      <w:r>
        <w:rPr>
          <w:rFonts w:ascii="Times New Roman" w:hAnsi="Times New Roman" w:eastAsia="Times New Roman" w:cs="Times New Roman"/>
        </w:rPr>
        <w:t>Makkabeernes slektslinje, Nebukadnesars hemmelige drøm, gåten om den åttende som er av de sju, og jorddyrets to horn, bidrar alle til den prøvingsprosessen som fullbyrdes når dyrets bilde blir dannet. Erkjennelsen av disse linjene som sannheter som på en eller annen profetisk måte er «skjulte sannheter», er det som beviser at de er de sannheter som Løven av Judas stamme nå holder på å åpne.</w:t>
      </w:r>
    </w:p>
    <w:p>
      <w:pPr>
        <w:pStyle w:val="ArticleBody"/>
        <w:jc w:val="left"/>
      </w:pPr>
      <w:r>
        <w:rPr>
          <w:rFonts w:ascii="Times New Roman" w:hAnsi="Times New Roman" w:eastAsia="Times New Roman" w:cs="Times New Roman"/>
        </w:rPr>
        <w:t>Åpningen av identifikasjonen av de to vitnene, som representerer det republikanske og det protestantiske hornet på jorddyret i Åpenbaringen tretten, ledsaget av sannheten om at hvert horn løper parallelt med det andre, og også at hvert horn har en dobbel indre natur, markerer begynnelsen på åpningen av Jesu Kristi åpenbaring. Den åpnede sannheten omfatter åpningen av de sju tordenenes skjulte historie, og også definisjonen av det hebraiske ordet «Sannhet».</w:t>
      </w:r>
    </w:p>
    <w:p>
      <w:pPr>
        <w:pStyle w:val="ArticleBody"/>
        <w:jc w:val="left"/>
      </w:pPr>
      <w:r>
        <w:rPr>
          <w:rFonts w:ascii="Times New Roman" w:hAnsi="Times New Roman" w:eastAsia="Times New Roman" w:cs="Times New Roman"/>
        </w:rPr>
        <w:t>Da den siste perioden av de syv tordener ble erkjent å representere de tre veimerkene ved den første skuffelsen, etterfulgt av Midnattsropets budskap, og deretter avsluttet med den store skuffelsen, i samsvar med det hebraiske ordet «Sannhet», ble åpenbaringen som markerer 18. juli 2020, og som er den fullkomne oppfyllelsen av Midnattsropets budskap som leder til søndagsloven, da stadfestet.</w:t>
      </w:r>
    </w:p>
    <w:p>
      <w:pPr>
        <w:pStyle w:val="ArticleBody"/>
        <w:jc w:val="left"/>
      </w:pPr>
      <w:r>
        <w:rPr>
          <w:rFonts w:ascii="Times New Roman" w:hAnsi="Times New Roman" w:eastAsia="Times New Roman" w:cs="Times New Roman"/>
        </w:rPr>
        <w:t>De sju tordnene var før juli 2023 blitt identifisert som den parallelle historien til den første engelens bevegelse og den tredje engelens bevegelse, men den avsluttende tretrinnsperioden var på den tiden ikke blitt betraktet som en særskilt periode framstilt som de sju tordnene. Nå er denne erkjennelsen etablert som «Sannhet».</w:t>
      </w:r>
    </w:p>
    <w:p>
      <w:pPr>
        <w:pStyle w:val="ArticleBody"/>
        <w:jc w:val="left"/>
      </w:pPr>
      <w:r>
        <w:rPr>
          <w:rFonts w:ascii="Times New Roman" w:hAnsi="Times New Roman" w:eastAsia="Times New Roman" w:cs="Times New Roman"/>
        </w:rPr>
        <w:t>Jesu Kristi åpenbaring blir avforseglet like før nådetiden avsluttes, og den omfatter de to vitnene i Åpenbaringen kapittel elleve. Jesu Kristi åpenbaring omfatter den skjulte historien om de sju tordenrøstene. Jesu Kristi åpenbaring omfatter gåten at «den åttende er av de sju», noe som igjen identifiserer millerittenes overgang til Laodikea, med den parallelle overgangen av de hundre og førtifire tusen inn i Filadelfia. At den åttende er av de sju, representerer også et profetisk uttrykk for prøven knyttet til dyrets bilde, fordi både det republikanske og det protestantiske hornet når sin avslutning når det republikanske hornet frembringer et politisk bilde av dyret, i kontrast til, og i strid med, det sanne protestantiske hornet som danner et bilde av Kristus, og som deretter løftes opp som banneret.</w:t>
      </w:r>
    </w:p>
    <w:p>
      <w:pPr>
        <w:pStyle w:val="ArticleBody"/>
        <w:jc w:val="left"/>
      </w:pPr>
      <w:r>
        <w:rPr>
          <w:rFonts w:ascii="Times New Roman" w:hAnsi="Times New Roman" w:eastAsia="Times New Roman" w:cs="Times New Roman"/>
        </w:rPr>
        <w:t>Disse sannhetene begynte å bli åpnet ved slutten av juli 2023, og alle disse sannhetene representerer profetisk historie som er oppfylt i den skjulte historien, som er «den del av Daniels profeti som angår de siste dager».</w:t>
      </w:r>
    </w:p>
    <w:p>
      <w:pPr>
        <w:pStyle w:val="ArticleBody"/>
        <w:jc w:val="left"/>
      </w:pPr>
      <w:r>
        <w:rPr>
          <w:rFonts w:ascii="Times New Roman" w:hAnsi="Times New Roman" w:eastAsia="Times New Roman" w:cs="Times New Roman"/>
        </w:rPr>
        <w:t>Vi har derfor en profetisk struktur for den skjulte historien i vers førti, fra endens tid i 1989 og frem til søndagsloven i vers førtien, som gjør det mulig for oss å legge vers én og to i Daniel kapittel elleve oppå. Deretter kan vi plassere vers ti til og med femten innenfor den samme linjen. Vi kan så ta makkabeerlinjen, som, når den forstås riktig, begynner i vers tretten og fortsetter til vers tjuetre, inn på den samme linjen. Deretter kan vi ta linjen om de to vitnene i Åpenbaringen kapittel elleve, vers sju til og med tolv, inn på den samme linjen. Med de to vitnene i Daniel og Åpenbaringen har vi en struktur for den skjulte historien i vers førti.</w:t>
      </w:r>
    </w:p>
    <w:p>
      <w:pPr>
        <w:pStyle w:val="ArticleBody"/>
        <w:jc w:val="left"/>
      </w:pPr>
      <w:r>
        <w:rPr>
          <w:rFonts w:ascii="Times New Roman" w:hAnsi="Times New Roman" w:eastAsia="Times New Roman" w:cs="Times New Roman"/>
        </w:rPr>
        <w:t>I 1989 ble Sovjetunionen feid bort av en allianse mellom pavedømmet og dets stedfortredende hær, De forente stater. Da Sovjetunionen ble oppløst av Gorbatsjov, kom endens tid for de hundre og førtifire tusen. Ronald Reagan var De forente staters første profetiske konge fra endens tid; Reagan, en frafallen protestantisk republikaner representert ved kong Darius, ble etterfulgt av Kyros, deretter tre andre konger, så den fjerde, rike kongen.</w:t>
      </w:r>
    </w:p>
    <w:p>
      <w:pPr>
        <w:pStyle w:val="ArticleBody"/>
        <w:jc w:val="left"/>
      </w:pPr>
      <w:r>
        <w:rPr>
          <w:rFonts w:ascii="Times New Roman" w:hAnsi="Times New Roman" w:eastAsia="Times New Roman" w:cs="Times New Roman"/>
        </w:rPr>
        <w:t>Kong Kyros representerte den første Bush, en erklært republikansk globalist, som ble fulgt av den demokratiske globalisten Clinton, som ble fulgt av den erklærte republikanske globalisten den siste Bush, som ble fulgt av den islamske demokratiske globalisten Obama, som ble fulgt av den rikeste presidenten av dem alle, en frafallen protestantisk republikaner, Donald Trump.</w:t>
      </w:r>
    </w:p>
    <w:p>
      <w:pPr>
        <w:pStyle w:val="ArticleBody"/>
        <w:jc w:val="left"/>
      </w:pPr>
      <w:r>
        <w:rPr>
          <w:rFonts w:ascii="Times New Roman" w:hAnsi="Times New Roman" w:eastAsia="Times New Roman" w:cs="Times New Roman"/>
        </w:rPr>
        <w:t>I 2014 begynte den ukrainske krigen mellom Russland og pavemaktens nazistiske stedfortrederhær, idet pavemaktens tidligere stedfortrederhær (De forente stater) gav støtte til den ukrainske stedfortrederhæren. I 2014 ble bevegelsen Future for America infiltrert av representanter for dragen, og i 2015 begynte Donald Trump den første av tre presidentvalgkamper som han skulle fullføre. Han seiret i sin første valgkamp, men hans mellomste valgkamp ble stjålet, og i hans siste valgkamp skal han igjen seire. I 2020 mottok både det republikanske hornet et dødssår, idet valget ble stjålet, og det sanne protestantiske hornet et dødssår ved å forkynne en falsk forutsigelse, delvis forårsaket av infiltrasjonen som begynte i 2014, og som stjal budskapet gjennom innføringen av en rekke falske profetiske anvendelser.</w:t>
      </w:r>
    </w:p>
    <w:p>
      <w:pPr>
        <w:pStyle w:val="ArticleBody"/>
        <w:jc w:val="left"/>
      </w:pPr>
      <w:r>
        <w:rPr>
          <w:rFonts w:ascii="Times New Roman" w:hAnsi="Times New Roman" w:eastAsia="Times New Roman" w:cs="Times New Roman"/>
        </w:rPr>
        <w:t>I 2020 ble et valg og et profetisk budskap stjålet, og begge horn ble symbolsk drept av dragens representanter. Valget ble stjålet av den todelte alliansen av erklærte republikanske globalister og globalistiske demokrater, støttet av et globalistisk propagandamedia og globalistiske kjøpmenn. Budskapet ble stjålet av en liten ugift jente fra Australia og en liten skilt gutt fra Wales, hvis skjulte agenda var å innføre og fremme den homofile agendaen, og be om unnskyldning til «syndens menneske». Lederen for Future for America bærer all skylden for den sataniske infiltrasjonen, for han hadde ansvar for å beskytte bevegelsen, men han var altfor villig til å la usanksjonerte budbærere innta en lederposisjon. Donald Trump har skylden for det stjålne valget, for dem han valgte å slippe inn i sin indre maktsirkel, undergravde med hensikt det arbeidet han hadde påtatt seg.</w:t>
      </w:r>
    </w:p>
    <w:p>
      <w:pPr>
        <w:pStyle w:val="ArticleBody"/>
        <w:jc w:val="left"/>
      </w:pPr>
      <w:r>
        <w:rPr>
          <w:rFonts w:ascii="Times New Roman" w:hAnsi="Times New Roman" w:eastAsia="Times New Roman" w:cs="Times New Roman"/>
        </w:rPr>
        <w:t>I 2022 begynte Donald Trump sin tredje valgkampanje, og i 2023 begynte en «røst av en som roper i ørkenen» å sende et budskap til menighetene. Nylig ropte en «stein» (som jeg definerer som dem utenfor «nærværende sannhet») ut, en som kanskje er det skarpeste sinn i det nåværende politiske klima på den offentlige arena, og fremholdt noen meget innsiktsfulle sannheter. Hans navn er Victor Davis Hanson, og dersom du følger begivenhetene som finner sted omkring deg og sammenligner disse begivenhetene med forutsigelsene i Hans Ord, da er Victor Davis Hanson en av «steinene» som gir gjenlyd til nettopp det budskap du forhåpentligvis studerer.</w:t>
      </w:r>
    </w:p>
    <w:p>
      <w:pPr>
        <w:pStyle w:val="ArticleScripture"/>
        <w:jc w:val="left"/>
      </w:pPr>
      <w:r>
        <w:rPr>
          <w:rFonts w:ascii="Times New Roman" w:hAnsi="Times New Roman" w:eastAsia="Times New Roman" w:cs="Times New Roman"/>
        </w:rPr>
        <w:t>«Gud vil at vi skal studere de begivenheter som finner sted omkring oss, og sammenligne dem med forutsigelsene i hans ord, for at vi skal forstå at vi lever i de siste dager. Vi ønsker våre bibler, og vi ønsker å vite hva som er skrevet deri. Den flittige student av profetiene vil bli belønnet med klare åpenbaringer av sannheten, for Jesus sa: ‘Ditt ord er sannhet.’» Signs of the Times, 1. oktober 1894.</w:t>
      </w:r>
    </w:p>
    <w:p>
      <w:pPr>
        <w:pStyle w:val="ArticleBody"/>
        <w:jc w:val="left"/>
      </w:pPr>
      <w:r>
        <w:rPr>
          <w:rFonts w:ascii="Times New Roman" w:hAnsi="Times New Roman" w:eastAsia="Times New Roman" w:cs="Times New Roman"/>
        </w:rPr>
        <w:t>I et intervju lagt ut av @FreyjaTarte på X.com begynte Hanson med å si: «De [Demokratene] ser på Trump som en vampyr.» Han fortsetter med å omtale Demokratenes frykt for at Donald Trump skal bli valgt igjen. Jeg har ingen grunn til å tro at Hanson forstod at ifølge Åpenbaringen kapittel elleve blir Trump oppreist igjen (som en vampyr), og at når det skjedde, ville de som tidligere hadde gledet seg over hans død, bli grepet av frykt. Likevel er det dette han identifiserer i hele sin kommentar.</w:t>
      </w:r>
    </w:p>
    <w:p>
      <w:pPr>
        <w:pStyle w:val="ArticleScripture"/>
        <w:jc w:val="left"/>
      </w:pPr>
      <w:r>
        <w:rPr>
          <w:rFonts w:ascii="Times New Roman" w:hAnsi="Times New Roman" w:eastAsia="Times New Roman" w:cs="Times New Roman"/>
        </w:rPr>
        <w:t>Og etter tre og en halv dag kom livets Ånd fra Gud inn i dem, og de stod på sine føtter; og stor frykt falt på dem som så dem. Åpenbaringen 11:11.</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«Vi er nådd fram til den tiden som er forutsagt i disse skriftstedene. Endens tid er kommet, profetenes syner er blitt avforseglet, og deres alvorlige advarsler peker mot vår Herres komme i herlighet som nær forestående.»</w:t>
      </w:r>
    </w:p>
    <w:p>
      <w:pPr>
        <w:pStyle w:val="ArticleScripture"/>
        <w:jc w:val="left"/>
      </w:pPr>
      <w:r>
        <w:rPr>
          <w:rFonts w:ascii="Times New Roman" w:hAnsi="Times New Roman" w:eastAsia="Times New Roman" w:cs="Times New Roman"/>
        </w:rPr>
        <w:t>Jødene mistolket og misbrukte Guds ord, og de kjente ikke sin besøkelsestid. Årene under Kristi og Hans apostlers tjeneste — de dyrebare siste nådeårene for det utvalgte folk — brukte de til å legge planer om å ødelegge Herrens sendebud. Jordiske ærgjerrige mål opptok dem fullstendig, og tilbudet om det åndelige rike kom til dem forgjeves. Slik er det også i dag: denne verdens rike opptar menneskenes tanker, og de gir ikke akt på de profetiene som hurtig går i oppfyllelse, og tegnene på Guds rike, som snart kommer.</w:t>
      </w:r>
    </w:p>
    <w:p>
      <w:pPr>
        <w:pStyle w:val="ArticleScripture"/>
        <w:jc w:val="left"/>
      </w:pPr>
      <w:r>
        <w:rPr>
          <w:rFonts w:ascii="Times New Roman" w:hAnsi="Times New Roman" w:eastAsia="Times New Roman" w:cs="Times New Roman"/>
        </w:rPr>
        <w:t>«Men dere, brødre, er ikke i mørket, så den dagen skulle komme over dere som en tyv. Dere er alle lysets barn og dagens barn; vi hører ikke natten eller mørket til.» Selv om vi ikke skal kjenne timen for vår Herres gjenkomst, kan vi vite når den er nær. «La oss derfor ikke sove, slik som de andre, men la oss våke og være edrue.» 1 Tessaloniker 5:4–6.» Slektenes håp,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nittien</dc:title>
  <dc:subject>Det profetiske vevverket i Daniel 11: Avdekking av innviklingene i Trumps æra og forspillet til søndagsloven</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