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nittifire</w:t>
      </w:r>
    </w:p>
    <w:p>
      <w:pPr>
        <w:pStyle w:val="ArticleSubtitle"/>
        <w:jc w:val="left"/>
      </w:pPr>
      <w:r>
        <w:rPr>
          <w:rFonts w:ascii="Arial" w:hAnsi="Arial" w:eastAsia="Arial" w:cs="Arial"/>
        </w:rPr>
        <w:t>Ekko av makkabeerne: Trumps triumf og den profetiske veien til dyrets bilde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Linjen representert ved makkabeerne (som identifiserer den frafalne protestantismen i De forente stater), begynte sitt opprør mot den greske religionen i Modein i 167 f.Kr. Der seiret makkabeerne over Antiokus Epifanes’ forsøk på å tvinge den greske religionen på jødene, og de drepte også jødenes leder, som hadde samarbeidet med Antiokus. Slik blir Biden beseiret i valget i 2024 gjennom den velgerblokken som er kjent som «Religious Right». Historien beskriver seieren i valget i 2024 som at den frafalne protestantismen seirer ikke bare over de globalistiske republikanerne, kalt RINO-er, men også over de ateistiske demokratenes forsøk på å tvinge woke-ismens religion på nasjonen.</w:t>
      </w:r>
    </w:p>
    <w:p>
      <w:pPr>
        <w:pStyle w:val="ArticleBody"/>
        <w:jc w:val="left"/>
      </w:pPr>
      <w:r>
        <w:rPr>
          <w:rFonts w:ascii="Times New Roman" w:hAnsi="Times New Roman" w:eastAsia="Times New Roman" w:cs="Times New Roman"/>
        </w:rPr>
        <w:t>Den indre åndelige krigen, fremstilt ved makkabeernes linje, begynte i 2015, da den rike presidenten oppegget globalismens dragekrefter, og dragens verk i å drepe de to vitnene innbefattet Pelosi-prosessene vedrørende 6. januar 2021. Modein og makkabeernes opprør identifiserer den fremtidige seieren til frafalne protestantisme den 5. november 2024. Innsettelsen den 20. januar 2025 ble forutbildet ved 164 f.Kr., som representerte gjeninnvielsen av det andre tempelet, og i nettopp det året (164 f.Kr.) døde Antiochus Epifanes. Antiochus representerer Det demokratiske partiet og deres globalistiske partnere som identifiserer seg selv som republikanere, selv om de ikke er mer MAGA-republikanere enn en jente er en gutt.</w:t>
      </w:r>
    </w:p>
    <w:p>
      <w:pPr>
        <w:pStyle w:val="ArticleBody"/>
        <w:jc w:val="left"/>
      </w:pPr>
      <w:r>
        <w:rPr>
          <w:rFonts w:ascii="Times New Roman" w:hAnsi="Times New Roman" w:eastAsia="Times New Roman" w:cs="Times New Roman"/>
        </w:rPr>
        <w:t>Den politiske kampen som er fremstilt i vers tretten til femten, og som kulminerer i slaget ved Panium, løper parallelt med den religiøse kampen i denne historien mellom woke-ismen og den frafalne protestantismen. Etter Trumps innsettelse i 2025, fremstilt ved gjeninnvielsen av det andre tempelet i 164 f.Kr., vil han deretter begynne den faktiske dannelsen av et bilde av dyret ved å føre den frafalne protestantiske kirke sammen med sin frafalne republikanske regjering, fremstilt ved forbundet mellom Roma og makkabeerne fra 161 f.Kr. til 158 f.Kr. Trump vil føre kirke og stat sammen i en allianse, hvor det religiøse elementet har kontrollen. I den profetiske historien hvor jorddyret danner et bilde av katolisismens dyr, vil det frafalne republikanske hornet og det frafalne protestantiske hornet fylle sitt prøvetidsbeger på feil side av spørsmålet om evig liv.</w:t>
      </w:r>
    </w:p>
    <w:p>
      <w:pPr>
        <w:pStyle w:val="ArticleBody"/>
        <w:jc w:val="left"/>
      </w:pPr>
      <w:r>
        <w:rPr>
          <w:rFonts w:ascii="Times New Roman" w:hAnsi="Times New Roman" w:eastAsia="Times New Roman" w:cs="Times New Roman"/>
        </w:rPr>
        <w:t>Fra innvielsen, framstilt ved den andre renselsen av tempelet i 164 f.Kr., begynner arbeidet med å danne dyrets bilde, slik det er framstilt ved alliansen mellom jødene og Roma fra 161 f.Kr. til 158 f.Kr. Trump vil bli gjenvalgt den 5. november 2024 (167 f.Kr.), og ved sin innvielse (164 f.Kr.) vil han bli den åttende presidenten siden endetidens begynnelse i 1989. Derved vil han bli den åttende, det vil si av de sju, som et speilbilde av det pavelige dyret, som blir det åttende riket i Bibelens profeti når dets dødelige sår leges ved søndagsloven. Hans innvielse ble framstilt ved makkabeernes gjeninnvielse av det andre tempelet i 164 f.Kr. Makkabeernes opprør begynte tre år tidligere i byen Modein, som betyr «protest» og markerer hans valgseier den 5. november 2024.</w:t>
      </w:r>
    </w:p>
    <w:p>
      <w:pPr>
        <w:pStyle w:val="ArticleBody"/>
        <w:jc w:val="left"/>
      </w:pPr>
      <w:r>
        <w:rPr>
          <w:rFonts w:ascii="Times New Roman" w:hAnsi="Times New Roman" w:eastAsia="Times New Roman" w:cs="Times New Roman"/>
        </w:rPr>
        <w:t>I 164 f.Kr. fant den andre innvielsen av det andre tempelet sted, og dette er således et forbilde på Trumps andre innsettelse den 20. januar 2025. På det tidspunkt blir han offisielt den åttende presidenten som er av de sju presidentene før ham. År 164 f.Kr. blir minnet i jødedommen for å markere den andre innvielsen av det andre tempelet.</w:t>
      </w:r>
    </w:p>
    <w:p>
      <w:pPr>
        <w:pStyle w:val="ArticleBody"/>
        <w:jc w:val="left"/>
      </w:pPr>
      <w:r>
        <w:rPr>
          <w:rFonts w:ascii="Times New Roman" w:hAnsi="Times New Roman" w:eastAsia="Times New Roman" w:cs="Times New Roman"/>
        </w:rPr>
        <w:t>Innvielsen er stedet hvor Trump blir den åttende, det vil si av de syv, og fra det tidspunkt vil sataniske mirakler finne sted som støtter arbeidet med å danne et bilde av dyret. Åtte er et symbol på bildet av det oppstandne dyret, og på det tidspunkt begynner dannelsen av bildet, slik det er representert ved 161 f.Kr.</w:t>
      </w:r>
    </w:p>
    <w:p>
      <w:pPr>
        <w:pStyle w:val="ArticleBody"/>
        <w:jc w:val="left"/>
      </w:pPr>
      <w:r>
        <w:rPr>
          <w:rFonts w:ascii="Times New Roman" w:hAnsi="Times New Roman" w:eastAsia="Times New Roman" w:cs="Times New Roman"/>
        </w:rPr>
        <w:t>Dannelsen av dyrets bilde fullføres først i De forente stater, og deretter tvinges dyrets bilde på hele verden. Ved begynnelsen av De forente staters tvang overfor verden til å godta et bilde av dyret, som både skulle tale og gjøre at så mange som ikke ville tilbe dyrets bilde, ble drept, vil De forente stater nettopp ha vedtatt en søndagslov og dannet en trefoldig union. Ved søndagsloven er den trefoldige unionen på plass, og tiden for Satans forunderlige virksomhet er kommet, idet Satan utgir seg for å være Kristus og utfører mirakler for å få verden til å godta verdensbildet av dyret og søndagstilbedelsen. På det tidspunkt blir Trump lederen for de ti kongene.</w:t>
      </w:r>
    </w:p>
    <w:p>
      <w:pPr>
        <w:pStyle w:val="ArticleBody"/>
        <w:jc w:val="left"/>
      </w:pPr>
      <w:r>
        <w:rPr>
          <w:rFonts w:ascii="Times New Roman" w:hAnsi="Times New Roman" w:eastAsia="Times New Roman" w:cs="Times New Roman"/>
        </w:rPr>
        <w:t>Slik er Trumps innsettelse som øverste konge over de ti kongene, som fullbyrdes ved den trefoldige forening under den snart kommende søndagsloven, blitt forutskygget av Trumps innsettelse som den åttende presidenten, det vil si en av de syv, den 20. januar 2025. Ved søndagsloven, som avslutter dannelsen av dyrets bilde i De forente stater, blir også det pavelige dyret den åttende, som er av de syv. Slik begynner prøvetiden knyttet til dyrets bilde med at Trump blir den åttende, som er av de syv, og når den perioden ender, blir også pavedømmet den åttende, som er av de syv, for Alfa og Omega fremstiller enden ved begynnelsen.</w:t>
      </w:r>
    </w:p>
    <w:p>
      <w:pPr>
        <w:pStyle w:val="ArticleBody"/>
        <w:jc w:val="left"/>
      </w:pPr>
      <w:r>
        <w:rPr>
          <w:rFonts w:ascii="Times New Roman" w:hAnsi="Times New Roman" w:eastAsia="Times New Roman" w:cs="Times New Roman"/>
        </w:rPr>
        <w:t>Sataniske mirakler begynner ved Trumps innsettelse, når perioden for dannelsen av dyrets bilde begynner, og den markerer Satans forunderlige virksomhet, som begynner ved slutten av perioden for dannelsen av dyrets bilde i De forente stater. Trumps innsettelse markerer begynnelsen på den perioden, og hans innsettelse som den fremste kongen over De forente nasjoners ti konger markerer slutten på den perioden. I de innsettelsene ved begynnelsen og avslutningen, som begge innleder dannelsen av dyrets bilde, skjer dette først i De forente stater, og deretter i hele verden.</w:t>
      </w:r>
    </w:p>
    <w:p>
      <w:pPr>
        <w:pStyle w:val="ArticleBody"/>
        <w:jc w:val="left"/>
      </w:pPr>
      <w:r>
        <w:rPr>
          <w:rFonts w:ascii="Times New Roman" w:hAnsi="Times New Roman" w:eastAsia="Times New Roman" w:cs="Times New Roman"/>
        </w:rPr>
        <w:t>Ligaens verk, eller sammenslutningen med Roma som fant sted fra 161 f.Kr. til 158 f.Kr., identifiserer denne historien, og den avsluttes ved søndagsloven i vers seksten. Det endelige arbeidet med å opprette en regjering som er et bilde av pavemakten, begynner som dannelsen av dyrets bilde og drives frem av Trump idet han gjengjelder de politiske tjenester de frafalne protestantene ytte ved hans politiske seier.</w:t>
      </w:r>
    </w:p>
    <w:p>
      <w:pPr>
        <w:pStyle w:val="ArticleBody"/>
        <w:jc w:val="left"/>
      </w:pPr>
      <w:r>
        <w:rPr>
          <w:rFonts w:ascii="Times New Roman" w:hAnsi="Times New Roman" w:eastAsia="Times New Roman" w:cs="Times New Roman"/>
        </w:rPr>
        <w:t>Denne profetiske strukturen skal plasseres inn i den skjulte historien i vers førti. Den skjulte historien fra vers to til vers tre i Daniel elleve skal også legges på denne strukturen. Den profetiske historien om de to vitnene i Åpenbaringen kapittel elleve skal også legges på denne strukturen. Ved å føre disse tre linjene sammen i den skjulte historien i vers førti, åpner Løven av Judas stamme den delen av Daniels profeti som hadde vært forseglet inntil de siste dager.</w:t>
      </w:r>
    </w:p>
    <w:p>
      <w:pPr>
        <w:pStyle w:val="ArticleScripture"/>
        <w:jc w:val="left"/>
      </w:pPr>
      <w:r>
        <w:rPr>
          <w:rFonts w:ascii="Times New Roman" w:hAnsi="Times New Roman" w:eastAsia="Times New Roman" w:cs="Times New Roman"/>
        </w:rPr>
        <w:t>Skal det blåses i basun i byen, uten at folket blir redde? Kan det være ulykke i en by uten at Herren har gjort det? Sannelig, Herren Gud gjør ikke noe uten at han åpenbarer sitt råd for sine tjenere, profetene. Løven har brølt; hvem skulle ikke frykte? Herren Gud har talt; hvem kan annet enn profetere? Forkynn i palassene i Asjdod og i palassene i landet Egypt, og si: Samle dere på Samarias fjell, og se de store opptøyene midt i henne og de undertrykte midt i henne. Amos 3:6–9.</w:t>
      </w:r>
    </w:p>
    <w:p>
      <w:pPr>
        <w:pStyle w:val="ArticleBody"/>
        <w:jc w:val="left"/>
      </w:pPr>
      <w:r>
        <w:rPr>
          <w:rFonts w:ascii="Times New Roman" w:hAnsi="Times New Roman" w:eastAsia="Times New Roman" w:cs="Times New Roman"/>
        </w:rPr>
        <w:t>Budskapet som blir åpnet, og som er fremstilt i den skjulte historien i Daniel 11, vers førti, er beseglingsbudskapet, og Amos stiller det retoriske spørsmålet om en basun som blåses i en by, og en løve som brøler; og Amos gir svaret når han sier at Gud ikke vil gjøre noe uten først å åpenbare det for sine tjenere, profetene. Han innbefatter at basunbudskapet, som er utformet for å frembringe gudsfrykt, også ville identifisere det onde i byen, og at det skulle kunngjøres i Asjdod, Egypt og Samaria, som representerer den trefoldige sammensetningen av det moderne Babylon. Beseglingens basunbudskap skulle forkynnes for hele verden på forhånd før de begivenheter som er fremstilt i beseglingsbudskapet. Basunbudskapet, som er beseglingsbudskapet, bærer «Sannhetens» signatur, for beseglingstiden er oppbygget på tre støt av den tredje ve-basunen.</w:t>
      </w:r>
    </w:p>
    <w:p>
      <w:pPr>
        <w:pStyle w:val="ArticleBody"/>
        <w:jc w:val="left"/>
      </w:pPr>
      <w:r>
        <w:rPr>
          <w:rFonts w:ascii="Times New Roman" w:hAnsi="Times New Roman" w:eastAsia="Times New Roman" w:cs="Times New Roman"/>
        </w:rPr>
        <w:t>Basunen markerte først begynnelsen på beseglingen den 11. september 2001, og den siste representerer slutten på beseglingen ved den snart kommende søndagsloven, når det tredje ve kommer brått ved det store jordskjelvet. Det midterste basunstøtet fant sted den 7. oktober 2023, da det gamle herlige landet ble rammet av et overraskelsesangrep fra islams side, tilhørende det tredje ve, slik det moderne herlige landet ble rammet av et overraskelsesangrep fra islams side, tilhørende det tredje ve, i 2001, og slik det vil være ved det siste av disse tre støtene ved den snart kommende søndagsloven. Det midterste overraskelsesangrepet på det gamle herlige landet var rettet mot det bokstavelige Israel, et symbol på det opprøret som korsfestet Messias.</w:t>
      </w:r>
    </w:p>
    <w:p>
      <w:pPr>
        <w:pStyle w:val="ArticleBody"/>
        <w:jc w:val="left"/>
      </w:pPr>
      <w:r>
        <w:rPr>
          <w:rFonts w:ascii="Times New Roman" w:hAnsi="Times New Roman" w:eastAsia="Times New Roman" w:cs="Times New Roman"/>
        </w:rPr>
        <w:t>Amos’ trompetbudskap ville bli kringkastet til hele verden, og arbeidet med å offentliggjøre dette budskapet begynte i slutten av juli 2023. Løven av Juda stamme brølte da, og hvem vil ikke frykte, og hvem vil være så dristig å benekte at begivenhetene knyttet til beseglingstiden for de hundre og førtifire tusen nå blir avdekket rundt om på jorden? Disse artiklene finnes nå i over hundre og tjue nasjoner, på over seksti språk, og de kan enten leses eller lyttes til.</w:t>
      </w:r>
    </w:p>
    <w:p>
      <w:pPr>
        <w:pStyle w:val="ArticleScripture"/>
        <w:jc w:val="left"/>
      </w:pPr>
      <w:r>
        <w:rPr>
          <w:rFonts w:ascii="Times New Roman" w:hAnsi="Times New Roman" w:eastAsia="Times New Roman" w:cs="Times New Roman"/>
        </w:rPr>
        <w:t>Salig er den som leser, og de som hører ordene i denne profeti og holder fast ved det som er skrevet i den; for tiden er nær. Åpenbaringen 1:3.</w:t>
      </w:r>
    </w:p>
    <w:p>
      <w:pPr>
        <w:pStyle w:val="ArticleBody"/>
        <w:jc w:val="left"/>
      </w:pPr>
      <w:r>
        <w:rPr>
          <w:rFonts w:ascii="Times New Roman" w:hAnsi="Times New Roman" w:eastAsia="Times New Roman" w:cs="Times New Roman"/>
        </w:rPr>
        <w:t>Når ilden fra alteret, som er blitt blandet med bønnene og røkelsen, kastes ned på jorden idet det sjuende og siste segl tas bort, lød det røster, tordener, lyn og et stort jordskjelv. Det store jordskjelvet frembringes som en følge av at budskapet om Midnattsropet kastes ned som ild over de hellige som sukker og roper i Esekiel kapittel ni, på samme måte som ilden kom ned ved pinsen. Denne ilden representerte et budskap som deretter ble båret til hvert folk, stamme, tungemål og nasjon, slik disse artiklene er. Denne ilden representerte evnen til å formidle dette budskapet på en mengde språk, slik disse artiklene er. Artiklene identifiserer på forhånd det som er i ferd med å finne sted, for Herren gjør intet uten først å åpenbare sine gjerninger gjennom sitt profetiske Ord.</w:t>
      </w:r>
    </w:p>
    <w:p>
      <w:pPr>
        <w:pStyle w:val="ArticleScripture"/>
        <w:jc w:val="left"/>
      </w:pPr>
      <w:r>
        <w:rPr>
          <w:rFonts w:ascii="Times New Roman" w:hAnsi="Times New Roman" w:eastAsia="Times New Roman" w:cs="Times New Roman"/>
        </w:rPr>
        <w:t>Lytt, dere himler, og jeg vil tale; og hør, du jord, ordene fra min munn. Min lære skal dryppe som regnet, min tale falle som duggen, som småregnet over det spæde gress og som regnskurene over urtene. For jeg vil forkynne Herrens navn: Gi vår Gud storhet! Han er Klippen, hans verk er fullkomment; for alle hans veier er dom; en trofast Gud og uten urett, rettferdig og rettskaffen er han. De har fordervet seg selv, de er ikke hans barns plett; de er en vrang og fordervet slekt. 5 Mosebok 32:1–5.</w:t>
      </w:r>
    </w:p>
    <w:p>
      <w:pPr>
        <w:pStyle w:val="ArticleBody"/>
        <w:jc w:val="left"/>
      </w:pPr>
      <w:r>
        <w:rPr>
          <w:rFonts w:ascii="Times New Roman" w:hAnsi="Times New Roman" w:eastAsia="Times New Roman" w:cs="Times New Roman"/>
        </w:rPr>
        <w:t>«læren» om senregnet blir nå offentliggjort av Herren, og de læresetningene som utgjør budskapet i Midnattsropet–senregnsbudskapet, er grunnlagt på «Herrens navn». Hans navn er «Sannhet», Han er Palmoni, den vidunderlige tallsetter, og Han er den vidunderlige språkkyndige; Han er Alfa og Omega, Han er Guds Sønn og Menneskesønnen, Han er Øverstepresten, Han er Løven av Judas stamme, og Han er erkeengelen Mikael. Alle disse Kristi navn er en integrert del av Jesu Kristi åpenbaring, som blir avseglet like før prøvetiden avsluttes, og de er en integrert del av de artiklene som har blitt offentliggjort over hele kloden siden slutten av juli 2023. «Den som har øre, han høre hva Ånden sier til menighetene.»</w:t>
      </w:r>
    </w:p>
    <w:p>
      <w:pPr>
        <w:pStyle w:val="ArticleBody"/>
        <w:jc w:val="left"/>
      </w:pPr>
      <w:r>
        <w:rPr>
          <w:rFonts w:ascii="Times New Roman" w:hAnsi="Times New Roman" w:eastAsia="Times New Roman" w:cs="Times New Roman"/>
        </w:rPr>
        <w:t>Løven av Juda stamme, han som er den som seiret og vant retten til å åpne boken som er forseglet med sju segl, roper nå, slik han gjorde den 22. oktober 1844: Hvem skulle ikke frykte?</w:t>
      </w:r>
    </w:p>
    <w:p>
      <w:pPr>
        <w:pStyle w:val="ArticleScripture"/>
        <w:jc w:val="left"/>
      </w:pPr>
      <w:r>
        <w:rPr>
          <w:rFonts w:ascii="Times New Roman" w:hAnsi="Times New Roman" w:eastAsia="Times New Roman" w:cs="Times New Roman"/>
        </w:rPr>
        <w:t>Og han ropte med høy røst, likesom når en løve brøler; og da han hadde ropt, lot de sju tordener sine røster høre. Og da de sju tordener hadde latt sine røster høre, var jeg i ferd med å skrive; og jeg hørte en røst fra himmelen si til meg: Forsegl det som de sju tordener har talt, og skriv det ikke. Åpenbaringen 10:3, 4.</w:t>
      </w:r>
    </w:p>
    <w:p>
      <w:pPr>
        <w:pStyle w:val="ArticleBody"/>
        <w:jc w:val="left"/>
      </w:pPr>
      <w:r>
        <w:rPr>
          <w:rFonts w:ascii="Times New Roman" w:hAnsi="Times New Roman" w:eastAsia="Times New Roman" w:cs="Times New Roman"/>
        </w:rPr>
        <w:t>En hellig historie som stemmer overens med den skjulte historien i Daniel elleve, vers førti, er millerittenes historie, til oppfyllelse av lignelsen om de ti jomfruer i Matteus tjuefem, de sju tordener i Åpenbaringen ti, Habakkuk kapittel to og Esekiel kapittel tolv, vers enogtyve til tjueåtte. Deres historie begynte ved endetiden i 1798, hvilket stemmer overens med endetiden i 1989. I Åpenbaringen kapittel ti lot de sju tordener sine røster høres, men Johannes ble hindret fra å skrive det som de sju tordener hadde talt. Apostelen Paulus så og hørte ting i den tredje himmel som det ikke var tillatt for mennesker å skrive.</w:t>
      </w:r>
    </w:p>
    <w:p>
      <w:pPr>
        <w:pStyle w:val="ArticleScripture"/>
        <w:jc w:val="left"/>
      </w:pPr>
      <w:r>
        <w:rPr>
          <w:rFonts w:ascii="Times New Roman" w:hAnsi="Times New Roman" w:eastAsia="Times New Roman" w:cs="Times New Roman"/>
        </w:rPr>
        <w:t>Apostelen Paulus fikk tidlig i sin kristne erfaring særlige anledninger til å lære Guds vilje å kjenne når det gjaldt Jesu etterfølgere. Han ble «rykket opp til den tredje himmel», «inn i paradiset, og hørte usigelige ord, som det et menneske ikke er tillatt å uttale». Han erkjente selv at mange «syner og åpenbaringer» var blitt gitt ham «av Herren». Hans forståelse av evangeliets sannhetsprinsipper var på høyde med «de fremste blant apostlene». 2 Korinterbrev 12:2, 4, 1, 11. Han hadde en klar og full forståelse av «hva bredden og lengden og dybden og høyden er» i «Kristi kjærlighet, som overgår all kunnskap». Efeserbrevet 3:18, 19. Apostlenes gjerninger, 469.</w:t>
      </w:r>
    </w:p>
    <w:p>
      <w:pPr>
        <w:pStyle w:val="ArticleBody"/>
        <w:jc w:val="left"/>
      </w:pPr>
      <w:r>
        <w:rPr>
          <w:rFonts w:ascii="Times New Roman" w:hAnsi="Times New Roman" w:eastAsia="Times New Roman" w:cs="Times New Roman"/>
        </w:rPr>
        <w:t>Alle profetene identifiserer de siste dager, og det Johannes hørte da de sju tordener «talte» med sine røster, ble han forbudt å skrive. Det Paulus var vitne til da han var i den tredje himmel, var det ikke tillatt for et menneske å «uttale». Sannheten som ble fremstilt ved de sju tordener, skulle forsegles inntil Løven av Juda stamme valgte å åpne den sannhet.</w:t>
      </w:r>
    </w:p>
    <w:p>
      <w:pPr>
        <w:pStyle w:val="ArticleBody"/>
        <w:jc w:val="left"/>
      </w:pPr>
      <w:r>
        <w:rPr>
          <w:rFonts w:ascii="Times New Roman" w:hAnsi="Times New Roman" w:eastAsia="Times New Roman" w:cs="Times New Roman"/>
        </w:rPr>
        <w:t>Den ble delvis åpnet for søster White, for hun identifiserte at den representerte «begivenheter som ville finne sted» i historien til den første og den andre engels budskap, og også at den representerte «framtidige hendelser som skulle bli åpenbart i sin rekkefølge». Det som da ble åpenbart, var en forutsigelse knyttet til «framtidige hendelser». Hun ble også undervist om at beseglingen av de sju tordener var forbilledlig fremstilt ved beseglingen av Daniels bok.</w:t>
      </w:r>
    </w:p>
    <w:p>
      <w:pPr>
        <w:pStyle w:val="ArticleScripture"/>
        <w:jc w:val="left"/>
      </w:pPr>
      <w:r>
        <w:rPr>
          <w:rFonts w:ascii="Times New Roman" w:hAnsi="Times New Roman" w:eastAsia="Times New Roman" w:cs="Times New Roman"/>
        </w:rPr>
        <w:t>«Det særlige lys som ble gitt til Johannes, og som kom til uttrykk i de sju tordener, var en fremstilling av begivenheter som ville finne sted under den første og den andre engels budskap....»</w:t>
      </w:r>
    </w:p>
    <w:p>
      <w:pPr>
        <w:pStyle w:val="ArticleScripture"/>
        <w:jc w:val="left"/>
      </w:pPr>
      <w:r>
        <w:rPr>
          <w:rFonts w:ascii="Times New Roman" w:hAnsi="Times New Roman" w:eastAsia="Times New Roman" w:cs="Times New Roman"/>
        </w:rPr>
        <w:t>«Etter at disse sju tordener hadde latt sine røster høre, kommer påbudet til Johannes, slik det kom til Daniel angående den lille boken: ‘Forsegl det som de sju tordener talte.’ Disse angår fremtidige hendelser som vil bli åpenbart i sin orden.» The Seventh-day Adventist Bible Commentary, bind 7, 971.</w:t>
      </w:r>
    </w:p>
    <w:p>
      <w:pPr>
        <w:pStyle w:val="ArticleBody"/>
        <w:jc w:val="left"/>
      </w:pPr>
      <w:r>
        <w:rPr>
          <w:rFonts w:ascii="Times New Roman" w:hAnsi="Times New Roman" w:eastAsia="Times New Roman" w:cs="Times New Roman"/>
        </w:rPr>
        <w:t>Forståelsen av at de sju tordener er et symbol som beviser og opprettholder metodologien, ble erkjent i endetiden som begynte i 1989. Etter 11. september 2001 ble betydningen av gjentakelsen av de to bevegelsene en nærværende prøvende sannhet.</w:t>
      </w:r>
    </w:p>
    <w:p>
      <w:pPr>
        <w:pStyle w:val="ArticleBody"/>
        <w:jc w:val="left"/>
      </w:pPr>
      <w:r>
        <w:rPr>
          <w:rFonts w:ascii="Times New Roman" w:hAnsi="Times New Roman" w:eastAsia="Times New Roman" w:cs="Times New Roman"/>
        </w:rPr>
        <w:t>Gjentakelsen av millerittenes historie i historien til de hundre og førtifire tusen var den primære regelen som ble stadfestet på den datoen, slik den primære regelen for millerittene ble stadfestet den 11. august 1840. For millerittene ble den primære regelen om at en dag representerer et år stadfestet den 11. august 1840, og den primære regelen som identifiserer at alle reformatoriske bevegelser er et forbilde på hverandre, «linje på linje», ble stadfestet den 11. september 2001. De sju tordener, som et vitnesbyrd om den sannheten, ble forseglet opp på den tiden.</w:t>
      </w:r>
    </w:p>
    <w:p>
      <w:pPr>
        <w:pStyle w:val="ArticleBody"/>
        <w:jc w:val="left"/>
      </w:pPr>
      <w:r>
        <w:rPr>
          <w:rFonts w:ascii="Times New Roman" w:hAnsi="Times New Roman" w:eastAsia="Times New Roman" w:cs="Times New Roman"/>
        </w:rPr>
        <w:t>Jesus illustrerer alltid enden på en ting ved dens begynnelse, og 11. september 2001, som er begynnelsen på beseglingsprosessen, identifiserer avslutningen på beseglingsprosessen. Løven av Judas stamme avforseglet enda et aspekt ved de sju tordener da Han begynte å reise de døde, tørre ben i juli 2023, for da identifiserte Han at, i samsvar med «Sannhet», representerer de sju tordener også symbolsk den millerittiske historien om den første og den siste skuffelsen, med Midnattsropets opprør som det midterste veimerket.</w:t>
      </w:r>
    </w:p>
    <w:p>
      <w:pPr>
        <w:pStyle w:val="ArticleBody"/>
        <w:jc w:val="left"/>
      </w:pPr>
      <w:r>
        <w:rPr>
          <w:rFonts w:ascii="Times New Roman" w:hAnsi="Times New Roman" w:eastAsia="Times New Roman" w:cs="Times New Roman"/>
        </w:rPr>
        <w:t>Ved å gjøre dette åpenbarte Han at de sju tordener gjentas i historien fra 18. juli 2020 og frem til den snart kommende søndagsloven. Skuffelsen den 18. juli 2020, som er det første veimerket, og skuffelsen ved den snart kommende søndagsloven, som er det siste av de tre veimerkene for «Sannhet», som identifiserer de sju tordener ved slutten av beseglingstiden, fremstilles ved det opprøret som er forbundet med de dårlige jomfruene, som forkaster budskapet fra Løven av Juda stamme, som nå brøler idet Han avforsegler og kunngjør sitt budskap over hele jorden; for dette budskapet er de siste dagers midnattsropsbudskap.</w:t>
      </w:r>
    </w:p>
    <w:p>
      <w:pPr>
        <w:pStyle w:val="ArticleBody"/>
        <w:jc w:val="left"/>
      </w:pPr>
      <w:r>
        <w:rPr>
          <w:rFonts w:ascii="Times New Roman" w:hAnsi="Times New Roman" w:eastAsia="Times New Roman" w:cs="Times New Roman"/>
        </w:rPr>
        <w:t>Ved begynnelsen av beseglingstiden, den 11. september 2001, steg engelen i Åpenbaringen kapittel atten ned, og blant flere ting åpenbarte han en fyldigere forståelse av betydningen av de syv tordener. Det som da ble forstått om de syv tordener, var ikke ganske enkelt at reformbevegelser er parallelle med hverandre, men også at når engelen steg ned ved det waymark som tilhører en reformbevegelse, ville det stadfeste den primære profetiske regelen for dens respektive historie.</w:t>
      </w:r>
    </w:p>
    <w:p>
      <w:pPr>
        <w:pStyle w:val="ArticleBody"/>
        <w:jc w:val="left"/>
      </w:pPr>
      <w:r>
        <w:rPr>
          <w:rFonts w:ascii="Times New Roman" w:hAnsi="Times New Roman" w:eastAsia="Times New Roman" w:cs="Times New Roman"/>
        </w:rPr>
        <w:t>Nedstigningen av engelen i Åpenbaringen kapittel atten den 11. september 2001 stadfestet den sildige regns metodologi om «linje på linje» ved å påvise at begynnelsesbevegelsen (eller Alfa-bevegelsen) illustrerte avslutningsbevegelsen (eller Omega-bevegelsen). Ved slutten av beseglingstiden steg Mikael ned for å oppvekke de døde, tørre ben, fremstilt ved de to vitnene som var døde på gaten i den store byen Sodoma og Egypt, hvor også vår Herre ble korsfestet. Da Mikael kalte de døde tilbake til livet, avseglede Han, som Løven av Judas stamme, at de sju tordener hadde en skjult historie utover de sannheter om de sju tordener som tidligere var blitt åpenbart.</w:t>
      </w:r>
    </w:p>
    <w:p>
      <w:pPr>
        <w:pStyle w:val="ArticleBody"/>
        <w:jc w:val="left"/>
      </w:pPr>
      <w:r>
        <w:rPr>
          <w:rFonts w:ascii="Times New Roman" w:hAnsi="Times New Roman" w:eastAsia="Times New Roman" w:cs="Times New Roman"/>
        </w:rPr>
        <w:t>Og da Løven av Juda stamme åpnet denne sannheten, plasserte Han den innenfor «Sannhetens» struktur. Da ble det åpenbart at 18. juli 2020 var parallell med 19. april 1844, og at hvert av disse veimerkene ville bli etterfulgt av åpningen av midnattsropsbudskapet, som ville åpenbare de dårlige jomfruenes opprør i hver respektive historie. Han åpnet også det faktum at budskapet ville fare som en tsunami rundt om i verden inntil den store skuffelsen da søndagsloven ble håndhevet.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Og han sier til meg: Forsegl ikke ordene i profetien i denne boken; for tiden er nær. Den som gjør urett, la ham fremdeles gjøre urett; og den som er uren, la ham fremdeles være uren; og den som er rettferdig, la ham fremdeles øve rettferdighet; og den som er hellig, la ham fremdeles helliges. Og se, jeg kommer snart, og min lønn er med meg, for å gi enhver etter som hans gjerning er. Jeg er Alfa og Omega, begynnelsen og enden, den første og den siste. Åpenbaringen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nittifire</dc:title>
  <dc:subject>Ekko av makkabeerne: Trumps triumf og den profetiske veien til dyrets bilde</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