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tallet femten</w:t>
      </w:r>
    </w:p>
    <w:p>
      <w:pPr>
        <w:pStyle w:val="ArticleSubtitle"/>
        <w:jc w:val="left"/>
      </w:pPr>
      <w:r>
        <w:rPr>
          <w:rFonts w:ascii="Arial" w:hAnsi="Arial" w:eastAsia="Arial" w:cs="Arial"/>
        </w:rPr>
        <w:t>«250» ganger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I 2026 skal Trump feire Amerikas «250» år, og slik komme i samsvar med de «250» årene fra 457 f.Kr. til Antiokus Magnus i historien mellom slaget ved Rafia og slaget ved Panium. Ved slutten av «250» år står Antiokus Magnus i 207 f.Kr., ti år etter Rafia og sju år før Panium. Vitnesbyrdet om «250» år samsvarer også med den «250» år lange perioden under det hedenske Roma, for i år 64 begynte Nero forfølgelsen av de kristne, og «250» år senere, ved Milanoediktet i 313, legaliserte Konstantin den store kristendommen, og forfølgelsene tok slutt.</w:t>
      </w:r>
    </w:p>
    <w:p>
      <w:pPr>
        <w:pStyle w:val="ArticleBody"/>
        <w:jc w:val="left"/>
      </w:pPr>
      <w:r>
        <w:rPr>
          <w:rFonts w:ascii="Times New Roman" w:hAnsi="Times New Roman" w:eastAsia="Times New Roman" w:cs="Times New Roman"/>
        </w:rPr>
        <w:t>Donald Trump er kjent for sine bestrebelser på å gjøre Amerika stort igjen; det er betegnelsen på hans tilhengere—MAGA. Trump er blitt fremstilt typologisk i profetien ved Konstantin den store, Antiokos den store, og selvsagt, i de første få versene av Daniel elleve, er han Kyros den store, Xerxes den store og deretter Aleksander den store. Fra dekretet til Kyros, Darius og Artaxerxes i 457 f.Kr. og frem til historien om Panium er det to hundre og femti år. Slutten på de «250» årene ligger i et midtpunkt mellom Rafia og Panium, og det gjør også 2026. 2026 er midten av Trumps andre periode. Neros «250» år med forfølgelse leder til et dekret som avslutter kristenforfølgelsen. Neros linje er den midterste linjen av de tre linjene på «250» år representert ved Kyros, Nero og Trump.</w:t>
      </w:r>
    </w:p>
    <w:p>
      <w:pPr>
        <w:pStyle w:val="ArticleBody"/>
        <w:jc w:val="left"/>
      </w:pPr>
      <w:r>
        <w:rPr>
          <w:rFonts w:ascii="Times New Roman" w:hAnsi="Times New Roman" w:eastAsia="Times New Roman" w:cs="Times New Roman"/>
        </w:rPr>
        <w:t>Kyros ga det første dekretet, og Artaxerxes ga det tredje dekretet. Kyros er den første engelen, og Artaxerxes den tredje. Jeg har til hensikt å bruke Kyros som symbolet på alle de tre dekretene, som sammen identifiserer 457 f.Kr.</w:t>
      </w:r>
    </w:p>
    <w:p>
      <w:pPr>
        <w:pStyle w:val="ArticleBody"/>
        <w:jc w:val="left"/>
      </w:pPr>
      <w:r>
        <w:rPr>
          <w:rFonts w:ascii="Times New Roman" w:hAnsi="Times New Roman" w:eastAsia="Times New Roman" w:cs="Times New Roman"/>
        </w:rPr>
        <w:t>Kyros innleder en «250»-årslinje i 457 f.Kr. som ender i historien om Panium, som er historien om Antiokus den store, som er Donald Trump. Panium er verset før søndagsloven. Kyros markerer begynnelsen på «250»-årslinjen i historien som representerer landdyrets republikanske horn, og Kyros markerer også begynnelsen på den 2 300-årige historielinjen som representerer landdyrets protestantiske horn.</w:t>
      </w:r>
    </w:p>
    <w:p>
      <w:pPr>
        <w:pStyle w:val="ArticleBody"/>
        <w:jc w:val="left"/>
      </w:pPr>
      <w:r>
        <w:rPr>
          <w:rFonts w:ascii="Times New Roman" w:hAnsi="Times New Roman" w:eastAsia="Times New Roman" w:cs="Times New Roman"/>
        </w:rPr>
        <w:t>Nero innleder en historielinje som representerer forfølgelse frem til kompromiss. I motsetning til Kyros og De forente stater, som representerer en linje som ender ved et midtpunkt i en profetisk periode, ender Neros linje med en illustrasjon av en progressiv periode med kompromiss som begynner med Milano-ediktet i 313, deretter den første søndagsloven i 321, som så ble etterfulgt i 330 av delingen av Roma i øst og vest. Konstantin er representert ved alle disse tre datoene. I Neros linje er det sytten år fra 313 til 330. I Kyros’ linje er det også sytten år fra slaget ved Rafia i 217 f.Kr. til slaget ved Panium i 200 f.Kr.</w:t>
      </w:r>
    </w:p>
    <w:p>
      <w:pPr>
        <w:pStyle w:val="ArticleBody"/>
        <w:jc w:val="left"/>
      </w:pPr>
      <w:r>
        <w:rPr>
          <w:rFonts w:ascii="Times New Roman" w:hAnsi="Times New Roman" w:eastAsia="Times New Roman" w:cs="Times New Roman"/>
        </w:rPr>
        <w:t>I kapittel elleve i Daniel er Artaxerxes det tredje dekretet. Det tredje dekretet representerer den tredje engel og søndagsloven. De «250» årene fra 457 f.Kr. og de «250» årene fra 1776, begge ender i midten av den historien som finner sted like før søndagsloven i vers seksten. Kapittel elleve fremsetter vers som til sist representerte historien i 1989 i vers ti, og historien om den ukrainske krigen som begynte i 2014, representert i vers elleve, og deretter Trumps tilbakekomst for sin andre periode i 2024, slik det er representert i vers tretten, og så identifiserer vers fjorten 2025, med den første paven fra det herlige landet som etablerer det ytre synet.</w:t>
      </w:r>
    </w:p>
    <w:p>
      <w:pPr>
        <w:pStyle w:val="ArticleBody"/>
        <w:jc w:val="left"/>
      </w:pPr>
      <w:r>
        <w:rPr>
          <w:rFonts w:ascii="Times New Roman" w:hAnsi="Times New Roman" w:eastAsia="Times New Roman" w:cs="Times New Roman"/>
        </w:rPr>
        <w:t>Daniel 11,40 ble oppfylt i 1989 da Sovjetunionen ble styrtet gjennom en hemmelig allianse mellom Johannes Paul II og Ronald Reagan. Den hemmelige alliansen ved endens tid i 1989 var et forbilde på en åpen allianse ved slutten av den profetiske perioden som begynte i 1989. Denne åpne alliansen er det som stadfester synet.</w:t>
      </w:r>
    </w:p>
    <w:p>
      <w:pPr>
        <w:pStyle w:val="ArticleBody"/>
        <w:jc w:val="left"/>
      </w:pPr>
      <w:r>
        <w:rPr>
          <w:rFonts w:ascii="Times New Roman" w:hAnsi="Times New Roman" w:eastAsia="Times New Roman" w:cs="Times New Roman"/>
        </w:rPr>
        <w:t>2026 er slutten på «250» år med profetisk historie, en periode som begynte med tjue-to år fra 1776 frem til endetiden i 1798. De tjue-to årene i denne begynnende historien gjenspeiles i den tjue-toårige historien fra 11. september til 2023. Ved slutten av de tjue-to årene i 1798 ble Daniels bok avseglet; deretter, ved slutten av de tjue-to årene som begynte ved 11. september og endte den 31. desember 2023, begynte Løven av Judas stamme å åpne seglene i Jesu Kristi åpenbaring.</w:t>
      </w:r>
    </w:p>
    <w:p>
      <w:pPr>
        <w:pStyle w:val="ArticleBody"/>
        <w:jc w:val="left"/>
      </w:pPr>
      <w:r>
        <w:rPr>
          <w:rFonts w:ascii="Times New Roman" w:hAnsi="Times New Roman" w:eastAsia="Times New Roman" w:cs="Times New Roman"/>
        </w:rPr>
        <w:t>Budskapet som ble avforseglet ved slutten av toogtyve år i 1798, ble gjort kjent for offentligheten i 1831, to hundre og tyve år etter at King James Bible ble utgitt i 1611. Fra 1798 og fram til 1831 ble Guds profetiske Ord gradvis åpnet. I 1831 var det blitt brakt ut på den offentlige arena, og menn og kvinner kunne da holdes ansvarlige for budskapet som var blitt avforseglet i 1798. Deretter, i 1840, fant «en annen bemerkelsesverdig begivenhet» sted, slik Søster White kaller det, da en forutsigelse om islam ble oppfylt.</w:t>
      </w:r>
    </w:p>
    <w:p>
      <w:pPr>
        <w:pStyle w:val="ArticleBody"/>
        <w:jc w:val="left"/>
      </w:pPr>
      <w:r>
        <w:rPr>
          <w:rFonts w:ascii="Times New Roman" w:hAnsi="Times New Roman" w:eastAsia="Times New Roman" w:cs="Times New Roman"/>
        </w:rPr>
        <w:t>Fra avslutningen av en periode på tjueto år (1798) og inntil avslutningen av en periode på to hundre og tjue år (1831), fremstilles en periode hvor et budskap blir avforseglet. Fremstillingen omfatter et veimerke der budskapet blir formalisert, etterfulgt av et veimerke som angir en forutsigelse, som deretter er blitt omberegnet, og som, når den siden blir oppfylt, frembringer et veimerke som angir begynnelsen på en «vidunderlig manifestasjon av Guds kraft».</w:t>
      </w:r>
    </w:p>
    <w:p>
      <w:pPr>
        <w:pStyle w:val="ArticleBody"/>
        <w:jc w:val="left"/>
      </w:pPr>
      <w:r>
        <w:rPr>
          <w:rFonts w:ascii="Times New Roman" w:hAnsi="Times New Roman" w:eastAsia="Times New Roman" w:cs="Times New Roman"/>
        </w:rPr>
        <w:t>Den tjue-toårige perioden ved slutten av 1989-bevegelsen var fra 11. september til 2023, da en profeti igjen ble åpnet. Denne profetien måtte nødvendigvis innlede en periode med økende kunnskap, en kunnskap som ville prøve og skille, for mange er kalt, men få er utvalgt. Det ville komme et tidspunkt da budskapet ville bli ført frem på den offentlige arena. Budskapet ville bære kjennetegnene av å være et budskap som profetisk er blitt rekalkulert, og det ville igjen inneholde en forutsigelse. Når den offentlige forutsigelsen blir oppfylt, ville budskapet bli gitt kraft, slik det er fremstilt ved historien om 1840 og pinse.</w:t>
      </w:r>
    </w:p>
    <w:p>
      <w:pPr>
        <w:pStyle w:val="ArticleBody"/>
        <w:jc w:val="left"/>
      </w:pPr>
      <w:r>
        <w:rPr>
          <w:rFonts w:ascii="Times New Roman" w:hAnsi="Times New Roman" w:eastAsia="Times New Roman" w:cs="Times New Roman"/>
        </w:rPr>
        <w:t>Med Sovjetunionens fall i 1989 ble Daniel 11,40 avforseglet; og i 1996 ble budskapet i Daniel 11 ført fram på den offentlige arena. 1996 er to hundre og tjue år etter 1776, som ikke bare innledet de tjueto årene som ble avsluttet i 1798, men også innledet de to hundre og femti årene som ender i 2026. Det republikanske hornet når et midtpunkt ved de politiske mellomvalgene i 2026, og det protestantiske hornet strekker seg til 2026, som er slutten på en trettiårsperiode som begynte med formaliseringen av budskapet i 1996, hvilket ble avforseglet ved endens tid i 1989. Jesus illustrerer alltid enden med begynnelsen, så 2026 er året da det korrigerte budskapet om Midnattsropet skal formaliseres, tretti år etter at det avforseglede budskapet fra 1989 ble formalisert i 1996.</w:t>
      </w:r>
    </w:p>
    <w:p>
      <w:pPr>
        <w:pStyle w:val="ArticleBody"/>
        <w:jc w:val="left"/>
      </w:pPr>
      <w:r>
        <w:rPr>
          <w:rFonts w:ascii="Times New Roman" w:hAnsi="Times New Roman" w:eastAsia="Times New Roman" w:cs="Times New Roman"/>
        </w:rPr>
        <w:t>Den «250»-årige linjen som begynner i 1776, fører deg til 2026, midtveis i Donald Trumps periode, like før slaget mellom De forente stater og Russland, som begynner når eselet slippes løs og islam slår til mot De forente stater igjen, slik det gjorde den 11. september.</w:t>
      </w:r>
    </w:p>
    <w:p>
      <w:pPr>
        <w:pStyle w:val="ArticleBody"/>
        <w:jc w:val="left"/>
      </w:pPr>
      <w:r>
        <w:rPr>
          <w:rFonts w:ascii="Times New Roman" w:hAnsi="Times New Roman" w:eastAsia="Times New Roman" w:cs="Times New Roman"/>
        </w:rPr>
        <w:t>Neros «250»-årslinje er den midterste av de tre linjene, både historisk og profetisk. Dette identifiserer Neros linje som den annen engel, hvilket er den annen prøve som går forut for den tredje prøve. Denne annen prøve er dyrets billedes prøve, som representerer den gradvise opprettelsen av forbindelsen mellom kirke og stat, slik den er forbildet ved Milano-ediktet i 313, som igjen ledet til den første søndagslov i 321, og deretter til den nasjonale ruin som alltid følger en søndagslov, slik dette er fremstilt i historien om 330.</w:t>
      </w:r>
    </w:p>
    <w:p>
      <w:pPr>
        <w:pStyle w:val="ArticleBody"/>
        <w:jc w:val="left"/>
      </w:pPr>
      <w:r>
        <w:rPr>
          <w:rFonts w:ascii="Times New Roman" w:hAnsi="Times New Roman" w:eastAsia="Times New Roman" w:cs="Times New Roman"/>
        </w:rPr>
        <w:t>Milanoediktet i 313 markerer begynnelsen på opprettelsen av forholdet mellom kirke og stat i De forente stater, et forhold som gradvis leder frem til søndagsloven i vers seksten. Dette arbeidet begynte ved 11. september med Patriot Act, men i fraktalen ved slutten av beseglingstiden er både Patriot Act og Milanoediktet forbilder på en handling som innleder en gradvis periode med kompromiss, som leder frem til den snart kommende søndagsloven. Det er den første i en rekke profetiske handlinger som direkte fører kirke og stat sammen i De forente stater, og som til slutt leder til søndagsloven.</w:t>
      </w:r>
    </w:p>
    <w:p>
      <w:pPr>
        <w:pStyle w:val="ArticleBody"/>
        <w:jc w:val="left"/>
      </w:pPr>
      <w:r>
        <w:rPr>
          <w:rFonts w:ascii="Times New Roman" w:hAnsi="Times New Roman" w:eastAsia="Times New Roman" w:cs="Times New Roman"/>
        </w:rPr>
        <w:t>Milanoediktet i 313 rommer nettopp disse elementene i sin historiske overlevering, for det var ikke ett enkelt edikt; det var en rekke brev fra Licinius, herskeren over det østlige Romerriket. Det østlige Romerriket var på det tidspunkt fremdeles sterkt hedensk, mens Konstantin åpnet sitt vestlige rike for kristendommen. Selve overenskomsten fant sted i februar 313 under et toppmøte hvor Licinius også giftet seg med Konstantins halvsøster for å besegle deres allianse. Brevene fra Licinius som ble kunngjort i den østlige delen av riket, håndhevet religionsfrihet for kristne og alle andre, samt tilbakeføring av konfiskert kristen eiendom.</w:t>
      </w:r>
    </w:p>
    <w:p>
      <w:pPr>
        <w:pStyle w:val="ArticleBody"/>
        <w:jc w:val="left"/>
      </w:pPr>
      <w:r>
        <w:rPr>
          <w:rFonts w:ascii="Times New Roman" w:hAnsi="Times New Roman" w:eastAsia="Times New Roman" w:cs="Times New Roman"/>
        </w:rPr>
        <w:t>Milanoediktet gjorde slutt på de «250» årene med forfølgelse og representerer en tidsperiode hvor alle de friheter som ediktet står for, gradvis skal bli tatt fra de kristne etter hvert som verden marsjerer sammen med Trump mot den snart kommende søndagsloven.</w:t>
      </w:r>
    </w:p>
    <w:p>
      <w:pPr>
        <w:pStyle w:val="ArticleScripture"/>
        <w:jc w:val="left"/>
      </w:pPr>
      <w:r>
        <w:rPr>
          <w:rFonts w:ascii="Times New Roman" w:hAnsi="Times New Roman" w:eastAsia="Times New Roman" w:cs="Times New Roman"/>
        </w:rPr>
        <w:t>«Dersom leseren vil forstå de redskaper som vil bli tatt i bruk i den forestående strid, behøver han bare å følge beretningen om de midler Roma benyttet for det samme formål i tidligere tider. Dersom han vil vite hvordan papister og protestanter i forening vil behandle dem som forkaster deres dogmer, la ham se den ånd som Roma la for dagen overfor sabbaten og dens forsvarere.</w:t>
      </w:r>
    </w:p>
    <w:p>
      <w:pPr>
        <w:pStyle w:val="ArticleScripture"/>
        <w:jc w:val="left"/>
      </w:pPr>
      <w:r>
        <w:rPr>
          <w:rFonts w:ascii="Times New Roman" w:hAnsi="Times New Roman" w:eastAsia="Times New Roman" w:cs="Times New Roman"/>
        </w:rPr>
        <w:t>«Kongelige forordninger, allmenne konsiler og kirkelige bestemmelser opprettholdt ved verdslig makt var de trinn hvorved den hedenske høytiden oppnådde sin æresstilling i den kristne verden. Det første offentlige tiltak som håndhevet søndagshelligholdelse, var loven vedtatt av Konstantin. (A.D. 321) Dette ediktet påbød byens innbyggere å hvile på ‘solens ærverdige dag’, men tillot folk på landet å fortsette sitt jordbruksarbeid. Selv om det i realiteten var en hedensk lov, ble den håndhevet av keiseren etter hans nominelle antagelse av kristendommen.» The Great Controversy, 573, 574.</w:t>
      </w:r>
    </w:p>
    <w:p>
      <w:pPr>
        <w:pStyle w:val="ArticleBody"/>
        <w:jc w:val="left"/>
      </w:pPr>
      <w:r>
        <w:rPr>
          <w:rFonts w:ascii="Times New Roman" w:hAnsi="Times New Roman" w:eastAsia="Times New Roman" w:cs="Times New Roman"/>
        </w:rPr>
        <w:t>Tallet «25», som er en tiendedel av «250», representerer opprør og adskillelse. De «25» lederne i laodikeisk adventisme som bøyer seg for solen i Esekiel kapittel åtte, er skilt fra dem som blir beseglet i det aller neste kapitlet, og søster White identifiserer tydelig beseglingen i Esekiel kapittel ni som beseglingen av Åpenbaringens hundre og førtifire tusen. Disse «25» mennene er bare en tiendedel av de «250» navngjetne mennene som sluttet seg til opprøret til Korah, Datan og Abiram. Søster White fikk forbud mot å forlate Generalkonferansens møte i 1888, for Gabriel sa til henne at hun måtte bli og nedtegne opprøret i Minneapolis, for det var en gjentakelse av Korahs opprør. «250» er et symbol på opprør og adskillelse. I Matteus «25» er det tre lignelser som underviser om adskillelsen mellom de ugudelige og de vise. De republikanske og protestantiske hornene er begge underlagt en prøvetid fremstilt som fire slektledd, og både paktsfolket og nasjonen hvor paktsfolket er etablert, blir dømt i det samme tidsrommet.</w:t>
      </w:r>
    </w:p>
    <w:p>
      <w:pPr>
        <w:pStyle w:val="ArticleBody"/>
        <w:jc w:val="left"/>
      </w:pPr>
      <w:r>
        <w:rPr>
          <w:rFonts w:ascii="Times New Roman" w:hAnsi="Times New Roman" w:eastAsia="Times New Roman" w:cs="Times New Roman"/>
        </w:rPr>
        <w:t>I de «250» årene til jorddyret, som er det sjette riket i Bibelens profeti og er Amerikas forente stater, identifiserer Neros linje et dekret, slik det er fremstilt ved Milano-ediktet, som markerer begynnelsen på en gradvis eskalering av rettslig krigføring som avsluttes ved søndagslovens dekret i året 321 og innleder en periode som avsluttes i 330, da hele verden blir delt i to klasser, fremstilt som øst og vest. Denne niårsperioden fra 321 til 330 er også Løvhyttefestens sju dager, som begynner ved søndagsloven i 321 og ender når Mikael står opp og nådetiden avsluttes i 330.</w:t>
      </w:r>
    </w:p>
    <w:p>
      <w:pPr>
        <w:pStyle w:val="ArticleBody"/>
        <w:jc w:val="left"/>
      </w:pPr>
      <w:r>
        <w:rPr>
          <w:rFonts w:ascii="Times New Roman" w:hAnsi="Times New Roman" w:eastAsia="Times New Roman" w:cs="Times New Roman"/>
        </w:rPr>
        <w:t>Å forkaste den millerittiske grunnforståelsen av at det er Roma som stadfester synet, er å stryke på den grunnleggende prøven som inntraff den 31. desember 2023 og endte da den første paven fra det herlige land ble valgt den 8. mai 2025. Den grunnleggende sannheten som gjorde det mulig for William Miller å erkjenne Roma som symbolet som stadfester synet, er den sannheten som, dersom den forkastes, fører til kraftig villfarelse. Å mislykkes i den første prøven medfører den kraftige villfarelsen omtalt i Tessalonikerbrevet og beviser at de dårlige jomfruene, som ikke forstår, ikke elsker «sannheten». Å forkaste symbolet som stadfester det ytre synet, er å forkaste den grunnleggende prøven, som er den første av tre prøver. Søster White knytter den første prøven på Kristi tid til Johannes Døperens budskap. Hun fastslår at de som forkastet Johannes’ budskap, ikke ville ha gagn av Jesu undervisning, og heller ikke ville være i stand til å se den husholdningsmessige forandringen da Kristus gikk fra forgården til Det hellige.</w:t>
      </w:r>
    </w:p>
    <w:p>
      <w:pPr>
        <w:pStyle w:val="ArticleBody"/>
        <w:jc w:val="left"/>
      </w:pPr>
      <w:r>
        <w:rPr>
          <w:rFonts w:ascii="Times New Roman" w:hAnsi="Times New Roman" w:eastAsia="Times New Roman" w:cs="Times New Roman"/>
        </w:rPr>
        <w:t>Hun knyttet denne progressive prøvingsprosessen til millerittenes periode og lærer at de som forkastet den første engels budskap, tilsvarte jødene som forkastet Johannes’ budskap. I hver historiske linje hadde de som ikke bestod den første prøven, ingen nytte av det neste trinnet, og de ble blindet for Kristi dispensasjonelle forandring. De som forkastet budskapet om 11. september, kunne ikke se at Kristus hadde begynt å dømme de levende. De som ikke består den grunnleggende prøven i 2023, vil ikke se den overgangsmessige forandringen fra den stridende menighet til den seirende menighet. De som forkastet noen av disse grunnleggende prøvene, endte i «fullstendig mørke». Der det ikke er noe syn, ender folket i fullstendig mørke, og det er Roma som etablerer lyset fra det ytre synet. Denne sannheten kan erkjennes i de tre pavene og deres forhold til de tre presidentene som står i de tre slagene i vers ti, elleve og femten i Daniel elleve.</w:t>
      </w:r>
    </w:p>
    <w:p>
      <w:pPr>
        <w:pStyle w:val="ArticleBody"/>
        <w:jc w:val="left"/>
      </w:pPr>
      <w:r>
        <w:rPr>
          <w:rFonts w:ascii="Times New Roman" w:hAnsi="Times New Roman" w:eastAsia="Times New Roman" w:cs="Times New Roman"/>
        </w:rPr>
        <w:t>Den ytre «250»-årslinjen fra Kyros, som endte i 207 f.Kr. midt i en syttenårsperiode kjennetegnet av slaget ved Rafia og frem til slaget ved Panion, var på linje med «250»-årslinjen som begynte med Nero og endte ved ediktet i Milano i 313, og markerte således den syttenårige perioden til Konstantin den store. Donald Trump står som Antiokus den store i 207 f.Kr., hvilket er 2026, og han står også som Konstantin den store i 313, ved begynnelsen av prøvetiden for dyrets bilde. Den 4. juli 2026 gjør Trump, som Antiokus og Konstantin, Amerika «stort». Trump er den tredje av de tre presidentene som er på linje med de tre slagene i versene ti, elleve og femten. Reagan var den første av disse tre, og Obama var den midterste. Disse tre presidentene bærer signaturen «sannhet», og Reagan og Trump representerer ikke bare den første og den tredje, men alfa og omega.</w:t>
      </w:r>
    </w:p>
    <w:p>
      <w:pPr>
        <w:pStyle w:val="ArticleBody"/>
        <w:jc w:val="left"/>
      </w:pPr>
      <w:r>
        <w:rPr>
          <w:rFonts w:ascii="Times New Roman" w:hAnsi="Times New Roman" w:eastAsia="Times New Roman" w:cs="Times New Roman"/>
        </w:rPr>
        <w:t>De profetiske kjennetegnene ved hver av presidentene er at når de hersker, har de en allianse med periodens pave. Reagan og Johannes Paul II var i hemmelighet alliert idet de styrtet Sovjetunionen i 1989 til oppfyllelse av vers ti og førti i Daniel elleve. Obama, den woke globalistiske presidenten mellom Reagan og Trump, var filosofisk på linje med den woke paven Frans. Trumps allianse med pave Leo er åpen for alle å se, og i 2025 ble Trump innsatt som president og Leo ble innsatt som antikrist. Det åndelige forholdet mellom en president og en pave er representert ved Jesabel og Ba’als profeter. Det politiske forholdet mellom en president og en pave er representert ved Jesabel og Akab. I begge framstillingene er Jesabel overhodet.</w:t>
      </w:r>
    </w:p>
    <w:p>
      <w:pPr>
        <w:pStyle w:val="ArticleScripture"/>
        <w:jc w:val="left"/>
      </w:pPr>
      <w:r>
        <w:rPr>
          <w:rFonts w:ascii="Times New Roman" w:hAnsi="Times New Roman" w:eastAsia="Times New Roman" w:cs="Times New Roman"/>
        </w:rPr>
        <w:t>«Når vi nærmer oss den siste krise, er det av avgjørende betydning at det råder samklang og enhet blant Herrens redskaper. Verden er fylt av storm og krig og strid. Men under ett hode – pavemakten – vil folket forene seg for å motsette seg Gud i hans vitners person. Denne forening blir sammenføyd av den store frafalne. Mens han søker å forene sine redskaper i krig mot sannheten, vil han arbeide for å splitte og spre dens forsvarere. Sjalusi, onde mistanker, ondt snakk, blir tilskyndet av ham for å frembringe uenighet og splid.» Testimonies, bind 7, 182.</w:t>
      </w:r>
    </w:p>
    <w:p>
      <w:pPr>
        <w:pStyle w:val="ArticleScripture"/>
        <w:jc w:val="left"/>
      </w:pPr>
      <w:r>
        <w:rPr>
          <w:rFonts w:ascii="Times New Roman" w:hAnsi="Times New Roman" w:eastAsia="Times New Roman" w:cs="Times New Roman"/>
        </w:rPr>
        <w:t>«I denne tiden da misgjerningen råder, vil de protestantiske kirkene som har forkastet et «Så sier Herren», komme i en underlig stilling. De vil bli omvendt til verden. I sin adskillelse fra Gud vil de søke å gjøre falskhet og frafall fra Gud til nasjonens lov. De vil påvirke landets herskere til å vedta lover for å gjenopprette den tapte overhøyheten til syndens menneske, han som sitter i Guds tempel og viser seg selv fram som om han var Gud. De romersk-katolske prinsippene vil bli tatt under statens beskyttelse. Den protesten som Bibelens sannhet fremsetter, vil ikke lenger bli tålt av dem som ikke har gjort Guds lov til sin livsregel.» Review and Herald, 21. desember 1897.</w:t>
      </w:r>
    </w:p>
    <w:p>
      <w:pPr>
        <w:pStyle w:val="ArticleBody"/>
        <w:jc w:val="left"/>
      </w:pPr>
      <w:r>
        <w:rPr>
          <w:rFonts w:ascii="Times New Roman" w:hAnsi="Times New Roman" w:eastAsia="Times New Roman" w:cs="Times New Roman"/>
        </w:rPr>
        <w:t>Ba’als falske profeter åt ved Jesabels bord. Jesabel var dronningen, og profetene var hennes profeter. I det førtiende verset i Daniel elleve ble Reagan fremstilt som «vogner» og «ryttere», symboler på militær styrke, og også ved «skip», et symbol på økonomisk makt. Likevel var det i verset pavedømmet som er «kongen» i nord. Reagan var profetisk underlagt Jesabel. I denne perioden undret verden seg over dyret, mens pave Johannes Paul II reiste verden rundt mer enn noen annen pave. Malachi Martin, en velkjent jesuittisk forfatter, skrev om pave Johannes Paul II i sin bok, Keys of This Blood. Bokens uttalte premiss var at verden på Johannes Paul IIs og Reagans tid da befant seg i en tredelt kamp om verdensherredømmet mellom pavedømmet, De forente stater og Sovjetunionen. Martin forutsa at pavedømmet ville seire i den kampen. Den hemmelige alliansen mellom Reagan og antikrist kunngjorde at bevegelsene for å lege pavedømmets dødelige sår hadde begynt, slik det er fremstilt i vers førti og videre utover i Daniel elleve. Martins bok gjentok pavedømmets lenge fastholdte mål om å erobre det protestantiske Amerika. Reagans villighet til å lukke øynene for at paven er antikrist i Bibelens profeti, ifølge hans eget vitnesbyrd, bygde på hans feilaktige anvendelse av Sovjetunionen som antikrist i Bibelens profeti.</w:t>
      </w:r>
    </w:p>
    <w:p>
      <w:pPr>
        <w:pStyle w:val="ArticleScripture"/>
        <w:jc w:val="left"/>
      </w:pPr>
      <w:r>
        <w:rPr>
          <w:rFonts w:ascii="Times New Roman" w:hAnsi="Times New Roman" w:eastAsia="Times New Roman" w:cs="Times New Roman"/>
        </w:rPr>
        <w:t>«De som blir forvirret i sin forståelse av Ordet, som ikke ser betydningen av antikrist, vil med sikkerhet stille seg på antikrists side.» Kress Collection, 105.</w:t>
      </w:r>
    </w:p>
    <w:p>
      <w:pPr>
        <w:pStyle w:val="ArticleBody"/>
        <w:jc w:val="left"/>
      </w:pPr>
      <w:r>
        <w:rPr>
          <w:rFonts w:ascii="Times New Roman" w:hAnsi="Times New Roman" w:eastAsia="Times New Roman" w:cs="Times New Roman"/>
        </w:rPr>
        <w:t>Reagan var den første av de åtte presidentene som blir identifisert i de første versene av Daniel elleve, og han er også den første av tre av disse åtte presidentene som har et profetisk forhold til antikrist. I symbolikken i de tre alliansene til Reagan, Obama og Trump kan sannhetens signatur skjelnes. Reagan, som den første, er et forbilde på den siste, og de ulike parallellene mellom Reagan og Trump er forbløffende og tallrike. Det midtre veimerket i de tre trinnene som etablerer det hebraiske ordet «sannhet», er opprør, hvorav Obamas presidentskap er et så klassisk eksempel. Den 8. mai 2025 ble det for første gang innsatt en pave som kom fra De forente stater, og Reagans hemmelige allianse hadde nådd Trumps åpne allianse. I 2025 innsatte pavedømmet åpent en pave fra det herlige landet, De forente stater, selve målet for dets kamper siden 1798. Det som gjensto for at Malachi Martins forutsigelse skulle bli oppfylt, var søndagsloven, hvor den trefoldige foreningen av dragen, dyret og den falske profet blir iverksatt.</w:t>
      </w:r>
    </w:p>
    <w:p>
      <w:pPr>
        <w:pStyle w:val="ArticleScripture"/>
        <w:jc w:val="left"/>
      </w:pPr>
      <w:r>
        <w:rPr>
          <w:rFonts w:ascii="Times New Roman" w:hAnsi="Times New Roman" w:eastAsia="Times New Roman" w:cs="Times New Roman"/>
        </w:rPr>
        <w:t>«Ved det påbud som håndhever opprettelsen av pavedømmet i strid med Guds lov, vil vår nasjon fullstendig løsrive seg fra rettferdigheten. Når protestantismen rekker sin hånd over kløften for å gripe den romerske makts hånd, når den strekker seg over avgrunnen for å slutte hånd med spiritualismen, når vårt land, under innflytelsen av denne trefoldige union, forkaster ethvert prinsipp i sin grunnlov som en protestantisk og republikansk regjering, og treffer tiltak for utbredelsen av pavelige usannheter og villfarelser, da kan vi vite at tiden er kommet for Satans underfulle virksomhet, og at enden er nær.» Testimonies, bind 5, 451.</w:t>
      </w:r>
    </w:p>
    <w:p>
      <w:pPr>
        <w:pStyle w:val="ArticleBody"/>
        <w:jc w:val="left"/>
      </w:pPr>
      <w:r>
        <w:rPr>
          <w:rFonts w:ascii="Times New Roman" w:hAnsi="Times New Roman" w:eastAsia="Times New Roman" w:cs="Times New Roman"/>
        </w:rPr>
        <w:t>Den 4. juli 2026 har Trump til hensikt å feire disse «250» årene, mens han står ved midtpunktet i sitt presidentskap. Dette midtpunktet er 207 f.Kr., mellom slaget ved Raphia og slaget ved Panium. Midtpunktet i disse sytten årene identifiserer også begynnelsen på Neros sytten år, som representerer året 313, og den gradvise opprettelsen av dyrets bilde i foreningen av kirke og stat, som leder frem til søndagsloven av 321, og til vers seksten. Denne perioden begynner i 313 med ekteskapet mellom øst og vest, representert ved Konstantins steddatter fra vest og Licinius fra øst. Perioden som begynner med en ekteskapsallianse mellom øst og vest, ender med adskillelsen eller skilsmissen mellom øst og vest. Veimerket i midten er den første søndagsloven.</w:t>
      </w:r>
    </w:p>
    <w:p>
      <w:pPr>
        <w:pStyle w:val="ArticleBody"/>
        <w:jc w:val="left"/>
      </w:pPr>
      <w:r>
        <w:rPr>
          <w:rFonts w:ascii="Times New Roman" w:hAnsi="Times New Roman" w:eastAsia="Times New Roman" w:cs="Times New Roman"/>
        </w:rPr>
        <w:t>Reagan, Obama og Trump styres profetisk av de tre trinnene i det evige evangelium, som er framstilt som tre engler i Åpenbaringen fjorten. I Obamas presidentskap, som er det andre trinnet, var det to paver. Frans, den woke paven, fulgte etter Joseph Ratzinger (senere pave Benedikt XVI), som tjenestegjorde som leder for Kongregasjonen for troslæren (CDF) fra 25. november 1981 til han ble valgt til pave 19. april 2005. Ratzinger trådte tilbake, og Frans begynte sitt pontifikat, og slik oppstod en fordobling av paver i Obamas regjeringstid.</w:t>
      </w:r>
    </w:p>
    <w:p>
      <w:pPr>
        <w:pStyle w:val="ArticleBody"/>
        <w:jc w:val="left"/>
      </w:pPr>
      <w:r>
        <w:rPr>
          <w:rFonts w:ascii="Times New Roman" w:hAnsi="Times New Roman" w:eastAsia="Times New Roman" w:cs="Times New Roman"/>
        </w:rPr>
        <w:t>Obama anklages for å opptre både som heteroseksuell og homoseksuell, og han er et symbol på den falske profeten i det frafalne protestantiske Amerika, samtidig som han er muslim, hvilket også er religionen til den falske profeten Muhammed. Obama var representanten for det politiske systemet i det herlige landet—den falske profeten i Åpenbaringen seksten, men hans faktiske politiske sympatier var på linje med globalistene—dragen. Obama er profetisk schizofren og representerer to falske religioner, to seksuelle tilbøyeligheter og to politiske systemer, og i hans styre var det to antikrister. Enten det gjaldt seksuell tilbøyelighet, politisk tilknytning eller religiøs overbevisning, var Obama i hvert område fast bestemt på å forbli i skapet. Kjent av noen som «Obama splittaren» for sine anstrengelser for å splitte de amerikanske borgerne mot seg selv, gjenspeiles dette også i hans tilslørte personlige, politiske og religiøse overbevisninger.</w:t>
      </w:r>
    </w:p>
    <w:p>
      <w:pPr>
        <w:pStyle w:val="ArticleBody"/>
        <w:jc w:val="left"/>
      </w:pPr>
      <w:r>
        <w:rPr>
          <w:rFonts w:ascii="Times New Roman" w:hAnsi="Times New Roman" w:eastAsia="Times New Roman" w:cs="Times New Roman"/>
        </w:rPr>
        <w:t>Den første antikristen i Obamas regjeringstid hadde ledet Kongregasjonen for troslæren i tjuefire år før han ble pave. Kongregasjonen for troslæren er det moderne navnet på det som opprinnelig het Inkvisisjonens embete. Opprøret i Obama-perioden svarer til tallet «13» i det hebraiske ordet for sannhet, som består av den første bokstaven i det hebraiske alfabetet (Reagan), den trettende bokstaven (Obama) og Trump, den tjueandre bokstaven. Inkvisisjonen er visselig et symbol på opprør. Pave Benedikt abdiserte sin trone til Frans i 2013, under den schizofrene regjeringstiden til symbolet på islams falske profeter og frafallen protestantisme.</w:t>
      </w:r>
    </w:p>
    <w:p>
      <w:pPr>
        <w:pStyle w:val="ArticleBody"/>
        <w:jc w:val="left"/>
      </w:pPr>
      <w:r>
        <w:rPr>
          <w:rFonts w:ascii="Times New Roman" w:hAnsi="Times New Roman" w:eastAsia="Times New Roman" w:cs="Times New Roman"/>
        </w:rPr>
        <w:t>Det andre trinnet i det evige evangelium er en synlig prøve, og det som kan sees i forholdet mellom Obama og de to pavene, er forbindelsen mellom forfølgelsen representert ved Inkvisisjonens embete og globalistenes fiksering ved tilbedelsen av moder jord, slik dette er representert ved den woke paven. Obamas muslimske tro representerer nasjonenes vrede, frembrakt av islam, og det frafalne protestantismens svikt i å oppfylle det ansvar som er representert ved navnet protestant. En protestant skal protestere mot Roma, men aldri bøye seg for Roma.</w:t>
      </w:r>
    </w:p>
    <w:p>
      <w:pPr>
        <w:pStyle w:val="ArticleBody"/>
        <w:jc w:val="left"/>
      </w:pPr>
      <w:r>
        <w:rPr>
          <w:rFonts w:ascii="Times New Roman" w:hAnsi="Times New Roman" w:eastAsia="Times New Roman" w:cs="Times New Roman"/>
        </w:rPr>
        <w:t>Den første av tre paver kunngjør for verden at han mener han er den «gode pave» i den katolske, ledende profetien fra Fatima. Johannes Paul II anså seg selv for å være Fatimas «gode pave», som han mener til slutt skal herske over hele verden med jernstav når den tredelte kampen mellom pavedømmet, De forente stater og globalistene er fullført.</w:t>
      </w:r>
    </w:p>
    <w:p>
      <w:pPr>
        <w:pStyle w:val="ArticleBody"/>
        <w:jc w:val="left"/>
      </w:pPr>
      <w:r>
        <w:rPr>
          <w:rFonts w:ascii="Times New Roman" w:hAnsi="Times New Roman" w:eastAsia="Times New Roman" w:cs="Times New Roman"/>
        </w:rPr>
        <w:t>Det neste presidentskapet kunngjør rollen til dragens globalister, Islams opprøring av nasjonene, den frafalne protestantismens svikt i å være protestanter. Trump-presidentskapet som ble innsatt i 2025, står i åpen samklang med antikrist i 2025. Lyset over disse tre alliansene mellom Roma og De forente stater blir avforseglet i historien om avslutningen av slaget ved Rafia og begynnelsen av slaget ved Panium. Ekteskapet mellom Licinius’ og Konstantins riker ved begynnelsen av de sytten årene representerer alliansen i 2025.</w:t>
      </w:r>
    </w:p>
    <w:p>
      <w:pPr>
        <w:pStyle w:val="ArticleBody"/>
        <w:jc w:val="left"/>
      </w:pPr>
      <w:r>
        <w:rPr>
          <w:rFonts w:ascii="Times New Roman" w:hAnsi="Times New Roman" w:eastAsia="Times New Roman" w:cs="Times New Roman"/>
        </w:rPr>
        <w:t>Alliansen i 2025 er den forfalskede lignelsen om de ti jomfruer. Først fullbyrdes ekteskapet, og deretter følger en undersøkelsesperiode som til sist leder til ekteskapets andre fase, hvor fullbyrdelsen finner sted, og døren blir stengt. Den forfalskede lignelsen om de ti jomfruer begynte i 2025, og den fullbyrdes ved den snart kommende søndagsloven i vers seksten og førtien i Daniel elleve. I det forfalskede ekteskapet er faren Satan, brudgommen er pavedømmet, og bruden er frafallen protestantisk Amerika. I vers fjorten i Daniel elleve er røverne av Daniels folk Rom, som stadfester synet. Å forkaste William Millers identifikasjon av Rom som symbolet som stadfester synet, er parallelt med å forkaste den første engels budskap og Johannes Døperens budskap. Da den nåværende antikrist tiltrådte embetet i 2025, stadfestet han synet om de åtte presidentene og oppfylte vers fjorten.</w:t>
      </w:r>
    </w:p>
    <w:p>
      <w:pPr>
        <w:pStyle w:val="ArticleBody"/>
        <w:jc w:val="left"/>
      </w:pPr>
      <w:r>
        <w:rPr>
          <w:rFonts w:ascii="Times New Roman" w:hAnsi="Times New Roman" w:eastAsia="Times New Roman" w:cs="Times New Roman"/>
        </w:rPr>
        <w:t>Vi er nå i tempelprøven, den andre prøven som går forut for lakmustesten og den tredje prøven.</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tallet femten</dc:title>
  <dc:subject>«250» ganger tre</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