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ᱯᱟᱨᱥ</w:t>
      </w:r>
      <w:r>
        <w:rPr>
          <w:rFonts w:ascii="Arial" w:hAnsi="Arial" w:eastAsia="Arial" w:cs="Arial"/>
        </w:rPr>
        <w:t xml:space="preserve"> </w:t>
      </w:r>
      <w:r>
        <w:rPr>
          <w:rFonts w:ascii="Nirmala UI" w:hAnsi="Nirmala UI" w:eastAsia="Nirmala UI" w:cs="Nirmala UI"/>
        </w:rPr>
        <w:t>ᱯᱩᱱᱤ</w:t>
      </w:r>
      <w:r>
        <w:rPr>
          <w:rFonts w:ascii="Arial" w:hAnsi="Arial" w:eastAsia="Arial" w:cs="Arial"/>
        </w:rPr>
        <w:t xml:space="preserve"> </w:t>
      </w:r>
      <w:r>
        <w:rPr>
          <w:rFonts w:ascii="Nirmala UI" w:hAnsi="Nirmala UI" w:eastAsia="Nirmala UI" w:cs="Nirmala UI"/>
        </w:rPr>
        <w:t>ᱚᱱᱠᱟ</w:t>
      </w:r>
      <w:r>
        <w:rPr>
          <w:rFonts w:ascii="Arial" w:hAnsi="Arial" w:eastAsia="Arial" w:cs="Arial"/>
        </w:rPr>
        <w:t xml:space="preserve"> </w:t>
      </w:r>
      <w:r>
        <w:rPr>
          <w:rFonts w:ascii="Nirmala UI" w:hAnsi="Nirmala UI" w:eastAsia="Nirmala UI" w:cs="Nirmala UI"/>
        </w:rPr>
        <w:t>ᱪᱟᱞᱤᱥ</w:t>
      </w:r>
      <w:r>
        <w:rPr>
          <w:rFonts w:ascii="Arial" w:hAnsi="Arial" w:eastAsia="Arial" w:cs="Arial"/>
        </w:rPr>
        <w:t xml:space="preserve"> </w:t>
      </w:r>
      <w:r>
        <w:rPr>
          <w:rFonts w:ascii="Nirmala UI" w:hAnsi="Nirmala UI" w:eastAsia="Nirmala UI" w:cs="Nirmala UI"/>
        </w:rPr>
        <w:t>ᱨᱮᱭᱟᱜ</w:t>
      </w:r>
      <w:r>
        <w:rPr>
          <w:rFonts w:ascii="Arial" w:hAnsi="Arial" w:eastAsia="Arial" w:cs="Arial"/>
        </w:rPr>
        <w:t xml:space="preserve"> </w:t>
      </w:r>
      <w:r>
        <w:rPr>
          <w:rFonts w:ascii="Nirmala UI" w:hAnsi="Nirmala UI" w:eastAsia="Nirmala UI" w:cs="Nirmala UI"/>
        </w:rPr>
        <w:t>ᱩᱠᱩ</w:t>
      </w:r>
      <w:r>
        <w:rPr>
          <w:rFonts w:ascii="Arial" w:hAnsi="Arial" w:eastAsia="Arial" w:cs="Arial"/>
        </w:rPr>
        <w:t xml:space="preserve"> </w:t>
      </w:r>
      <w:r>
        <w:rPr>
          <w:rFonts w:ascii="Nirmala UI" w:hAnsi="Nirmala UI" w:eastAsia="Nirmala UI" w:cs="Nirmala UI"/>
        </w:rPr>
        <w:t>ᱠᱟᱹᱦᱱᱤ</w:t>
      </w:r>
      <w:r>
        <w:rPr>
          <w:rFonts w:ascii="Arial" w:hAnsi="Arial" w:eastAsia="Arial" w:cs="Arial"/>
        </w:rPr>
        <w:t xml:space="preserve"> — </w:t>
      </w:r>
      <w:r>
        <w:rPr>
          <w:rFonts w:ascii="Nirmala UI" w:hAnsi="Nirmala UI" w:eastAsia="Nirmala UI" w:cs="Nirmala UI"/>
        </w:rPr>
        <w:t>ᱮᱠᱩᱥ</w:t>
      </w:r>
      <w:r>
        <w:rPr>
          <w:rFonts w:ascii="Arial" w:hAnsi="Arial" w:eastAsia="Arial" w:cs="Arial"/>
        </w:rPr>
        <w:t xml:space="preserve"> </w:t>
      </w:r>
      <w:r>
        <w:rPr>
          <w:rFonts w:ascii="Nirmala UI" w:hAnsi="Nirmala UI" w:eastAsia="Nirmala UI" w:cs="Nirmala UI"/>
        </w:rPr>
        <w:t>ᱱᱚᱢᱵᱚᱨ</w:t>
      </w:r>
    </w:p>
    <w:p>
      <w:pPr>
        <w:pStyle w:val="ArticleSubtitle"/>
        <w:jc w:val="left"/>
      </w:pPr>
      <w:r>
        <w:rPr>
          <w:rFonts w:ascii="Nirmala UI" w:hAnsi="Nirmala UI" w:eastAsia="Nirmala UI" w:cs="Nirmala UI"/>
        </w:rPr>
        <w:t>ᱫᱚᱥᱨᱚ</w:t>
      </w:r>
      <w:r>
        <w:rPr>
          <w:rFonts w:ascii="Arial" w:hAnsi="Arial" w:eastAsia="Arial" w:cs="Arial"/>
        </w:rPr>
        <w:t xml:space="preserve"> </w:t>
      </w:r>
      <w:r>
        <w:rPr>
          <w:rFonts w:ascii="Nirmala UI" w:hAnsi="Nirmala UI" w:eastAsia="Nirmala UI" w:cs="Nirmala UI"/>
        </w:rPr>
        <w:t>ᱣᱚᱭ</w:t>
      </w:r>
      <w:r>
        <w:rPr>
          <w:rFonts w:ascii="Arial" w:hAnsi="Arial" w:eastAsia="Arial" w:cs="Arial"/>
        </w:rPr>
        <w:t xml:space="preserve"> — </w:t>
      </w:r>
      <w:r>
        <w:rPr>
          <w:rFonts w:ascii="Nirmala UI" w:hAnsi="Nirmala UI" w:eastAsia="Nirmala UI" w:cs="Nirmala UI"/>
        </w:rPr>
        <w:t>ᱯᱷᱟᱨᱴ</w:t>
      </w:r>
      <w:r>
        <w:rPr>
          <w:rFonts w:ascii="Arial" w:hAnsi="Arial" w:eastAsia="Arial" w:cs="Arial"/>
        </w:rPr>
        <w:t xml:space="preserve"> </w:t>
      </w:r>
      <w:r>
        <w:rPr>
          <w:rFonts w:ascii="Nirmala UI" w:hAnsi="Nirmala UI" w:eastAsia="Nirmala UI" w:cs="Nirmala UI"/>
        </w:rPr>
        <w:t>ᱮᱴ</w:t>
      </w:r>
      <w:r>
        <w:rPr>
          <w:rFonts w:ascii="Arial" w:hAnsi="Arial" w:eastAsia="Arial" w:cs="Arial"/>
        </w:rPr>
        <w:t xml:space="preserve"> — </w:t>
      </w:r>
      <w:r>
        <w:rPr>
          <w:rFonts w:ascii="Nirmala UI" w:hAnsi="Nirmala UI" w:eastAsia="Nirmala UI" w:cs="Nirmala UI"/>
        </w:rPr>
        <w:t>ᱤᱡᱤᱠᱤᱭᱮᱞ</w:t>
      </w:r>
      <w:r>
        <w:rPr>
          <w:rFonts w:ascii="Arial" w:hAnsi="Arial" w:eastAsia="Arial" w:cs="Arial"/>
        </w:rPr>
        <w:t xml:space="preserve"> </w:t>
      </w:r>
      <w:r>
        <w:rPr>
          <w:rFonts w:ascii="Nirmala UI" w:hAnsi="Nirmala UI" w:eastAsia="Nirmala UI" w:cs="Nirmala UI"/>
        </w:rPr>
        <w:t>ᱱᱟᱢᱵᱚᱨ</w:t>
      </w:r>
      <w:r>
        <w:rPr>
          <w:rFonts w:ascii="Arial" w:hAnsi="Arial" w:eastAsia="Arial" w:cs="Arial"/>
        </w:rPr>
        <w:t xml:space="preserve"> </w:t>
      </w:r>
      <w:r>
        <w:rPr>
          <w:rFonts w:ascii="Nirmala UI" w:hAnsi="Nirmala UI" w:eastAsia="Nirmala UI" w:cs="Nirmala UI"/>
        </w:rPr>
        <w:t>ᱫᱩᱭᱤ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Hisqiʼel warra hojii barsiisaa Leenca gosa Yihudaa tiin isaaniif raawwatame argatan ni bakka buʼa; barsiisni buʼuuraa Isaa immoo “sarara irratti sarara” dha.</w:t>
      </w:r>
    </w:p>
    <w:p>
      <w:pPr>
        <w:pStyle w:val="ArticleScripture"/>
        <w:jc w:val="left"/>
      </w:pP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ଏହାହିଁ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ବିଶ୍ରାମ</w:t>
      </w:r>
      <w:r>
        <w:rPr>
          <w:rFonts w:ascii="Times New Roman" w:hAnsi="Times New Roman" w:eastAsia="Times New Roman" w:cs="Times New Roman"/>
        </w:rPr>
        <w:t xml:space="preserve">, </w:t>
      </w:r>
      <w:r>
        <w:rPr>
          <w:rFonts w:ascii="Nirmala UI" w:hAnsi="Nirmala UI" w:eastAsia="Nirmala UI" w:cs="Nirmala UI"/>
        </w:rPr>
        <w:t>ଯାହାଦ୍ୱାରା</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କ୍ଲାନ୍ତଜନଙ୍କୁ</w:t>
      </w:r>
      <w:r>
        <w:rPr>
          <w:rFonts w:ascii="Times New Roman" w:hAnsi="Times New Roman" w:eastAsia="Times New Roman" w:cs="Times New Roman"/>
        </w:rPr>
        <w:t xml:space="preserve"> </w:t>
      </w:r>
      <w:r>
        <w:rPr>
          <w:rFonts w:ascii="Nirmala UI" w:hAnsi="Nirmala UI" w:eastAsia="Nirmala UI" w:cs="Nirmala UI"/>
        </w:rPr>
        <w:t>ବିଶ୍ରାମ</w:t>
      </w:r>
      <w:r>
        <w:rPr>
          <w:rFonts w:ascii="Times New Roman" w:hAnsi="Times New Roman" w:eastAsia="Times New Roman" w:cs="Times New Roman"/>
        </w:rPr>
        <w:t xml:space="preserve"> </w:t>
      </w:r>
      <w:r>
        <w:rPr>
          <w:rFonts w:ascii="Nirmala UI" w:hAnsi="Nirmala UI" w:eastAsia="Nirmala UI" w:cs="Nirmala UI"/>
        </w:rPr>
        <w:t>ଦେଇପାରିବ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ସତେଜତା</w:t>
      </w:r>
      <w:r>
        <w:rPr>
          <w:rFonts w:ascii="Times New Roman" w:hAnsi="Times New Roman" w:eastAsia="Times New Roman" w:cs="Times New Roman"/>
        </w:rPr>
        <w:t xml:space="preserve">”; </w:t>
      </w:r>
      <w:r>
        <w:rPr>
          <w:rFonts w:ascii="Nirmala UI" w:hAnsi="Nirmala UI" w:eastAsia="Nirmala UI" w:cs="Nirmala UI"/>
        </w:rPr>
        <w:t>ତଥାପି</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ଶୁଣିବାକୁ</w:t>
      </w:r>
      <w:r>
        <w:rPr>
          <w:rFonts w:ascii="Times New Roman" w:hAnsi="Times New Roman" w:eastAsia="Times New Roman" w:cs="Times New Roman"/>
        </w:rPr>
        <w:t xml:space="preserve"> </w:t>
      </w:r>
      <w:r>
        <w:rPr>
          <w:rFonts w:ascii="Nirmala UI" w:hAnsi="Nirmala UI" w:eastAsia="Nirmala UI" w:cs="Nirmala UI"/>
        </w:rPr>
        <w:t>ଇଚ୍ଛା</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ସଦାପ୍ରଭୁଙ୍କ</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ଆଜ୍ଞା</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ଆଜ୍ଞା</w:t>
      </w:r>
      <w:r>
        <w:rPr>
          <w:rFonts w:ascii="Times New Roman" w:hAnsi="Times New Roman" w:eastAsia="Times New Roman" w:cs="Times New Roman"/>
        </w:rPr>
        <w:t xml:space="preserve">, </w:t>
      </w:r>
      <w:r>
        <w:rPr>
          <w:rFonts w:ascii="Nirmala UI" w:hAnsi="Nirmala UI" w:eastAsia="Nirmala UI" w:cs="Nirmala UI"/>
        </w:rPr>
        <w:t>ଆଜ୍ଞା</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ଆଜ୍ଞା</w:t>
      </w:r>
      <w:r>
        <w:rPr>
          <w:rFonts w:ascii="Times New Roman" w:hAnsi="Times New Roman" w:eastAsia="Times New Roman" w:cs="Times New Roman"/>
        </w:rPr>
        <w:t xml:space="preserve">; </w:t>
      </w:r>
      <w:r>
        <w:rPr>
          <w:rFonts w:ascii="Nirmala UI" w:hAnsi="Nirmala UI" w:eastAsia="Nirmala UI" w:cs="Nirmala UI"/>
        </w:rPr>
        <w:t>ପଙ୍କ୍ତି</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ପଙ୍କ୍ତି</w:t>
      </w:r>
      <w:r>
        <w:rPr>
          <w:rFonts w:ascii="Times New Roman" w:hAnsi="Times New Roman" w:eastAsia="Times New Roman" w:cs="Times New Roman"/>
        </w:rPr>
        <w:t xml:space="preserve">, </w:t>
      </w:r>
      <w:r>
        <w:rPr>
          <w:rFonts w:ascii="Nirmala UI" w:hAnsi="Nirmala UI" w:eastAsia="Nirmala UI" w:cs="Nirmala UI"/>
        </w:rPr>
        <w:t>ପଙ୍କ୍ତି</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ପଙ୍କ୍ତି</w:t>
      </w:r>
      <w:r>
        <w:rPr>
          <w:rFonts w:ascii="Times New Roman" w:hAnsi="Times New Roman" w:eastAsia="Times New Roman" w:cs="Times New Roman"/>
        </w:rPr>
        <w:t xml:space="preserve">; </w:t>
      </w:r>
      <w:r>
        <w:rPr>
          <w:rFonts w:ascii="Nirmala UI" w:hAnsi="Nirmala UI" w:eastAsia="Nirmala UI" w:cs="Nirmala UI"/>
        </w:rPr>
        <w:t>ଏଠାରେ</w:t>
      </w:r>
      <w:r>
        <w:rPr>
          <w:rFonts w:ascii="Times New Roman" w:hAnsi="Times New Roman" w:eastAsia="Times New Roman" w:cs="Times New Roman"/>
        </w:rPr>
        <w:t xml:space="preserve"> </w:t>
      </w:r>
      <w:r>
        <w:rPr>
          <w:rFonts w:ascii="Nirmala UI" w:hAnsi="Nirmala UI" w:eastAsia="Nirmala UI" w:cs="Nirmala UI"/>
        </w:rPr>
        <w:t>ଅଳ୍ପ</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ଅଳ୍ପ</w:t>
      </w:r>
      <w:r>
        <w:rPr>
          <w:rFonts w:ascii="Times New Roman" w:hAnsi="Times New Roman" w:eastAsia="Times New Roman" w:cs="Times New Roman"/>
        </w:rPr>
        <w:t xml:space="preserve">; </w:t>
      </w:r>
      <w:r>
        <w:rPr>
          <w:rFonts w:ascii="Nirmala UI" w:hAnsi="Nirmala UI" w:eastAsia="Nirmala UI" w:cs="Nirmala UI"/>
        </w:rPr>
        <w:t>ଯେଣୁ</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ଯାଇ</w:t>
      </w:r>
      <w:r>
        <w:rPr>
          <w:rFonts w:ascii="Times New Roman" w:hAnsi="Times New Roman" w:eastAsia="Times New Roman" w:cs="Times New Roman"/>
        </w:rPr>
        <w:t xml:space="preserve">, </w:t>
      </w:r>
      <w:r>
        <w:rPr>
          <w:rFonts w:ascii="Nirmala UI" w:hAnsi="Nirmala UI" w:eastAsia="Nirmala UI" w:cs="Nirmala UI"/>
        </w:rPr>
        <w:t>ପଛକୁ</w:t>
      </w:r>
      <w:r>
        <w:rPr>
          <w:rFonts w:ascii="Times New Roman" w:hAnsi="Times New Roman" w:eastAsia="Times New Roman" w:cs="Times New Roman"/>
        </w:rPr>
        <w:t xml:space="preserve"> </w:t>
      </w:r>
      <w:r>
        <w:rPr>
          <w:rFonts w:ascii="Nirmala UI" w:hAnsi="Nirmala UI" w:eastAsia="Nirmala UI" w:cs="Nirmala UI"/>
        </w:rPr>
        <w:t>ପଡ଼ି</w:t>
      </w:r>
      <w:r>
        <w:rPr>
          <w:rFonts w:ascii="Times New Roman" w:hAnsi="Times New Roman" w:eastAsia="Times New Roman" w:cs="Times New Roman"/>
        </w:rPr>
        <w:t xml:space="preserve">, </w:t>
      </w:r>
      <w:r>
        <w:rPr>
          <w:rFonts w:ascii="Nirmala UI" w:hAnsi="Nirmala UI" w:eastAsia="Nirmala UI" w:cs="Nirmala UI"/>
        </w:rPr>
        <w:t>ଭଙ୍ଗ</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ଫାନ୍ଦରେ</w:t>
      </w:r>
      <w:r>
        <w:rPr>
          <w:rFonts w:ascii="Times New Roman" w:hAnsi="Times New Roman" w:eastAsia="Times New Roman" w:cs="Times New Roman"/>
        </w:rPr>
        <w:t xml:space="preserve"> </w:t>
      </w:r>
      <w:r>
        <w:rPr>
          <w:rFonts w:ascii="Nirmala UI" w:hAnsi="Nirmala UI" w:eastAsia="Nirmala UI" w:cs="Nirmala UI"/>
        </w:rPr>
        <w:t>ପଡ଼ି</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ପଡ଼ନ୍ତୁ।</w:t>
      </w:r>
      <w:r>
        <w:rPr>
          <w:rFonts w:ascii="Times New Roman" w:hAnsi="Times New Roman" w:eastAsia="Times New Roman" w:cs="Times New Roman"/>
        </w:rPr>
        <w:t xml:space="preserve"> </w:t>
      </w:r>
      <w:r>
        <w:rPr>
          <w:rFonts w:ascii="Nirmala UI" w:hAnsi="Nirmala UI" w:eastAsia="Nirmala UI" w:cs="Nirmala UI"/>
        </w:rPr>
        <w:t>ଯିଶାୟ</w:t>
      </w:r>
      <w:r>
        <w:rPr>
          <w:rFonts w:ascii="Times New Roman" w:hAnsi="Times New Roman" w:eastAsia="Times New Roman" w:cs="Times New Roman"/>
        </w:rPr>
        <w:t xml:space="preserve"> </w:t>
      </w:r>
      <w:r>
        <w:rPr>
          <w:rFonts w:ascii="Nirmala UI" w:hAnsi="Nirmala UI" w:eastAsia="Nirmala UI" w:cs="Nirmala UI"/>
        </w:rPr>
        <w:t>୨୮</w:t>
      </w:r>
      <w:r>
        <w:rPr>
          <w:rFonts w:ascii="Times New Roman" w:hAnsi="Times New Roman" w:eastAsia="Times New Roman" w:cs="Times New Roman"/>
        </w:rPr>
        <w:t>:</w:t>
      </w:r>
      <w:r>
        <w:rPr>
          <w:rFonts w:ascii="Nirmala UI" w:hAnsi="Nirmala UI" w:eastAsia="Nirmala UI" w:cs="Nirmala UI"/>
        </w:rPr>
        <w:t>୧୨</w:t>
      </w:r>
      <w:r>
        <w:rPr>
          <w:rFonts w:ascii="Times New Roman" w:hAnsi="Times New Roman" w:eastAsia="Times New Roman" w:cs="Times New Roman"/>
        </w:rPr>
        <w:t xml:space="preserve">, </w:t>
      </w:r>
      <w:r>
        <w:rPr>
          <w:rFonts w:ascii="Nirmala UI" w:hAnsi="Nirmala UI" w:eastAsia="Nirmala UI" w:cs="Nirmala UI"/>
        </w:rPr>
        <w:t>୧୩।</w:t>
      </w:r>
    </w:p>
    <w:p>
      <w:pPr>
        <w:pStyle w:val="ArticleBody"/>
        <w:jc w:val="left"/>
      </w:pPr>
      <w:r>
        <w:rPr>
          <w:rFonts w:ascii="Times New Roman" w:hAnsi="Times New Roman" w:eastAsia="Times New Roman" w:cs="Times New Roman"/>
        </w:rPr>
        <w:t>Amma yeroo ammaa Leencichi gosa Yihudaa kitaaba Hisqi’el banayaa jira. Hisqi’el waggaa soddomaffaa keessatti lubaa akka ta’e nutti himameera; “soddoma” jechuun umrii isaa kan fakkeenyaatti luba ta’e agarsiisuu isaa ta’uus ni danda’a, yookaan sarara raajii Yosiyaas Yubilei Guddaa isaatiin jalqabe keessatti waggaa soddomaffaa ta’uu isaa ta’uu danda’a. Lubummaan dhumaa kan bara mootummaa boodaa kun kuma dhibba afurtamii afurii dha, seenaawwan durii warra qabatamoonis guyyoota mootummaa boodaa keessatti seenaa fakkeenyaa agarsiisu.</w:t>
      </w:r>
    </w:p>
    <w:p>
      <w:pPr>
        <w:pStyle w:val="ArticleScripture"/>
        <w:jc w:val="left"/>
      </w:pP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ᱟᱢᱮᱫᱚ</w:t>
      </w:r>
      <w:r>
        <w:rPr>
          <w:rFonts w:ascii="Times New Roman" w:hAnsi="Times New Roman" w:eastAsia="Times New Roman" w:cs="Times New Roman"/>
        </w:rPr>
        <w:t xml:space="preserve"> </w:t>
      </w:r>
      <w:r>
        <w:rPr>
          <w:rFonts w:ascii="Nirmala UI" w:hAnsi="Nirmala UI" w:eastAsia="Nirmala UI" w:cs="Nirmala UI"/>
        </w:rPr>
        <w:t>ᱯᱨᱟᱵᱷᱩᱣᱟᱜ</w:t>
      </w:r>
      <w:r>
        <w:rPr>
          <w:rFonts w:ascii="Times New Roman" w:hAnsi="Times New Roman" w:eastAsia="Times New Roman" w:cs="Times New Roman"/>
        </w:rPr>
        <w:t xml:space="preserve"> </w:t>
      </w:r>
      <w:r>
        <w:rPr>
          <w:rFonts w:ascii="Nirmala UI" w:hAnsi="Nirmala UI" w:eastAsia="Nirmala UI" w:cs="Nirmala UI"/>
        </w:rPr>
        <w:t>ᱯᱩᱨᱳᱦᱤᱛ</w:t>
      </w:r>
      <w:r>
        <w:rPr>
          <w:rFonts w:ascii="Times New Roman" w:hAnsi="Times New Roman" w:eastAsia="Times New Roman" w:cs="Times New Roman"/>
        </w:rPr>
        <w:t xml:space="preserve"> </w:t>
      </w:r>
      <w:r>
        <w:rPr>
          <w:rFonts w:ascii="Nirmala UI" w:hAnsi="Nirmala UI" w:eastAsia="Nirmala UI" w:cs="Nirmala UI"/>
        </w:rPr>
        <w:t>ᱧᱩᱛᱩᱢᱟᱠᱟ</w:t>
      </w:r>
      <w:r>
        <w:rPr>
          <w:rFonts w:ascii="Times New Roman" w:hAnsi="Times New Roman" w:eastAsia="Times New Roman" w:cs="Times New Roman"/>
        </w:rPr>
        <w:t xml:space="preserve">; </w:t>
      </w:r>
      <w:r>
        <w:rPr>
          <w:rFonts w:ascii="Nirmala UI" w:hAnsi="Nirmala UI" w:eastAsia="Nirmala UI" w:cs="Nirmala UI"/>
        </w:rPr>
        <w:t>ᱞᱳᱠ</w:t>
      </w:r>
      <w:r>
        <w:rPr>
          <w:rFonts w:ascii="Times New Roman" w:hAnsi="Times New Roman" w:eastAsia="Times New Roman" w:cs="Times New Roman"/>
        </w:rPr>
        <w:t xml:space="preserve"> </w:t>
      </w:r>
      <w:r>
        <w:rPr>
          <w:rFonts w:ascii="Nirmala UI" w:hAnsi="Nirmala UI" w:eastAsia="Nirmala UI" w:cs="Nirmala UI"/>
        </w:rPr>
        <w:t>ᱟᱢᱮᱫᱚ</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ᱤᱥᱣᱚᱨᱣᱟᱜ</w:t>
      </w:r>
      <w:r>
        <w:rPr>
          <w:rFonts w:ascii="Times New Roman" w:hAnsi="Times New Roman" w:eastAsia="Times New Roman" w:cs="Times New Roman"/>
        </w:rPr>
        <w:t xml:space="preserve"> </w:t>
      </w:r>
      <w:r>
        <w:rPr>
          <w:rFonts w:ascii="Nirmala UI" w:hAnsi="Nirmala UI" w:eastAsia="Nirmala UI" w:cs="Nirmala UI"/>
        </w:rPr>
        <w:t>ᱥᱮᱵᱟᱠ</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ᱟᱢᱮ</w:t>
      </w:r>
      <w:r>
        <w:rPr>
          <w:rFonts w:ascii="Times New Roman" w:hAnsi="Times New Roman" w:eastAsia="Times New Roman" w:cs="Times New Roman"/>
        </w:rPr>
        <w:t xml:space="preserve"> </w:t>
      </w:r>
      <w:r>
        <w:rPr>
          <w:rFonts w:ascii="Nirmala UI" w:hAnsi="Nirmala UI" w:eastAsia="Nirmala UI" w:cs="Nirmala UI"/>
        </w:rPr>
        <w:t>ᱡᱟᱛᱼᱯᱟᱛᱠᱚᱣᱟᱜ</w:t>
      </w:r>
      <w:r>
        <w:rPr>
          <w:rFonts w:ascii="Times New Roman" w:hAnsi="Times New Roman" w:eastAsia="Times New Roman" w:cs="Times New Roman"/>
        </w:rPr>
        <w:t xml:space="preserve"> </w:t>
      </w:r>
      <w:r>
        <w:rPr>
          <w:rFonts w:ascii="Nirmala UI" w:hAnsi="Nirmala UI" w:eastAsia="Nirmala UI" w:cs="Nirmala UI"/>
        </w:rPr>
        <w:t>ᱫᱷᱚᱱ</w:t>
      </w:r>
      <w:r>
        <w:rPr>
          <w:rFonts w:ascii="Times New Roman" w:hAnsi="Times New Roman" w:eastAsia="Times New Roman" w:cs="Times New Roman"/>
        </w:rPr>
        <w:t>-</w:t>
      </w:r>
      <w:r>
        <w:rPr>
          <w:rFonts w:ascii="Nirmala UI" w:hAnsi="Nirmala UI" w:eastAsia="Nirmala UI" w:cs="Nirmala UI"/>
        </w:rPr>
        <w:t>ᱫᱚᱞᱚᱛ</w:t>
      </w:r>
      <w:r>
        <w:rPr>
          <w:rFonts w:ascii="Times New Roman" w:hAnsi="Times New Roman" w:eastAsia="Times New Roman" w:cs="Times New Roman"/>
        </w:rPr>
        <w:t xml:space="preserve"> </w:t>
      </w:r>
      <w:r>
        <w:rPr>
          <w:rFonts w:ascii="Nirmala UI" w:hAnsi="Nirmala UI" w:eastAsia="Nirmala UI" w:cs="Nirmala UI"/>
        </w:rPr>
        <w:t>ᱡᱚᱢᱮᱭᱟ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ᱢᱟᱦᱤᱢᱟ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ᱟᱢᱮ</w:t>
      </w:r>
      <w:r>
        <w:rPr>
          <w:rFonts w:ascii="Times New Roman" w:hAnsi="Times New Roman" w:eastAsia="Times New Roman" w:cs="Times New Roman"/>
        </w:rPr>
        <w:t xml:space="preserve"> </w:t>
      </w:r>
      <w:r>
        <w:rPr>
          <w:rFonts w:ascii="Nirmala UI" w:hAnsi="Nirmala UI" w:eastAsia="Nirmala UI" w:cs="Nirmala UI"/>
        </w:rPr>
        <w:t>ᱟᱯᱱᱟᱜᱠᱚ</w:t>
      </w:r>
      <w:r>
        <w:rPr>
          <w:rFonts w:ascii="Times New Roman" w:hAnsi="Times New Roman" w:eastAsia="Times New Roman" w:cs="Times New Roman"/>
        </w:rPr>
        <w:t xml:space="preserve"> </w:t>
      </w:r>
      <w:r>
        <w:rPr>
          <w:rFonts w:ascii="Nirmala UI" w:hAnsi="Nirmala UI" w:eastAsia="Nirmala UI" w:cs="Nirmala UI"/>
        </w:rPr>
        <w:t>ᱜᱚᱨᱚᱵ</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ᱤᱥᱟᱭᱟ</w:t>
      </w:r>
      <w:r>
        <w:rPr>
          <w:rFonts w:ascii="Times New Roman" w:hAnsi="Times New Roman" w:eastAsia="Times New Roman" w:cs="Times New Roman"/>
        </w:rPr>
        <w:t xml:space="preserve"> 61:6</w:t>
      </w:r>
      <w:r>
        <w:rPr>
          <w:rFonts w:ascii="Leelawadee UI" w:hAnsi="Leelawadee UI" w:eastAsia="Leelawadee UI" w:cs="Leelawadee UI"/>
        </w:rPr>
        <w:t>។</w:t>
      </w:r>
    </w:p>
    <w:p>
      <w:pPr>
        <w:pStyle w:val="ArticleBody"/>
        <w:jc w:val="left"/>
      </w:pPr>
      <w:r>
        <w:rPr>
          <w:rFonts w:ascii="Nirmala UI" w:hAnsi="Nirmala UI" w:eastAsia="Nirmala UI" w:cs="Nirmala UI"/>
        </w:rPr>
        <w:t>ଏଜିକିଏଲ୍</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ଦିନଗୁଡ଼ିକରେ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ଜନଙ୍କର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ଦୂତର</w:t>
      </w:r>
      <w:r>
        <w:rPr>
          <w:rFonts w:ascii="Times New Roman" w:hAnsi="Times New Roman" w:eastAsia="Times New Roman" w:cs="Times New Roman"/>
        </w:rPr>
        <w:t xml:space="preserve"> </w:t>
      </w:r>
      <w:r>
        <w:rPr>
          <w:rFonts w:ascii="Nirmala UI" w:hAnsi="Nirmala UI" w:eastAsia="Nirmala UI" w:cs="Nirmala UI"/>
        </w:rPr>
        <w:t>ଆନ୍ଦୋଳନ</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ବିଶେଷଭାବରେ</w:t>
      </w:r>
      <w:r>
        <w:rPr>
          <w:rFonts w:ascii="Times New Roman" w:hAnsi="Times New Roman" w:eastAsia="Times New Roman" w:cs="Times New Roman"/>
        </w:rPr>
        <w:t xml:space="preserve"> 1840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ଦୂତର</w:t>
      </w:r>
      <w:r>
        <w:rPr>
          <w:rFonts w:ascii="Times New Roman" w:hAnsi="Times New Roman" w:eastAsia="Times New Roman" w:cs="Times New Roman"/>
        </w:rPr>
        <w:t xml:space="preserve"> </w:t>
      </w:r>
      <w:r>
        <w:rPr>
          <w:rFonts w:ascii="Nirmala UI" w:hAnsi="Nirmala UI" w:eastAsia="Nirmala UI" w:cs="Nirmala UI"/>
        </w:rPr>
        <w:t>ଆନ୍ଦୋଳନ</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ପ୍ରତିରୂପିତ</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ଦୂତର</w:t>
      </w:r>
      <w:r>
        <w:rPr>
          <w:rFonts w:ascii="Times New Roman" w:hAnsi="Times New Roman" w:eastAsia="Times New Roman" w:cs="Times New Roman"/>
        </w:rPr>
        <w:t xml:space="preserve"> </w:t>
      </w:r>
      <w:r>
        <w:rPr>
          <w:rFonts w:ascii="Nirmala UI" w:hAnsi="Nirmala UI" w:eastAsia="Nirmala UI" w:cs="Nirmala UI"/>
        </w:rPr>
        <w:t>ଆନ୍ଦୋଳନ</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ଆଲ୍ଫା</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ତୃତୀୟଟି</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ଓମେଗା</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ଏଜିକିଏଲ୍</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w:t>
      </w:r>
      <w:r>
        <w:rPr>
          <w:rFonts w:ascii="Times New Roman" w:hAnsi="Times New Roman" w:eastAsia="Times New Roman" w:cs="Times New Roman"/>
        </w:rPr>
        <w:t xml:space="preserve"> </w:t>
      </w:r>
      <w:r>
        <w:rPr>
          <w:rFonts w:ascii="Nirmala UI" w:hAnsi="Nirmala UI" w:eastAsia="Nirmala UI" w:cs="Nirmala UI"/>
        </w:rPr>
        <w:t>ସୀଲ୍</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ପିତରଙ୍କ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ସମଲିଙ୍ଗିତ</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ପ୍ରତୀକାତ୍ମକ</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ଏଜିକିଏଲ୍</w:t>
      </w:r>
      <w:r>
        <w:rPr>
          <w:rFonts w:ascii="Times New Roman" w:hAnsi="Times New Roman" w:eastAsia="Times New Roman" w:cs="Times New Roman"/>
        </w:rPr>
        <w:t xml:space="preserve"> </w:t>
      </w:r>
      <w:r>
        <w:rPr>
          <w:rFonts w:ascii="Nirmala UI" w:hAnsi="Nirmala UI" w:eastAsia="Nirmala UI" w:cs="Nirmala UI"/>
        </w:rPr>
        <w:t>ଉଭୟଙ୍କୁ</w:t>
      </w:r>
      <w:r>
        <w:rPr>
          <w:rFonts w:ascii="Times New Roman" w:hAnsi="Times New Roman" w:eastAsia="Times New Roman" w:cs="Times New Roman"/>
        </w:rPr>
        <w:t xml:space="preserve"> </w:t>
      </w:r>
      <w:r>
        <w:rPr>
          <w:rFonts w:ascii="Nirmala UI" w:hAnsi="Nirmala UI" w:eastAsia="Nirmala UI" w:cs="Nirmala UI"/>
        </w:rPr>
        <w:t>ସ୍ଥାନ</w:t>
      </w:r>
      <w:r>
        <w:rPr>
          <w:rFonts w:ascii="Times New Roman" w:hAnsi="Times New Roman" w:eastAsia="Times New Roman" w:cs="Times New Roman"/>
        </w:rPr>
        <w:t xml:space="preserve"> </w:t>
      </w:r>
      <w:r>
        <w:rPr>
          <w:rFonts w:ascii="Nirmala UI" w:hAnsi="Nirmala UI" w:eastAsia="Nirmala UI" w:cs="Nirmala UI"/>
        </w:rPr>
        <w:t>ଦିଆଯାଇଛି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ଇତିହାସକୁ</w:t>
      </w:r>
      <w:r>
        <w:rPr>
          <w:rFonts w:ascii="Times New Roman" w:hAnsi="Times New Roman" w:eastAsia="Times New Roman" w:cs="Times New Roman"/>
        </w:rPr>
        <w:t xml:space="preserve"> </w:t>
      </w:r>
      <w:r>
        <w:rPr>
          <w:rFonts w:ascii="Nirmala UI" w:hAnsi="Nirmala UI" w:eastAsia="Nirmala UI" w:cs="Nirmala UI"/>
        </w:rPr>
        <w:t>ପାନିଅମ୍</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କରାଯାଇଛି।</w:t>
      </w:r>
    </w:p>
    <w:p>
      <w:pPr>
        <w:pStyle w:val="ArticleHeading"/>
        <w:jc w:val="left"/>
      </w:pPr>
      <w:r>
        <w:rPr>
          <w:rFonts w:ascii="Nirmala UI" w:hAnsi="Nirmala UI" w:eastAsia="Nirmala UI" w:cs="Nirmala UI"/>
        </w:rPr>
        <w:t>ᱦᱩᱰᱤᱧ</w:t>
      </w:r>
      <w:r>
        <w:rPr>
          <w:rFonts w:ascii="Arial" w:hAnsi="Arial" w:eastAsia="Arial" w:cs="Arial"/>
        </w:rPr>
        <w:t xml:space="preserve"> </w:t>
      </w:r>
      <w:r>
        <w:rPr>
          <w:rFonts w:ascii="Nirmala UI" w:hAnsi="Nirmala UI" w:eastAsia="Nirmala UI" w:cs="Nirmala UI"/>
        </w:rPr>
        <w:t>ᱯᱚᱛᱚᱵ</w:t>
      </w:r>
    </w:p>
    <w:p>
      <w:pPr>
        <w:pStyle w:val="ArticleBody"/>
        <w:jc w:val="left"/>
      </w:pPr>
      <w:r>
        <w:rPr>
          <w:rFonts w:ascii="Times New Roman" w:hAnsi="Times New Roman" w:eastAsia="Times New Roman" w:cs="Times New Roman"/>
        </w:rPr>
        <w:t>Hisqi’el akkuma xiqqaa sana akka Yohannis Mul’ata boqonnaa kudhan keessatti godhe fudhata.</w:t>
      </w:r>
    </w:p>
    <w:p>
      <w:pPr>
        <w:pStyle w:val="ArticleScripture"/>
        <w:jc w:val="left"/>
      </w:pPr>
      <w:r>
        <w:rPr>
          <w:rFonts w:ascii="Times New Roman" w:hAnsi="Times New Roman" w:eastAsia="Times New Roman" w:cs="Times New Roman"/>
        </w:rPr>
        <w:t>Macaafa ilma namaa, waan ani sitti dubbadhu dhaga’i; akka mana fincilaa sanaatti ati fincilaa hin ta’in; afaan kee bani, waan ani siif kennu nyaadhu. Anis yommuu ilaalu, kunoo, harki tokko gara koo ergame; kunoo immoo, kitaabni maramaa tokko isa keessa ture; innis fuula koo duratti isa diriirse; innis keessaa fi alaan irratti barreeffamee ture; keessa isaas boo’icha, gadda, fi wayyoo’uun barreeffamee ture. Ammas akkana naan jedhe: Yaa ilma namaa, waan argattu nyaadhu; kitaaba maramaa kana nyaadhu, dhaqiitii mana Israa’elitti dubbadhu. Kanaafis ani afaan koo bane; innis kitaaba maramaa sana akka ani nyaadhu na godhe. Innis akkana naan jedhe: Yaa ilma namaa, garaan kee haa nyaatu, kitaaba maramaa ani siif kennu kanaan keessaa kee guuti. Sana booda anis isa nyaadhe; afaan koo keessattis mi’aadhaan akka dammaatti ture. Hisqi’eel 2:8–10, 3:1–3.</w:t>
      </w:r>
    </w:p>
    <w:p>
      <w:pPr>
        <w:pStyle w:val="ArticleBody"/>
        <w:jc w:val="left"/>
      </w:pPr>
      <w:r>
        <w:rPr>
          <w:rFonts w:ascii="Times New Roman" w:hAnsi="Times New Roman" w:eastAsia="Times New Roman" w:cs="Times New Roman"/>
        </w:rPr>
        <w:t>Mu Mulʼata kurnan, Yohannis kitaaba xinnoo sana nyaata; bochi guutuunis mulʼata humna Waaqayyoo kan Hagayya 11, 1840 irraa jalqabee hamma Onkoloolessa 22, 1844 tti taʼe ni bakka buʼa.</w:t>
      </w:r>
    </w:p>
    <w:p>
      <w:pPr>
        <w:pStyle w:val="ArticleScripture"/>
        <w:jc w:val="left"/>
      </w:pPr>
      <w:r>
        <w:rPr>
          <w:rFonts w:ascii="Times New Roman" w:hAnsi="Times New Roman" w:eastAsia="Times New Roman" w:cs="Times New Roman"/>
        </w:rPr>
        <w:t>“</w:t>
      </w:r>
      <w:r>
        <w:rPr>
          <w:rFonts w:ascii="Nirmala UI" w:hAnsi="Nirmala UI" w:eastAsia="Nirmala UI" w:cs="Nirmala UI"/>
        </w:rPr>
        <w:t>ᱛᱮᱥᱟᱨ</w:t>
      </w:r>
      <w:r>
        <w:rPr>
          <w:rFonts w:ascii="Times New Roman" w:hAnsi="Times New Roman" w:eastAsia="Times New Roman" w:cs="Times New Roman"/>
        </w:rPr>
        <w:t xml:space="preserve"> </w:t>
      </w:r>
      <w:r>
        <w:rPr>
          <w:rFonts w:ascii="Nirmala UI" w:hAnsi="Nirmala UI" w:eastAsia="Nirmala UI" w:cs="Nirmala UI"/>
        </w:rPr>
        <w:t>ᱫᱩᱛᱟᱹ</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ᱯᱨᱚᱪᱟᱨ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ᱡᱚᱦᱟᱨ</w:t>
      </w:r>
      <w:r>
        <w:rPr>
          <w:rFonts w:ascii="Times New Roman" w:hAnsi="Times New Roman" w:eastAsia="Times New Roman" w:cs="Times New Roman"/>
        </w:rPr>
        <w:t xml:space="preserve"> </w:t>
      </w:r>
      <w:r>
        <w:rPr>
          <w:rFonts w:ascii="Nirmala UI" w:hAnsi="Nirmala UI" w:eastAsia="Nirmala UI" w:cs="Nirmala UI"/>
        </w:rPr>
        <w:t>ᱟᱹᱨ</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ᱢᱟᱦᱤᱢᱟ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ᱫᱷᱟᱨᱛᱤ</w:t>
      </w:r>
      <w:r>
        <w:rPr>
          <w:rFonts w:ascii="Times New Roman" w:hAnsi="Times New Roman" w:eastAsia="Times New Roman" w:cs="Times New Roman"/>
        </w:rPr>
        <w:t xml:space="preserve"> </w:t>
      </w:r>
      <w:r>
        <w:rPr>
          <w:rFonts w:ascii="Nirmala UI" w:hAnsi="Nirmala UI" w:eastAsia="Nirmala UI" w:cs="Nirmala UI"/>
        </w:rPr>
        <w:t>ᱟᱞᱚᱜ</w:t>
      </w:r>
      <w:r>
        <w:rPr>
          <w:rFonts w:ascii="Times New Roman" w:hAnsi="Times New Roman" w:eastAsia="Times New Roman" w:cs="Times New Roman"/>
        </w:rPr>
        <w:t xml:space="preserve"> </w:t>
      </w:r>
      <w:r>
        <w:rPr>
          <w:rFonts w:ascii="Nirmala UI" w:hAnsi="Nirmala UI" w:eastAsia="Nirmala UI" w:cs="Nirmala UI"/>
        </w:rPr>
        <w:t>ᱠᱟᱱᱟᱭ᱾</w:t>
      </w:r>
      <w:r>
        <w:rPr>
          <w:rFonts w:ascii="Times New Roman" w:hAnsi="Times New Roman" w:eastAsia="Times New Roman" w:cs="Times New Roman"/>
        </w:rPr>
        <w:t xml:space="preserve"> </w:t>
      </w:r>
      <w:r>
        <w:rPr>
          <w:rFonts w:ascii="Nirmala UI" w:hAnsi="Nirmala UI" w:eastAsia="Nirmala UI" w:cs="Nirmala UI"/>
        </w:rPr>
        <w:t>ᱱᱚᱰᱮ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w:t>
      </w:r>
      <w:r>
        <w:rPr>
          <w:rFonts w:ascii="Nirmala UI" w:hAnsi="Nirmala UI" w:eastAsia="Nirmala UI" w:cs="Nirmala UI"/>
        </w:rPr>
        <w:t>ᱡᱟᱜᱟᱛ</w:t>
      </w:r>
      <w:r>
        <w:rPr>
          <w:rFonts w:ascii="Times New Roman" w:hAnsi="Times New Roman" w:eastAsia="Times New Roman" w:cs="Times New Roman"/>
        </w:rPr>
        <w:t xml:space="preserve"> </w:t>
      </w:r>
      <w:r>
        <w:rPr>
          <w:rFonts w:ascii="Nirmala UI" w:hAnsi="Nirmala UI" w:eastAsia="Nirmala UI" w:cs="Nirmala UI"/>
        </w:rPr>
        <w:t>ᱯᱷᱮᱫᱟᱣ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ᱟᱫᱽᱵᱷᱩᱛ</w:t>
      </w:r>
      <w:r>
        <w:rPr>
          <w:rFonts w:ascii="Times New Roman" w:hAnsi="Times New Roman" w:eastAsia="Times New Roman" w:cs="Times New Roman"/>
        </w:rPr>
        <w:t xml:space="preserve"> </w:t>
      </w:r>
      <w:r>
        <w:rPr>
          <w:rFonts w:ascii="Nirmala UI" w:hAnsi="Nirmala UI" w:eastAsia="Nirmala UI" w:cs="Nirmala UI"/>
        </w:rPr>
        <w:t>ᱯᱮᱰᱟᱜ</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ᱟᱫᱽᱠᱟᱣ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1840–44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ᱟᱫᱽᱵᱷᱮᱱᱛ</w:t>
      </w:r>
      <w:r>
        <w:rPr>
          <w:rFonts w:ascii="Times New Roman" w:hAnsi="Times New Roman" w:eastAsia="Times New Roman" w:cs="Times New Roman"/>
        </w:rPr>
        <w:t xml:space="preserve"> </w:t>
      </w:r>
      <w:r>
        <w:rPr>
          <w:rFonts w:ascii="Nirmala UI" w:hAnsi="Nirmala UI" w:eastAsia="Nirmala UI" w:cs="Nirmala UI"/>
        </w:rPr>
        <w:t>ᱟᱱᱫᱚᱞᱚᱱ</w:t>
      </w:r>
      <w:r>
        <w:rPr>
          <w:rFonts w:ascii="Times New Roman" w:hAnsi="Times New Roman" w:eastAsia="Times New Roman" w:cs="Times New Roman"/>
        </w:rPr>
        <w:t xml:space="preserve"> </w:t>
      </w:r>
      <w:r>
        <w:rPr>
          <w:rFonts w:ascii="Nirmala UI" w:hAnsi="Nirmala UI" w:eastAsia="Nirmala UI" w:cs="Nirmala UI"/>
        </w:rPr>
        <w:t>ᱮᱥᱚᱨ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ᱥᱮᱫᱟᱭ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ᱡᱚᱱᱚᱢ</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ᱯᱩᱭᱞᱩ</w:t>
      </w:r>
      <w:r>
        <w:rPr>
          <w:rFonts w:ascii="Times New Roman" w:hAnsi="Times New Roman" w:eastAsia="Times New Roman" w:cs="Times New Roman"/>
        </w:rPr>
        <w:t xml:space="preserve"> </w:t>
      </w:r>
      <w:r>
        <w:rPr>
          <w:rFonts w:ascii="Nirmala UI" w:hAnsi="Nirmala UI" w:eastAsia="Nirmala UI" w:cs="Nirmala UI"/>
        </w:rPr>
        <w:t>ᱫᱩᱛᱟᱹ</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ᱡᱟᱜᱟᱛ</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ᱢᱤᱥᱱᱟᱨᱤ</w:t>
      </w:r>
      <w:r>
        <w:rPr>
          <w:rFonts w:ascii="Times New Roman" w:hAnsi="Times New Roman" w:eastAsia="Times New Roman" w:cs="Times New Roman"/>
        </w:rPr>
        <w:t xml:space="preserve"> </w:t>
      </w:r>
      <w:r>
        <w:rPr>
          <w:rFonts w:ascii="Nirmala UI" w:hAnsi="Nirmala UI" w:eastAsia="Nirmala UI" w:cs="Nirmala UI"/>
        </w:rPr>
        <w:t>ᱥᱴᱮᱥᱚᱱ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ᱵᱟᱦᱟᱞ</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ᱠᱤᱪᱷᱩ</w:t>
      </w:r>
      <w:r>
        <w:rPr>
          <w:rFonts w:ascii="Times New Roman" w:hAnsi="Times New Roman" w:eastAsia="Times New Roman" w:cs="Times New Roman"/>
        </w:rPr>
        <w:t xml:space="preserve"> </w:t>
      </w:r>
      <w:r>
        <w:rPr>
          <w:rFonts w:ascii="Nirmala UI" w:hAnsi="Nirmala UI" w:eastAsia="Nirmala UI" w:cs="Nirmala UI"/>
        </w:rPr>
        <w:t>ᱫᱤᱥᱟᱹᱢ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ᱫᱷᱚᱨᱚᱢ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ᱥᱟᱵ</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ᱵᱮᱥᱤ</w:t>
      </w:r>
      <w:r>
        <w:rPr>
          <w:rFonts w:ascii="Times New Roman" w:hAnsi="Times New Roman" w:eastAsia="Times New Roman" w:cs="Times New Roman"/>
        </w:rPr>
        <w:t xml:space="preserve"> </w:t>
      </w:r>
      <w:r>
        <w:rPr>
          <w:rFonts w:ascii="Nirmala UI" w:hAnsi="Nirmala UI" w:eastAsia="Nirmala UI" w:cs="Nirmala UI"/>
        </w:rPr>
        <w:t>ᱨᱩᱪᱤ</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ᱡᱮᱞᱮᱠᱟ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ᱫᱤᱥᱟᱹᱢ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ᱥᱚᱞᱟᱦ</w:t>
      </w:r>
      <w:r>
        <w:rPr>
          <w:rFonts w:ascii="Times New Roman" w:hAnsi="Times New Roman" w:eastAsia="Times New Roman" w:cs="Times New Roman"/>
        </w:rPr>
        <w:t xml:space="preserve"> </w:t>
      </w:r>
      <w:r>
        <w:rPr>
          <w:rFonts w:ascii="Nirmala UI" w:hAnsi="Nirmala UI" w:eastAsia="Nirmala UI" w:cs="Nirmala UI"/>
        </w:rPr>
        <w:t>ᱥᱚᱛᱟᱵᱽᱫᱤ</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ᱨᱮᱯᱷᱚᱨᱢᱮᱥᱚᱱ</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ᱵᱮᱥ</w:t>
      </w:r>
      <w:r>
        <w:rPr>
          <w:rFonts w:ascii="Times New Roman" w:hAnsi="Times New Roman" w:eastAsia="Times New Roman" w:cs="Times New Roman"/>
        </w:rPr>
        <w:t xml:space="preserve"> </w:t>
      </w:r>
      <w:r>
        <w:rPr>
          <w:rFonts w:ascii="Nirmala UI" w:hAnsi="Nirmala UI" w:eastAsia="Nirmala UI" w:cs="Nirmala UI"/>
        </w:rPr>
        <w:t>ᱩᱧᱩᱫ</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ᱛᱮᱥᱟᱨ</w:t>
      </w:r>
      <w:r>
        <w:rPr>
          <w:rFonts w:ascii="Times New Roman" w:hAnsi="Times New Roman" w:eastAsia="Times New Roman" w:cs="Times New Roman"/>
        </w:rPr>
        <w:t xml:space="preserve"> </w:t>
      </w:r>
      <w:r>
        <w:rPr>
          <w:rFonts w:ascii="Nirmala UI" w:hAnsi="Nirmala UI" w:eastAsia="Nirmala UI" w:cs="Nirmala UI"/>
        </w:rPr>
        <w:t>ᱫᱩᱛᱟᱹ</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ᱪᱮᱛᱟᱣᱱᱤ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ᱯᱮᱰᱟᱜ</w:t>
      </w:r>
      <w:r>
        <w:rPr>
          <w:rFonts w:ascii="Times New Roman" w:hAnsi="Times New Roman" w:eastAsia="Times New Roman" w:cs="Times New Roman"/>
        </w:rPr>
        <w:t xml:space="preserve"> </w:t>
      </w:r>
      <w:r>
        <w:rPr>
          <w:rFonts w:ascii="Nirmala UI" w:hAnsi="Nirmala UI" w:eastAsia="Nirmala UI" w:cs="Nirmala UI"/>
        </w:rPr>
        <w:t>ᱟᱱᱫᱚᱞᱚᱱ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ᱵᱟᱭᱥᱤ</w:t>
      </w:r>
      <w:r>
        <w:rPr>
          <w:rFonts w:ascii="Times New Roman" w:hAnsi="Times New Roman" w:eastAsia="Times New Roman" w:cs="Times New Roman"/>
        </w:rPr>
        <w:t xml:space="preserve"> </w:t>
      </w:r>
      <w:r>
        <w:rPr>
          <w:rFonts w:ascii="Nirmala UI" w:hAnsi="Nirmala UI" w:eastAsia="Nirmala UI" w:cs="Nirmala UI"/>
        </w:rPr>
        <w:t>ᱮᱱᱟᱭ᱾</w:t>
      </w:r>
      <w:r>
        <w:rPr>
          <w:rFonts w:ascii="Times New Roman" w:hAnsi="Times New Roman" w:eastAsia="Times New Roman" w:cs="Times New Roman"/>
        </w:rPr>
        <w:t>” The Great Controversy, 611.</w:t>
      </w:r>
    </w:p>
    <w:p>
      <w:pPr>
        <w:pStyle w:val="ArticleBody"/>
        <w:jc w:val="left"/>
      </w:pPr>
      <w:r>
        <w:rPr>
          <w:rFonts w:ascii="Times New Roman" w:hAnsi="Times New Roman" w:eastAsia="Times New Roman" w:cs="Times New Roman"/>
        </w:rPr>
        <w:t>Hisqiʼeel Yohaannis wajjin Mulʼata boqonnaa kudhan keessatti wal qixa dha; kanaaf, yeroo cufamuu kuma dhibba afurtamii afurii keessatti, Pheexiros, Yohaannis fi Hisqiʼeel iddoo isaanii isaaniif ramadame keessatti wal wajjin dhaabbatu.</w:t>
      </w:r>
    </w:p>
    <w:p>
      <w:pPr>
        <w:pStyle w:val="ArticleBody"/>
        <w:jc w:val="left"/>
      </w:pPr>
      <w:r>
        <w:rPr>
          <w:rFonts w:ascii="Nirmala UI" w:hAnsi="Nirmala UI" w:eastAsia="Nirmala UI" w:cs="Nirmala UI"/>
        </w:rPr>
        <w:t>୧୮୪୦</w:t>
      </w:r>
      <w:r>
        <w:rPr>
          <w:rFonts w:ascii="Times New Roman" w:hAnsi="Times New Roman" w:eastAsia="Times New Roman" w:cs="Times New Roman"/>
        </w:rPr>
        <w:t xml:space="preserve">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୧୮୪୪</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ଚାରି</w:t>
      </w:r>
      <w:r>
        <w:rPr>
          <w:rFonts w:ascii="Times New Roman" w:hAnsi="Times New Roman" w:eastAsia="Times New Roman" w:cs="Times New Roman"/>
        </w:rPr>
        <w:t>-</w:t>
      </w:r>
      <w:r>
        <w:rPr>
          <w:rFonts w:ascii="Nirmala UI" w:hAnsi="Nirmala UI" w:eastAsia="Nirmala UI" w:cs="Nirmala UI"/>
        </w:rPr>
        <w:t>ବର୍ଷୀୟ</w:t>
      </w:r>
      <w:r>
        <w:rPr>
          <w:rFonts w:ascii="Times New Roman" w:hAnsi="Times New Roman" w:eastAsia="Times New Roman" w:cs="Times New Roman"/>
        </w:rPr>
        <w:t xml:space="preserve"> </w:t>
      </w:r>
      <w:r>
        <w:rPr>
          <w:rFonts w:ascii="Nirmala UI" w:hAnsi="Nirmala UI" w:eastAsia="Nirmala UI" w:cs="Nirmala UI"/>
        </w:rPr>
        <w:t>ଅବଧିଙ୍କୁ</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ଯାହାର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w:t>
      </w:r>
      <w:r>
        <w:rPr>
          <w:rFonts w:ascii="Nirmala UI" w:hAnsi="Nirmala UI" w:eastAsia="Nirmala UI" w:cs="Nirmala UI"/>
        </w:rPr>
        <w:t>ଭବିଷ୍ୟବାଣୀରୁ</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ଜୁଲାଇ</w:t>
      </w:r>
      <w:r>
        <w:rPr>
          <w:rFonts w:ascii="Times New Roman" w:hAnsi="Times New Roman" w:eastAsia="Times New Roman" w:cs="Times New Roman"/>
        </w:rPr>
        <w:t xml:space="preserve"> </w:t>
      </w:r>
      <w:r>
        <w:rPr>
          <w:rFonts w:ascii="Nirmala UI" w:hAnsi="Nirmala UI" w:eastAsia="Nirmala UI" w:cs="Nirmala UI"/>
        </w:rPr>
        <w:t>୨୭</w:t>
      </w:r>
      <w:r>
        <w:rPr>
          <w:rFonts w:ascii="Times New Roman" w:hAnsi="Times New Roman" w:eastAsia="Times New Roman" w:cs="Times New Roman"/>
        </w:rPr>
        <w:t xml:space="preserve">, </w:t>
      </w:r>
      <w:r>
        <w:rPr>
          <w:rFonts w:ascii="Nirmala UI" w:hAnsi="Nirmala UI" w:eastAsia="Nirmala UI" w:cs="Nirmala UI"/>
        </w:rPr>
        <w:t>୧୨୯୯</w:t>
      </w:r>
      <w:r>
        <w:rPr>
          <w:rFonts w:ascii="Times New Roman" w:hAnsi="Times New Roman" w:eastAsia="Times New Roman" w:cs="Times New Roman"/>
        </w:rPr>
        <w:t xml:space="preserve">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ପଞ୍ଚାଶ</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ଅବଧି</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ମାସ</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ଏକାନବେ</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ପନ୍ଦର</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w:t>
      </w:r>
      <w:r>
        <w:rPr>
          <w:rFonts w:ascii="Nirmala UI" w:hAnsi="Nirmala UI" w:eastAsia="Nirmala UI" w:cs="Nirmala UI"/>
        </w:rPr>
        <w:t>ଭବିଷ୍ୟବାଣୀ</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ଯୁକ୍ତ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ଅଗଷ୍ଟ</w:t>
      </w:r>
      <w:r>
        <w:rPr>
          <w:rFonts w:ascii="Times New Roman" w:hAnsi="Times New Roman" w:eastAsia="Times New Roman" w:cs="Times New Roman"/>
        </w:rPr>
        <w:t xml:space="preserve"> </w:t>
      </w:r>
      <w:r>
        <w:rPr>
          <w:rFonts w:ascii="Nirmala UI" w:hAnsi="Nirmala UI" w:eastAsia="Nirmala UI" w:cs="Nirmala UI"/>
        </w:rPr>
        <w:t>୧୧</w:t>
      </w:r>
      <w:r>
        <w:rPr>
          <w:rFonts w:ascii="Times New Roman" w:hAnsi="Times New Roman" w:eastAsia="Times New Roman" w:cs="Times New Roman"/>
        </w:rPr>
        <w:t xml:space="preserve">, </w:t>
      </w:r>
      <w:r>
        <w:rPr>
          <w:rFonts w:ascii="Nirmala UI" w:hAnsi="Nirmala UI" w:eastAsia="Nirmala UI" w:cs="Nirmala UI"/>
        </w:rPr>
        <w:t>୧୮୪୦</w:t>
      </w:r>
      <w:r>
        <w:rPr>
          <w:rFonts w:ascii="Times New Roman" w:hAnsi="Times New Roman" w:eastAsia="Times New Roman" w:cs="Times New Roman"/>
        </w:rPr>
        <w:t xml:space="preserve">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ଦେବଙ୍କ</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ଗୌରବମୟ</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w:t>
      </w:r>
      <w:r>
        <w:rPr>
          <w:rFonts w:ascii="Nirmala UI" w:hAnsi="Nirmala UI" w:eastAsia="Nirmala UI" w:cs="Nirmala UI"/>
        </w:rPr>
        <w:t>୨୨</w:t>
      </w:r>
      <w:r>
        <w:rPr>
          <w:rFonts w:ascii="Times New Roman" w:hAnsi="Times New Roman" w:eastAsia="Times New Roman" w:cs="Times New Roman"/>
        </w:rPr>
        <w:t xml:space="preserve">, </w:t>
      </w:r>
      <w:r>
        <w:rPr>
          <w:rFonts w:ascii="Nirmala UI" w:hAnsi="Nirmala UI" w:eastAsia="Nirmala UI" w:cs="Nirmala UI"/>
        </w:rPr>
        <w:t>୧୮୪୪</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ତାପରେ</w:t>
      </w:r>
      <w:r>
        <w:rPr>
          <w:rFonts w:ascii="Times New Roman" w:hAnsi="Times New Roman" w:eastAsia="Times New Roman" w:cs="Times New Roman"/>
        </w:rPr>
        <w:t xml:space="preserve"> </w:t>
      </w:r>
      <w:r>
        <w:rPr>
          <w:rFonts w:ascii="Nirmala UI" w:hAnsi="Nirmala UI" w:eastAsia="Nirmala UI" w:cs="Nirmala UI"/>
        </w:rPr>
        <w:t>ଭବିଷ୍ୟବାଣୀମୂଳକ</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ପ୍ରୟୋଗ</w:t>
      </w:r>
      <w:r>
        <w:rPr>
          <w:rFonts w:ascii="Times New Roman" w:hAnsi="Times New Roman" w:eastAsia="Times New Roman" w:cs="Times New Roman"/>
        </w:rPr>
        <w:t xml:space="preserve"> </w:t>
      </w:r>
      <w:r>
        <w:rPr>
          <w:rFonts w:ascii="Nirmala UI" w:hAnsi="Nirmala UI" w:eastAsia="Nirmala UI" w:cs="Nirmala UI"/>
        </w:rPr>
        <w:t>ବନ୍ଦ</w:t>
      </w:r>
      <w:r>
        <w:rPr>
          <w:rFonts w:ascii="Times New Roman" w:hAnsi="Times New Roman" w:eastAsia="Times New Roman" w:cs="Times New Roman"/>
        </w:rPr>
        <w:t xml:space="preserve"> </w:t>
      </w:r>
      <w:r>
        <w:rPr>
          <w:rFonts w:ascii="Nirmala UI" w:hAnsi="Nirmala UI" w:eastAsia="Nirmala UI" w:cs="Nirmala UI"/>
        </w:rPr>
        <w:t>ହୋଇଗଲା।</w:t>
      </w:r>
    </w:p>
    <w:p>
      <w:pPr>
        <w:pStyle w:val="ArticleScripture"/>
        <w:jc w:val="left"/>
      </w:pPr>
      <w:r>
        <w:rPr>
          <w:rFonts w:ascii="Times New Roman" w:hAnsi="Times New Roman" w:eastAsia="Times New Roman" w:cs="Times New Roman"/>
        </w:rPr>
        <w:t>Inni isa bara baraa jiraatu sanaan, samii fi waan isa keessa jiran, lafa fi waan ishee keessa jiran, galaana fi waan isa keessa jiran uume sanaan kakate; yeroo siʼachi akka hin jirre. Mul’ata Yohaannis 10:6.</w:t>
      </w:r>
    </w:p>
    <w:p>
      <w:pPr>
        <w:pStyle w:val="ArticleBody"/>
        <w:jc w:val="left"/>
      </w:pPr>
      <w:r>
        <w:rPr>
          <w:rFonts w:ascii="Nirmala UI" w:hAnsi="Nirmala UI" w:eastAsia="Nirmala UI" w:cs="Nirmala UI"/>
        </w:rPr>
        <w:t>୧୮୪୪</w:t>
      </w:r>
      <w:r>
        <w:rPr>
          <w:rFonts w:ascii="Times New Roman" w:hAnsi="Times New Roman" w:eastAsia="Times New Roman" w:cs="Times New Roman"/>
        </w:rPr>
        <w:t xml:space="preserve"> </w:t>
      </w:r>
      <w:r>
        <w:rPr>
          <w:rFonts w:ascii="Nirmala UI" w:hAnsi="Nirmala UI" w:eastAsia="Nirmala UI" w:cs="Nirmala UI"/>
        </w:rPr>
        <w:t>ମସିହା</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w:t>
      </w:r>
      <w:r>
        <w:rPr>
          <w:rFonts w:ascii="Nirmala UI" w:hAnsi="Nirmala UI" w:eastAsia="Nirmala UI" w:cs="Nirmala UI"/>
        </w:rPr>
        <w:t>୨୨</w:t>
      </w:r>
      <w:r>
        <w:rPr>
          <w:rFonts w:ascii="Times New Roman" w:hAnsi="Times New Roman" w:eastAsia="Times New Roman" w:cs="Times New Roman"/>
        </w:rPr>
        <w:t xml:space="preserve">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ଭବିଷ୍ୟବାଣୀମୂଳକ</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ପ୍ରୟୋଗ</w:t>
      </w:r>
      <w:r>
        <w:rPr>
          <w:rFonts w:ascii="Times New Roman" w:hAnsi="Times New Roman" w:eastAsia="Times New Roman" w:cs="Times New Roman"/>
        </w:rPr>
        <w:t xml:space="preserve"> </w:t>
      </w:r>
      <w:r>
        <w:rPr>
          <w:rFonts w:ascii="Nirmala UI" w:hAnsi="Nirmala UI" w:eastAsia="Nirmala UI" w:cs="Nirmala UI"/>
        </w:rPr>
        <w:t>ଭବିଷ୍ୟବାଣୀର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ବୈଧ</w:t>
      </w:r>
      <w:r>
        <w:rPr>
          <w:rFonts w:ascii="Times New Roman" w:hAnsi="Times New Roman" w:eastAsia="Times New Roman" w:cs="Times New Roman"/>
        </w:rPr>
        <w:t xml:space="preserve"> </w:t>
      </w:r>
      <w:r>
        <w:rPr>
          <w:rFonts w:ascii="Nirmala UI" w:hAnsi="Nirmala UI" w:eastAsia="Nirmala UI" w:cs="Nirmala UI"/>
        </w:rPr>
        <w:t>ପ୍ରୟୋଗ</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ଇଜିକିଏଲ</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ଯୋହନ</w:t>
      </w:r>
      <w:r>
        <w:rPr>
          <w:rFonts w:ascii="Times New Roman" w:hAnsi="Times New Roman" w:eastAsia="Times New Roman" w:cs="Times New Roman"/>
        </w:rPr>
        <w:t>—</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ଆନ୍ଦୋଳନର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ଆନ୍ଦୋଳନର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ଜ୍ଞାନୀ</w:t>
      </w:r>
      <w:r>
        <w:rPr>
          <w:rFonts w:ascii="Times New Roman" w:hAnsi="Times New Roman" w:eastAsia="Times New Roman" w:cs="Times New Roman"/>
        </w:rPr>
        <w:t xml:space="preserve"> </w:t>
      </w:r>
      <w:r>
        <w:rPr>
          <w:rFonts w:ascii="Nirmala UI" w:hAnsi="Nirmala UI" w:eastAsia="Nirmala UI" w:cs="Nirmala UI"/>
        </w:rPr>
        <w:t>କୁମାରୀମାନଙ୍କୁ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କରନ୍ତି।</w:t>
      </w:r>
    </w:p>
    <w:p>
      <w:pPr>
        <w:pStyle w:val="ArticleHeading"/>
        <w:jc w:val="left"/>
      </w:pPr>
      <w:r>
        <w:rPr>
          <w:rFonts w:ascii="Nirmala UI" w:hAnsi="Nirmala UI" w:eastAsia="Nirmala UI" w:cs="Nirmala UI"/>
        </w:rPr>
        <w:t>ᱫᱚᱨᱥᱚᱱᱠᱚ</w:t>
      </w:r>
    </w:p>
    <w:p>
      <w:pPr>
        <w:pStyle w:val="ArticleBody"/>
        <w:jc w:val="left"/>
      </w:pPr>
      <w:r>
        <w:rPr>
          <w:rFonts w:ascii="Nirmala UI" w:hAnsi="Nirmala UI" w:eastAsia="Nirmala UI" w:cs="Nirmala UI"/>
        </w:rPr>
        <w:t>ଯିହେଜ୍କେଲ</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ଏଗାର</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ପଦରେ</w:t>
      </w:r>
      <w:r>
        <w:rPr>
          <w:rFonts w:ascii="Times New Roman" w:hAnsi="Times New Roman" w:eastAsia="Times New Roman" w:cs="Times New Roman"/>
        </w:rPr>
        <w:t xml:space="preserve"> </w:t>
      </w:r>
      <w:r>
        <w:rPr>
          <w:rFonts w:ascii="Nirmala UI" w:hAnsi="Nirmala UI" w:eastAsia="Nirmala UI" w:cs="Nirmala UI"/>
        </w:rPr>
        <w:t>ଉଲ୍ଲେଖିତ</w:t>
      </w:r>
      <w:r>
        <w:rPr>
          <w:rFonts w:ascii="Times New Roman" w:hAnsi="Times New Roman" w:eastAsia="Times New Roman" w:cs="Times New Roman"/>
        </w:rPr>
        <w:t xml:space="preserve"> </w:t>
      </w:r>
      <w:r>
        <w:rPr>
          <w:rFonts w:ascii="Nirmala UI" w:hAnsi="Nirmala UI" w:eastAsia="Nirmala UI" w:cs="Nirmala UI"/>
        </w:rPr>
        <w:t>ଭଳି</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ଶୃଙ୍ଖଳାବଦ୍ଧ</w:t>
      </w:r>
      <w:r>
        <w:rPr>
          <w:rFonts w:ascii="Times New Roman" w:hAnsi="Times New Roman" w:eastAsia="Times New Roman" w:cs="Times New Roman"/>
        </w:rPr>
        <w:t xml:space="preserve"> “</w:t>
      </w:r>
      <w:r>
        <w:rPr>
          <w:rFonts w:ascii="Nirmala UI" w:hAnsi="Nirmala UI" w:eastAsia="Nirmala UI" w:cs="Nirmala UI"/>
        </w:rPr>
        <w:t>ଦର୍ଶନ</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କରେ।</w:t>
      </w:r>
    </w:p>
    <w:p>
      <w:pPr>
        <w:pStyle w:val="ArticleScripture"/>
        <w:jc w:val="left"/>
      </w:pP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ਤੀਹਵੇਂ</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ਪੰਜਵੀਂ</w:t>
      </w:r>
      <w:r>
        <w:rPr>
          <w:rFonts w:ascii="Times New Roman" w:hAnsi="Times New Roman" w:eastAsia="Times New Roman" w:cs="Times New Roman"/>
        </w:rPr>
        <w:t xml:space="preserve"> </w:t>
      </w:r>
      <w:r>
        <w:rPr>
          <w:rFonts w:ascii="Nirmala UI" w:hAnsi="Nirmala UI" w:eastAsia="Nirmala UI" w:cs="Nirmala UI"/>
        </w:rPr>
        <w:t>ਤਾਰੀਖ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ਕੈਬਾਰ</w:t>
      </w:r>
      <w:r>
        <w:rPr>
          <w:rFonts w:ascii="Times New Roman" w:hAnsi="Times New Roman" w:eastAsia="Times New Roman" w:cs="Times New Roman"/>
        </w:rPr>
        <w:t xml:space="preserve"> </w:t>
      </w:r>
      <w:r>
        <w:rPr>
          <w:rFonts w:ascii="Nirmala UI" w:hAnsi="Nirmala UI" w:eastAsia="Nirmala UI" w:cs="Nirmala UI"/>
        </w:rPr>
        <w:t>ਨਦੀ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ਕੰਢੇ</w:t>
      </w:r>
      <w:r>
        <w:rPr>
          <w:rFonts w:ascii="Times New Roman" w:hAnsi="Times New Roman" w:eastAsia="Times New Roman" w:cs="Times New Roman"/>
        </w:rPr>
        <w:t xml:space="preserve"> </w:t>
      </w:r>
      <w:r>
        <w:rPr>
          <w:rFonts w:ascii="Nirmala UI" w:hAnsi="Nirmala UI" w:eastAsia="Nirmala UI" w:cs="Nirmala UI"/>
        </w:rPr>
        <w:t>ਕੈਦੀਆਂ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ਖੁੱਲ੍ਹ</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1:1</w:t>
      </w:r>
      <w:r>
        <w:rPr>
          <w:rFonts w:ascii="Nirmala UI" w:hAnsi="Nirmala UI" w:eastAsia="Nirmala UI" w:cs="Nirmala UI"/>
        </w:rPr>
        <w:t>।</w:t>
      </w:r>
    </w:p>
    <w:p>
      <w:pPr>
        <w:pStyle w:val="ArticleBody"/>
        <w:jc w:val="left"/>
      </w:pP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ଏଗାରୋଟି</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ଦର୍ଶନଗୁଡ଼ିକ</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ଖେବର</w:t>
      </w:r>
      <w:r>
        <w:rPr>
          <w:rFonts w:ascii="Times New Roman" w:hAnsi="Times New Roman" w:eastAsia="Times New Roman" w:cs="Times New Roman"/>
        </w:rPr>
        <w:t xml:space="preserve"> </w:t>
      </w:r>
      <w:r>
        <w:rPr>
          <w:rFonts w:ascii="Nirmala UI" w:hAnsi="Nirmala UI" w:eastAsia="Nirmala UI" w:cs="Nirmala UI"/>
        </w:rPr>
        <w:t>ନଦୀ</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ଦିଆଯାଇଥିଲା</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ସମତଳ</w:t>
      </w:r>
      <w:r>
        <w:rPr>
          <w:rFonts w:ascii="Times New Roman" w:hAnsi="Times New Roman" w:eastAsia="Times New Roman" w:cs="Times New Roman"/>
        </w:rPr>
        <w:t xml:space="preserve"> </w:t>
      </w:r>
      <w:r>
        <w:rPr>
          <w:rFonts w:ascii="Nirmala UI" w:hAnsi="Nirmala UI" w:eastAsia="Nirmala UI" w:cs="Nirmala UI"/>
        </w:rPr>
        <w:t>ଭୂମି</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ବିସ୍ତୃତ</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ପୁନର୍ବାର</w:t>
      </w:r>
      <w:r>
        <w:rPr>
          <w:rFonts w:ascii="Times New Roman" w:hAnsi="Times New Roman" w:eastAsia="Times New Roman" w:cs="Times New Roman"/>
        </w:rPr>
        <w:t xml:space="preserve"> </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ବିସ୍ତାରିତ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ଖେବର</w:t>
      </w:r>
      <w:r>
        <w:rPr>
          <w:rFonts w:ascii="Times New Roman" w:hAnsi="Times New Roman" w:eastAsia="Times New Roman" w:cs="Times New Roman"/>
        </w:rPr>
        <w:t xml:space="preserve"> </w:t>
      </w:r>
      <w:r>
        <w:rPr>
          <w:rFonts w:ascii="Nirmala UI" w:hAnsi="Nirmala UI" w:eastAsia="Nirmala UI" w:cs="Nirmala UI"/>
        </w:rPr>
        <w:t>ନଦୀ</w:t>
      </w:r>
      <w:r>
        <w:rPr>
          <w:rFonts w:ascii="Times New Roman" w:hAnsi="Times New Roman" w:eastAsia="Times New Roman" w:cs="Times New Roman"/>
        </w:rPr>
        <w:t xml:space="preserve">, </w:t>
      </w:r>
      <w:r>
        <w:rPr>
          <w:rFonts w:ascii="Nirmala UI" w:hAnsi="Nirmala UI" w:eastAsia="Nirmala UI" w:cs="Nirmala UI"/>
        </w:rPr>
        <w:t>ସମତଳ</w:t>
      </w:r>
      <w:r>
        <w:rPr>
          <w:rFonts w:ascii="Times New Roman" w:hAnsi="Times New Roman" w:eastAsia="Times New Roman" w:cs="Times New Roman"/>
        </w:rPr>
        <w:t xml:space="preserve"> </w:t>
      </w:r>
      <w:r>
        <w:rPr>
          <w:rFonts w:ascii="Nirmala UI" w:hAnsi="Nirmala UI" w:eastAsia="Nirmala UI" w:cs="Nirmala UI"/>
        </w:rPr>
        <w:t>ଭୂମି</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ଯିରୁଶାଲେମ</w:t>
      </w:r>
      <w:r>
        <w:rPr>
          <w:rFonts w:ascii="Times New Roman" w:hAnsi="Times New Roman" w:eastAsia="Times New Roman" w:cs="Times New Roman"/>
        </w:rPr>
        <w:t>—</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ସ୍ଥାନ</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ଦର୍ଶନକୁ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ଯେଉଁମାନେ</w:t>
      </w:r>
      <w:r>
        <w:rPr>
          <w:rFonts w:ascii="Times New Roman" w:hAnsi="Times New Roman" w:eastAsia="Times New Roman" w:cs="Times New Roman"/>
        </w:rPr>
        <w:t xml:space="preserve"> </w:t>
      </w:r>
      <w:r>
        <w:rPr>
          <w:rFonts w:ascii="Nirmala UI" w:hAnsi="Nirmala UI" w:eastAsia="Nirmala UI" w:cs="Nirmala UI"/>
        </w:rPr>
        <w:t>ଏକତ୍ର</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ଦର୍ଶନ</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ଦର୍ଶନହିଁ</w:t>
      </w:r>
      <w:r>
        <w:rPr>
          <w:rFonts w:ascii="Times New Roman" w:hAnsi="Times New Roman" w:eastAsia="Times New Roman" w:cs="Times New Roman"/>
        </w:rPr>
        <w:t xml:space="preserve"> </w:t>
      </w:r>
      <w:r>
        <w:rPr>
          <w:rFonts w:ascii="Nirmala UI" w:hAnsi="Nirmala UI" w:eastAsia="Nirmala UI" w:cs="Nirmala UI"/>
        </w:rPr>
        <w:t>ପଦ୍ୟ</w:t>
      </w:r>
      <w:r>
        <w:rPr>
          <w:rFonts w:ascii="Times New Roman" w:hAnsi="Times New Roman" w:eastAsia="Times New Roman" w:cs="Times New Roman"/>
        </w:rPr>
        <w:t xml:space="preserve"> </w:t>
      </w:r>
      <w:r>
        <w:rPr>
          <w:rFonts w:ascii="Nirmala UI" w:hAnsi="Nirmala UI" w:eastAsia="Nirmala UI" w:cs="Nirmala UI"/>
        </w:rPr>
        <w:t>୧</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ଏଗାରୋଟି</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ଦର୍ଶନଗୁଡ଼ିକ</w:t>
      </w:r>
      <w:r>
        <w:rPr>
          <w:rFonts w:ascii="Times New Roman" w:hAnsi="Times New Roman" w:eastAsia="Times New Roman" w:cs="Times New Roman"/>
        </w:rPr>
        <w:t xml:space="preserve">” </w:t>
      </w:r>
      <w:r>
        <w:rPr>
          <w:rFonts w:ascii="Nirmala UI" w:hAnsi="Nirmala UI" w:eastAsia="Nirmala UI" w:cs="Nirmala UI"/>
        </w:rPr>
        <w:t>ଅଟେ।</w:t>
      </w:r>
    </w:p>
    <w:p>
      <w:pPr>
        <w:pStyle w:val="ArticleHeading"/>
        <w:jc w:val="left"/>
      </w:pPr>
      <w:r>
        <w:rPr>
          <w:rFonts w:ascii="Nirmala UI" w:hAnsi="Nirmala UI" w:eastAsia="Nirmala UI" w:cs="Nirmala UI"/>
        </w:rPr>
        <w:t>ଜୁବିଲି</w:t>
      </w:r>
    </w:p>
    <w:p>
      <w:pPr>
        <w:pStyle w:val="ArticleBody"/>
        <w:jc w:val="left"/>
      </w:pPr>
      <w:r>
        <w:rPr>
          <w:rFonts w:ascii="Nirmala UI" w:hAnsi="Nirmala UI" w:eastAsia="Nirmala UI" w:cs="Nirmala UI"/>
        </w:rPr>
        <w:t>ᱡᱳᱥᱤᱭᱟᱦ</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ᱠᱤᱨᱛᱤᱢᱟᱱ</w:t>
      </w:r>
      <w:r>
        <w:rPr>
          <w:rFonts w:ascii="Times New Roman" w:hAnsi="Times New Roman" w:eastAsia="Times New Roman" w:cs="Times New Roman"/>
        </w:rPr>
        <w:t xml:space="preserve"> </w:t>
      </w:r>
      <w:r>
        <w:rPr>
          <w:rFonts w:ascii="Nirmala UI" w:hAnsi="Nirmala UI" w:eastAsia="Nirmala UI" w:cs="Nirmala UI"/>
        </w:rPr>
        <w:t>ᱯᱟᱥᱚᱣᱟ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ᱡᱩᱵᱤᱞᱤ</w:t>
      </w:r>
      <w:r>
        <w:rPr>
          <w:rFonts w:ascii="Times New Roman" w:hAnsi="Times New Roman" w:eastAsia="Times New Roman" w:cs="Times New Roman"/>
        </w:rPr>
        <w:t xml:space="preserve"> </w:t>
      </w:r>
      <w:r>
        <w:rPr>
          <w:rFonts w:ascii="Nirmala UI" w:hAnsi="Nirmala UI" w:eastAsia="Nirmala UI" w:cs="Nirmala UI"/>
        </w:rPr>
        <w:t>ᱪᱚᱠᱨᱚᱨ</w:t>
      </w:r>
      <w:r>
        <w:rPr>
          <w:rFonts w:ascii="Times New Roman" w:hAnsi="Times New Roman" w:eastAsia="Times New Roman" w:cs="Times New Roman"/>
        </w:rPr>
        <w:t xml:space="preserve"> </w:t>
      </w:r>
      <w:r>
        <w:rPr>
          <w:rFonts w:ascii="Nirmala UI" w:hAnsi="Nirmala UI" w:eastAsia="Nirmala UI" w:cs="Nirmala UI"/>
        </w:rPr>
        <w:t>ᱛᱤᱨᱤᱥᱛᱚᱢ</w:t>
      </w:r>
      <w:r>
        <w:rPr>
          <w:rFonts w:ascii="Times New Roman" w:hAnsi="Times New Roman" w:eastAsia="Times New Roman" w:cs="Times New Roman"/>
        </w:rPr>
        <w:t xml:space="preserve"> </w:t>
      </w:r>
      <w:r>
        <w:rPr>
          <w:rFonts w:ascii="Nirmala UI" w:hAnsi="Nirmala UI" w:eastAsia="Nirmala UI" w:cs="Nirmala UI"/>
        </w:rPr>
        <w:t>ᱵᱚᱪᱷᱚᱨ</w:t>
      </w:r>
      <w:r>
        <w:rPr>
          <w:rFonts w:ascii="Times New Roman" w:hAnsi="Times New Roman" w:eastAsia="Times New Roman" w:cs="Times New Roman"/>
        </w:rPr>
        <w:t xml:space="preserve"> </w:t>
      </w:r>
      <w:r>
        <w:rPr>
          <w:rFonts w:ascii="Nirmala UI" w:hAnsi="Nirmala UI" w:eastAsia="Nirmala UI" w:cs="Nirmala UI"/>
        </w:rPr>
        <w:t>ᱦᱤᱥᱟᱹᱵᱽ</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ᱛᱤᱨᱤᱥ</w:t>
      </w:r>
      <w:r>
        <w:rPr>
          <w:rFonts w:ascii="Times New Roman" w:hAnsi="Times New Roman" w:eastAsia="Times New Roman" w:cs="Times New Roman"/>
        </w:rPr>
        <w:t xml:space="preserve"> </w:t>
      </w:r>
      <w:r>
        <w:rPr>
          <w:rFonts w:ascii="Nirmala UI" w:hAnsi="Nirmala UI" w:eastAsia="Nirmala UI" w:cs="Nirmala UI"/>
        </w:rPr>
        <w:t>ᱵᱚᱪᱷᱚᱨᱠᱮ</w:t>
      </w:r>
      <w:r>
        <w:rPr>
          <w:rFonts w:ascii="Times New Roman" w:hAnsi="Times New Roman" w:eastAsia="Times New Roman" w:cs="Times New Roman"/>
        </w:rPr>
        <w:t xml:space="preserve"> </w:t>
      </w:r>
      <w:r>
        <w:rPr>
          <w:rFonts w:ascii="Nirmala UI" w:hAnsi="Nirmala UI" w:eastAsia="Nirmala UI" w:cs="Nirmala UI"/>
        </w:rPr>
        <w:t>ᱜᱚᱬᱟ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ᱛᱟᱦᱮᱱ</w:t>
      </w:r>
      <w:r>
        <w:rPr>
          <w:rFonts w:ascii="Times New Roman" w:hAnsi="Times New Roman" w:eastAsia="Times New Roman" w:cs="Times New Roman"/>
        </w:rPr>
        <w:t xml:space="preserve"> </w:t>
      </w:r>
      <w:r>
        <w:rPr>
          <w:rFonts w:ascii="Nirmala UI" w:hAnsi="Nirmala UI" w:eastAsia="Nirmala UI" w:cs="Nirmala UI"/>
        </w:rPr>
        <w:t>ᱚᱠᱴᱚᱵᱚᱨ</w:t>
      </w:r>
      <w:r>
        <w:rPr>
          <w:rFonts w:ascii="Times New Roman" w:hAnsi="Times New Roman" w:eastAsia="Times New Roman" w:cs="Times New Roman"/>
        </w:rPr>
        <w:t xml:space="preserve"> 22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ᱥᱟᱦᱟᱡᱽ</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ᱥᱚᱢᱚᱨᱛᱷᱚᱱᱡᱚᱜ</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ᱥᱟᱠᱟᱢᱟ</w:t>
      </w:r>
      <w:r>
        <w:rPr>
          <w:rFonts w:ascii="Times New Roman" w:hAnsi="Times New Roman" w:eastAsia="Times New Roman" w:cs="Times New Roman"/>
        </w:rPr>
        <w:t xml:space="preserve">, </w:t>
      </w:r>
      <w:r>
        <w:rPr>
          <w:rFonts w:ascii="Nirmala UI" w:hAnsi="Nirmala UI" w:eastAsia="Nirmala UI" w:cs="Nirmala UI"/>
        </w:rPr>
        <w:t>ᱠᱟᱨᱚᱱ</w:t>
      </w:r>
      <w:r>
        <w:rPr>
          <w:rFonts w:ascii="Times New Roman" w:hAnsi="Times New Roman" w:eastAsia="Times New Roman" w:cs="Times New Roman"/>
        </w:rPr>
        <w:t xml:space="preserve"> </w:t>
      </w:r>
      <w:r>
        <w:rPr>
          <w:rFonts w:ascii="Nirmala UI" w:hAnsi="Nirmala UI" w:eastAsia="Nirmala UI" w:cs="Nirmala UI"/>
        </w:rPr>
        <w:t>ᱯᱚᱵᱤᱛᱨ</w:t>
      </w:r>
      <w:r>
        <w:rPr>
          <w:rFonts w:ascii="Times New Roman" w:hAnsi="Times New Roman" w:eastAsia="Times New Roman" w:cs="Times New Roman"/>
        </w:rPr>
        <w:t xml:space="preserve"> </w:t>
      </w:r>
      <w:r>
        <w:rPr>
          <w:rFonts w:ascii="Nirmala UI" w:hAnsi="Nirmala UI" w:eastAsia="Nirmala UI" w:cs="Nirmala UI"/>
        </w:rPr>
        <w:t>ᱤᱛᱤᱦᱟᱥᱨ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ᱵᱤᱥᱮᱥ</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ᱥᱯᱚᱥᱴ</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ᱮᱠᱟᱫᱤᱠ</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ᱫᱟᱹᱲᱮ</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ᱯᱟᱥᱚᱣᱟ</w:t>
      </w:r>
      <w:r>
        <w:rPr>
          <w:rFonts w:ascii="Times New Roman" w:hAnsi="Times New Roman" w:eastAsia="Times New Roman" w:cs="Times New Roman"/>
        </w:rPr>
        <w:t xml:space="preserve"> </w:t>
      </w:r>
      <w:r>
        <w:rPr>
          <w:rFonts w:ascii="Nirmala UI" w:hAnsi="Nirmala UI" w:eastAsia="Nirmala UI" w:cs="Nirmala UI"/>
        </w:rPr>
        <w:t>ᱵᱚᱥᱚᱱᱛ</w:t>
      </w:r>
      <w:r>
        <w:rPr>
          <w:rFonts w:ascii="Times New Roman" w:hAnsi="Times New Roman" w:eastAsia="Times New Roman" w:cs="Times New Roman"/>
        </w:rPr>
        <w:t xml:space="preserve"> </w:t>
      </w:r>
      <w:r>
        <w:rPr>
          <w:rFonts w:ascii="Nirmala UI" w:hAnsi="Nirmala UI" w:eastAsia="Nirmala UI" w:cs="Nirmala UI"/>
        </w:rPr>
        <w:t>ᱯᱚᱨᱵᱚᱠᱚᱠᱮ</w:t>
      </w:r>
      <w:r>
        <w:rPr>
          <w:rFonts w:ascii="Times New Roman" w:hAnsi="Times New Roman" w:eastAsia="Times New Roman" w:cs="Times New Roman"/>
        </w:rPr>
        <w:t xml:space="preserve"> </w:t>
      </w:r>
      <w:r>
        <w:rPr>
          <w:rFonts w:ascii="Nirmala UI" w:hAnsi="Nirmala UI" w:eastAsia="Nirmala UI" w:cs="Nirmala UI"/>
        </w:rPr>
        <w:t>ᱯᱨᱚᱛᱤᱱᱤᱫᱷᱤᱛᱚ</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ᱯᱨᱟᱭᱚᱥᱪᱤᱛᱛ</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ᱥᱚᱨᱚᱛ</w:t>
      </w:r>
      <w:r>
        <w:rPr>
          <w:rFonts w:ascii="Times New Roman" w:hAnsi="Times New Roman" w:eastAsia="Times New Roman" w:cs="Times New Roman"/>
        </w:rPr>
        <w:t xml:space="preserve"> </w:t>
      </w:r>
      <w:r>
        <w:rPr>
          <w:rFonts w:ascii="Nirmala UI" w:hAnsi="Nirmala UI" w:eastAsia="Nirmala UI" w:cs="Nirmala UI"/>
        </w:rPr>
        <w:t>ᱯᱚᱨᱵᱚᱠᱚᱠᱮ</w:t>
      </w:r>
      <w:r>
        <w:rPr>
          <w:rFonts w:ascii="Times New Roman" w:hAnsi="Times New Roman" w:eastAsia="Times New Roman" w:cs="Times New Roman"/>
        </w:rPr>
        <w:t xml:space="preserve"> </w:t>
      </w:r>
      <w:r>
        <w:rPr>
          <w:rFonts w:ascii="Nirmala UI" w:hAnsi="Nirmala UI" w:eastAsia="Nirmala UI" w:cs="Nirmala UI"/>
        </w:rPr>
        <w:t>ᱯᱨᱚᱛᱤᱱᱤᱫᱷᱤᱛᱚ</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ᱮᱛᱟᱭ</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ᱞᱮᱵᱷᱤᱭ</w:t>
      </w:r>
      <w:r>
        <w:rPr>
          <w:rFonts w:ascii="Times New Roman" w:hAnsi="Times New Roman" w:eastAsia="Times New Roman" w:cs="Times New Roman"/>
        </w:rPr>
        <w:t xml:space="preserve"> 23 </w:t>
      </w:r>
      <w:r>
        <w:rPr>
          <w:rFonts w:ascii="Nirmala UI" w:hAnsi="Nirmala UI" w:eastAsia="Nirmala UI" w:cs="Nirmala UI"/>
        </w:rPr>
        <w:t>ᱡᱳᱥᱤᱭᱟᱦ</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ᱡᱩᱵᱤᱞᱤ</w:t>
      </w:r>
      <w:r>
        <w:rPr>
          <w:rFonts w:ascii="Times New Roman" w:hAnsi="Times New Roman" w:eastAsia="Times New Roman" w:cs="Times New Roman"/>
        </w:rPr>
        <w:t xml:space="preserve"> </w:t>
      </w:r>
      <w:r>
        <w:rPr>
          <w:rFonts w:ascii="Nirmala UI" w:hAnsi="Nirmala UI" w:eastAsia="Nirmala UI" w:cs="Nirmala UI"/>
        </w:rPr>
        <w:t>ᱪᱚᱠᱨᱚ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ᱥᱟᱢᱟᱱᱛᱟᱨᱟᱞ</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ᱟᱨᱦᱚᱸ</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ᱨᱮᱠᱷᱟᱠᱚ</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ᱡᱮᱠᱟ</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ᱡᱳᱥᱤᱭᱟᱦ</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ᱚᱠᱴᱚᱵᱚᱨ</w:t>
      </w:r>
      <w:r>
        <w:rPr>
          <w:rFonts w:ascii="Times New Roman" w:hAnsi="Times New Roman" w:eastAsia="Times New Roman" w:cs="Times New Roman"/>
        </w:rPr>
        <w:t xml:space="preserve"> 22, 573 BC </w:t>
      </w:r>
      <w:r>
        <w:rPr>
          <w:rFonts w:ascii="Nirmala UI" w:hAnsi="Nirmala UI" w:eastAsia="Nirmala UI" w:cs="Nirmala UI"/>
        </w:rPr>
        <w:t>ᱦᱟᱵᱤᱡ</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ᱥᱟᱢᱟᱱᱛᱟᱨᱟᱞ</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ᱚᱠᱴᱚᱵᱚᱨ</w:t>
      </w:r>
      <w:r>
        <w:rPr>
          <w:rFonts w:ascii="Times New Roman" w:hAnsi="Times New Roman" w:eastAsia="Times New Roman" w:cs="Times New Roman"/>
        </w:rPr>
        <w:t xml:space="preserve"> 22, 573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ᱡᱩᱵᱤᱞᱤ</w:t>
      </w:r>
      <w:r>
        <w:rPr>
          <w:rFonts w:ascii="Times New Roman" w:hAnsi="Times New Roman" w:eastAsia="Times New Roman" w:cs="Times New Roman"/>
        </w:rPr>
        <w:t xml:space="preserve"> </w:t>
      </w:r>
      <w:r>
        <w:rPr>
          <w:rFonts w:ascii="Nirmala UI" w:hAnsi="Nirmala UI" w:eastAsia="Nirmala UI" w:cs="Nirmala UI"/>
        </w:rPr>
        <w:t>ᱵᱚᱪᱷᱚᱨᱨ</w:t>
      </w:r>
      <w:r>
        <w:rPr>
          <w:rFonts w:ascii="Times New Roman" w:hAnsi="Times New Roman" w:eastAsia="Times New Roman" w:cs="Times New Roman"/>
        </w:rPr>
        <w:t xml:space="preserve"> </w:t>
      </w:r>
      <w:r>
        <w:rPr>
          <w:rFonts w:ascii="Nirmala UI" w:hAnsi="Nirmala UI" w:eastAsia="Nirmala UI" w:cs="Nirmala UI"/>
        </w:rPr>
        <w:t>ᱤᱛᱤᱦᱟᱥᱤᱠ</w:t>
      </w:r>
      <w:r>
        <w:rPr>
          <w:rFonts w:ascii="Times New Roman" w:hAnsi="Times New Roman" w:eastAsia="Times New Roman" w:cs="Times New Roman"/>
        </w:rPr>
        <w:t xml:space="preserve"> </w:t>
      </w:r>
      <w:r>
        <w:rPr>
          <w:rFonts w:ascii="Nirmala UI" w:hAnsi="Nirmala UI" w:eastAsia="Nirmala UI" w:cs="Nirmala UI"/>
        </w:rPr>
        <w:t>ᱯᱩᱨᱚᱱ</w:t>
      </w:r>
      <w:r>
        <w:rPr>
          <w:rFonts w:ascii="Times New Roman" w:hAnsi="Times New Roman" w:eastAsia="Times New Roman" w:cs="Times New Roman"/>
        </w:rPr>
        <w:t xml:space="preserve"> </w:t>
      </w:r>
      <w:r>
        <w:rPr>
          <w:rFonts w:ascii="Nirmala UI" w:hAnsi="Nirmala UI" w:eastAsia="Nirmala UI" w:cs="Nirmala UI"/>
        </w:rPr>
        <w:t>ᱦᱤᱥᱟᱹᱵᱽᱠᱚ</w:t>
      </w:r>
      <w:r>
        <w:rPr>
          <w:rFonts w:ascii="Times New Roman" w:hAnsi="Times New Roman" w:eastAsia="Times New Roman" w:cs="Times New Roman"/>
        </w:rPr>
        <w:t xml:space="preserve"> </w:t>
      </w:r>
      <w:r>
        <w:rPr>
          <w:rFonts w:ascii="Nirmala UI" w:hAnsi="Nirmala UI" w:eastAsia="Nirmala UI" w:cs="Nirmala UI"/>
        </w:rPr>
        <w:t>ᱤᱛᱤᱦᱟᱥᱠᱟᱨᱠᱚ</w:t>
      </w:r>
      <w:r>
        <w:rPr>
          <w:rFonts w:ascii="Times New Roman" w:hAnsi="Times New Roman" w:eastAsia="Times New Roman" w:cs="Times New Roman"/>
        </w:rPr>
        <w:t xml:space="preserve"> </w:t>
      </w:r>
      <w:r>
        <w:rPr>
          <w:rFonts w:ascii="Nirmala UI" w:hAnsi="Nirmala UI" w:eastAsia="Nirmala UI" w:cs="Nirmala UI"/>
        </w:rPr>
        <w:t>ᱥᱚᱢᱚᱨᱛᱷᱚᱱ</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w:t>
      </w:r>
    </w:p>
    <w:p>
      <w:pPr>
        <w:pStyle w:val="ArticleBody"/>
        <w:jc w:val="left"/>
      </w:pPr>
      <w:r>
        <w:rPr>
          <w:rFonts w:ascii="Nirmala UI" w:hAnsi="Nirmala UI" w:eastAsia="Nirmala UI" w:cs="Nirmala UI"/>
        </w:rPr>
        <w:t>ଇତିହାସ</w:t>
      </w:r>
      <w:r>
        <w:rPr>
          <w:rFonts w:ascii="Times New Roman" w:hAnsi="Times New Roman" w:eastAsia="Times New Roman" w:cs="Times New Roman"/>
        </w:rPr>
        <w:t>-</w:t>
      </w:r>
      <w:r>
        <w:rPr>
          <w:rFonts w:ascii="Nirmala UI" w:hAnsi="Nirmala UI" w:eastAsia="Nirmala UI" w:cs="Nirmala UI"/>
        </w:rPr>
        <w:t>କାଳନିର୍ଣ୍ଣୟକାରୀମାନେ</w:t>
      </w:r>
      <w:r>
        <w:rPr>
          <w:rFonts w:ascii="Times New Roman" w:hAnsi="Times New Roman" w:eastAsia="Times New Roman" w:cs="Times New Roman"/>
        </w:rPr>
        <w:t xml:space="preserve"> </w:t>
      </w:r>
      <w:r>
        <w:rPr>
          <w:rFonts w:ascii="Nirmala UI" w:hAnsi="Nirmala UI" w:eastAsia="Nirmala UI" w:cs="Nirmala UI"/>
        </w:rPr>
        <w:t>ସାଧାରଣତଃ</w:t>
      </w:r>
      <w:r>
        <w:rPr>
          <w:rFonts w:ascii="Times New Roman" w:hAnsi="Times New Roman" w:eastAsia="Times New Roman" w:cs="Times New Roman"/>
        </w:rPr>
        <w:t xml:space="preserve"> </w:t>
      </w:r>
      <w:r>
        <w:rPr>
          <w:rFonts w:ascii="Nirmala UI" w:hAnsi="Nirmala UI" w:eastAsia="Nirmala UI" w:cs="Nirmala UI"/>
        </w:rPr>
        <w:t>ପ୍ରାୟଶ୍ଚିତ୍ତର</w:t>
      </w:r>
      <w:r>
        <w:rPr>
          <w:rFonts w:ascii="Times New Roman" w:hAnsi="Times New Roman" w:eastAsia="Times New Roman" w:cs="Times New Roman"/>
        </w:rPr>
        <w:t xml:space="preserve"> </w:t>
      </w:r>
      <w:r>
        <w:rPr>
          <w:rFonts w:ascii="Nirmala UI" w:hAnsi="Nirmala UI" w:eastAsia="Nirmala UI" w:cs="Nirmala UI"/>
        </w:rPr>
        <w:t>ଦିନକୁ</w:t>
      </w:r>
      <w:r>
        <w:rPr>
          <w:rFonts w:ascii="Times New Roman" w:hAnsi="Times New Roman" w:eastAsia="Times New Roman" w:cs="Times New Roman"/>
        </w:rPr>
        <w:t xml:space="preserve"> </w:t>
      </w:r>
      <w:r>
        <w:rPr>
          <w:rFonts w:ascii="Nirmala UI" w:hAnsi="Nirmala UI" w:eastAsia="Nirmala UI" w:cs="Nirmala UI"/>
        </w:rPr>
        <w:t>ଖ୍ରୀ</w:t>
      </w:r>
      <w:r>
        <w:rPr>
          <w:rFonts w:ascii="Times New Roman" w:hAnsi="Times New Roman" w:eastAsia="Times New Roman" w:cs="Times New Roman"/>
        </w:rPr>
        <w:t>.</w:t>
      </w:r>
      <w:r>
        <w:rPr>
          <w:rFonts w:ascii="Nirmala UI" w:hAnsi="Nirmala UI" w:eastAsia="Nirmala UI" w:cs="Nirmala UI"/>
        </w:rPr>
        <w:t>ପୂ</w:t>
      </w:r>
      <w:r>
        <w:rPr>
          <w:rFonts w:ascii="Times New Roman" w:hAnsi="Times New Roman" w:eastAsia="Times New Roman" w:cs="Times New Roman"/>
        </w:rPr>
        <w:t xml:space="preserve">. 573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22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ସୁବିଧାବୋଧ</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ଖ୍ରୀ</w:t>
      </w:r>
      <w:r>
        <w:rPr>
          <w:rFonts w:ascii="Times New Roman" w:hAnsi="Times New Roman" w:eastAsia="Times New Roman" w:cs="Times New Roman"/>
        </w:rPr>
        <w:t>.</w:t>
      </w:r>
      <w:r>
        <w:rPr>
          <w:rFonts w:ascii="Nirmala UI" w:hAnsi="Nirmala UI" w:eastAsia="Nirmala UI" w:cs="Nirmala UI"/>
        </w:rPr>
        <w:t>ପୂ</w:t>
      </w:r>
      <w:r>
        <w:rPr>
          <w:rFonts w:ascii="Times New Roman" w:hAnsi="Times New Roman" w:eastAsia="Times New Roman" w:cs="Times New Roman"/>
        </w:rPr>
        <w:t xml:space="preserve">. 622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ଯୋଶିୟାଙ୍କ</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ପାସ୍କା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ବାଇବେଲୀୟ</w:t>
      </w:r>
      <w:r>
        <w:rPr>
          <w:rFonts w:ascii="Times New Roman" w:hAnsi="Times New Roman" w:eastAsia="Times New Roman" w:cs="Times New Roman"/>
        </w:rPr>
        <w:t xml:space="preserve"> </w:t>
      </w:r>
      <w:r>
        <w:rPr>
          <w:rFonts w:ascii="Nirmala UI" w:hAnsi="Nirmala UI" w:eastAsia="Nirmala UI" w:cs="Nirmala UI"/>
        </w:rPr>
        <w:t>କାଳନିର୍ଣ୍ଣୟକାରୀମାନଙ୍କ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ଗ୍ରହୀତ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ତାରିଖ</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ବସନ୍ତକାଳୀନ</w:t>
      </w:r>
      <w:r>
        <w:rPr>
          <w:rFonts w:ascii="Times New Roman" w:hAnsi="Times New Roman" w:eastAsia="Times New Roman" w:cs="Times New Roman"/>
        </w:rPr>
        <w:t xml:space="preserve"> </w:t>
      </w:r>
      <w:r>
        <w:rPr>
          <w:rFonts w:ascii="Nirmala UI" w:hAnsi="Nirmala UI" w:eastAsia="Nirmala UI" w:cs="Nirmala UI"/>
        </w:rPr>
        <w:t>ପର୍ବମାନଙ୍କର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ପାସ୍କା</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ଉଣଚାଶ</w:t>
      </w:r>
      <w:r>
        <w:rPr>
          <w:rFonts w:ascii="Times New Roman" w:hAnsi="Times New Roman" w:eastAsia="Times New Roman" w:cs="Times New Roman"/>
        </w:rPr>
        <w:t xml:space="preserve"> </w:t>
      </w:r>
      <w:r>
        <w:rPr>
          <w:rFonts w:ascii="Nirmala UI" w:hAnsi="Nirmala UI" w:eastAsia="Nirmala UI" w:cs="Nirmala UI"/>
        </w:rPr>
        <w:t>ବର୍ଷିୟ</w:t>
      </w:r>
      <w:r>
        <w:rPr>
          <w:rFonts w:ascii="Times New Roman" w:hAnsi="Times New Roman" w:eastAsia="Times New Roman" w:cs="Times New Roman"/>
        </w:rPr>
        <w:t xml:space="preserve"> </w:t>
      </w:r>
      <w:r>
        <w:rPr>
          <w:rFonts w:ascii="Nirmala UI" w:hAnsi="Nirmala UI" w:eastAsia="Nirmala UI" w:cs="Nirmala UI"/>
        </w:rPr>
        <w:t>ଯୁବିଲୀ</w:t>
      </w:r>
      <w:r>
        <w:rPr>
          <w:rFonts w:ascii="Times New Roman" w:hAnsi="Times New Roman" w:eastAsia="Times New Roman" w:cs="Times New Roman"/>
        </w:rPr>
        <w:t xml:space="preserve"> </w:t>
      </w:r>
      <w:r>
        <w:rPr>
          <w:rFonts w:ascii="Nirmala UI" w:hAnsi="Nirmala UI" w:eastAsia="Nirmala UI" w:cs="Nirmala UI"/>
        </w:rPr>
        <w:t>ଚକ୍ରର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ପ୍ରାୟଶ୍ଚିତ୍ତର</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ଶରତ୍କାଳୀନ</w:t>
      </w:r>
      <w:r>
        <w:rPr>
          <w:rFonts w:ascii="Times New Roman" w:hAnsi="Times New Roman" w:eastAsia="Times New Roman" w:cs="Times New Roman"/>
        </w:rPr>
        <w:t xml:space="preserve"> </w:t>
      </w:r>
      <w:r>
        <w:rPr>
          <w:rFonts w:ascii="Nirmala UI" w:hAnsi="Nirmala UI" w:eastAsia="Nirmala UI" w:cs="Nirmala UI"/>
        </w:rPr>
        <w:t>ପର୍ବମାନଙ୍କ</w:t>
      </w:r>
      <w:r>
        <w:rPr>
          <w:rFonts w:ascii="Times New Roman" w:hAnsi="Times New Roman" w:eastAsia="Times New Roman" w:cs="Times New Roman"/>
        </w:rPr>
        <w:t xml:space="preserve"> </w:t>
      </w:r>
      <w:r>
        <w:rPr>
          <w:rFonts w:ascii="Nirmala UI" w:hAnsi="Nirmala UI" w:eastAsia="Nirmala UI" w:cs="Nirmala UI"/>
        </w:rPr>
        <w:t>ପ୍ରତୀକରେ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ଉଣଚାଶ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w:t>
      </w:r>
      <w:r>
        <w:rPr>
          <w:rFonts w:ascii="Nirmala UI" w:hAnsi="Nirmala UI" w:eastAsia="Nirmala UI" w:cs="Nirmala UI"/>
        </w:rPr>
        <w:t>ସପ୍ତାହ</w:t>
      </w:r>
      <w:r>
        <w:rPr>
          <w:rFonts w:ascii="Times New Roman" w:hAnsi="Times New Roman" w:eastAsia="Times New Roman" w:cs="Times New Roman"/>
        </w:rPr>
        <w:t xml:space="preserve"> </w:t>
      </w:r>
      <w:r>
        <w:rPr>
          <w:rFonts w:ascii="Nirmala UI" w:hAnsi="Nirmala UI" w:eastAsia="Nirmala UI" w:cs="Nirmala UI"/>
        </w:rPr>
        <w:t>ଭୂମିର</w:t>
      </w:r>
      <w:r>
        <w:rPr>
          <w:rFonts w:ascii="Times New Roman" w:hAnsi="Times New Roman" w:eastAsia="Times New Roman" w:cs="Times New Roman"/>
        </w:rPr>
        <w:t xml:space="preserve"> </w:t>
      </w:r>
      <w:r>
        <w:rPr>
          <w:rFonts w:ascii="Nirmala UI" w:hAnsi="Nirmala UI" w:eastAsia="Nirmala UI" w:cs="Nirmala UI"/>
        </w:rPr>
        <w:t>ବିଶ୍ରାମବାରର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ଥିଲା।</w:t>
      </w:r>
    </w:p>
    <w:p>
      <w:pPr>
        <w:pStyle w:val="ArticleScripture"/>
        <w:jc w:val="left"/>
      </w:pPr>
      <w:r>
        <w:rPr>
          <w:rFonts w:ascii="Times New Roman" w:hAnsi="Times New Roman" w:eastAsia="Times New Roman" w:cs="Times New Roman"/>
        </w:rPr>
        <w:t>“</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ᱯᱟᱛᱟᱭ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ᱪᱟᱦᱮ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ᱠᱤᱢᱵᱟ</w:t>
      </w:r>
      <w:r>
        <w:rPr>
          <w:rFonts w:ascii="Times New Roman" w:hAnsi="Times New Roman" w:eastAsia="Times New Roman" w:cs="Times New Roman"/>
        </w:rPr>
        <w:t xml:space="preserve"> </w:t>
      </w:r>
      <w:r>
        <w:rPr>
          <w:rFonts w:ascii="Nirmala UI" w:hAnsi="Nirmala UI" w:eastAsia="Nirmala UI" w:cs="Nirmala UI"/>
        </w:rPr>
        <w:t>ᱟᱫᱮᱥ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ᱵᱷᱟᱵᱤᱥᱭᱚᱫᱽᱵᱟᱱᱤ</w:t>
      </w:r>
      <w:r>
        <w:rPr>
          <w:rFonts w:ascii="Times New Roman" w:hAnsi="Times New Roman" w:eastAsia="Times New Roman" w:cs="Times New Roman"/>
        </w:rPr>
        <w:t xml:space="preserve">, </w:t>
      </w:r>
      <w:r>
        <w:rPr>
          <w:rFonts w:ascii="Nirmala UI" w:hAnsi="Nirmala UI" w:eastAsia="Nirmala UI" w:cs="Nirmala UI"/>
        </w:rPr>
        <w:t>ᱯᱩᱨᱟᱹᱱ</w:t>
      </w:r>
      <w:r>
        <w:rPr>
          <w:rFonts w:ascii="Times New Roman" w:hAnsi="Times New Roman" w:eastAsia="Times New Roman" w:cs="Times New Roman"/>
        </w:rPr>
        <w:t xml:space="preserve"> </w:t>
      </w:r>
      <w:r>
        <w:rPr>
          <w:rFonts w:ascii="Nirmala UI" w:hAnsi="Nirmala UI" w:eastAsia="Nirmala UI" w:cs="Nirmala UI"/>
        </w:rPr>
        <w:t>ᱱᱤᱭᱟᱹᱢ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ᱧᱩᱛᱩᱢᱠᱚ</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ᱠᱚᱲᱟᱣᱟᱜ</w:t>
      </w:r>
      <w:r>
        <w:rPr>
          <w:rFonts w:ascii="Times New Roman" w:hAnsi="Times New Roman" w:eastAsia="Times New Roman" w:cs="Times New Roman"/>
        </w:rPr>
        <w:t xml:space="preserve"> </w:t>
      </w:r>
      <w:r>
        <w:rPr>
          <w:rFonts w:ascii="Nirmala UI" w:hAnsi="Nirmala UI" w:eastAsia="Nirmala UI" w:cs="Nirmala UI"/>
        </w:rPr>
        <w:t>ᱢᱟᱦᱤᱢᱟ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ᱚᱡᱚᱜᱚᱜᱼᱟ।</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ᱦᱟᱹᱛᱤᱧ</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ᱤᱥᱚᱨᱤᱭ</w:t>
      </w:r>
      <w:r>
        <w:rPr>
          <w:rFonts w:ascii="Times New Roman" w:hAnsi="Times New Roman" w:eastAsia="Times New Roman" w:cs="Times New Roman"/>
        </w:rPr>
        <w:t xml:space="preserve"> </w:t>
      </w:r>
      <w:r>
        <w:rPr>
          <w:rFonts w:ascii="Nirmala UI" w:hAnsi="Nirmala UI" w:eastAsia="Nirmala UI" w:cs="Nirmala UI"/>
        </w:rPr>
        <w:t>ᱵᱤᱫᱷᱟᱱ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ᱛᱟᱦᱮᱱᱠᱟᱱᱟ</w:t>
      </w:r>
      <w:r>
        <w:rPr>
          <w:rFonts w:ascii="Times New Roman" w:hAnsi="Times New Roman" w:eastAsia="Times New Roman" w:cs="Times New Roman"/>
        </w:rPr>
        <w:t xml:space="preserve">, </w:t>
      </w:r>
      <w:r>
        <w:rPr>
          <w:rFonts w:ascii="Nirmala UI" w:hAnsi="Nirmala UI" w:eastAsia="Nirmala UI" w:cs="Nirmala UI"/>
        </w:rPr>
        <w:t>ᱡᱤᱭᱩᱫᱤ</w:t>
      </w:r>
      <w:r>
        <w:rPr>
          <w:rFonts w:ascii="Times New Roman" w:hAnsi="Times New Roman" w:eastAsia="Times New Roman" w:cs="Times New Roman"/>
        </w:rPr>
        <w:t xml:space="preserve"> </w:t>
      </w:r>
      <w:r>
        <w:rPr>
          <w:rFonts w:ascii="Nirmala UI" w:hAnsi="Nirmala UI" w:eastAsia="Nirmala UI" w:cs="Nirmala UI"/>
        </w:rPr>
        <w:t>ᱫᱷᱚᱨᱚᱢᱨᱮᱭᱟᱜ</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ᱵᱮᱵᱚᱥᱛᱷᱟ</w:t>
      </w:r>
      <w:r>
        <w:rPr>
          <w:rFonts w:ascii="Times New Roman" w:hAnsi="Times New Roman" w:eastAsia="Times New Roman" w:cs="Times New Roman"/>
        </w:rPr>
        <w:t xml:space="preserve"> </w:t>
      </w:r>
      <w:r>
        <w:rPr>
          <w:rFonts w:ascii="Nirmala UI" w:hAnsi="Nirmala UI" w:eastAsia="Nirmala UI" w:cs="Nirmala UI"/>
        </w:rPr>
        <w:t>ᱥᱩᱥᱟᱢᱟᱪᱟᱨᱨᱮᱭᱟᱜ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ᱥᱟᱞᱟᱝᱠᱷᱟᱹᱛ</w:t>
      </w:r>
      <w:r>
        <w:rPr>
          <w:rFonts w:ascii="Times New Roman" w:hAnsi="Times New Roman" w:eastAsia="Times New Roman" w:cs="Times New Roman"/>
        </w:rPr>
        <w:t xml:space="preserve"> </w:t>
      </w:r>
      <w:r>
        <w:rPr>
          <w:rFonts w:ascii="Nirmala UI" w:hAnsi="Nirmala UI" w:eastAsia="Nirmala UI" w:cs="Nirmala UI"/>
        </w:rPr>
        <w:t>ᱵᱷᱟᱵᱤᱥᱭᱚᱫᱽᱵᱟᱱᱤ</w:t>
      </w:r>
      <w:r>
        <w:rPr>
          <w:rFonts w:ascii="Times New Roman" w:hAnsi="Times New Roman" w:eastAsia="Times New Roman" w:cs="Times New Roman"/>
        </w:rPr>
        <w:t xml:space="preserve"> </w:t>
      </w:r>
      <w:r>
        <w:rPr>
          <w:rFonts w:ascii="Nirmala UI" w:hAnsi="Nirmala UI" w:eastAsia="Nirmala UI" w:cs="Nirmala UI"/>
        </w:rPr>
        <w:t>ᱛᱟᱦᱮᱱᱠᱟᱱᱟ।</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ᱵᱷᱟᱵᱤᱥᱭᱚᱫᱽᱵᱟᱱᱤᱠᱚ</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ᱮᱢᱟᱜᱼᱟ।</w:t>
      </w:r>
      <w:r>
        <w:rPr>
          <w:rFonts w:ascii="Times New Roman" w:hAnsi="Times New Roman" w:eastAsia="Times New Roman" w:cs="Times New Roman"/>
        </w:rPr>
        <w:t xml:space="preserve"> Acts 10:43. </w:t>
      </w:r>
      <w:r>
        <w:rPr>
          <w:rFonts w:ascii="Nirmala UI" w:hAnsi="Nirmala UI" w:eastAsia="Nirmala UI" w:cs="Nirmala UI"/>
        </w:rPr>
        <w:t>ᱟᱫᱟᱢ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ᱮᱢᱟᱠᱟᱱ</w:t>
      </w:r>
      <w:r>
        <w:rPr>
          <w:rFonts w:ascii="Times New Roman" w:hAnsi="Times New Roman" w:eastAsia="Times New Roman" w:cs="Times New Roman"/>
        </w:rPr>
        <w:t xml:space="preserve"> </w:t>
      </w:r>
      <w:r>
        <w:rPr>
          <w:rFonts w:ascii="Nirmala UI" w:hAnsi="Nirmala UI" w:eastAsia="Nirmala UI" w:cs="Nirmala UI"/>
        </w:rPr>
        <w:t>ᱥᱟᱶᱛᱟ</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ᱯᱤᱛᱟᱹ</w:t>
      </w:r>
      <w:r>
        <w:rPr>
          <w:rFonts w:ascii="Times New Roman" w:hAnsi="Times New Roman" w:eastAsia="Times New Roman" w:cs="Times New Roman"/>
        </w:rPr>
        <w:t xml:space="preserve"> </w:t>
      </w:r>
      <w:r>
        <w:rPr>
          <w:rFonts w:ascii="Nirmala UI" w:hAnsi="Nirmala UI" w:eastAsia="Nirmala UI" w:cs="Nirmala UI"/>
        </w:rPr>
        <w:t>ᱯᱩᱨᱩᱥᱠᱚᱣᱟᱜ</w:t>
      </w:r>
      <w:r>
        <w:rPr>
          <w:rFonts w:ascii="Times New Roman" w:hAnsi="Times New Roman" w:eastAsia="Times New Roman" w:cs="Times New Roman"/>
        </w:rPr>
        <w:t xml:space="preserve"> </w:t>
      </w:r>
      <w:r>
        <w:rPr>
          <w:rFonts w:ascii="Nirmala UI" w:hAnsi="Nirmala UI" w:eastAsia="Nirmala UI" w:cs="Nirmala UI"/>
        </w:rPr>
        <w:t>ᱫᱷᱟᱨᱟ</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ᱱᱤᱭᱟᱹᱢᱤ</w:t>
      </w:r>
      <w:r>
        <w:rPr>
          <w:rFonts w:ascii="Times New Roman" w:hAnsi="Times New Roman" w:eastAsia="Times New Roman" w:cs="Times New Roman"/>
        </w:rPr>
        <w:t xml:space="preserve"> </w:t>
      </w:r>
      <w:r>
        <w:rPr>
          <w:rFonts w:ascii="Nirmala UI" w:hAnsi="Nirmala UI" w:eastAsia="Nirmala UI" w:cs="Nirmala UI"/>
        </w:rPr>
        <w:t>ᱵᱮᱵᱚᱥᱛᱷᱟ</w:t>
      </w:r>
      <w:r>
        <w:rPr>
          <w:rFonts w:ascii="Times New Roman" w:hAnsi="Times New Roman" w:eastAsia="Times New Roman" w:cs="Times New Roman"/>
        </w:rPr>
        <w:t xml:space="preserve"> </w:t>
      </w:r>
      <w:r>
        <w:rPr>
          <w:rFonts w:ascii="Nirmala UI" w:hAnsi="Nirmala UI" w:eastAsia="Nirmala UI" w:cs="Nirmala UI"/>
        </w:rPr>
        <w:t>ᱯᱟᱨᱚᱢ</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ᱥᱮᱨᱢᱟᱨ</w:t>
      </w:r>
      <w:r>
        <w:rPr>
          <w:rFonts w:ascii="Times New Roman" w:hAnsi="Times New Roman" w:eastAsia="Times New Roman" w:cs="Times New Roman"/>
        </w:rPr>
        <w:t xml:space="preserve"> </w:t>
      </w:r>
      <w:r>
        <w:rPr>
          <w:rFonts w:ascii="Nirmala UI" w:hAnsi="Nirmala UI" w:eastAsia="Nirmala UI" w:cs="Nirmala UI"/>
        </w:rPr>
        <w:t>ᱢᱟᱦᱤᱢᱟᱢᱟᱭ</w:t>
      </w:r>
      <w:r>
        <w:rPr>
          <w:rFonts w:ascii="Times New Roman" w:hAnsi="Times New Roman" w:eastAsia="Times New Roman" w:cs="Times New Roman"/>
        </w:rPr>
        <w:t xml:space="preserve"> </w:t>
      </w:r>
      <w:r>
        <w:rPr>
          <w:rFonts w:ascii="Nirmala UI" w:hAnsi="Nirmala UI" w:eastAsia="Nirmala UI" w:cs="Nirmala UI"/>
        </w:rPr>
        <w:t>ᱟᱞᱚ</w:t>
      </w:r>
      <w:r>
        <w:rPr>
          <w:rFonts w:ascii="Times New Roman" w:hAnsi="Times New Roman" w:eastAsia="Times New Roman" w:cs="Times New Roman"/>
        </w:rPr>
        <w:t xml:space="preserve"> </w:t>
      </w:r>
      <w:r>
        <w:rPr>
          <w:rFonts w:ascii="Nirmala UI" w:hAnsi="Nirmala UI" w:eastAsia="Nirmala UI" w:cs="Nirmala UI"/>
        </w:rPr>
        <w:t>ᱩᱫᱽᱫᱷᱟᱨᱠᱚᱣᱟᱜ</w:t>
      </w:r>
      <w:r>
        <w:rPr>
          <w:rFonts w:ascii="Times New Roman" w:hAnsi="Times New Roman" w:eastAsia="Times New Roman" w:cs="Times New Roman"/>
        </w:rPr>
        <w:t xml:space="preserve"> </w:t>
      </w:r>
      <w:r>
        <w:rPr>
          <w:rFonts w:ascii="Nirmala UI" w:hAnsi="Nirmala UI" w:eastAsia="Nirmala UI" w:cs="Nirmala UI"/>
        </w:rPr>
        <w:t>ᱥᱮᱫᱮᱨᱠᱚ</w:t>
      </w:r>
      <w:r>
        <w:rPr>
          <w:rFonts w:ascii="Times New Roman" w:hAnsi="Times New Roman" w:eastAsia="Times New Roman" w:cs="Times New Roman"/>
        </w:rPr>
        <w:t xml:space="preserve"> </w:t>
      </w:r>
      <w:r>
        <w:rPr>
          <w:rFonts w:ascii="Nirmala UI" w:hAnsi="Nirmala UI" w:eastAsia="Nirmala UI" w:cs="Nirmala UI"/>
        </w:rPr>
        <w:t>ᱥᱯᱚᱥᱴ</w:t>
      </w:r>
      <w:r>
        <w:rPr>
          <w:rFonts w:ascii="Times New Roman" w:hAnsi="Times New Roman" w:eastAsia="Times New Roman" w:cs="Times New Roman"/>
        </w:rPr>
        <w:t xml:space="preserve"> </w:t>
      </w:r>
      <w:r>
        <w:rPr>
          <w:rFonts w:ascii="Nirmala UI" w:hAnsi="Nirmala UI" w:eastAsia="Nirmala UI" w:cs="Nirmala UI"/>
        </w:rPr>
        <w:t>ᱠᱟᱫᱟ।</w:t>
      </w:r>
      <w:r>
        <w:rPr>
          <w:rFonts w:ascii="Times New Roman" w:hAnsi="Times New Roman" w:eastAsia="Times New Roman" w:cs="Times New Roman"/>
        </w:rPr>
        <w:t xml:space="preserve"> </w:t>
      </w:r>
      <w:r>
        <w:rPr>
          <w:rFonts w:ascii="Nirmala UI" w:hAnsi="Nirmala UI" w:eastAsia="Nirmala UI" w:cs="Nirmala UI"/>
        </w:rPr>
        <w:t>ᱫᱚᱨᱥᱚᱱᱤᱭᱟᱹᱠᱚ</w:t>
      </w:r>
      <w:r>
        <w:rPr>
          <w:rFonts w:ascii="Times New Roman" w:hAnsi="Times New Roman" w:eastAsia="Times New Roman" w:cs="Times New Roman"/>
        </w:rPr>
        <w:t xml:space="preserve"> </w:t>
      </w:r>
      <w:r>
        <w:rPr>
          <w:rFonts w:ascii="Nirmala UI" w:hAnsi="Nirmala UI" w:eastAsia="Nirmala UI" w:cs="Nirmala UI"/>
        </w:rPr>
        <w:t>ᱵᱮᱛᱷᱞᱮᱦᱮᱢ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ᱤᱯᱤᱞ</w:t>
      </w:r>
      <w:r>
        <w:rPr>
          <w:rFonts w:ascii="Times New Roman" w:hAnsi="Times New Roman" w:eastAsia="Times New Roman" w:cs="Times New Roman"/>
        </w:rPr>
        <w:t xml:space="preserve">, </w:t>
      </w:r>
      <w:r>
        <w:rPr>
          <w:rFonts w:ascii="Nirmala UI" w:hAnsi="Nirmala UI" w:eastAsia="Nirmala UI" w:cs="Nirmala UI"/>
        </w:rPr>
        <w:t>ᱟᱹᱜᱩᱭᱟᱜ</w:t>
      </w:r>
      <w:r>
        <w:rPr>
          <w:rFonts w:ascii="Times New Roman" w:hAnsi="Times New Roman" w:eastAsia="Times New Roman" w:cs="Times New Roman"/>
        </w:rPr>
        <w:t xml:space="preserve"> </w:t>
      </w:r>
      <w:r>
        <w:rPr>
          <w:rFonts w:ascii="Nirmala UI" w:hAnsi="Nirmala UI" w:eastAsia="Nirmala UI" w:cs="Nirmala UI"/>
        </w:rPr>
        <w:t>ᱥᱤᱞᱚ</w:t>
      </w:r>
      <w:r>
        <w:rPr>
          <w:rFonts w:ascii="Times New Roman" w:hAnsi="Times New Roman" w:eastAsia="Times New Roman" w:cs="Times New Roman"/>
        </w:rPr>
        <w:t xml:space="preserve">, </w:t>
      </w:r>
      <w:r>
        <w:rPr>
          <w:rFonts w:ascii="Nirmala UI" w:hAnsi="Nirmala UI" w:eastAsia="Nirmala UI" w:cs="Nirmala UI"/>
        </w:rPr>
        <w:t>ᱱᱮᱞ</w:t>
      </w:r>
      <w:r>
        <w:rPr>
          <w:rFonts w:ascii="Times New Roman" w:hAnsi="Times New Roman" w:eastAsia="Times New Roman" w:cs="Times New Roman"/>
        </w:rPr>
        <w:t xml:space="preserve"> </w:t>
      </w:r>
      <w:r>
        <w:rPr>
          <w:rFonts w:ascii="Nirmala UI" w:hAnsi="Nirmala UI" w:eastAsia="Nirmala UI" w:cs="Nirmala UI"/>
        </w:rPr>
        <w:t>ᱠᱟᱫᱟ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ᱟᱜᱟᱢ</w:t>
      </w:r>
      <w:r>
        <w:rPr>
          <w:rFonts w:ascii="Times New Roman" w:hAnsi="Times New Roman" w:eastAsia="Times New Roman" w:cs="Times New Roman"/>
        </w:rPr>
        <w:t xml:space="preserve"> </w:t>
      </w:r>
      <w:r>
        <w:rPr>
          <w:rFonts w:ascii="Nirmala UI" w:hAnsi="Nirmala UI" w:eastAsia="Nirmala UI" w:cs="Nirmala UI"/>
        </w:rPr>
        <w:t>ᱡᱤᱱᱤᱥᱠᱚ</w:t>
      </w:r>
      <w:r>
        <w:rPr>
          <w:rFonts w:ascii="Times New Roman" w:hAnsi="Times New Roman" w:eastAsia="Times New Roman" w:cs="Times New Roman"/>
        </w:rPr>
        <w:t xml:space="preserve"> </w:t>
      </w:r>
      <w:r>
        <w:rPr>
          <w:rFonts w:ascii="Nirmala UI" w:hAnsi="Nirmala UI" w:eastAsia="Nirmala UI" w:cs="Nirmala UI"/>
        </w:rPr>
        <w:t>ᱨᱚᱦᱚᱭᱚᱜ</w:t>
      </w:r>
      <w:r>
        <w:rPr>
          <w:rFonts w:ascii="Times New Roman" w:hAnsi="Times New Roman" w:eastAsia="Times New Roman" w:cs="Times New Roman"/>
        </w:rPr>
        <w:t xml:space="preserve"> </w:t>
      </w:r>
      <w:r>
        <w:rPr>
          <w:rFonts w:ascii="Nirmala UI" w:hAnsi="Nirmala UI" w:eastAsia="Nirmala UI" w:cs="Nirmala UI"/>
        </w:rPr>
        <w:t>ᱨᱮᱠᱚ</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ᱫᱷᱤᱨᱤᱧ</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ᱵᱷᱮᱫᱢᱟᱭ</w:t>
      </w:r>
      <w:r>
        <w:rPr>
          <w:rFonts w:ascii="Times New Roman" w:hAnsi="Times New Roman" w:eastAsia="Times New Roman" w:cs="Times New Roman"/>
        </w:rPr>
        <w:t xml:space="preserve"> </w:t>
      </w:r>
      <w:r>
        <w:rPr>
          <w:rFonts w:ascii="Nirmala UI" w:hAnsi="Nirmala UI" w:eastAsia="Nirmala UI" w:cs="Nirmala UI"/>
        </w:rPr>
        <w:t>ᱯᱟᱨᱟᱢᱯᱟᱨᱟ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ᱠᱩᱞᱠᱟᱹᱝ</w:t>
      </w:r>
      <w:r>
        <w:rPr>
          <w:rFonts w:ascii="Times New Roman" w:hAnsi="Times New Roman" w:eastAsia="Times New Roman" w:cs="Times New Roman"/>
        </w:rPr>
        <w:t xml:space="preserve"> </w:t>
      </w:r>
      <w:r>
        <w:rPr>
          <w:rFonts w:ascii="Nirmala UI" w:hAnsi="Nirmala UI" w:eastAsia="Nirmala UI" w:cs="Nirmala UI"/>
        </w:rPr>
        <w:t>ᱦᱩᱭᱮᱱᱟ।</w:t>
      </w:r>
      <w:r>
        <w:rPr>
          <w:rFonts w:ascii="Times New Roman" w:hAnsi="Times New Roman" w:eastAsia="Times New Roman" w:cs="Times New Roman"/>
        </w:rPr>
        <w:t xml:space="preserve"> </w:t>
      </w:r>
      <w:r>
        <w:rPr>
          <w:rFonts w:ascii="Nirmala UI" w:hAnsi="Nirmala UI" w:eastAsia="Nirmala UI" w:cs="Nirmala UI"/>
        </w:rPr>
        <w:t>ᱯᱨᱚᱛᱤᱭᱮᱠ</w:t>
      </w:r>
      <w:r>
        <w:rPr>
          <w:rFonts w:ascii="Times New Roman" w:hAnsi="Times New Roman" w:eastAsia="Times New Roman" w:cs="Times New Roman"/>
        </w:rPr>
        <w:t xml:space="preserve"> </w:t>
      </w:r>
      <w:r>
        <w:rPr>
          <w:rFonts w:ascii="Nirmala UI" w:hAnsi="Nirmala UI" w:eastAsia="Nirmala UI" w:cs="Nirmala UI"/>
        </w:rPr>
        <w:t>ᱵᱚᱞᱤᱫᱟᱱ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ᱠᱷᱨᱤᱥᱴᱣᱟᱜ</w:t>
      </w:r>
      <w:r>
        <w:rPr>
          <w:rFonts w:ascii="Times New Roman" w:hAnsi="Times New Roman" w:eastAsia="Times New Roman" w:cs="Times New Roman"/>
        </w:rPr>
        <w:t xml:space="preserve"> </w:t>
      </w:r>
      <w:r>
        <w:rPr>
          <w:rFonts w:ascii="Nirmala UI" w:hAnsi="Nirmala UI" w:eastAsia="Nirmala UI" w:cs="Nirmala UI"/>
        </w:rPr>
        <w:t>ᱢᱚᱨᱚᱱ</w:t>
      </w:r>
      <w:r>
        <w:rPr>
          <w:rFonts w:ascii="Times New Roman" w:hAnsi="Times New Roman" w:eastAsia="Times New Roman" w:cs="Times New Roman"/>
        </w:rPr>
        <w:t xml:space="preserve"> </w:t>
      </w:r>
      <w:r>
        <w:rPr>
          <w:rFonts w:ascii="Nirmala UI" w:hAnsi="Nirmala UI" w:eastAsia="Nirmala UI" w:cs="Nirmala UI"/>
        </w:rPr>
        <w:t>ᱩᱫᱩᱜᱟᱠᱟᱱᱟ।</w:t>
      </w:r>
      <w:r>
        <w:rPr>
          <w:rFonts w:ascii="Times New Roman" w:hAnsi="Times New Roman" w:eastAsia="Times New Roman" w:cs="Times New Roman"/>
        </w:rPr>
        <w:t xml:space="preserve"> </w:t>
      </w:r>
      <w:r>
        <w:rPr>
          <w:rFonts w:ascii="Nirmala UI" w:hAnsi="Nirmala UI" w:eastAsia="Nirmala UI" w:cs="Nirmala UI"/>
        </w:rPr>
        <w:t>ᱯᱨᱚᱛᱤᱭᱮᱠ</w:t>
      </w:r>
      <w:r>
        <w:rPr>
          <w:rFonts w:ascii="Times New Roman" w:hAnsi="Times New Roman" w:eastAsia="Times New Roman" w:cs="Times New Roman"/>
        </w:rPr>
        <w:t xml:space="preserve"> </w:t>
      </w:r>
      <w:r>
        <w:rPr>
          <w:rFonts w:ascii="Nirmala UI" w:hAnsi="Nirmala UI" w:eastAsia="Nirmala UI" w:cs="Nirmala UI"/>
        </w:rPr>
        <w:t>ᱫᱷᱩᱯᱨᱮᱭᱟᱜ</w:t>
      </w:r>
      <w:r>
        <w:rPr>
          <w:rFonts w:ascii="Times New Roman" w:hAnsi="Times New Roman" w:eastAsia="Times New Roman" w:cs="Times New Roman"/>
        </w:rPr>
        <w:t xml:space="preserve"> </w:t>
      </w:r>
      <w:r>
        <w:rPr>
          <w:rFonts w:ascii="Nirmala UI" w:hAnsi="Nirmala UI" w:eastAsia="Nirmala UI" w:cs="Nirmala UI"/>
        </w:rPr>
        <w:t>ᱨᱤᱢᱤᱞ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ᱫᱷᱟᱨᱢᱤᱠᱛᱟ</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ᱥᱮᱱᱚᱜᱟᱠᱟᱱᱟ।</w:t>
      </w:r>
      <w:r>
        <w:rPr>
          <w:rFonts w:ascii="Times New Roman" w:hAnsi="Times New Roman" w:eastAsia="Times New Roman" w:cs="Times New Roman"/>
        </w:rPr>
        <w:t xml:space="preserve"> </w:t>
      </w:r>
      <w:r>
        <w:rPr>
          <w:rFonts w:ascii="Nirmala UI" w:hAnsi="Nirmala UI" w:eastAsia="Nirmala UI" w:cs="Nirmala UI"/>
        </w:rPr>
        <w:t>ᱯᱨᱚᱛᱤᱭᱮᱠ</w:t>
      </w:r>
      <w:r>
        <w:rPr>
          <w:rFonts w:ascii="Times New Roman" w:hAnsi="Times New Roman" w:eastAsia="Times New Roman" w:cs="Times New Roman"/>
        </w:rPr>
        <w:t xml:space="preserve"> </w:t>
      </w:r>
      <w:r>
        <w:rPr>
          <w:rFonts w:ascii="Nirmala UI" w:hAnsi="Nirmala UI" w:eastAsia="Nirmala UI" w:cs="Nirmala UI"/>
        </w:rPr>
        <w:t>ᱡᱩᱵᱤᱞᱤ</w:t>
      </w:r>
      <w:r>
        <w:rPr>
          <w:rFonts w:ascii="Times New Roman" w:hAnsi="Times New Roman" w:eastAsia="Times New Roman" w:cs="Times New Roman"/>
        </w:rPr>
        <w:t xml:space="preserve"> </w:t>
      </w:r>
      <w:r>
        <w:rPr>
          <w:rFonts w:ascii="Nirmala UI" w:hAnsi="Nirmala UI" w:eastAsia="Nirmala UI" w:cs="Nirmala UI"/>
        </w:rPr>
        <w:t>ᱛᱩᱨᱩᱭ</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ᱧᱩᱛᱩᱢ</w:t>
      </w:r>
      <w:r>
        <w:rPr>
          <w:rFonts w:ascii="Times New Roman" w:hAnsi="Times New Roman" w:eastAsia="Times New Roman" w:cs="Times New Roman"/>
        </w:rPr>
        <w:t xml:space="preserve"> </w:t>
      </w:r>
      <w:r>
        <w:rPr>
          <w:rFonts w:ascii="Nirmala UI" w:hAnsi="Nirmala UI" w:eastAsia="Nirmala UI" w:cs="Nirmala UI"/>
        </w:rPr>
        <w:t>ᱥᱟᱸᱰᱟᱣ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ᱥᱚᱵᱷᱤᱛ</w:t>
      </w:r>
      <w:r>
        <w:rPr>
          <w:rFonts w:ascii="Times New Roman" w:hAnsi="Times New Roman" w:eastAsia="Times New Roman" w:cs="Times New Roman"/>
        </w:rPr>
        <w:t xml:space="preserve"> </w:t>
      </w:r>
      <w:r>
        <w:rPr>
          <w:rFonts w:ascii="Nirmala UI" w:hAnsi="Nirmala UI" w:eastAsia="Nirmala UI" w:cs="Nirmala UI"/>
        </w:rPr>
        <w:t>ᱯᱚᱵᱤᱛᱨ</w:t>
      </w:r>
      <w:r>
        <w:rPr>
          <w:rFonts w:ascii="Times New Roman" w:hAnsi="Times New Roman" w:eastAsia="Times New Roman" w:cs="Times New Roman"/>
        </w:rPr>
        <w:t xml:space="preserve"> </w:t>
      </w:r>
      <w:r>
        <w:rPr>
          <w:rFonts w:ascii="Nirmala UI" w:hAnsi="Nirmala UI" w:eastAsia="Nirmala UI" w:cs="Nirmala UI"/>
        </w:rPr>
        <w:t>ᱛᱷᱟᱱ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ᱵᱷᱚᱭᱟᱱᱚᱠ</w:t>
      </w:r>
      <w:r>
        <w:rPr>
          <w:rFonts w:ascii="Times New Roman" w:hAnsi="Times New Roman" w:eastAsia="Times New Roman" w:cs="Times New Roman"/>
        </w:rPr>
        <w:t xml:space="preserve"> </w:t>
      </w:r>
      <w:r>
        <w:rPr>
          <w:rFonts w:ascii="Nirmala UI" w:hAnsi="Nirmala UI" w:eastAsia="Nirmala UI" w:cs="Nirmala UI"/>
        </w:rPr>
        <w:t>ᱨᱚᱦᱚᱥᱭ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ᱢᱟᱦᱤᱢᱟ</w:t>
      </w:r>
      <w:r>
        <w:rPr>
          <w:rFonts w:ascii="Times New Roman" w:hAnsi="Times New Roman" w:eastAsia="Times New Roman" w:cs="Times New Roman"/>
        </w:rPr>
        <w:t xml:space="preserve"> </w:t>
      </w:r>
      <w:r>
        <w:rPr>
          <w:rFonts w:ascii="Nirmala UI" w:hAnsi="Nirmala UI" w:eastAsia="Nirmala UI" w:cs="Nirmala UI"/>
        </w:rPr>
        <w:t>ᱛᱟᱦᱮᱱᱠᱟᱱᱟ।</w:t>
      </w:r>
      <w:r>
        <w:rPr>
          <w:rFonts w:ascii="Times New Roman" w:hAnsi="Times New Roman" w:eastAsia="Times New Roman" w:cs="Times New Roman"/>
        </w:rPr>
        <w:t>” The Desire of Ages, 211.</w:t>
      </w:r>
    </w:p>
    <w:p>
      <w:pPr>
        <w:pStyle w:val="ArticleHeading"/>
        <w:jc w:val="left"/>
      </w:pPr>
      <w:r>
        <w:rPr>
          <w:rFonts w:ascii="Nirmala UI" w:hAnsi="Nirmala UI" w:eastAsia="Nirmala UI" w:cs="Nirmala UI"/>
        </w:rPr>
        <w:t>୧୭</w:t>
      </w:r>
    </w:p>
    <w:p>
      <w:pPr>
        <w:pStyle w:val="ArticleBody"/>
        <w:jc w:val="left"/>
      </w:pPr>
      <w:r>
        <w:rPr>
          <w:rFonts w:ascii="Nirmala UI" w:hAnsi="Nirmala UI" w:eastAsia="Nirmala UI" w:cs="Nirmala UI"/>
        </w:rPr>
        <w:t>୫୭୩</w:t>
      </w:r>
      <w:r>
        <w:rPr>
          <w:rFonts w:ascii="Times New Roman" w:hAnsi="Times New Roman" w:eastAsia="Times New Roman" w:cs="Times New Roman"/>
        </w:rPr>
        <w:t xml:space="preserve"> </w:t>
      </w:r>
      <w:r>
        <w:rPr>
          <w:rFonts w:ascii="Nirmala UI" w:hAnsi="Nirmala UI" w:eastAsia="Nirmala UI" w:cs="Nirmala UI"/>
        </w:rPr>
        <w:t>ଖ୍ରୀଷ୍ଟପୂର୍ବରୁ</w:t>
      </w:r>
      <w:r>
        <w:rPr>
          <w:rFonts w:ascii="Times New Roman" w:hAnsi="Times New Roman" w:eastAsia="Times New Roman" w:cs="Times New Roman"/>
        </w:rPr>
        <w:t xml:space="preserve"> </w:t>
      </w:r>
      <w:r>
        <w:rPr>
          <w:rFonts w:ascii="Nirmala UI" w:hAnsi="Nirmala UI" w:eastAsia="Nirmala UI" w:cs="Nirmala UI"/>
        </w:rPr>
        <w:t>ଚଉଦ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ଯେରୁଶାଲେମ</w:t>
      </w:r>
      <w:r>
        <w:rPr>
          <w:rFonts w:ascii="Times New Roman" w:hAnsi="Times New Roman" w:eastAsia="Times New Roman" w:cs="Times New Roman"/>
        </w:rPr>
        <w:t xml:space="preserve"> </w:t>
      </w:r>
      <w:r>
        <w:rPr>
          <w:rFonts w:ascii="Nirmala UI" w:hAnsi="Nirmala UI" w:eastAsia="Nirmala UI" w:cs="Nirmala UI"/>
        </w:rPr>
        <w:t>ପତନ</w:t>
      </w:r>
      <w:r>
        <w:rPr>
          <w:rFonts w:ascii="Times New Roman" w:hAnsi="Times New Roman" w:eastAsia="Times New Roman" w:cs="Times New Roman"/>
        </w:rPr>
        <w:t xml:space="preserve"> </w:t>
      </w:r>
      <w:r>
        <w:rPr>
          <w:rFonts w:ascii="Nirmala UI" w:hAnsi="Nirmala UI" w:eastAsia="Nirmala UI" w:cs="Nirmala UI"/>
        </w:rPr>
        <w:t>କରିଥିବାବେଳେ</w:t>
      </w:r>
      <w:r>
        <w:rPr>
          <w:rFonts w:ascii="Times New Roman" w:hAnsi="Times New Roman" w:eastAsia="Times New Roman" w:cs="Times New Roman"/>
        </w:rPr>
        <w:t xml:space="preserve"> </w:t>
      </w:r>
      <w:r>
        <w:rPr>
          <w:rFonts w:ascii="Nirmala UI" w:hAnsi="Nirmala UI" w:eastAsia="Nirmala UI" w:cs="Nirmala UI"/>
        </w:rPr>
        <w:t>ସିଦ୍କିୟାଙ୍କୁ</w:t>
      </w:r>
      <w:r>
        <w:rPr>
          <w:rFonts w:ascii="Times New Roman" w:hAnsi="Times New Roman" w:eastAsia="Times New Roman" w:cs="Times New Roman"/>
        </w:rPr>
        <w:t xml:space="preserve"> </w:t>
      </w:r>
      <w:r>
        <w:rPr>
          <w:rFonts w:ascii="Nirmala UI" w:hAnsi="Nirmala UI" w:eastAsia="Nirmala UI" w:cs="Nirmala UI"/>
        </w:rPr>
        <w:t>ବାବିଲୋନକୁ</w:t>
      </w:r>
      <w:r>
        <w:rPr>
          <w:rFonts w:ascii="Times New Roman" w:hAnsi="Times New Roman" w:eastAsia="Times New Roman" w:cs="Times New Roman"/>
        </w:rPr>
        <w:t xml:space="preserve"> </w:t>
      </w:r>
      <w:r>
        <w:rPr>
          <w:rFonts w:ascii="Nirmala UI" w:hAnsi="Nirmala UI" w:eastAsia="Nirmala UI" w:cs="Nirmala UI"/>
        </w:rPr>
        <w:t>ନେଇଯାଇଥିଲା।</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ଇତିହାସକାରମାନେ</w:t>
      </w:r>
      <w:r>
        <w:rPr>
          <w:rFonts w:ascii="Times New Roman" w:hAnsi="Times New Roman" w:eastAsia="Times New Roman" w:cs="Times New Roman"/>
        </w:rPr>
        <w:t xml:space="preserve"> </w:t>
      </w:r>
      <w:r>
        <w:rPr>
          <w:rFonts w:ascii="Nirmala UI" w:hAnsi="Nirmala UI" w:eastAsia="Nirmala UI" w:cs="Nirmala UI"/>
        </w:rPr>
        <w:t>୬୨୨ରେ</w:t>
      </w:r>
      <w:r>
        <w:rPr>
          <w:rFonts w:ascii="Times New Roman" w:hAnsi="Times New Roman" w:eastAsia="Times New Roman" w:cs="Times New Roman"/>
        </w:rPr>
        <w:t xml:space="preserve"> </w:t>
      </w:r>
      <w:r>
        <w:rPr>
          <w:rFonts w:ascii="Nirmala UI" w:hAnsi="Nirmala UI" w:eastAsia="Nirmala UI" w:cs="Nirmala UI"/>
        </w:rPr>
        <w:t>ଯୋଶିୟାଙ୍କ</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୫୭୩</w:t>
      </w:r>
      <w:r>
        <w:rPr>
          <w:rFonts w:ascii="Times New Roman" w:hAnsi="Times New Roman" w:eastAsia="Times New Roman" w:cs="Times New Roman"/>
        </w:rPr>
        <w:t xml:space="preserve"> </w:t>
      </w:r>
      <w:r>
        <w:rPr>
          <w:rFonts w:ascii="Nirmala UI" w:hAnsi="Nirmala UI" w:eastAsia="Nirmala UI" w:cs="Nirmala UI"/>
        </w:rPr>
        <w:t>ଖ୍ରୀଷ୍ଟପୂର୍ବ</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w:t>
      </w:r>
      <w:r>
        <w:rPr>
          <w:rFonts w:ascii="Nirmala UI" w:hAnsi="Nirmala UI" w:eastAsia="Nirmala UI" w:cs="Nirmala UI"/>
        </w:rPr>
        <w:t>୨୨</w:t>
      </w:r>
      <w:r>
        <w:rPr>
          <w:rFonts w:ascii="Times New Roman" w:hAnsi="Times New Roman" w:eastAsia="Times New Roman" w:cs="Times New Roman"/>
        </w:rPr>
        <w:t xml:space="preserve"> </w:t>
      </w:r>
      <w:r>
        <w:rPr>
          <w:rFonts w:ascii="Nirmala UI" w:hAnsi="Nirmala UI" w:eastAsia="Nirmala UI" w:cs="Nirmala UI"/>
        </w:rPr>
        <w:t>ପର୍ଯ୍ୟନ୍ତର</w:t>
      </w:r>
      <w:r>
        <w:rPr>
          <w:rFonts w:ascii="Times New Roman" w:hAnsi="Times New Roman" w:eastAsia="Times New Roman" w:cs="Times New Roman"/>
        </w:rPr>
        <w:t xml:space="preserve"> </w:t>
      </w:r>
      <w:r>
        <w:rPr>
          <w:rFonts w:ascii="Nirmala UI" w:hAnsi="Nirmala UI" w:eastAsia="Nirmala UI" w:cs="Nirmala UI"/>
        </w:rPr>
        <w:t>ଯୁବିଲୀ</w:t>
      </w:r>
      <w:r>
        <w:rPr>
          <w:rFonts w:ascii="Times New Roman" w:hAnsi="Times New Roman" w:eastAsia="Times New Roman" w:cs="Times New Roman"/>
        </w:rPr>
        <w:t xml:space="preserve"> </w:t>
      </w:r>
      <w:r>
        <w:rPr>
          <w:rFonts w:ascii="Nirmala UI" w:hAnsi="Nirmala UI" w:eastAsia="Nirmala UI" w:cs="Nirmala UI"/>
        </w:rPr>
        <w:t>ଚକ୍ରକୁ</w:t>
      </w:r>
      <w:r>
        <w:rPr>
          <w:rFonts w:ascii="Times New Roman" w:hAnsi="Times New Roman" w:eastAsia="Times New Roman" w:cs="Times New Roman"/>
        </w:rPr>
        <w:t xml:space="preserve"> </w:t>
      </w:r>
      <w:r>
        <w:rPr>
          <w:rFonts w:ascii="Nirmala UI" w:hAnsi="Nirmala UI" w:eastAsia="Nirmala UI" w:cs="Nirmala UI"/>
        </w:rPr>
        <w:t>୧୭ତମ</w:t>
      </w:r>
      <w:r>
        <w:rPr>
          <w:rFonts w:ascii="Times New Roman" w:hAnsi="Times New Roman" w:eastAsia="Times New Roman" w:cs="Times New Roman"/>
        </w:rPr>
        <w:t xml:space="preserve"> </w:t>
      </w:r>
      <w:r>
        <w:rPr>
          <w:rFonts w:ascii="Nirmala UI" w:hAnsi="Nirmala UI" w:eastAsia="Nirmala UI" w:cs="Nirmala UI"/>
        </w:rPr>
        <w:t>ଯୁବିଲୀ</w:t>
      </w:r>
      <w:r>
        <w:rPr>
          <w:rFonts w:ascii="Times New Roman" w:hAnsi="Times New Roman" w:eastAsia="Times New Roman" w:cs="Times New Roman"/>
        </w:rPr>
        <w:t xml:space="preserve"> </w:t>
      </w:r>
      <w:r>
        <w:rPr>
          <w:rFonts w:ascii="Nirmala UI" w:hAnsi="Nirmala UI" w:eastAsia="Nirmala UI" w:cs="Nirmala UI"/>
        </w:rPr>
        <w:t>ଚକ୍ର</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ରାଫିଆର</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ପାନିଅମର</w:t>
      </w:r>
      <w:r>
        <w:rPr>
          <w:rFonts w:ascii="Times New Roman" w:hAnsi="Times New Roman" w:eastAsia="Times New Roman" w:cs="Times New Roman"/>
        </w:rPr>
        <w:t xml:space="preserve"> </w:t>
      </w:r>
      <w:r>
        <w:rPr>
          <w:rFonts w:ascii="Nirmala UI" w:hAnsi="Nirmala UI" w:eastAsia="Nirmala UI" w:cs="Nirmala UI"/>
        </w:rPr>
        <w:t>ଯୁଦ୍ଧ</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ରାଫିଆର</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ପ୍ଟୋଲେମୀ</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ଦକ୍ଷିଣର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ମିଲାନର</w:t>
      </w:r>
      <w:r>
        <w:rPr>
          <w:rFonts w:ascii="Times New Roman" w:hAnsi="Times New Roman" w:eastAsia="Times New Roman" w:cs="Times New Roman"/>
        </w:rPr>
        <w:t xml:space="preserve"> </w:t>
      </w:r>
      <w:r>
        <w:rPr>
          <w:rFonts w:ascii="Nirmala UI" w:hAnsi="Nirmala UI" w:eastAsia="Nirmala UI" w:cs="Nirmala UI"/>
        </w:rPr>
        <w:t>ଆଦେଶରୁ</w:t>
      </w:r>
      <w:r>
        <w:rPr>
          <w:rFonts w:ascii="Times New Roman" w:hAnsi="Times New Roman" w:eastAsia="Times New Roman" w:cs="Times New Roman"/>
        </w:rPr>
        <w:t xml:space="preserve"> </w:t>
      </w:r>
      <w:r>
        <w:rPr>
          <w:rFonts w:ascii="Nirmala UI" w:hAnsi="Nirmala UI" w:eastAsia="Nirmala UI" w:cs="Nirmala UI"/>
        </w:rPr>
        <w:t>କନସ୍ଟାଣ୍ଟିନ</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ସାମ୍ରାଜ୍ୟକୁ</w:t>
      </w:r>
      <w:r>
        <w:rPr>
          <w:rFonts w:ascii="Times New Roman" w:hAnsi="Times New Roman" w:eastAsia="Times New Roman" w:cs="Times New Roman"/>
        </w:rPr>
        <w:t xml:space="preserve"> </w:t>
      </w:r>
      <w:r>
        <w:rPr>
          <w:rFonts w:ascii="Nirmala UI" w:hAnsi="Nirmala UI" w:eastAsia="Nirmala UI" w:cs="Nirmala UI"/>
        </w:rPr>
        <w:t>୩୩୦ରେ</w:t>
      </w:r>
      <w:r>
        <w:rPr>
          <w:rFonts w:ascii="Times New Roman" w:hAnsi="Times New Roman" w:eastAsia="Times New Roman" w:cs="Times New Roman"/>
        </w:rPr>
        <w:t xml:space="preserve"> </w:t>
      </w:r>
      <w:r>
        <w:rPr>
          <w:rFonts w:ascii="Nirmala UI" w:hAnsi="Nirmala UI" w:eastAsia="Nirmala UI" w:cs="Nirmala UI"/>
        </w:rPr>
        <w:t>ବିଭକ୍ତ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୧୭ତମ</w:t>
      </w:r>
      <w:r>
        <w:rPr>
          <w:rFonts w:ascii="Times New Roman" w:hAnsi="Times New Roman" w:eastAsia="Times New Roman" w:cs="Times New Roman"/>
        </w:rPr>
        <w:t xml:space="preserve"> </w:t>
      </w:r>
      <w:r>
        <w:rPr>
          <w:rFonts w:ascii="Nirmala UI" w:hAnsi="Nirmala UI" w:eastAsia="Nirmala UI" w:cs="Nirmala UI"/>
        </w:rPr>
        <w:t>ଯୁବିଲୀ</w:t>
      </w:r>
      <w:r>
        <w:rPr>
          <w:rFonts w:ascii="Times New Roman" w:hAnsi="Times New Roman" w:eastAsia="Times New Roman" w:cs="Times New Roman"/>
        </w:rPr>
        <w:t xml:space="preserve"> </w:t>
      </w:r>
      <w:r>
        <w:rPr>
          <w:rFonts w:ascii="Nirmala UI" w:hAnsi="Nirmala UI" w:eastAsia="Nirmala UI" w:cs="Nirmala UI"/>
        </w:rPr>
        <w:t>ଚକ୍ରରେ</w:t>
      </w:r>
      <w:r>
        <w:rPr>
          <w:rFonts w:ascii="Times New Roman" w:hAnsi="Times New Roman" w:eastAsia="Times New Roman" w:cs="Times New Roman"/>
        </w:rPr>
        <w:t xml:space="preserve"> </w:t>
      </w:r>
      <w:r>
        <w:rPr>
          <w:rFonts w:ascii="Nirmala UI" w:hAnsi="Nirmala UI" w:eastAsia="Nirmala UI" w:cs="Nirmala UI"/>
        </w:rPr>
        <w:t>ଯେରୁଶାଲେମକୁ</w:t>
      </w:r>
      <w:r>
        <w:rPr>
          <w:rFonts w:ascii="Times New Roman" w:hAnsi="Times New Roman" w:eastAsia="Times New Roman" w:cs="Times New Roman"/>
        </w:rPr>
        <w:t xml:space="preserve"> </w:t>
      </w:r>
      <w:r>
        <w:rPr>
          <w:rFonts w:ascii="Nirmala UI" w:hAnsi="Nirmala UI" w:eastAsia="Nirmala UI" w:cs="Nirmala UI"/>
        </w:rPr>
        <w:t>ନେବୁଖଦ୍ନେଜର</w:t>
      </w:r>
      <w:r>
        <w:rPr>
          <w:rFonts w:ascii="Times New Roman" w:hAnsi="Times New Roman" w:eastAsia="Times New Roman" w:cs="Times New Roman"/>
        </w:rPr>
        <w:t xml:space="preserve"> </w:t>
      </w:r>
      <w:r>
        <w:rPr>
          <w:rFonts w:ascii="Nirmala UI" w:hAnsi="Nirmala UI" w:eastAsia="Nirmala UI" w:cs="Nirmala UI"/>
        </w:rPr>
        <w:t>ଧ୍ୱଂସ</w:t>
      </w:r>
      <w:r>
        <w:rPr>
          <w:rFonts w:ascii="Times New Roman" w:hAnsi="Times New Roman" w:eastAsia="Times New Roman" w:cs="Times New Roman"/>
        </w:rPr>
        <w:t xml:space="preserve"> </w:t>
      </w:r>
      <w:r>
        <w:rPr>
          <w:rFonts w:ascii="Nirmala UI" w:hAnsi="Nirmala UI" w:eastAsia="Nirmala UI" w:cs="Nirmala UI"/>
        </w:rPr>
        <w:t>କରିଥିଲେ।</w:t>
      </w:r>
    </w:p>
    <w:p>
      <w:pPr>
        <w:pStyle w:val="ArticleScripture"/>
        <w:jc w:val="left"/>
      </w:pPr>
      <w:r>
        <w:rPr>
          <w:rFonts w:ascii="Times New Roman" w:hAnsi="Times New Roman" w:eastAsia="Times New Roman" w:cs="Times New Roman"/>
        </w:rPr>
        <w:t>Sabni ijoollee Israa’el guyyoota hedduu mootii malee, bulchaa malee, aarsaa malee, siidaa malee, efodii malee, teraafimota males ni jiraatu; booddees ijoolleen Israa’el deebi’anii Waaqayyo Waaqa isaanii, Daawit mootii isaanii ni barbaadu; bara dhumaa keessattis Waaqayyoo fi gaarummaa isaa ni sodaatu. Hosea 3:4, 5.</w:t>
      </w:r>
    </w:p>
    <w:p>
      <w:pPr>
        <w:pStyle w:val="ArticleBody"/>
        <w:jc w:val="left"/>
      </w:pPr>
      <w:r>
        <w:rPr>
          <w:rFonts w:ascii="Ebrima" w:hAnsi="Ebrima" w:eastAsia="Ebrima" w:cs="Ebrima"/>
        </w:rPr>
        <w:t>ሆሴዕ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ብቐጥታ</w:t>
      </w:r>
      <w:r>
        <w:rPr>
          <w:rFonts w:ascii="Times New Roman" w:hAnsi="Times New Roman" w:eastAsia="Times New Roman" w:cs="Times New Roman"/>
        </w:rPr>
        <w:t xml:space="preserve"> </w:t>
      </w:r>
      <w:r>
        <w:rPr>
          <w:rFonts w:ascii="Ebrima" w:hAnsi="Ebrima" w:eastAsia="Ebrima" w:cs="Ebrima"/>
        </w:rPr>
        <w:t>ንምርኮ</w:t>
      </w:r>
      <w:r>
        <w:rPr>
          <w:rFonts w:ascii="Times New Roman" w:hAnsi="Times New Roman" w:eastAsia="Times New Roman" w:cs="Times New Roman"/>
        </w:rPr>
        <w:t xml:space="preserve"> </w:t>
      </w:r>
      <w:r>
        <w:rPr>
          <w:rFonts w:ascii="Ebrima" w:hAnsi="Ebrima" w:eastAsia="Ebrima" w:cs="Ebrima"/>
        </w:rPr>
        <w:t>ጼዴቅያስ</w:t>
      </w:r>
      <w:r>
        <w:rPr>
          <w:rFonts w:ascii="Times New Roman" w:hAnsi="Times New Roman" w:eastAsia="Times New Roman" w:cs="Times New Roman"/>
        </w:rPr>
        <w:t xml:space="preserve"> </w:t>
      </w:r>
      <w:r>
        <w:rPr>
          <w:rFonts w:ascii="Ebrima" w:hAnsi="Ebrima" w:eastAsia="Ebrima" w:cs="Ebrima"/>
        </w:rPr>
        <w:t>ዝተኣሳሰረ</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ዝነግር</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እንተኾነ</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723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ል</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w:t>
      </w:r>
      <w:r>
        <w:rPr>
          <w:rFonts w:ascii="Ebrima" w:hAnsi="Ebrima" w:eastAsia="Ebrima" w:cs="Ebrima"/>
        </w:rPr>
        <w:t>ንመንግሥቲ</w:t>
      </w:r>
      <w:r>
        <w:rPr>
          <w:rFonts w:ascii="Times New Roman" w:hAnsi="Times New Roman" w:eastAsia="Times New Roman" w:cs="Times New Roman"/>
        </w:rPr>
        <w:t xml:space="preserve"> </w:t>
      </w:r>
      <w:r>
        <w:rPr>
          <w:rFonts w:ascii="Ebrima" w:hAnsi="Ebrima" w:eastAsia="Ebrima" w:cs="Ebrima"/>
        </w:rPr>
        <w:t>ሰሜን</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ምርኮኣ</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ሆሴዕ</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ዝተኣሳሰረ</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ብሰብኣዊ</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ክትግዛእ</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ኣጽንዐት</w:t>
      </w:r>
      <w:r>
        <w:rPr>
          <w:rFonts w:ascii="Times New Roman" w:hAnsi="Times New Roman" w:eastAsia="Times New Roman" w:cs="Times New Roman"/>
        </w:rPr>
        <w:t xml:space="preserve"> </w:t>
      </w:r>
      <w:r>
        <w:rPr>
          <w:rFonts w:ascii="Ebrima" w:hAnsi="Ebrima" w:eastAsia="Ebrima" w:cs="Ebrima"/>
        </w:rPr>
        <w:t>ንኣምላኽ</w:t>
      </w:r>
      <w:r>
        <w:rPr>
          <w:rFonts w:ascii="Times New Roman" w:hAnsi="Times New Roman" w:eastAsia="Times New Roman" w:cs="Times New Roman"/>
        </w:rPr>
        <w:t xml:space="preserve"> </w:t>
      </w:r>
      <w:r>
        <w:rPr>
          <w:rFonts w:ascii="Ebrima" w:hAnsi="Ebrima" w:eastAsia="Ebrima" w:cs="Ebrima"/>
        </w:rPr>
        <w:t>ምንጻግ።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ትምኒት</w:t>
      </w:r>
      <w:r>
        <w:rPr>
          <w:rFonts w:ascii="Times New Roman" w:hAnsi="Times New Roman" w:eastAsia="Times New Roman" w:cs="Times New Roman"/>
        </w:rPr>
        <w:t xml:space="preserve"> </w:t>
      </w:r>
      <w:r>
        <w:rPr>
          <w:rFonts w:ascii="Ebrima" w:hAnsi="Ebrima" w:eastAsia="Ebrima" w:cs="Ebrima"/>
        </w:rPr>
        <w:t>ብመለኮታዊ</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ብሰብኣዊ</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ክትግዛእ</w:t>
      </w:r>
      <w:r>
        <w:rPr>
          <w:rFonts w:ascii="Times New Roman" w:hAnsi="Times New Roman" w:eastAsia="Times New Roman" w:cs="Times New Roman"/>
        </w:rPr>
        <w:t xml:space="preserve"> </w:t>
      </w:r>
      <w:r>
        <w:rPr>
          <w:rFonts w:ascii="Ebrima" w:hAnsi="Ebrima" w:eastAsia="Ebrima" w:cs="Ebrima"/>
        </w:rPr>
        <w:t>ዘለዋ</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ዘሌዋውያን</w:t>
      </w:r>
      <w:r>
        <w:rPr>
          <w:rFonts w:ascii="Times New Roman" w:hAnsi="Times New Roman" w:eastAsia="Times New Roman" w:cs="Times New Roman"/>
        </w:rPr>
        <w:t xml:space="preserve"> 26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ትዕቢት</w:t>
      </w:r>
      <w:r>
        <w:rPr>
          <w:rFonts w:ascii="Times New Roman" w:hAnsi="Times New Roman" w:eastAsia="Times New Roman" w:cs="Times New Roman"/>
        </w:rPr>
        <w:t xml:space="preserve"> </w:t>
      </w:r>
      <w:r>
        <w:rPr>
          <w:rFonts w:ascii="Ebrima" w:hAnsi="Ebrima" w:eastAsia="Ebrima" w:cs="Ebrima"/>
        </w:rPr>
        <w:t>ሓይልኹም</w:t>
      </w:r>
      <w:r>
        <w:rPr>
          <w:rFonts w:ascii="Times New Roman" w:hAnsi="Times New Roman" w:eastAsia="Times New Roman" w:cs="Times New Roman"/>
        </w:rPr>
        <w:t xml:space="preserve">” </w:t>
      </w:r>
      <w:r>
        <w:rPr>
          <w:rFonts w:ascii="Ebrima" w:hAnsi="Ebrima" w:eastAsia="Ebrima" w:cs="Ebrima"/>
        </w:rPr>
        <w:t>ተመሲሉ</w:t>
      </w:r>
      <w:r>
        <w:rPr>
          <w:rFonts w:ascii="Times New Roman" w:hAnsi="Times New Roman" w:eastAsia="Times New Roman" w:cs="Times New Roman"/>
        </w:rPr>
        <w:t xml:space="preserve"> </w:t>
      </w:r>
      <w:r>
        <w:rPr>
          <w:rFonts w:ascii="Ebrima" w:hAnsi="Ebrima" w:eastAsia="Ebrima" w:cs="Ebrima"/>
        </w:rPr>
        <w:t>ቀሪቡ</w:t>
      </w:r>
      <w:r>
        <w:rPr>
          <w:rFonts w:ascii="Times New Roman" w:hAnsi="Times New Roman" w:eastAsia="Times New Roman" w:cs="Times New Roman"/>
        </w:rPr>
        <w:t xml:space="preserve"> </w:t>
      </w:r>
      <w:r>
        <w:rPr>
          <w:rFonts w:ascii="Ebrima" w:hAnsi="Ebrima" w:eastAsia="Ebrima" w:cs="Ebrima"/>
        </w:rPr>
        <w:t>ኣሎ።</w:t>
      </w:r>
    </w:p>
    <w:p>
      <w:pPr>
        <w:pStyle w:val="ArticleScripture"/>
        <w:jc w:val="left"/>
      </w:pPr>
      <w:r>
        <w:rPr>
          <w:rFonts w:ascii="Microsoft Himalaya" w:hAnsi="Microsoft Himalaya" w:eastAsia="Microsoft Himalaya" w:cs="Microsoft Himalaya"/>
        </w:rPr>
        <w:t>འདི་ཐམས་ཅད་ཀྱི་ཕྱིར་ཡང་ཁྱེད་རང་ཚོས་ང་ལ་མི་ཉན་ན།</w:t>
      </w:r>
      <w:r>
        <w:rPr>
          <w:rFonts w:ascii="Times New Roman" w:hAnsi="Times New Roman" w:eastAsia="Times New Roman" w:cs="Times New Roman"/>
        </w:rPr>
        <w:t xml:space="preserve"> </w:t>
      </w:r>
      <w:r>
        <w:rPr>
          <w:rFonts w:ascii="Microsoft Himalaya" w:hAnsi="Microsoft Himalaya" w:eastAsia="Microsoft Himalaya" w:cs="Microsoft Himalaya"/>
        </w:rPr>
        <w:t>དེ་ནས་ངས་ཁྱེད་རང་ཚོའི་སྡིག་པའི་ཕྱིར་ཆད་པ་ལྡབ་བདུན་གྱིས་ལྷག་པར་གཅོད་པར་བྱའོ།</w:t>
      </w:r>
      <w:r>
        <w:rPr>
          <w:rFonts w:ascii="Times New Roman" w:hAnsi="Times New Roman" w:eastAsia="Times New Roman" w:cs="Times New Roman"/>
        </w:rPr>
        <w:t xml:space="preserve"> </w:t>
      </w:r>
      <w:r>
        <w:rPr>
          <w:rFonts w:ascii="Microsoft Himalaya" w:hAnsi="Microsoft Himalaya" w:eastAsia="Microsoft Himalaya" w:cs="Microsoft Himalaya"/>
        </w:rPr>
        <w:t>ངས་ཁྱེད་རང་ཚོའི་སྟོབས་ཀྱི་ང་རྒྱལ་བཅག་པར་བྱའོ།</w:t>
      </w:r>
      <w:r>
        <w:rPr>
          <w:rFonts w:ascii="Times New Roman" w:hAnsi="Times New Roman" w:eastAsia="Times New Roman" w:cs="Times New Roman"/>
        </w:rPr>
        <w:t xml:space="preserve"> </w:t>
      </w:r>
      <w:r>
        <w:rPr>
          <w:rFonts w:ascii="Microsoft Himalaya" w:hAnsi="Microsoft Himalaya" w:eastAsia="Microsoft Himalaya" w:cs="Microsoft Himalaya"/>
        </w:rPr>
        <w:t>ངས་ཁྱེད་རང་ཚོའི་ནམ་མཁའ་ལྕགས་ལྟར་དང་།</w:t>
      </w:r>
      <w:r>
        <w:rPr>
          <w:rFonts w:ascii="Times New Roman" w:hAnsi="Times New Roman" w:eastAsia="Times New Roman" w:cs="Times New Roman"/>
        </w:rPr>
        <w:t xml:space="preserve"> </w:t>
      </w:r>
      <w:r>
        <w:rPr>
          <w:rFonts w:ascii="Microsoft Himalaya" w:hAnsi="Microsoft Himalaya" w:eastAsia="Microsoft Himalaya" w:cs="Microsoft Himalaya"/>
        </w:rPr>
        <w:t>ཁྱེད་རང་ཚོའི་ས་གཞི་ཟངས་ལྟར་བཟོ་བར་བྱའོ།</w:t>
      </w:r>
      <w:r>
        <w:rPr>
          <w:rFonts w:ascii="Times New Roman" w:hAnsi="Times New Roman" w:eastAsia="Times New Roman" w:cs="Times New Roman"/>
        </w:rPr>
        <w:t xml:space="preserve"> </w:t>
      </w:r>
      <w:r>
        <w:rPr>
          <w:rFonts w:ascii="Microsoft Himalaya" w:hAnsi="Microsoft Himalaya" w:eastAsia="Microsoft Himalaya" w:cs="Microsoft Himalaya"/>
        </w:rPr>
        <w:t>ལེ་ཝི་ཉིད་</w:t>
      </w:r>
      <w:r>
        <w:rPr>
          <w:rFonts w:ascii="Times New Roman" w:hAnsi="Times New Roman" w:eastAsia="Times New Roman" w:cs="Times New Roman"/>
        </w:rPr>
        <w:t xml:space="preserve"> 26:18, 19.</w:t>
      </w:r>
    </w:p>
    <w:p>
      <w:pPr>
        <w:pStyle w:val="ArticleBody"/>
        <w:jc w:val="left"/>
      </w:pPr>
      <w:r>
        <w:rPr>
          <w:rFonts w:ascii="Times New Roman" w:hAnsi="Times New Roman" w:eastAsia="Times New Roman" w:cs="Times New Roman"/>
        </w:rPr>
        <w:t>“</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ଗର୍ବ</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ଆକାଙ୍କ୍ଷାକୁ</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ଜାତିମାନଙ୍କ</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ହେବାକୁ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ନିଜମାନଙ୍କ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ରଖିବାକୁ</w:t>
      </w:r>
      <w:r>
        <w:rPr>
          <w:rFonts w:ascii="Times New Roman" w:hAnsi="Times New Roman" w:eastAsia="Times New Roman" w:cs="Times New Roman"/>
        </w:rPr>
        <w:t xml:space="preserve"> </w:t>
      </w:r>
      <w:r>
        <w:rPr>
          <w:rFonts w:ascii="Nirmala UI" w:hAnsi="Nirmala UI" w:eastAsia="Nirmala UI" w:cs="Nirmala UI"/>
        </w:rPr>
        <w:t>ଚାହୁଁଥିଲେ।</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723 BC</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ହଟାଯିବା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ଦକ୍ଷିଣ</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ଜେଦେକିୟାଙ୍କ</w:t>
      </w:r>
      <w:r>
        <w:rPr>
          <w:rFonts w:ascii="Times New Roman" w:hAnsi="Times New Roman" w:eastAsia="Times New Roman" w:cs="Times New Roman"/>
        </w:rPr>
        <w:t xml:space="preserve"> 586 BC</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ବନ୍ଦୀତ୍ୱ</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ଗର୍ବ</w:t>
      </w:r>
      <w:r>
        <w:rPr>
          <w:rFonts w:ascii="Times New Roman" w:hAnsi="Times New Roman" w:eastAsia="Times New Roman" w:cs="Times New Roman"/>
        </w:rPr>
        <w:t xml:space="preserve">” </w:t>
      </w:r>
      <w:r>
        <w:rPr>
          <w:rFonts w:ascii="Nirmala UI" w:hAnsi="Nirmala UI" w:eastAsia="Nirmala UI" w:cs="Nirmala UI"/>
        </w:rPr>
        <w:t>ଭଙ୍ଗ</w:t>
      </w:r>
      <w:r>
        <w:rPr>
          <w:rFonts w:ascii="Times New Roman" w:hAnsi="Times New Roman" w:eastAsia="Times New Roman" w:cs="Times New Roman"/>
        </w:rPr>
        <w:t xml:space="preserve"> </w:t>
      </w:r>
      <w:r>
        <w:rPr>
          <w:rFonts w:ascii="Nirmala UI" w:hAnsi="Nirmala UI" w:eastAsia="Nirmala UI" w:cs="Nirmala UI"/>
        </w:rPr>
        <w:t>ହେବାକୁ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ଗର୍ବ</w:t>
      </w:r>
      <w:r>
        <w:rPr>
          <w:rFonts w:ascii="Times New Roman" w:hAnsi="Times New Roman" w:eastAsia="Times New Roman" w:cs="Times New Roman"/>
        </w:rPr>
        <w:t xml:space="preserve"> </w:t>
      </w:r>
      <w:r>
        <w:rPr>
          <w:rFonts w:ascii="Nirmala UI" w:hAnsi="Nirmala UI" w:eastAsia="Nirmala UI" w:cs="Nirmala UI"/>
        </w:rPr>
        <w:t>ପତନର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ବାଇବେଲୀୟ</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ମାନେ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ମାନବ</w:t>
      </w:r>
      <w:r>
        <w:rPr>
          <w:rFonts w:ascii="Times New Roman" w:hAnsi="Times New Roman" w:eastAsia="Times New Roman" w:cs="Times New Roman"/>
        </w:rPr>
        <w:t xml:space="preserve"> </w:t>
      </w:r>
      <w:r>
        <w:rPr>
          <w:rFonts w:ascii="Nirmala UI" w:hAnsi="Nirmala UI" w:eastAsia="Nirmala UI" w:cs="Nirmala UI"/>
        </w:rPr>
        <w:t>ରାଜାକୁ</w:t>
      </w:r>
      <w:r>
        <w:rPr>
          <w:rFonts w:ascii="Times New Roman" w:hAnsi="Times New Roman" w:eastAsia="Times New Roman" w:cs="Times New Roman"/>
        </w:rPr>
        <w:t xml:space="preserve"> </w:t>
      </w:r>
      <w:r>
        <w:rPr>
          <w:rFonts w:ascii="Nirmala UI" w:hAnsi="Nirmala UI" w:eastAsia="Nirmala UI" w:cs="Nirmala UI"/>
        </w:rPr>
        <w:t>ସୁନିଶ୍ଚିତ</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ଗର୍ବ</w:t>
      </w:r>
      <w:r>
        <w:rPr>
          <w:rFonts w:ascii="Times New Roman" w:hAnsi="Times New Roman" w:eastAsia="Times New Roman" w:cs="Times New Roman"/>
        </w:rPr>
        <w:t xml:space="preserve">, </w:t>
      </w:r>
      <w:r>
        <w:rPr>
          <w:rFonts w:ascii="Nirmala UI" w:hAnsi="Nirmala UI" w:eastAsia="Nirmala UI" w:cs="Nirmala UI"/>
        </w:rPr>
        <w:t>ଧର୍ମରାଜ୍ୟତନ୍ତ୍ର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ଦିବ୍ୟ</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ପ୍ରତ୍ୟାଖ୍ୟାନକୁ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p>
    <w:p>
      <w:pPr>
        <w:pStyle w:val="ArticleScripture"/>
        <w:jc w:val="left"/>
      </w:pPr>
      <w:r>
        <w:rPr>
          <w:rFonts w:ascii="Times New Roman" w:hAnsi="Times New Roman" w:eastAsia="Times New Roman" w:cs="Times New Roman"/>
        </w:rPr>
        <w:t>Yommuu Saamuʼeel dulloome, inni ilmaan isaa Israaʼel irratti abbootii murtii godhe. Maqaan ilma isaa angafaa Yooʼeel ture; maqaan isa lammaffaa immoo Abiyaa ture; isaan Bersheebaa keessatti abbootii murtii turan. Ilmaan isaa garuu karaa isaa keessa hin adeemne; buʼaa jalʼaa duukaa garagalan; mattaʼaa fudhatan; murtii jallisan. Kana irratti maanguddoonni Israaʼel hundinuu walitti qabamanii gara Saamuʼeelitti Raamaa dhufan; isaanis akkana jedhaniin, Kunoo, ati dulloofteetta, ilmaan kees karaa kee keessa hin adeeman; amma egaa mootii akka saboota hundumaa nuuf murteessu nuuf dhaabi. Dubbiin kun yommuu isaan, Mootii nuuf kenni akka inni nuuf murteessu, jedhanitti Saamuʼeelitti hin tolle; Saamuʼeelis Waaqayyoon kadhate. Waaqayyos Saamuʼeeliin akkana jedhe: Waan hundumaa isaan sitti dubbatan keessatti sagalee saba kanaa dhagaʼi; isaan ana moʼuu isaanii akkaan dhiisaniif si hin tuffanne, ana tuffatan iyyuu malee. Akkuma hojii isaanii hundumaa guyyaa ani Gibxii keessaa isaan baasee jalqabee hamma harʼaatti, kan isaan ittiin na dhiisanii waaqolii biraa tajaajilan sanaa, akkasuma si illee godhu. Egaa amma sagalee isaanii dhagaʼi; taʼus garuu jabeessitee isaan akeekkachiisi, amala mooticha isaan irratti moʼu illee isaanitti mulʼisi. 1 Saamuʼeel 8:1–9.</w:t>
      </w:r>
    </w:p>
    <w:p>
      <w:pPr>
        <w:pStyle w:val="ArticleBody"/>
        <w:jc w:val="left"/>
      </w:pPr>
      <w:r>
        <w:rPr>
          <w:rFonts w:ascii="Times New Roman" w:hAnsi="Times New Roman" w:eastAsia="Times New Roman" w:cs="Times New Roman"/>
        </w:rPr>
        <w:t>Meesham akka hubatamu qaba, yeroo sanatti Israa’el Waaqa isaanii akka mootii isaanii qofa utuu hin taʼin, Hafuura Raajii illee, akka Saamuʼeelitti bakka buʼame, didan; jechuunis, “isaan ana dhiisanii waaqolii biraa tajaajilan; akkuma kana siifis ni godhu” jedha.</w:t>
      </w:r>
    </w:p>
    <w:p>
      <w:pPr>
        <w:pStyle w:val="ArticleScripture"/>
        <w:jc w:val="left"/>
      </w:pPr>
      <w:r>
        <w:rPr>
          <w:rFonts w:ascii="Times New Roman" w:hAnsi="Times New Roman" w:eastAsia="Times New Roman" w:cs="Times New Roman"/>
        </w:rPr>
        <w:t>“</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ሐሰተኛውን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በቀጣይነት</w:t>
      </w:r>
      <w:r>
        <w:rPr>
          <w:rFonts w:ascii="Times New Roman" w:hAnsi="Times New Roman" w:eastAsia="Times New Roman" w:cs="Times New Roman"/>
        </w:rPr>
        <w:t xml:space="preserve"> </w:t>
      </w:r>
      <w:r>
        <w:rPr>
          <w:rFonts w:ascii="Ebrima" w:hAnsi="Ebrima" w:eastAsia="Ebrima" w:cs="Ebrima"/>
        </w:rPr>
        <w:t>እያስገባ</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w:t>
      </w:r>
      <w:r>
        <w:rPr>
          <w:rFonts w:ascii="Ebrima" w:hAnsi="Ebrima" w:eastAsia="Ebrima" w:cs="Ebrima"/>
        </w:rPr>
        <w:t>ከእውነት</w:t>
      </w:r>
      <w:r>
        <w:rPr>
          <w:rFonts w:ascii="Times New Roman" w:hAnsi="Times New Roman" w:eastAsia="Times New Roman" w:cs="Times New Roman"/>
        </w:rPr>
        <w:t xml:space="preserve"> </w:t>
      </w:r>
      <w:r>
        <w:rPr>
          <w:rFonts w:ascii="Ebrima" w:hAnsi="Ebrima" w:eastAsia="Ebrima" w:cs="Ebrima"/>
        </w:rPr>
        <w:t>ለማራቅ።</w:t>
      </w:r>
      <w:r>
        <w:rPr>
          <w:rFonts w:ascii="Times New Roman" w:hAnsi="Times New Roman" w:eastAsia="Times New Roman" w:cs="Times New Roman"/>
        </w:rPr>
        <w:t xml:space="preserve"> </w:t>
      </w:r>
      <w:r>
        <w:rPr>
          <w:rFonts w:ascii="Ebrima" w:hAnsi="Ebrima" w:eastAsia="Ebrima" w:cs="Ebrima"/>
        </w:rPr>
        <w:t>የሰይጣን</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ማታለያ</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ምስክርነትን</w:t>
      </w:r>
      <w:r>
        <w:rPr>
          <w:rFonts w:ascii="Times New Roman" w:hAnsi="Times New Roman" w:eastAsia="Times New Roman" w:cs="Times New Roman"/>
        </w:rPr>
        <w:t xml:space="preserve"> </w:t>
      </w:r>
      <w:r>
        <w:rPr>
          <w:rFonts w:ascii="Ebrima" w:hAnsi="Ebrima" w:eastAsia="Ebrima" w:cs="Ebrima"/>
        </w:rPr>
        <w:t>ከንቱ</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በሌለበት</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ይጠፋል</w:t>
      </w:r>
      <w:r>
        <w:rPr>
          <w:rFonts w:ascii="Times New Roman" w:hAnsi="Times New Roman" w:eastAsia="Times New Roman" w:cs="Times New Roman"/>
        </w:rPr>
        <w:t>’ (</w:t>
      </w:r>
      <w:r>
        <w:rPr>
          <w:rFonts w:ascii="Ebrima" w:hAnsi="Ebrima" w:eastAsia="Ebrima" w:cs="Ebrima"/>
        </w:rPr>
        <w:t>ምሳሌ</w:t>
      </w:r>
      <w:r>
        <w:rPr>
          <w:rFonts w:ascii="Times New Roman" w:hAnsi="Times New Roman" w:eastAsia="Times New Roman" w:cs="Times New Roman"/>
        </w:rPr>
        <w:t xml:space="preserve"> 29:18)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የቀሩትን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በእውነተኛው</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ያላቸውን</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ለማናጋት</w:t>
      </w:r>
      <w:r>
        <w:rPr>
          <w:rFonts w:ascii="Times New Roman" w:hAnsi="Times New Roman" w:eastAsia="Times New Roman" w:cs="Times New Roman"/>
        </w:rPr>
        <w:t xml:space="preserve"> </w:t>
      </w:r>
      <w:r>
        <w:rPr>
          <w:rFonts w:ascii="Ebrima" w:hAnsi="Ebrima" w:eastAsia="Ebrima" w:cs="Ebrima"/>
        </w:rPr>
        <w:t>በተለያዩ</w:t>
      </w:r>
      <w:r>
        <w:rPr>
          <w:rFonts w:ascii="Times New Roman" w:hAnsi="Times New Roman" w:eastAsia="Times New Roman" w:cs="Times New Roman"/>
        </w:rPr>
        <w:t xml:space="preserve"> </w:t>
      </w:r>
      <w:r>
        <w:rPr>
          <w:rFonts w:ascii="Ebrima" w:hAnsi="Ebrima" w:eastAsia="Ebrima" w:cs="Ebrima"/>
        </w:rPr>
        <w:t>መንገዶችና</w:t>
      </w:r>
      <w:r>
        <w:rPr>
          <w:rFonts w:ascii="Times New Roman" w:hAnsi="Times New Roman" w:eastAsia="Times New Roman" w:cs="Times New Roman"/>
        </w:rPr>
        <w:t xml:space="preserve"> </w:t>
      </w:r>
      <w:r>
        <w:rPr>
          <w:rFonts w:ascii="Ebrima" w:hAnsi="Ebrima" w:eastAsia="Ebrima" w:cs="Ebrima"/>
        </w:rPr>
        <w:t>በተለያዩ</w:t>
      </w:r>
      <w:r>
        <w:rPr>
          <w:rFonts w:ascii="Times New Roman" w:hAnsi="Times New Roman" w:eastAsia="Times New Roman" w:cs="Times New Roman"/>
        </w:rPr>
        <w:t xml:space="preserve"> </w:t>
      </w:r>
      <w:r>
        <w:rPr>
          <w:rFonts w:ascii="Ebrima" w:hAnsi="Ebrima" w:eastAsia="Ebrima" w:cs="Ebrima"/>
        </w:rPr>
        <w:t>ወኪሎች</w:t>
      </w:r>
      <w:r>
        <w:rPr>
          <w:rFonts w:ascii="Times New Roman" w:hAnsi="Times New Roman" w:eastAsia="Times New Roman" w:cs="Times New Roman"/>
        </w:rPr>
        <w:t xml:space="preserve"> </w:t>
      </w:r>
      <w:r>
        <w:rPr>
          <w:rFonts w:ascii="Ebrima" w:hAnsi="Ebrima" w:eastAsia="Ebrima" w:cs="Ebrima"/>
        </w:rPr>
        <w:t>አማካይነት</w:t>
      </w:r>
      <w:r>
        <w:rPr>
          <w:rFonts w:ascii="Times New Roman" w:hAnsi="Times New Roman" w:eastAsia="Times New Roman" w:cs="Times New Roman"/>
        </w:rPr>
        <w:t xml:space="preserve"> </w:t>
      </w:r>
      <w:r>
        <w:rPr>
          <w:rFonts w:ascii="Ebrima" w:hAnsi="Ebrima" w:eastAsia="Ebrima" w:cs="Ebrima"/>
        </w:rPr>
        <w:t>በብልሃት</w:t>
      </w:r>
      <w:r>
        <w:rPr>
          <w:rFonts w:ascii="Times New Roman" w:hAnsi="Times New Roman" w:eastAsia="Times New Roman" w:cs="Times New Roman"/>
        </w:rPr>
        <w:t xml:space="preserve"> </w:t>
      </w:r>
      <w:r>
        <w:rPr>
          <w:rFonts w:ascii="Ebrima" w:hAnsi="Ebrima" w:eastAsia="Ebrima" w:cs="Ebrima"/>
        </w:rPr>
        <w:t>ይሠራል።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ସାକ୍ଷ୍ୟଗୁଡ଼ିକ</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ଏପରି</w:t>
      </w:r>
      <w:r>
        <w:rPr>
          <w:rFonts w:ascii="Times New Roman" w:hAnsi="Times New Roman" w:eastAsia="Times New Roman" w:cs="Times New Roman"/>
        </w:rPr>
        <w:t xml:space="preserve"> </w:t>
      </w:r>
      <w:r>
        <w:rPr>
          <w:rFonts w:ascii="Nirmala UI" w:hAnsi="Nirmala UI" w:eastAsia="Nirmala UI" w:cs="Nirmala UI"/>
        </w:rPr>
        <w:t>ଦ୍ୱେଷ</w:t>
      </w:r>
      <w:r>
        <w:rPr>
          <w:rFonts w:ascii="Times New Roman" w:hAnsi="Times New Roman" w:eastAsia="Times New Roman" w:cs="Times New Roman"/>
        </w:rPr>
        <w:t xml:space="preserve"> </w:t>
      </w:r>
      <w:r>
        <w:rPr>
          <w:rFonts w:ascii="Nirmala UI" w:hAnsi="Nirmala UI" w:eastAsia="Nirmala UI" w:cs="Nirmala UI"/>
        </w:rPr>
        <w:t>ପ୍ରଜ୍ୱଳିତ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ସାତାନୀୟ</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ସାତାନଙ୍କର</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କଳିସିଆମାନଙ୍କର</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ବିଶ୍ୱାସକୁ</w:t>
      </w:r>
      <w:r>
        <w:rPr>
          <w:rFonts w:ascii="Times New Roman" w:hAnsi="Times New Roman" w:eastAsia="Times New Roman" w:cs="Times New Roman"/>
        </w:rPr>
        <w:t xml:space="preserve"> </w:t>
      </w:r>
      <w:r>
        <w:rPr>
          <w:rFonts w:ascii="Nirmala UI" w:hAnsi="Nirmala UI" w:eastAsia="Nirmala UI" w:cs="Nirmala UI"/>
        </w:rPr>
        <w:t>ଅସ୍ଥିର</w:t>
      </w:r>
      <w:r>
        <w:rPr>
          <w:rFonts w:ascii="Times New Roman" w:hAnsi="Times New Roman" w:eastAsia="Times New Roman" w:cs="Times New Roman"/>
        </w:rPr>
        <w:t xml:space="preserve"> </w:t>
      </w:r>
      <w:r>
        <w:rPr>
          <w:rFonts w:ascii="Nirmala UI" w:hAnsi="Nirmala UI" w:eastAsia="Nirmala UI" w:cs="Nirmala UI"/>
        </w:rPr>
        <w:t>କରିଦେବେ</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ଆତ୍ମାଙ୍କର</w:t>
      </w:r>
      <w:r>
        <w:rPr>
          <w:rFonts w:ascii="Times New Roman" w:hAnsi="Times New Roman" w:eastAsia="Times New Roman" w:cs="Times New Roman"/>
        </w:rPr>
        <w:t xml:space="preserve"> </w:t>
      </w:r>
      <w:r>
        <w:rPr>
          <w:rFonts w:ascii="Nirmala UI" w:hAnsi="Nirmala UI" w:eastAsia="Nirmala UI" w:cs="Nirmala UI"/>
        </w:rPr>
        <w:t>ସତର୍କବାଣୀ</w:t>
      </w:r>
      <w:r>
        <w:rPr>
          <w:rFonts w:ascii="Times New Roman" w:hAnsi="Times New Roman" w:eastAsia="Times New Roman" w:cs="Times New Roman"/>
        </w:rPr>
        <w:t xml:space="preserve">, </w:t>
      </w:r>
      <w:r>
        <w:rPr>
          <w:rFonts w:ascii="Nirmala UI" w:hAnsi="Nirmala UI" w:eastAsia="Nirmala UI" w:cs="Nirmala UI"/>
        </w:rPr>
        <w:t>ତାଡ଼ନା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ପରାମର୍ଶକୁ</w:t>
      </w:r>
      <w:r>
        <w:rPr>
          <w:rFonts w:ascii="Times New Roman" w:hAnsi="Times New Roman" w:eastAsia="Times New Roman" w:cs="Times New Roman"/>
        </w:rPr>
        <w:t xml:space="preserve"> </w:t>
      </w:r>
      <w:r>
        <w:rPr>
          <w:rFonts w:ascii="Nirmala UI" w:hAnsi="Nirmala UI" w:eastAsia="Nirmala UI" w:cs="Nirmala UI"/>
        </w:rPr>
        <w:t>ଗୁରୁତ୍ୱ</w:t>
      </w:r>
      <w:r>
        <w:rPr>
          <w:rFonts w:ascii="Times New Roman" w:hAnsi="Times New Roman" w:eastAsia="Times New Roman" w:cs="Times New Roman"/>
        </w:rPr>
        <w:t xml:space="preserve"> </w:t>
      </w:r>
      <w:r>
        <w:rPr>
          <w:rFonts w:ascii="Nirmala UI" w:hAnsi="Nirmala UI" w:eastAsia="Nirmala UI" w:cs="Nirmala UI"/>
        </w:rPr>
        <w:t>ଦିଆଯାଏ</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ସାତାନଙ୍କ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ନିଜର</w:t>
      </w:r>
      <w:r>
        <w:rPr>
          <w:rFonts w:ascii="Times New Roman" w:hAnsi="Times New Roman" w:eastAsia="Times New Roman" w:cs="Times New Roman"/>
        </w:rPr>
        <w:t xml:space="preserve"> </w:t>
      </w:r>
      <w:r>
        <w:rPr>
          <w:rFonts w:ascii="Nirmala UI" w:hAnsi="Nirmala UI" w:eastAsia="Nirmala UI" w:cs="Nirmala UI"/>
        </w:rPr>
        <w:t>ପ୍ରତାରଣାଗୁଡ଼ିକୁ</w:t>
      </w:r>
      <w:r>
        <w:rPr>
          <w:rFonts w:ascii="Times New Roman" w:hAnsi="Times New Roman" w:eastAsia="Times New Roman" w:cs="Times New Roman"/>
        </w:rPr>
        <w:t xml:space="preserve"> </w:t>
      </w:r>
      <w:r>
        <w:rPr>
          <w:rFonts w:ascii="Nirmala UI" w:hAnsi="Nirmala UI" w:eastAsia="Nirmala UI" w:cs="Nirmala UI"/>
        </w:rPr>
        <w:t>ଆଣିବା</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ଆତ୍ମାମାନଙ୍କୁ</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ଭ୍ରମମାନଙ୍କ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ବାନ୍ଧି</w:t>
      </w:r>
      <w:r>
        <w:rPr>
          <w:rFonts w:ascii="Times New Roman" w:hAnsi="Times New Roman" w:eastAsia="Times New Roman" w:cs="Times New Roman"/>
        </w:rPr>
        <w:t xml:space="preserve"> </w:t>
      </w:r>
      <w:r>
        <w:rPr>
          <w:rFonts w:ascii="Nirmala UI" w:hAnsi="Nirmala UI" w:eastAsia="Nirmala UI" w:cs="Nirmala UI"/>
        </w:rPr>
        <w:t>ରଖିବା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ଏତେ</w:t>
      </w:r>
      <w:r>
        <w:rPr>
          <w:rFonts w:ascii="Times New Roman" w:hAnsi="Times New Roman" w:eastAsia="Times New Roman" w:cs="Times New Roman"/>
        </w:rPr>
        <w:t xml:space="preserve"> </w:t>
      </w:r>
      <w:r>
        <w:rPr>
          <w:rFonts w:ascii="Nirmala UI" w:hAnsi="Nirmala UI" w:eastAsia="Nirmala UI" w:cs="Nirmala UI"/>
        </w:rPr>
        <w:t>ସ୍ପଷ୍ଟ</w:t>
      </w:r>
      <w:r>
        <w:rPr>
          <w:rFonts w:ascii="Times New Roman" w:hAnsi="Times New Roman" w:eastAsia="Times New Roman" w:cs="Times New Roman"/>
        </w:rPr>
        <w:t xml:space="preserve"> </w:t>
      </w:r>
      <w:r>
        <w:rPr>
          <w:rFonts w:ascii="Nirmala UI" w:hAnsi="Nirmala UI" w:eastAsia="Nirmala UI" w:cs="Nirmala UI"/>
        </w:rPr>
        <w:t>ପଥ</w:t>
      </w:r>
      <w:r>
        <w:rPr>
          <w:rFonts w:ascii="Times New Roman" w:hAnsi="Times New Roman" w:eastAsia="Times New Roman" w:cs="Times New Roman"/>
        </w:rPr>
        <w:t xml:space="preserve"> </w:t>
      </w:r>
      <w:r>
        <w:rPr>
          <w:rFonts w:ascii="Nirmala UI" w:hAnsi="Nirmala UI" w:eastAsia="Nirmala UI" w:cs="Nirmala UI"/>
        </w:rPr>
        <w:t>ରହିପାରିବ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Selected Messages, book 1, 48.</w:t>
      </w:r>
    </w:p>
    <w:p>
      <w:pPr>
        <w:pStyle w:val="ArticleBody"/>
        <w:jc w:val="left"/>
      </w:pPr>
      <w:r>
        <w:rPr>
          <w:rFonts w:ascii="Nirmala UI" w:hAnsi="Nirmala UI" w:eastAsia="Nirmala UI" w:cs="Nirmala UI"/>
        </w:rPr>
        <w:t>ᱟᱹᱜᱤᱞ</w:t>
      </w:r>
      <w:r>
        <w:rPr>
          <w:rFonts w:ascii="Times New Roman" w:hAnsi="Times New Roman" w:eastAsia="Times New Roman" w:cs="Times New Roman"/>
        </w:rPr>
        <w:t xml:space="preserve"> </w:t>
      </w:r>
      <w:r>
        <w:rPr>
          <w:rFonts w:ascii="Nirmala UI" w:hAnsi="Nirmala UI" w:eastAsia="Nirmala UI" w:cs="Nirmala UI"/>
        </w:rPr>
        <w:t>ᱤᱥᱨᱟᱭᱮᱞ</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ᱛᱷᱤᱭᱳᱠᱨᱟᱥᱤ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ᱛᱟᱭᱳᱢ</w:t>
      </w:r>
      <w:r>
        <w:rPr>
          <w:rFonts w:ascii="Times New Roman" w:hAnsi="Times New Roman" w:eastAsia="Times New Roman" w:cs="Times New Roman"/>
        </w:rPr>
        <w:t xml:space="preserve"> </w:t>
      </w:r>
      <w:r>
        <w:rPr>
          <w:rFonts w:ascii="Nirmala UI" w:hAnsi="Nirmala UI" w:eastAsia="Nirmala UI" w:cs="Nirmala UI"/>
        </w:rPr>
        <w:t>ᱵᱷᱩᱞᱟᱹᱣ</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ᱥᱩᱫᱷᱩ</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ᱵᱷᱟᱵᱤᱥᱽᱭᱚᱫᱽᱵᱟᱱᱤ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ᱟᱛᱢᱟ</w:t>
      </w:r>
      <w:r>
        <w:rPr>
          <w:rFonts w:ascii="Times New Roman" w:hAnsi="Times New Roman" w:eastAsia="Times New Roman" w:cs="Times New Roman"/>
        </w:rPr>
        <w:t xml:space="preserve"> </w:t>
      </w:r>
      <w:r>
        <w:rPr>
          <w:rFonts w:ascii="Nirmala UI" w:hAnsi="Nirmala UI" w:eastAsia="Nirmala UI" w:cs="Nirmala UI"/>
        </w:rPr>
        <w:t>ᱠᱚᱦᱚ</w:t>
      </w:r>
      <w:r>
        <w:rPr>
          <w:rFonts w:ascii="Times New Roman" w:hAnsi="Times New Roman" w:eastAsia="Times New Roman" w:cs="Times New Roman"/>
        </w:rPr>
        <w:t xml:space="preserve"> </w:t>
      </w:r>
      <w:r>
        <w:rPr>
          <w:rFonts w:ascii="Nirmala UI" w:hAnsi="Nirmala UI" w:eastAsia="Nirmala UI" w:cs="Nirmala UI"/>
        </w:rPr>
        <w:t>ᱟᱹᱨᱤᱡᱽ</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1097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ᱟᱹᱨᱤᱡᱽ</w:t>
      </w:r>
      <w:r>
        <w:rPr>
          <w:rFonts w:ascii="Times New Roman" w:hAnsi="Times New Roman" w:eastAsia="Times New Roman" w:cs="Times New Roman"/>
        </w:rPr>
        <w:t xml:space="preserve"> 1863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ᱞᱟᱣᱫᱤᱠᱤᱭᱟᱱ</w:t>
      </w:r>
      <w:r>
        <w:rPr>
          <w:rFonts w:ascii="Times New Roman" w:hAnsi="Times New Roman" w:eastAsia="Times New Roman" w:cs="Times New Roman"/>
        </w:rPr>
        <w:t xml:space="preserve"> </w:t>
      </w:r>
      <w:r>
        <w:rPr>
          <w:rFonts w:ascii="Nirmala UI" w:hAnsi="Nirmala UI" w:eastAsia="Nirmala UI" w:cs="Nirmala UI"/>
        </w:rPr>
        <w:t>ᱥᱮᱣᱮᱱᱛᱷ</w:t>
      </w:r>
      <w:r>
        <w:rPr>
          <w:rFonts w:ascii="Times New Roman" w:hAnsi="Times New Roman" w:eastAsia="Times New Roman" w:cs="Times New Roman"/>
        </w:rPr>
        <w:t>-</w:t>
      </w:r>
      <w:r>
        <w:rPr>
          <w:rFonts w:ascii="Nirmala UI" w:hAnsi="Nirmala UI" w:eastAsia="Nirmala UI" w:cs="Nirmala UI"/>
        </w:rPr>
        <w:t>ᱫᱮ</w:t>
      </w:r>
      <w:r>
        <w:rPr>
          <w:rFonts w:ascii="Times New Roman" w:hAnsi="Times New Roman" w:eastAsia="Times New Roman" w:cs="Times New Roman"/>
        </w:rPr>
        <w:t xml:space="preserve"> </w:t>
      </w:r>
      <w:r>
        <w:rPr>
          <w:rFonts w:ascii="Nirmala UI" w:hAnsi="Nirmala UI" w:eastAsia="Nirmala UI" w:cs="Nirmala UI"/>
        </w:rPr>
        <w:t>ᱟᱰᱵᱷᱮᱱᱴᱤᱥᱢ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ᱛᱟᱭᱳᱢ</w:t>
      </w:r>
      <w:r>
        <w:rPr>
          <w:rFonts w:ascii="Times New Roman" w:hAnsi="Times New Roman" w:eastAsia="Times New Roman" w:cs="Times New Roman"/>
        </w:rPr>
        <w:t xml:space="preserve"> </w:t>
      </w:r>
      <w:r>
        <w:rPr>
          <w:rFonts w:ascii="Nirmala UI" w:hAnsi="Nirmala UI" w:eastAsia="Nirmala UI" w:cs="Nirmala UI"/>
        </w:rPr>
        <w:t>ᱵᱷᱩᱞᱟᱹᱣ</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ᱫᱷᱚᱨᱚᱱ</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ᱞᱮᱣᱤᱛᱤᱠᱚᱥ</w:t>
      </w:r>
      <w:r>
        <w:rPr>
          <w:rFonts w:ascii="Times New Roman" w:hAnsi="Times New Roman" w:eastAsia="Times New Roman" w:cs="Times New Roman"/>
        </w:rPr>
        <w:t xml:space="preserve"> 26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ᱵᱟᱹᱱᱤ</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ᱵᱷᱟᱵᱤᱥᱽᱭᱚᱫᱽᱵᱟᱱᱤ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ᱟᱛᱢᱟ</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ᱵᱤᱥᱚᱭ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ᱠᱚᱭ</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ᱵᱚᱫᱚᱞ</w:t>
      </w:r>
      <w:r>
        <w:rPr>
          <w:rFonts w:ascii="Times New Roman" w:hAnsi="Times New Roman" w:eastAsia="Times New Roman" w:cs="Times New Roman"/>
        </w:rPr>
        <w:t xml:space="preserve"> </w:t>
      </w:r>
      <w:r>
        <w:rPr>
          <w:rFonts w:ascii="Nirmala UI" w:hAnsi="Nirmala UI" w:eastAsia="Nirmala UI" w:cs="Nirmala UI"/>
        </w:rPr>
        <w:t>ᱦᱩᱭᱱᱟᱹ</w:t>
      </w:r>
      <w:r>
        <w:rPr>
          <w:rFonts w:ascii="Times New Roman" w:hAnsi="Times New Roman" w:eastAsia="Times New Roman" w:cs="Times New Roman"/>
        </w:rPr>
        <w:t>”</w:t>
      </w:r>
      <w:r>
        <w:rPr>
          <w:rFonts w:ascii="Nirmala UI" w:hAnsi="Nirmala UI" w:eastAsia="Nirmala UI" w:cs="Nirmala UI"/>
        </w:rPr>
        <w:t>᱾</w:t>
      </w:r>
    </w:p>
    <w:p>
      <w:pPr>
        <w:pStyle w:val="ArticleScripture"/>
        <w:jc w:val="left"/>
      </w:pPr>
      <w:r>
        <w:rPr>
          <w:rFonts w:ascii="Times New Roman" w:hAnsi="Times New Roman" w:eastAsia="Times New Roman" w:cs="Times New Roman"/>
        </w:rPr>
        <w:t>“Anî dîtim ku xêta 1843-an bi destê Xudan hatibû rêber kirin, û ku ew ne divê were guhertin; ku jimare wekî Wî dixwest bûn; ku destê Wî li ser bû û di hin jimareyan de xeletiyek veşartibû, da ku kes nikaribe wê bibîne, heya ku destê Wî hat rakirin.” Early Writings, 74.</w:t>
      </w:r>
    </w:p>
    <w:p>
      <w:pPr>
        <w:pStyle w:val="ArticleBody"/>
        <w:jc w:val="left"/>
      </w:pPr>
      <w:r>
        <w:rPr>
          <w:rFonts w:ascii="Nirmala UI" w:hAnsi="Nirmala UI" w:eastAsia="Nirmala UI" w:cs="Nirmala UI"/>
        </w:rPr>
        <w:t>ପ୍ରବଚନର</w:t>
      </w:r>
      <w:r>
        <w:rPr>
          <w:rFonts w:ascii="Times New Roman" w:hAnsi="Times New Roman" w:eastAsia="Times New Roman" w:cs="Times New Roman"/>
        </w:rPr>
        <w:t xml:space="preserve"> </w:t>
      </w:r>
      <w:r>
        <w:rPr>
          <w:rFonts w:ascii="Nirmala UI" w:hAnsi="Nirmala UI" w:eastAsia="Nirmala UI" w:cs="Nirmala UI"/>
        </w:rPr>
        <w:t>ଆତ୍ମା</w:t>
      </w:r>
      <w:r>
        <w:rPr>
          <w:rFonts w:ascii="Times New Roman" w:hAnsi="Times New Roman" w:eastAsia="Times New Roman" w:cs="Times New Roman"/>
        </w:rPr>
        <w:t xml:space="preserve"> </w:t>
      </w:r>
      <w:r>
        <w:rPr>
          <w:rFonts w:ascii="Nirmala UI" w:hAnsi="Nirmala UI" w:eastAsia="Nirmala UI" w:cs="Nirmala UI"/>
        </w:rPr>
        <w:t>ସ୍ପଷ୍ଟଭାବେ</w:t>
      </w:r>
      <w:r>
        <w:rPr>
          <w:rFonts w:ascii="Times New Roman" w:hAnsi="Times New Roman" w:eastAsia="Times New Roman" w:cs="Times New Roman"/>
        </w:rPr>
        <w:t xml:space="preserve"> “</w:t>
      </w:r>
      <w:r>
        <w:rPr>
          <w:rFonts w:ascii="Nirmala UI" w:hAnsi="Nirmala UI" w:eastAsia="Nirmala UI" w:cs="Nirmala UI"/>
        </w:rPr>
        <w:t>ସାତ</w:t>
      </w:r>
      <w:r>
        <w:rPr>
          <w:rFonts w:ascii="Times New Roman" w:hAnsi="Times New Roman" w:eastAsia="Times New Roman" w:cs="Times New Roman"/>
        </w:rPr>
        <w:t xml:space="preserve"> </w:t>
      </w:r>
      <w:r>
        <w:rPr>
          <w:rFonts w:ascii="Nirmala UI" w:hAnsi="Nirmala UI" w:eastAsia="Nirmala UI" w:cs="Nirmala UI"/>
        </w:rPr>
        <w:t>ଥର</w:t>
      </w:r>
      <w:r>
        <w:rPr>
          <w:rFonts w:ascii="Times New Roman" w:hAnsi="Times New Roman" w:eastAsia="Times New Roman" w:cs="Times New Roman"/>
        </w:rPr>
        <w:t>”</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ସମର୍ଥନ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ସମର୍ଥନ</w:t>
      </w:r>
      <w:r>
        <w:rPr>
          <w:rFonts w:ascii="Times New Roman" w:hAnsi="Times New Roman" w:eastAsia="Times New Roman" w:cs="Times New Roman"/>
        </w:rPr>
        <w:t xml:space="preserve"> </w:t>
      </w:r>
      <w:r>
        <w:rPr>
          <w:rFonts w:ascii="Nirmala UI" w:hAnsi="Nirmala UI" w:eastAsia="Nirmala UI" w:cs="Nirmala UI"/>
        </w:rPr>
        <w:t>ଚାର୍ଟର</w:t>
      </w:r>
      <w:r>
        <w:rPr>
          <w:rFonts w:ascii="Times New Roman" w:hAnsi="Times New Roman" w:eastAsia="Times New Roman" w:cs="Times New Roman"/>
        </w:rPr>
        <w:t xml:space="preserve"> </w:t>
      </w:r>
      <w:r>
        <w:rPr>
          <w:rFonts w:ascii="Nirmala UI" w:hAnsi="Nirmala UI" w:eastAsia="Nirmala UI" w:cs="Nirmala UI"/>
        </w:rPr>
        <w:t>ଆଙ୍କଗୁଡ଼ିକୁ</w:t>
      </w:r>
      <w:r>
        <w:rPr>
          <w:rFonts w:ascii="Times New Roman" w:hAnsi="Times New Roman" w:eastAsia="Times New Roman" w:cs="Times New Roman"/>
        </w:rPr>
        <w:t xml:space="preserve"> </w:t>
      </w:r>
      <w:r>
        <w:rPr>
          <w:rFonts w:ascii="Nirmala UI" w:hAnsi="Nirmala UI" w:eastAsia="Nirmala UI" w:cs="Nirmala UI"/>
        </w:rPr>
        <w:t>ପରିବର୍ତ୍ତନ</w:t>
      </w:r>
      <w:r>
        <w:rPr>
          <w:rFonts w:ascii="Times New Roman" w:hAnsi="Times New Roman" w:eastAsia="Times New Roman" w:cs="Times New Roman"/>
        </w:rPr>
        <w:t xml:space="preserve">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ସଚେତନବାଣୀ</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ଚାର୍ଟରେ</w:t>
      </w:r>
      <w:r>
        <w:rPr>
          <w:rFonts w:ascii="Times New Roman" w:hAnsi="Times New Roman" w:eastAsia="Times New Roman" w:cs="Times New Roman"/>
        </w:rPr>
        <w:t xml:space="preserve"> “</w:t>
      </w:r>
      <w:r>
        <w:rPr>
          <w:rFonts w:ascii="Nirmala UI" w:hAnsi="Nirmala UI" w:eastAsia="Nirmala UI" w:cs="Nirmala UI"/>
        </w:rPr>
        <w:t>ସାତ</w:t>
      </w:r>
      <w:r>
        <w:rPr>
          <w:rFonts w:ascii="Times New Roman" w:hAnsi="Times New Roman" w:eastAsia="Times New Roman" w:cs="Times New Roman"/>
        </w:rPr>
        <w:t xml:space="preserve"> </w:t>
      </w:r>
      <w:r>
        <w:rPr>
          <w:rFonts w:ascii="Nirmala UI" w:hAnsi="Nirmala UI" w:eastAsia="Nirmala UI" w:cs="Nirmala UI"/>
        </w:rPr>
        <w:t>ଥର</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ମଧ୍ୟସ୍ଥ</w:t>
      </w:r>
      <w:r>
        <w:rPr>
          <w:rFonts w:ascii="Times New Roman" w:hAnsi="Times New Roman" w:eastAsia="Times New Roman" w:cs="Times New Roman"/>
        </w:rPr>
        <w:t xml:space="preserve"> </w:t>
      </w:r>
      <w:r>
        <w:rPr>
          <w:rFonts w:ascii="Nirmala UI" w:hAnsi="Nirmala UI" w:eastAsia="Nirmala UI" w:cs="Nirmala UI"/>
        </w:rPr>
        <w:t>ସ୍ତମ୍ଭ</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ଡାହାଣ</w:t>
      </w:r>
      <w:r>
        <w:rPr>
          <w:rFonts w:ascii="Times New Roman" w:hAnsi="Times New Roman" w:eastAsia="Times New Roman" w:cs="Times New Roman"/>
        </w:rPr>
        <w:t xml:space="preserve"> </w:t>
      </w:r>
      <w:r>
        <w:rPr>
          <w:rFonts w:ascii="Nirmala UI" w:hAnsi="Nirmala UI" w:eastAsia="Nirmala UI" w:cs="Nirmala UI"/>
        </w:rPr>
        <w:t>ପାର୍ଶ୍ୱର</w:t>
      </w:r>
      <w:r>
        <w:rPr>
          <w:rFonts w:ascii="Times New Roman" w:hAnsi="Times New Roman" w:eastAsia="Times New Roman" w:cs="Times New Roman"/>
        </w:rPr>
        <w:t xml:space="preserve"> </w:t>
      </w:r>
      <w:r>
        <w:rPr>
          <w:rFonts w:ascii="Nirmala UI" w:hAnsi="Nirmala UI" w:eastAsia="Nirmala UI" w:cs="Nirmala UI"/>
        </w:rPr>
        <w:t>କୋଣ।</w:t>
      </w:r>
      <w:r>
        <w:rPr>
          <w:rFonts w:ascii="Times New Roman" w:hAnsi="Times New Roman" w:eastAsia="Times New Roman" w:cs="Times New Roman"/>
        </w:rPr>
        <w:t xml:space="preserve"> 1863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ଉରିଆହ</w:t>
      </w:r>
      <w:r>
        <w:rPr>
          <w:rFonts w:ascii="Times New Roman" w:hAnsi="Times New Roman" w:eastAsia="Times New Roman" w:cs="Times New Roman"/>
        </w:rPr>
        <w:t xml:space="preserve"> </w:t>
      </w:r>
      <w:r>
        <w:rPr>
          <w:rFonts w:ascii="Nirmala UI" w:hAnsi="Nirmala UI" w:eastAsia="Nirmala UI" w:cs="Nirmala UI"/>
        </w:rPr>
        <w:t>ସ୍ମିଥଙ୍କ</w:t>
      </w:r>
      <w:r>
        <w:rPr>
          <w:rFonts w:ascii="Times New Roman" w:hAnsi="Times New Roman" w:eastAsia="Times New Roman" w:cs="Times New Roman"/>
        </w:rPr>
        <w:t xml:space="preserve"> </w:t>
      </w:r>
      <w:r>
        <w:rPr>
          <w:rFonts w:ascii="Nirmala UI" w:hAnsi="Nirmala UI" w:eastAsia="Nirmala UI" w:cs="Nirmala UI"/>
        </w:rPr>
        <w:t>ଜାଲିୟାତି</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ଇସ୍ରାଏଲଙ୍କ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ପ୍ରତ୍ୟାଖ୍ୟାନରେ</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ଆଦର୍ଶିତ</w:t>
      </w:r>
      <w:r>
        <w:rPr>
          <w:rFonts w:ascii="Times New Roman" w:hAnsi="Times New Roman" w:eastAsia="Times New Roman" w:cs="Times New Roman"/>
        </w:rPr>
        <w:t xml:space="preserve">, </w:t>
      </w:r>
      <w:r>
        <w:rPr>
          <w:rFonts w:ascii="Nirmala UI" w:hAnsi="Nirmala UI" w:eastAsia="Nirmala UI" w:cs="Nirmala UI"/>
        </w:rPr>
        <w:t>ସ୍ଥାପନାତ୍ମକ</w:t>
      </w:r>
      <w:r>
        <w:rPr>
          <w:rFonts w:ascii="Times New Roman" w:hAnsi="Times New Roman" w:eastAsia="Times New Roman" w:cs="Times New Roman"/>
        </w:rPr>
        <w:t xml:space="preserve"> </w:t>
      </w:r>
      <w:r>
        <w:rPr>
          <w:rFonts w:ascii="Nirmala UI" w:hAnsi="Nirmala UI" w:eastAsia="Nirmala UI" w:cs="Nirmala UI"/>
        </w:rPr>
        <w:t>ସତ୍ୟଗୁଡ଼ିକର</w:t>
      </w:r>
      <w:r>
        <w:rPr>
          <w:rFonts w:ascii="Times New Roman" w:hAnsi="Times New Roman" w:eastAsia="Times New Roman" w:cs="Times New Roman"/>
        </w:rPr>
        <w:t xml:space="preserve"> </w:t>
      </w:r>
      <w:r>
        <w:rPr>
          <w:rFonts w:ascii="Nirmala UI" w:hAnsi="Nirmala UI" w:eastAsia="Nirmala UI" w:cs="Nirmala UI"/>
        </w:rPr>
        <w:t>କ୍ରମୋନ୍ନତ</w:t>
      </w:r>
      <w:r>
        <w:rPr>
          <w:rFonts w:ascii="Times New Roman" w:hAnsi="Times New Roman" w:eastAsia="Times New Roman" w:cs="Times New Roman"/>
        </w:rPr>
        <w:t xml:space="preserve"> </w:t>
      </w:r>
      <w:r>
        <w:rPr>
          <w:rFonts w:ascii="Nirmala UI" w:hAnsi="Nirmala UI" w:eastAsia="Nirmala UI" w:cs="Nirmala UI"/>
        </w:rPr>
        <w:t>ପ୍ରତ୍ୟାଖ୍ୟାନ</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ପ୍ରବଚନର</w:t>
      </w:r>
      <w:r>
        <w:rPr>
          <w:rFonts w:ascii="Times New Roman" w:hAnsi="Times New Roman" w:eastAsia="Times New Roman" w:cs="Times New Roman"/>
        </w:rPr>
        <w:t xml:space="preserve"> </w:t>
      </w:r>
      <w:r>
        <w:rPr>
          <w:rFonts w:ascii="Nirmala UI" w:hAnsi="Nirmala UI" w:eastAsia="Nirmala UI" w:cs="Nirmala UI"/>
        </w:rPr>
        <w:t>ଆତ୍ମା</w:t>
      </w:r>
      <w:r>
        <w:rPr>
          <w:rFonts w:ascii="Times New Roman" w:hAnsi="Times New Roman" w:eastAsia="Times New Roman" w:cs="Times New Roman"/>
        </w:rPr>
        <w:t xml:space="preserve"> 1863</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ବିଦ୍ରୋହକୁ</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1863</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ବିଦ୍ରୋହର</w:t>
      </w:r>
      <w:r>
        <w:rPr>
          <w:rFonts w:ascii="Times New Roman" w:hAnsi="Times New Roman" w:eastAsia="Times New Roman" w:cs="Times New Roman"/>
        </w:rPr>
        <w:t xml:space="preserve"> </w:t>
      </w:r>
      <w:r>
        <w:rPr>
          <w:rFonts w:ascii="Nirmala UI" w:hAnsi="Nirmala UI" w:eastAsia="Nirmala UI" w:cs="Nirmala UI"/>
        </w:rPr>
        <w:t>ତାରିଖ</w:t>
      </w:r>
      <w:r>
        <w:rPr>
          <w:rFonts w:ascii="Times New Roman" w:hAnsi="Times New Roman" w:eastAsia="Times New Roman" w:cs="Times New Roman"/>
        </w:rPr>
        <w:t xml:space="preserve"> </w:t>
      </w:r>
      <w:r>
        <w:rPr>
          <w:rFonts w:ascii="Nirmala UI" w:hAnsi="Nirmala UI" w:eastAsia="Nirmala UI" w:cs="Nirmala UI"/>
        </w:rPr>
        <w:t>ଇଜିକିଏଲ</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ରେଖା</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ଇତିହାସିକ</w:t>
      </w:r>
      <w:r>
        <w:rPr>
          <w:rFonts w:ascii="Times New Roman" w:hAnsi="Times New Roman" w:eastAsia="Times New Roman" w:cs="Times New Roman"/>
        </w:rPr>
        <w:t xml:space="preserve"> </w:t>
      </w:r>
      <w:r>
        <w:rPr>
          <w:rFonts w:ascii="Nirmala UI" w:hAnsi="Nirmala UI" w:eastAsia="Nirmala UI" w:cs="Nirmala UI"/>
        </w:rPr>
        <w:t>ରେଖାରେ</w:t>
      </w:r>
      <w:r>
        <w:rPr>
          <w:rFonts w:ascii="Times New Roman" w:hAnsi="Times New Roman" w:eastAsia="Times New Roman" w:cs="Times New Roman"/>
        </w:rPr>
        <w:t xml:space="preserve">, </w:t>
      </w:r>
      <w:r>
        <w:rPr>
          <w:rFonts w:ascii="Nirmala UI" w:hAnsi="Nirmala UI" w:eastAsia="Nirmala UI" w:cs="Nirmala UI"/>
        </w:rPr>
        <w:t>ଉପସମାହାର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ଧ୍ୱଂସ</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1863</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ସନ୍ନିହିତ</w:t>
      </w:r>
      <w:r>
        <w:rPr>
          <w:rFonts w:ascii="Times New Roman" w:hAnsi="Times New Roman" w:eastAsia="Times New Roman" w:cs="Times New Roman"/>
        </w:rPr>
        <w:t xml:space="preserve"> </w:t>
      </w:r>
      <w:r>
        <w:rPr>
          <w:rFonts w:ascii="Nirmala UI" w:hAnsi="Nirmala UI" w:eastAsia="Nirmala UI" w:cs="Nirmala UI"/>
        </w:rPr>
        <w:t>ଆସନ୍ତା</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w:t>
      </w:r>
      <w:r>
        <w:rPr>
          <w:rFonts w:ascii="Times New Roman" w:hAnsi="Times New Roman" w:eastAsia="Times New Roman" w:cs="Times New Roman"/>
        </w:rPr>
        <w:t xml:space="preserve"> </w:t>
      </w:r>
      <w:r>
        <w:rPr>
          <w:rFonts w:ascii="Nirmala UI" w:hAnsi="Nirmala UI" w:eastAsia="Nirmala UI" w:cs="Nirmala UI"/>
        </w:rPr>
        <w:t>ପର୍ଯ୍ୟନ୍ତର</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ଖ୍ରୀ</w:t>
      </w:r>
      <w:r>
        <w:rPr>
          <w:rFonts w:ascii="Times New Roman" w:hAnsi="Times New Roman" w:eastAsia="Times New Roman" w:cs="Times New Roman"/>
        </w:rPr>
        <w:t>.</w:t>
      </w:r>
      <w:r>
        <w:rPr>
          <w:rFonts w:ascii="Nirmala UI" w:hAnsi="Nirmala UI" w:eastAsia="Nirmala UI" w:cs="Nirmala UI"/>
        </w:rPr>
        <w:t>ପୂ</w:t>
      </w:r>
      <w:r>
        <w:rPr>
          <w:rFonts w:ascii="Times New Roman" w:hAnsi="Times New Roman" w:eastAsia="Times New Roman" w:cs="Times New Roman"/>
        </w:rPr>
        <w:t>. 1097</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ସାଉଲରୁ</w:t>
      </w:r>
      <w:r>
        <w:rPr>
          <w:rFonts w:ascii="Times New Roman" w:hAnsi="Times New Roman" w:eastAsia="Times New Roman" w:cs="Times New Roman"/>
        </w:rPr>
        <w:t xml:space="preserve"> </w:t>
      </w:r>
      <w:r>
        <w:rPr>
          <w:rFonts w:ascii="Nirmala UI" w:hAnsi="Nirmala UI" w:eastAsia="Nirmala UI" w:cs="Nirmala UI"/>
        </w:rPr>
        <w:t>ଖ୍ରୀ</w:t>
      </w:r>
      <w:r>
        <w:rPr>
          <w:rFonts w:ascii="Times New Roman" w:hAnsi="Times New Roman" w:eastAsia="Times New Roman" w:cs="Times New Roman"/>
        </w:rPr>
        <w:t>.</w:t>
      </w:r>
      <w:r>
        <w:rPr>
          <w:rFonts w:ascii="Nirmala UI" w:hAnsi="Nirmala UI" w:eastAsia="Nirmala UI" w:cs="Nirmala UI"/>
        </w:rPr>
        <w:t>ପୂ</w:t>
      </w:r>
      <w:r>
        <w:rPr>
          <w:rFonts w:ascii="Times New Roman" w:hAnsi="Times New Roman" w:eastAsia="Times New Roman" w:cs="Times New Roman"/>
        </w:rPr>
        <w:t>. 586</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ଜେଦେକିୟ</w:t>
      </w:r>
      <w:r>
        <w:rPr>
          <w:rFonts w:ascii="Times New Roman" w:hAnsi="Times New Roman" w:eastAsia="Times New Roman" w:cs="Times New Roman"/>
        </w:rPr>
        <w:t xml:space="preserve"> </w:t>
      </w:r>
      <w:r>
        <w:rPr>
          <w:rFonts w:ascii="Nirmala UI" w:hAnsi="Nirmala UI" w:eastAsia="Nirmala UI" w:cs="Nirmala UI"/>
        </w:rPr>
        <w:t>ପର୍ଯ୍ୟନ୍ତର</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ପ୍ରତୀକୀକୃତ</w:t>
      </w:r>
      <w:r>
        <w:rPr>
          <w:rFonts w:ascii="Times New Roman" w:hAnsi="Times New Roman" w:eastAsia="Times New Roman" w:cs="Times New Roman"/>
        </w:rPr>
        <w:t xml:space="preserve"> </w:t>
      </w:r>
      <w:r>
        <w:rPr>
          <w:rFonts w:ascii="Nirmala UI" w:hAnsi="Nirmala UI" w:eastAsia="Nirmala UI" w:cs="Nirmala UI"/>
        </w:rPr>
        <w:t>ହୋଇଥିଲା।</w:t>
      </w:r>
    </w:p>
    <w:p>
      <w:pPr>
        <w:pStyle w:val="ArticleBody"/>
        <w:jc w:val="left"/>
      </w:pPr>
      <w:r>
        <w:rPr>
          <w:rFonts w:ascii="Nirmala UI" w:hAnsi="Nirmala UI" w:eastAsia="Nirmala UI" w:cs="Nirmala UI"/>
        </w:rPr>
        <w:t>ସିଦ୍କିୟ</w:t>
      </w:r>
      <w:r>
        <w:rPr>
          <w:rFonts w:ascii="Times New Roman" w:hAnsi="Times New Roman" w:eastAsia="Times New Roman" w:cs="Times New Roman"/>
        </w:rPr>
        <w:t xml:space="preserve"> </w:t>
      </w:r>
      <w:r>
        <w:rPr>
          <w:rFonts w:ascii="Nirmala UI" w:hAnsi="Nirmala UI" w:eastAsia="Nirmala UI" w:cs="Nirmala UI"/>
        </w:rPr>
        <w:t>ୟୂବିଲୀର</w:t>
      </w:r>
      <w:r>
        <w:rPr>
          <w:rFonts w:ascii="Times New Roman" w:hAnsi="Times New Roman" w:eastAsia="Times New Roman" w:cs="Times New Roman"/>
        </w:rPr>
        <w:t xml:space="preserve"> </w:t>
      </w:r>
      <w:r>
        <w:rPr>
          <w:rFonts w:ascii="Nirmala UI" w:hAnsi="Nirmala UI" w:eastAsia="Nirmala UI" w:cs="Nirmala UI"/>
        </w:rPr>
        <w:t>୫୭୩</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କ୍ରୀଷ୍ଟାବ୍ଦରୁ</w:t>
      </w:r>
      <w:r>
        <w:rPr>
          <w:rFonts w:ascii="Times New Roman" w:hAnsi="Times New Roman" w:eastAsia="Times New Roman" w:cs="Times New Roman"/>
        </w:rPr>
        <w:t xml:space="preserve"> </w:t>
      </w:r>
      <w:r>
        <w:rPr>
          <w:rFonts w:ascii="Nirmala UI" w:hAnsi="Nirmala UI" w:eastAsia="Nirmala UI" w:cs="Nirmala UI"/>
        </w:rPr>
        <w:t>ଚଉଦ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ବାବିଲୋନକୁ</w:t>
      </w:r>
      <w:r>
        <w:rPr>
          <w:rFonts w:ascii="Times New Roman" w:hAnsi="Times New Roman" w:eastAsia="Times New Roman" w:cs="Times New Roman"/>
        </w:rPr>
        <w:t xml:space="preserve"> </w:t>
      </w:r>
      <w:r>
        <w:rPr>
          <w:rFonts w:ascii="Nirmala UI" w:hAnsi="Nirmala UI" w:eastAsia="Nirmala UI" w:cs="Nirmala UI"/>
        </w:rPr>
        <w:t>ବନ୍ଦୀକରାଯାଇଥିଲେ।</w:t>
      </w:r>
      <w:r>
        <w:rPr>
          <w:rFonts w:ascii="Times New Roman" w:hAnsi="Times New Roman" w:eastAsia="Times New Roman" w:cs="Times New Roman"/>
        </w:rPr>
        <w:t xml:space="preserve"> </w:t>
      </w:r>
      <w:r>
        <w:rPr>
          <w:rFonts w:ascii="Nirmala UI" w:hAnsi="Nirmala UI" w:eastAsia="Nirmala UI" w:cs="Nirmala UI"/>
        </w:rPr>
        <w:t>ସତରହତମ</w:t>
      </w:r>
      <w:r>
        <w:rPr>
          <w:rFonts w:ascii="Times New Roman" w:hAnsi="Times New Roman" w:eastAsia="Times New Roman" w:cs="Times New Roman"/>
        </w:rPr>
        <w:t xml:space="preserve"> </w:t>
      </w:r>
      <w:r>
        <w:rPr>
          <w:rFonts w:ascii="Nirmala UI" w:hAnsi="Nirmala UI" w:eastAsia="Nirmala UI" w:cs="Nirmala UI"/>
        </w:rPr>
        <w:t>ୟୂବିଲୀ</w:t>
      </w:r>
      <w:r>
        <w:rPr>
          <w:rFonts w:ascii="Times New Roman" w:hAnsi="Times New Roman" w:eastAsia="Times New Roman" w:cs="Times New Roman"/>
        </w:rPr>
        <w:t xml:space="preserve"> </w:t>
      </w:r>
      <w:r>
        <w:rPr>
          <w:rFonts w:ascii="Nirmala UI" w:hAnsi="Nirmala UI" w:eastAsia="Nirmala UI" w:cs="Nirmala UI"/>
        </w:rPr>
        <w:t>ଚକ୍ର</w:t>
      </w:r>
      <w:r>
        <w:rPr>
          <w:rFonts w:ascii="Times New Roman" w:hAnsi="Times New Roman" w:eastAsia="Times New Roman" w:cs="Times New Roman"/>
        </w:rPr>
        <w:t xml:space="preserve"> </w:t>
      </w:r>
      <w:r>
        <w:rPr>
          <w:rFonts w:ascii="Nirmala UI" w:hAnsi="Nirmala UI" w:eastAsia="Nirmala UI" w:cs="Nirmala UI"/>
        </w:rPr>
        <w:t>୬୨୨</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କ୍ରୀଷ୍ଟାବ୍ଦରେ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ତିରିଶତମ</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ଯିହେଜ୍କେଲ</w:t>
      </w:r>
      <w:r>
        <w:rPr>
          <w:rFonts w:ascii="Times New Roman" w:hAnsi="Times New Roman" w:eastAsia="Times New Roman" w:cs="Times New Roman"/>
        </w:rPr>
        <w:t xml:space="preserve"> </w:t>
      </w:r>
      <w:r>
        <w:rPr>
          <w:rFonts w:ascii="Nirmala UI" w:hAnsi="Nirmala UI" w:eastAsia="Nirmala UI" w:cs="Nirmala UI"/>
        </w:rPr>
        <w:t>୫୯୧</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କ୍ରୀଷ୍ଟାବ୍ଦରେ</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ଯାଜକ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ପ୍ରତିଷ୍ଠିତ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୫୮୬</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କ୍ରୀଷ୍ଟାବ୍ଦରେ</w:t>
      </w:r>
      <w:r>
        <w:rPr>
          <w:rFonts w:ascii="Times New Roman" w:hAnsi="Times New Roman" w:eastAsia="Times New Roman" w:cs="Times New Roman"/>
        </w:rPr>
        <w:t xml:space="preserve"> </w:t>
      </w:r>
      <w:r>
        <w:rPr>
          <w:rFonts w:ascii="Nirmala UI" w:hAnsi="Nirmala UI" w:eastAsia="Nirmala UI" w:cs="Nirmala UI"/>
        </w:rPr>
        <w:t>ଯେରୁଶାଲେମ</w:t>
      </w:r>
      <w:r>
        <w:rPr>
          <w:rFonts w:ascii="Times New Roman" w:hAnsi="Times New Roman" w:eastAsia="Times New Roman" w:cs="Times New Roman"/>
        </w:rPr>
        <w:t xml:space="preserve"> </w:t>
      </w:r>
      <w:r>
        <w:rPr>
          <w:rFonts w:ascii="Nirmala UI" w:hAnsi="Nirmala UI" w:eastAsia="Nirmala UI" w:cs="Nirmala UI"/>
        </w:rPr>
        <w:t>ଧ୍ୱଂସ</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ଧ୍ୱଂସ</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ଖ୍ରୀଷ୍ଟାବ୍ଦ</w:t>
      </w:r>
      <w:r>
        <w:rPr>
          <w:rFonts w:ascii="Times New Roman" w:hAnsi="Times New Roman" w:eastAsia="Times New Roman" w:cs="Times New Roman"/>
        </w:rPr>
        <w:t xml:space="preserve"> </w:t>
      </w:r>
      <w:r>
        <w:rPr>
          <w:rFonts w:ascii="Nirmala UI" w:hAnsi="Nirmala UI" w:eastAsia="Nirmala UI" w:cs="Nirmala UI"/>
        </w:rPr>
        <w:t>୭୦ରେ</w:t>
      </w:r>
      <w:r>
        <w:rPr>
          <w:rFonts w:ascii="Times New Roman" w:hAnsi="Times New Roman" w:eastAsia="Times New Roman" w:cs="Times New Roman"/>
        </w:rPr>
        <w:t xml:space="preserve"> </w:t>
      </w:r>
      <w:r>
        <w:rPr>
          <w:rFonts w:ascii="Nirmala UI" w:hAnsi="Nirmala UI" w:eastAsia="Nirmala UI" w:cs="Nirmala UI"/>
        </w:rPr>
        <w:t>ଟାଇଟସଙ୍କ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ଦ୍ୱିତୀୟଥର</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ଧ୍ୱଂସ</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ଯିହେଜ୍କେଲ</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ଏକର</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ଧ୍ୱଂସରୁ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ଚାଳିଶର</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ଊଣେଇଶ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ଅଟେ।</w:t>
      </w:r>
    </w:p>
    <w:p>
      <w:pPr>
        <w:pStyle w:val="ArticleScripture"/>
        <w:jc w:val="left"/>
      </w:pPr>
      <w:r>
        <w:rPr>
          <w:rFonts w:ascii="Times New Roman" w:hAnsi="Times New Roman" w:eastAsia="Times New Roman" w:cs="Times New Roman"/>
        </w:rPr>
        <w:t>E wagagga shantamma lakkofsa bara boojiʼamu keenya keessatti, jalqaba baraa, guyyaa kudhanaffaa jiʼichaa, waggaa kudha afuraffaa erga magaalattiin rukutamtee booddee, guyyaa isuma sana harka Waaqayyo narra turee achi na geesse. Hisqiʼeel 40:1.</w:t>
      </w:r>
    </w:p>
    <w:p>
      <w:pPr>
        <w:pStyle w:val="ArticleBody"/>
        <w:jc w:val="left"/>
      </w:pPr>
      <w:r>
        <w:rPr>
          <w:rFonts w:ascii="Times New Roman" w:hAnsi="Times New Roman" w:eastAsia="Times New Roman" w:cs="Times New Roman"/>
        </w:rPr>
        <w:t>Lafa kakuu kakuudhaan waliigaltee Sanbata biyyaatiif, Waaqayyo akka “yeroo torba” abaarsa ta’u addaan baase; kunis ajajamuu dhabuu waggaa torbaffaatiif, isa Sanbata biyyaatiif. “Yeroon” waggaa dha; “waggaan” immoo guyyoota dhibba sadii fi jahaatama dha; yeroo torba immoo dhibba sadii fi jahaatama yeroo torbaa yoo ta’u, waggoota kuma lama dhibba shan fi digdama ta’a. Milleritootni jechuun “digdama shan lama” jedhu fayyadamuu baatan illee, taateewwan isaanii qulqulluun lamaan lakkoofsaan waggoota kuma lama dhibba shan fi digdama addaan baafatan.</w:t>
      </w:r>
    </w:p>
    <w:p>
      <w:pPr>
        <w:pStyle w:val="ArticleBody"/>
        <w:jc w:val="left"/>
      </w:pPr>
      <w:r>
        <w:rPr>
          <w:rFonts w:ascii="Nirmala UI" w:hAnsi="Nirmala UI" w:eastAsia="Nirmala UI" w:cs="Nirmala UI"/>
        </w:rPr>
        <w:t>ᱤᱥᱨᱟᱭᱮᱞ</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ᱮᱛᱟᱜ</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ᱭᱦᱩᱫᱟ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ᱫᱟᱠᱷᱤᱱ</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ᱞᱟᱛᱟᱨ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ᱥᱟᱹᱨᱟᱯ</w:t>
      </w:r>
      <w:r>
        <w:rPr>
          <w:rFonts w:ascii="Times New Roman" w:hAnsi="Times New Roman" w:eastAsia="Times New Roman" w:cs="Times New Roman"/>
        </w:rPr>
        <w:t xml:space="preserve"> </w:t>
      </w:r>
      <w:r>
        <w:rPr>
          <w:rFonts w:ascii="Nirmala UI" w:hAnsi="Nirmala UI" w:eastAsia="Nirmala UI" w:cs="Nirmala UI"/>
        </w:rPr>
        <w:t>ᱥᱟᱹᱜᱩᱱ</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ᱣᱤᱞᱤᱭᱟᱢ</w:t>
      </w:r>
      <w:r>
        <w:rPr>
          <w:rFonts w:ascii="Times New Roman" w:hAnsi="Times New Roman" w:eastAsia="Times New Roman" w:cs="Times New Roman"/>
        </w:rPr>
        <w:t xml:space="preserve"> </w:t>
      </w:r>
      <w:r>
        <w:rPr>
          <w:rFonts w:ascii="Nirmala UI" w:hAnsi="Nirmala UI" w:eastAsia="Nirmala UI" w:cs="Nirmala UI"/>
        </w:rPr>
        <w:t>ᱢᱤᱞᱟᱨ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ᱟᱨᱵᱟᱝ</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ᱠᱟᱹᱲᱤ</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ᱵᱷᱤᱛᱤ</w:t>
      </w:r>
      <w:r>
        <w:rPr>
          <w:rFonts w:ascii="Times New Roman" w:hAnsi="Times New Roman" w:eastAsia="Times New Roman" w:cs="Times New Roman"/>
        </w:rPr>
        <w:t>-</w:t>
      </w:r>
      <w:r>
        <w:rPr>
          <w:rFonts w:ascii="Nirmala UI" w:hAnsi="Nirmala UI" w:eastAsia="Nirmala UI" w:cs="Nirmala UI"/>
        </w:rPr>
        <w:t>ᱢᱩᱞ</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ᱟᱨᱦᱚ</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ᱟᱞᱯᱷᱟ</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ᱠᱟᱹᱲᱤ</w:t>
      </w:r>
      <w:r>
        <w:rPr>
          <w:rFonts w:ascii="Times New Roman" w:hAnsi="Times New Roman" w:eastAsia="Times New Roman" w:cs="Times New Roman"/>
        </w:rPr>
        <w:t xml:space="preserve"> </w:t>
      </w:r>
      <w:r>
        <w:rPr>
          <w:rFonts w:ascii="Nirmala UI" w:hAnsi="Nirmala UI" w:eastAsia="Nirmala UI" w:cs="Nirmala UI"/>
        </w:rPr>
        <w:t>ᱯᱟᱨᱚᱢ</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1863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ᱞᱟᱣᱫᱤᱥᱮᱭᱟᱱ</w:t>
      </w:r>
      <w:r>
        <w:rPr>
          <w:rFonts w:ascii="Times New Roman" w:hAnsi="Times New Roman" w:eastAsia="Times New Roman" w:cs="Times New Roman"/>
        </w:rPr>
        <w:t xml:space="preserve"> </w:t>
      </w:r>
      <w:r>
        <w:rPr>
          <w:rFonts w:ascii="Nirmala UI" w:hAnsi="Nirmala UI" w:eastAsia="Nirmala UI" w:cs="Nirmala UI"/>
        </w:rPr>
        <w:t>ᱥᱮᱣᱮᱱᱛᱷ</w:t>
      </w:r>
      <w:r>
        <w:rPr>
          <w:rFonts w:ascii="Times New Roman" w:hAnsi="Times New Roman" w:eastAsia="Times New Roman" w:cs="Times New Roman"/>
        </w:rPr>
        <w:t>-</w:t>
      </w:r>
      <w:r>
        <w:rPr>
          <w:rFonts w:ascii="Nirmala UI" w:hAnsi="Nirmala UI" w:eastAsia="Nirmala UI" w:cs="Nirmala UI"/>
        </w:rPr>
        <w:t>ᱫᱮ</w:t>
      </w:r>
      <w:r>
        <w:rPr>
          <w:rFonts w:ascii="Times New Roman" w:hAnsi="Times New Roman" w:eastAsia="Times New Roman" w:cs="Times New Roman"/>
        </w:rPr>
        <w:t xml:space="preserve"> </w:t>
      </w:r>
      <w:r>
        <w:rPr>
          <w:rFonts w:ascii="Nirmala UI" w:hAnsi="Nirmala UI" w:eastAsia="Nirmala UI" w:cs="Nirmala UI"/>
        </w:rPr>
        <w:t>ᱮᱰᱵᱷᱮᱱᱴᱤᱥᱴ</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ᱢᱤᱞᱟᱨ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ᱟᱵᱤᱥᱠᱟᱨ</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ᱵᱷᱤᱛᱤ</w:t>
      </w:r>
      <w:r>
        <w:rPr>
          <w:rFonts w:ascii="Times New Roman" w:hAnsi="Times New Roman" w:eastAsia="Times New Roman" w:cs="Times New Roman"/>
        </w:rPr>
        <w:t>-</w:t>
      </w:r>
      <w:r>
        <w:rPr>
          <w:rFonts w:ascii="Nirmala UI" w:hAnsi="Nirmala UI" w:eastAsia="Nirmala UI" w:cs="Nirmala UI"/>
        </w:rPr>
        <w:t>ᱢᱩᱞ</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ᱟᱜᱚᱨ</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w:t>
      </w:r>
      <w:r>
        <w:rPr>
          <w:rFonts w:ascii="Nirmala UI" w:hAnsi="Nirmala UI" w:eastAsia="Nirmala UI" w:cs="Nirmala UI"/>
        </w:rPr>
        <w:t>ᱟᱵᱤᱥᱠᱟᱨ</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ᱢᱤᱞᱟᱨᱟᱭᱤᱴ</w:t>
      </w:r>
      <w:r>
        <w:rPr>
          <w:rFonts w:ascii="Times New Roman" w:hAnsi="Times New Roman" w:eastAsia="Times New Roman" w:cs="Times New Roman"/>
        </w:rPr>
        <w:t xml:space="preserve"> </w:t>
      </w:r>
      <w:r>
        <w:rPr>
          <w:rFonts w:ascii="Nirmala UI" w:hAnsi="Nirmala UI" w:eastAsia="Nirmala UI" w:cs="Nirmala UI"/>
        </w:rPr>
        <w:t>ᱟᱱᱫᱚᱞᱚᱱ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ᱵᱷᱤᱛᱤ</w:t>
      </w:r>
      <w:r>
        <w:rPr>
          <w:rFonts w:ascii="Times New Roman" w:hAnsi="Times New Roman" w:eastAsia="Times New Roman" w:cs="Times New Roman"/>
        </w:rPr>
        <w:t>-</w:t>
      </w:r>
      <w:r>
        <w:rPr>
          <w:rFonts w:ascii="Nirmala UI" w:hAnsi="Nirmala UI" w:eastAsia="Nirmala UI" w:cs="Nirmala UI"/>
        </w:rPr>
        <w:t>ᱢᱩᱞ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ᱛᱮᱞᱟ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ᱯᱨᱮᱨᱚᱱᱟ</w:t>
      </w:r>
      <w:r>
        <w:rPr>
          <w:rFonts w:ascii="Times New Roman" w:hAnsi="Times New Roman" w:eastAsia="Times New Roman" w:cs="Times New Roman"/>
        </w:rPr>
        <w:t xml:space="preserve"> </w:t>
      </w:r>
      <w:r>
        <w:rPr>
          <w:rFonts w:ascii="Nirmala UI" w:hAnsi="Nirmala UI" w:eastAsia="Nirmala UI" w:cs="Nirmala UI"/>
        </w:rPr>
        <w:t>ᱥᱚᱡᱷᱮ</w:t>
      </w:r>
      <w:r>
        <w:rPr>
          <w:rFonts w:ascii="Times New Roman" w:hAnsi="Times New Roman" w:eastAsia="Times New Roman" w:cs="Times New Roman"/>
        </w:rPr>
        <w:t xml:space="preserve"> </w:t>
      </w:r>
      <w:r>
        <w:rPr>
          <w:rFonts w:ascii="Nirmala UI" w:hAnsi="Nirmala UI" w:eastAsia="Nirmala UI" w:cs="Nirmala UI"/>
        </w:rPr>
        <w:t>ᱥᱟᱹᱣᱫᱷᱟᱱ</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ᱯᱟᱨᱚᱢᱼᱟ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ᱫᱤᱨᱮᱜ</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ᱢᱟᱨᱥᱟᱞ</w:t>
      </w:r>
      <w:r>
        <w:rPr>
          <w:rFonts w:ascii="Times New Roman" w:hAnsi="Times New Roman" w:eastAsia="Times New Roman" w:cs="Times New Roman"/>
        </w:rPr>
        <w:t xml:space="preserve"> </w:t>
      </w:r>
      <w:r>
        <w:rPr>
          <w:rFonts w:ascii="Nirmala UI" w:hAnsi="Nirmala UI" w:eastAsia="Nirmala UI" w:cs="Nirmala UI"/>
        </w:rPr>
        <w:t>ᱟᱜᱚᱱ</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ᱟᱠᱟᱱᱟ।</w:t>
      </w:r>
    </w:p>
    <w:p>
      <w:pPr>
        <w:pStyle w:val="ArticleBody"/>
        <w:jc w:val="left"/>
      </w:pPr>
      <w:r>
        <w:rPr>
          <w:rFonts w:ascii="Nirmala UI" w:hAnsi="Nirmala UI" w:eastAsia="Nirmala UI" w:cs="Nirmala UI"/>
        </w:rPr>
        <w:t>ବାବିଲନର</w:t>
      </w:r>
      <w:r>
        <w:rPr>
          <w:rFonts w:ascii="Times New Roman" w:hAnsi="Times New Roman" w:eastAsia="Times New Roman" w:cs="Times New Roman"/>
        </w:rPr>
        <w:t xml:space="preserve"> </w:t>
      </w:r>
      <w:r>
        <w:rPr>
          <w:rFonts w:ascii="Nirmala UI" w:hAnsi="Nirmala UI" w:eastAsia="Nirmala UI" w:cs="Nirmala UI"/>
        </w:rPr>
        <w:t>ବନ୍ଦୀତ୍ୱ</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ପୁନର୍ନିର୍ମିତ</w:t>
      </w:r>
      <w:r>
        <w:rPr>
          <w:rFonts w:ascii="Times New Roman" w:hAnsi="Times New Roman" w:eastAsia="Times New Roman" w:cs="Times New Roman"/>
        </w:rPr>
        <w:t xml:space="preserve"> </w:t>
      </w:r>
      <w:r>
        <w:rPr>
          <w:rFonts w:ascii="Nirmala UI" w:hAnsi="Nirmala UI" w:eastAsia="Nirmala UI" w:cs="Nirmala UI"/>
        </w:rPr>
        <w:t>ମନ୍ଦିରର</w:t>
      </w:r>
      <w:r>
        <w:rPr>
          <w:rFonts w:ascii="Times New Roman" w:hAnsi="Times New Roman" w:eastAsia="Times New Roman" w:cs="Times New Roman"/>
        </w:rPr>
        <w:t xml:space="preserve"> </w:t>
      </w:r>
      <w:r>
        <w:rPr>
          <w:rFonts w:ascii="Nirmala UI" w:hAnsi="Nirmala UI" w:eastAsia="Nirmala UI" w:cs="Nirmala UI"/>
        </w:rPr>
        <w:t>ଭିତ୍ତି</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ଆଜ୍ଞାର</w:t>
      </w:r>
      <w:r>
        <w:rPr>
          <w:rFonts w:ascii="Times New Roman" w:hAnsi="Times New Roman" w:eastAsia="Times New Roman" w:cs="Times New Roman"/>
        </w:rPr>
        <w:t xml:space="preserve"> </w:t>
      </w:r>
      <w:r>
        <w:rPr>
          <w:rFonts w:ascii="Nirmala UI" w:hAnsi="Nirmala UI" w:eastAsia="Nirmala UI" w:cs="Nirmala UI"/>
        </w:rPr>
        <w:t>ଇତିହାସକାଳରେ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ଆଜ୍ଞାର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ଆଜ୍ଞାର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ସମ୍ପୂର୍ଣ୍ଣ</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ନିର୍ମିତ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ଆଜ୍ଞାରେ</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ଶାବ୍ଦିକ</w:t>
      </w:r>
      <w:r>
        <w:rPr>
          <w:rFonts w:ascii="Times New Roman" w:hAnsi="Times New Roman" w:eastAsia="Times New Roman" w:cs="Times New Roman"/>
        </w:rPr>
        <w:t xml:space="preserve"> </w:t>
      </w:r>
      <w:r>
        <w:rPr>
          <w:rFonts w:ascii="Nirmala UI" w:hAnsi="Nirmala UI" w:eastAsia="Nirmala UI" w:cs="Nirmala UI"/>
        </w:rPr>
        <w:t>ଇସ୍ରାଏଲଙ୍କୁ</w:t>
      </w:r>
      <w:r>
        <w:rPr>
          <w:rFonts w:ascii="Times New Roman" w:hAnsi="Times New Roman" w:eastAsia="Times New Roman" w:cs="Times New Roman"/>
        </w:rPr>
        <w:t xml:space="preserve"> </w:t>
      </w:r>
      <w:r>
        <w:rPr>
          <w:rFonts w:ascii="Nirmala UI" w:hAnsi="Nirmala UI" w:eastAsia="Nirmala UI" w:cs="Nirmala UI"/>
        </w:rPr>
        <w:t>ଜାତୀୟ</w:t>
      </w:r>
      <w:r>
        <w:rPr>
          <w:rFonts w:ascii="Times New Roman" w:hAnsi="Times New Roman" w:eastAsia="Times New Roman" w:cs="Times New Roman"/>
        </w:rPr>
        <w:t xml:space="preserve"> </w:t>
      </w:r>
      <w:r>
        <w:rPr>
          <w:rFonts w:ascii="Nirmala UI" w:hAnsi="Nirmala UI" w:eastAsia="Nirmala UI" w:cs="Nirmala UI"/>
        </w:rPr>
        <w:t>ସାର୍ବଭୌମତ୍ୱ</w:t>
      </w:r>
      <w:r>
        <w:rPr>
          <w:rFonts w:ascii="Times New Roman" w:hAnsi="Times New Roman" w:eastAsia="Times New Roman" w:cs="Times New Roman"/>
        </w:rPr>
        <w:t xml:space="preserve"> </w:t>
      </w:r>
      <w:r>
        <w:rPr>
          <w:rFonts w:ascii="Nirmala UI" w:hAnsi="Nirmala UI" w:eastAsia="Nirmala UI" w:cs="Nirmala UI"/>
        </w:rPr>
        <w:t>ପୁନଃସ୍ଥାପିତ</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ୱିଲିଆମ</w:t>
      </w:r>
      <w:r>
        <w:rPr>
          <w:rFonts w:ascii="Times New Roman" w:hAnsi="Times New Roman" w:eastAsia="Times New Roman" w:cs="Times New Roman"/>
        </w:rPr>
        <w:t xml:space="preserve"> </w:t>
      </w:r>
      <w:r>
        <w:rPr>
          <w:rFonts w:ascii="Nirmala UI" w:hAnsi="Nirmala UI" w:eastAsia="Nirmala UI" w:cs="Nirmala UI"/>
        </w:rPr>
        <w:t>ମିଲର</w:t>
      </w:r>
      <w:r>
        <w:rPr>
          <w:rFonts w:ascii="Times New Roman" w:hAnsi="Times New Roman" w:eastAsia="Times New Roman" w:cs="Times New Roman"/>
        </w:rPr>
        <w:t xml:space="preserve"> 1798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1840 </w:t>
      </w:r>
      <w:r>
        <w:rPr>
          <w:rFonts w:ascii="Nirmala UI" w:hAnsi="Nirmala UI" w:eastAsia="Nirmala UI" w:cs="Nirmala UI"/>
        </w:rPr>
        <w:t>ମସିହା</w:t>
      </w:r>
      <w:r>
        <w:rPr>
          <w:rFonts w:ascii="Times New Roman" w:hAnsi="Times New Roman" w:eastAsia="Times New Roman" w:cs="Times New Roman"/>
        </w:rPr>
        <w:t xml:space="preserve"> </w:t>
      </w:r>
      <w:r>
        <w:rPr>
          <w:rFonts w:ascii="Nirmala UI" w:hAnsi="Nirmala UI" w:eastAsia="Nirmala UI" w:cs="Nirmala UI"/>
        </w:rPr>
        <w:t>ଅଗଷ୍ଟ</w:t>
      </w:r>
      <w:r>
        <w:rPr>
          <w:rFonts w:ascii="Times New Roman" w:hAnsi="Times New Roman" w:eastAsia="Times New Roman" w:cs="Times New Roman"/>
        </w:rPr>
        <w:t xml:space="preserve"> 11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ସାମର୍ଥ୍ୟପ୍ରାପ୍ତ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1842 </w:t>
      </w:r>
      <w:r>
        <w:rPr>
          <w:rFonts w:ascii="Nirmala UI" w:hAnsi="Nirmala UI" w:eastAsia="Nirmala UI" w:cs="Nirmala UI"/>
        </w:rPr>
        <w:t>ମସିହା</w:t>
      </w:r>
      <w:r>
        <w:rPr>
          <w:rFonts w:ascii="Times New Roman" w:hAnsi="Times New Roman" w:eastAsia="Times New Roman" w:cs="Times New Roman"/>
        </w:rPr>
        <w:t xml:space="preserve"> </w:t>
      </w:r>
      <w:r>
        <w:rPr>
          <w:rFonts w:ascii="Nirmala UI" w:hAnsi="Nirmala UI" w:eastAsia="Nirmala UI" w:cs="Nirmala UI"/>
        </w:rPr>
        <w:t>ମଇ</w:t>
      </w:r>
      <w:r>
        <w:rPr>
          <w:rFonts w:ascii="Times New Roman" w:hAnsi="Times New Roman" w:eastAsia="Times New Roman" w:cs="Times New Roman"/>
        </w:rPr>
        <w:t xml:space="preserve"> </w:t>
      </w:r>
      <w:r>
        <w:rPr>
          <w:rFonts w:ascii="Nirmala UI" w:hAnsi="Nirmala UI" w:eastAsia="Nirmala UI" w:cs="Nirmala UI"/>
        </w:rPr>
        <w:t>ମାସରେ</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1843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ଯାହାର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ଭିତ୍ତିଗୁଡ଼ିକ</w:t>
      </w:r>
      <w:r>
        <w:rPr>
          <w:rFonts w:ascii="Times New Roman" w:hAnsi="Times New Roman" w:eastAsia="Times New Roman" w:cs="Times New Roman"/>
        </w:rPr>
        <w:t xml:space="preserve"> </w:t>
      </w:r>
      <w:r>
        <w:rPr>
          <w:rFonts w:ascii="Nirmala UI" w:hAnsi="Nirmala UI" w:eastAsia="Nirmala UI" w:cs="Nirmala UI"/>
        </w:rPr>
        <w:t>ରଖାଯାଇବା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ଆସିଥିଲେ।</w:t>
      </w:r>
      <w:r>
        <w:rPr>
          <w:rFonts w:ascii="Times New Roman" w:hAnsi="Times New Roman" w:eastAsia="Times New Roman" w:cs="Times New Roman"/>
        </w:rPr>
        <w:t xml:space="preserve"> 1844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ନିରାଶାରେ</w:t>
      </w:r>
      <w:r>
        <w:rPr>
          <w:rFonts w:ascii="Times New Roman" w:hAnsi="Times New Roman" w:eastAsia="Times New Roman" w:cs="Times New Roman"/>
        </w:rPr>
        <w:t xml:space="preserve">, </w:t>
      </w:r>
      <w:r>
        <w:rPr>
          <w:rFonts w:ascii="Nirmala UI" w:hAnsi="Nirmala UI" w:eastAsia="Nirmala UI" w:cs="Nirmala UI"/>
        </w:rPr>
        <w:t>ଅର୍ଥାତ୍</w:t>
      </w:r>
      <w:r>
        <w:rPr>
          <w:rFonts w:ascii="Times New Roman" w:hAnsi="Times New Roman" w:eastAsia="Times New Roman" w:cs="Times New Roman"/>
        </w:rPr>
        <w:t xml:space="preserve"> 1844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ଆଲଫା</w:t>
      </w:r>
      <w:r>
        <w:rPr>
          <w:rFonts w:ascii="Times New Roman" w:hAnsi="Times New Roman" w:eastAsia="Times New Roman" w:cs="Times New Roman"/>
        </w:rPr>
        <w:t xml:space="preserve"> </w:t>
      </w:r>
      <w:r>
        <w:rPr>
          <w:rFonts w:ascii="Nirmala UI" w:hAnsi="Nirmala UI" w:eastAsia="Nirmala UI" w:cs="Nirmala UI"/>
        </w:rPr>
        <w:t>ନିରାଶାରେ</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କୁମାରୀମାନଙ୍କର</w:t>
      </w:r>
      <w:r>
        <w:rPr>
          <w:rFonts w:ascii="Times New Roman" w:hAnsi="Times New Roman" w:eastAsia="Times New Roman" w:cs="Times New Roman"/>
        </w:rPr>
        <w:t xml:space="preserve"> </w:t>
      </w:r>
      <w:r>
        <w:rPr>
          <w:rFonts w:ascii="Nirmala UI" w:hAnsi="Nirmala UI" w:eastAsia="Nirmala UI" w:cs="Nirmala UI"/>
        </w:rPr>
        <w:t>ଉପମାରେ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ବିଳମ୍ବ</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ଆସିଥିଲା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ଏକ୍ସେଟର</w:t>
      </w:r>
      <w:r>
        <w:rPr>
          <w:rFonts w:ascii="Times New Roman" w:hAnsi="Times New Roman" w:eastAsia="Times New Roman" w:cs="Times New Roman"/>
        </w:rPr>
        <w:t xml:space="preserve"> </w:t>
      </w:r>
      <w:r>
        <w:rPr>
          <w:rFonts w:ascii="Nirmala UI" w:hAnsi="Nirmala UI" w:eastAsia="Nirmala UI" w:cs="Nirmala UI"/>
        </w:rPr>
        <w:t>କ୍ୟାମ୍ପ</w:t>
      </w:r>
      <w:r>
        <w:rPr>
          <w:rFonts w:ascii="Times New Roman" w:hAnsi="Times New Roman" w:eastAsia="Times New Roman" w:cs="Times New Roman"/>
        </w:rPr>
        <w:t xml:space="preserve"> </w:t>
      </w:r>
      <w:r>
        <w:rPr>
          <w:rFonts w:ascii="Nirmala UI" w:hAnsi="Nirmala UI" w:eastAsia="Nirmala UI" w:cs="Nirmala UI"/>
        </w:rPr>
        <w:t>ମିଟିଂରେ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ଦୂତଙ୍କର</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ସାମର୍ଥ୍ୟପ୍ରାପ୍ତ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ହୋଇଗଲା।</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1844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ମହାନ</w:t>
      </w:r>
      <w:r>
        <w:rPr>
          <w:rFonts w:ascii="Times New Roman" w:hAnsi="Times New Roman" w:eastAsia="Times New Roman" w:cs="Times New Roman"/>
        </w:rPr>
        <w:t xml:space="preserve">, </w:t>
      </w:r>
      <w:r>
        <w:rPr>
          <w:rFonts w:ascii="Nirmala UI" w:hAnsi="Nirmala UI" w:eastAsia="Nirmala UI" w:cs="Nirmala UI"/>
        </w:rPr>
        <w:t>ଅଥବା</w:t>
      </w:r>
      <w:r>
        <w:rPr>
          <w:rFonts w:ascii="Times New Roman" w:hAnsi="Times New Roman" w:eastAsia="Times New Roman" w:cs="Times New Roman"/>
        </w:rPr>
        <w:t xml:space="preserve"> </w:t>
      </w:r>
      <w:r>
        <w:rPr>
          <w:rFonts w:ascii="Nirmala UI" w:hAnsi="Nirmala UI" w:eastAsia="Nirmala UI" w:cs="Nirmala UI"/>
        </w:rPr>
        <w:t>ଓମେଗା</w:t>
      </w:r>
      <w:r>
        <w:rPr>
          <w:rFonts w:ascii="Times New Roman" w:hAnsi="Times New Roman" w:eastAsia="Times New Roman" w:cs="Times New Roman"/>
        </w:rPr>
        <w:t xml:space="preserve"> </w:t>
      </w:r>
      <w:r>
        <w:rPr>
          <w:rFonts w:ascii="Nirmala UI" w:hAnsi="Nirmala UI" w:eastAsia="Nirmala UI" w:cs="Nirmala UI"/>
        </w:rPr>
        <w:t>ନିରାଶାରେ</w:t>
      </w:r>
      <w:r>
        <w:rPr>
          <w:rFonts w:ascii="Times New Roman" w:hAnsi="Times New Roman" w:eastAsia="Times New Roman" w:cs="Times New Roman"/>
        </w:rPr>
        <w:t xml:space="preserve">, </w:t>
      </w:r>
      <w:r>
        <w:rPr>
          <w:rFonts w:ascii="Nirmala UI" w:hAnsi="Nirmala UI" w:eastAsia="Nirmala UI" w:cs="Nirmala UI"/>
        </w:rPr>
        <w:t>ଚୁକ୍ତିର</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ହଠାତ୍</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ମନ୍ଦିରକୁ</w:t>
      </w:r>
      <w:r>
        <w:rPr>
          <w:rFonts w:ascii="Times New Roman" w:hAnsi="Times New Roman" w:eastAsia="Times New Roman" w:cs="Times New Roman"/>
        </w:rPr>
        <w:t xml:space="preserve"> </w:t>
      </w:r>
      <w:r>
        <w:rPr>
          <w:rFonts w:ascii="Nirmala UI" w:hAnsi="Nirmala UI" w:eastAsia="Nirmala UI" w:cs="Nirmala UI"/>
        </w:rPr>
        <w:t>ଆସିଥିଲେ</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ଆଜ୍ଞାରୁ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ଆଗମନରେ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ପୂରଣରେ।</w:t>
      </w:r>
    </w:p>
    <w:p>
      <w:pPr>
        <w:pStyle w:val="ArticleBody"/>
        <w:jc w:val="left"/>
      </w:pPr>
      <w:r>
        <w:rPr>
          <w:rFonts w:ascii="Times New Roman" w:hAnsi="Times New Roman" w:eastAsia="Times New Roman" w:cs="Times New Roman"/>
        </w:rPr>
        <w:t>Josiah jechuun ‘bu’uura Waaqayyoo’ jechuudha. Mootii Yosiyaas ta’uus ta’ee Yosiyaas Liich yoo ta’e; lamaan isaanii iyyuu akkuma seenaa labsii jalqabaa keessatti bakka bu’anii fi akkuma ayyaana birraa keessaa kanneen keessaa Seera Lewwota boqonnaa digdamii sadii lakkoofsa digdamii lama jalqabaa keessatti ibsamanitti, mallattoolee bu’uuraa dha. Bu’uurris, ayyaanni birraas, labsiin jalqabaas hundi isaanii 1840 fi aangoo ergamaa jalqabaa kennamuu kan agarsiisan mallattoolee dha. Onkoloolessa 22, 573 Dh.K.B. akkuma Hisqi’eel boqonnaa afurtamaa fi lakkoofsa tokkotti ibsame, Onkoloolessa 22, 1844 fi murtiin warra du’anii itti banameef mallattoo dha; akkasumas Fulbaana 11, 2001 yeroo murtiin warra jiraatanii itti banametti mallattoo dha. Namni barruulee kana hordofaa ture kam iyyuu hojii irra oolmaa ani fayyadamaa jiru beekuu qaba.</w:t>
      </w:r>
    </w:p>
    <w:p>
      <w:pPr>
        <w:pStyle w:val="ArticleBody"/>
        <w:jc w:val="left"/>
      </w:pPr>
      <w:r>
        <w:rPr>
          <w:rFonts w:ascii="Nirmala UI" w:hAnsi="Nirmala UI" w:eastAsia="Nirmala UI" w:cs="Nirmala UI"/>
        </w:rPr>
        <w:t>ହେଜକିଏଲ</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ଲେଖନୀରେ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ପାଇଥିବା</w:t>
      </w:r>
      <w:r>
        <w:rPr>
          <w:rFonts w:ascii="Times New Roman" w:hAnsi="Times New Roman" w:eastAsia="Times New Roman" w:cs="Times New Roman"/>
        </w:rPr>
        <w:t xml:space="preserve"> </w:t>
      </w:r>
      <w:r>
        <w:rPr>
          <w:rFonts w:ascii="Nirmala UI" w:hAnsi="Nirmala UI" w:eastAsia="Nirmala UI" w:cs="Nirmala UI"/>
        </w:rPr>
        <w:t>ଭବିଷ୍ୟଦ୍ବାଣୀମୟ</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ଅଟନ୍ତି।</w:t>
      </w:r>
      <w:r>
        <w:rPr>
          <w:rFonts w:ascii="Times New Roman" w:hAnsi="Times New Roman" w:eastAsia="Times New Roman" w:cs="Times New Roman"/>
        </w:rPr>
        <w:t xml:space="preserve"> </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ପଚିଶ</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ପୁରୁଷ</w:t>
      </w:r>
      <w:r>
        <w:rPr>
          <w:rFonts w:ascii="Times New Roman" w:hAnsi="Times New Roman" w:eastAsia="Times New Roman" w:cs="Times New Roman"/>
        </w:rPr>
        <w:t xml:space="preserve"> </w:t>
      </w:r>
      <w:r>
        <w:rPr>
          <w:rFonts w:ascii="Nirmala UI" w:hAnsi="Nirmala UI" w:eastAsia="Nirmala UI" w:cs="Nirmala UI"/>
        </w:rPr>
        <w:t>ସୂର୍ଯ୍ୟଙ୍କୁ</w:t>
      </w:r>
      <w:r>
        <w:rPr>
          <w:rFonts w:ascii="Times New Roman" w:hAnsi="Times New Roman" w:eastAsia="Times New Roman" w:cs="Times New Roman"/>
        </w:rPr>
        <w:t xml:space="preserve"> </w:t>
      </w:r>
      <w:r>
        <w:rPr>
          <w:rFonts w:ascii="Nirmala UI" w:hAnsi="Nirmala UI" w:eastAsia="Nirmala UI" w:cs="Nirmala UI"/>
        </w:rPr>
        <w:t>ନମସ୍କାର</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ବେଳେ</w:t>
      </w:r>
      <w:r>
        <w:rPr>
          <w:rFonts w:ascii="Times New Roman" w:hAnsi="Times New Roman" w:eastAsia="Times New Roman" w:cs="Times New Roman"/>
        </w:rPr>
        <w:t xml:space="preserve"> </w:t>
      </w:r>
      <w:r>
        <w:rPr>
          <w:rFonts w:ascii="Nirmala UI" w:hAnsi="Nirmala UI" w:eastAsia="Nirmala UI" w:cs="Nirmala UI"/>
        </w:rPr>
        <w:t>ହେଜକିଏଲ</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ଅଧ୍ୟାୟମାନଙ୍କରେ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ମୋହର</w:t>
      </w:r>
      <w:r>
        <w:rPr>
          <w:rFonts w:ascii="Times New Roman" w:hAnsi="Times New Roman" w:eastAsia="Times New Roman" w:cs="Times New Roman"/>
        </w:rPr>
        <w:t xml:space="preserve"> </w:t>
      </w:r>
      <w:r>
        <w:rPr>
          <w:rFonts w:ascii="Nirmala UI" w:hAnsi="Nirmala UI" w:eastAsia="Nirmala UI" w:cs="Nirmala UI"/>
        </w:rPr>
        <w:t>ଲଗାଇବା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ବଧ</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ଅନୁସରେ</w:t>
      </w:r>
      <w:r>
        <w:rPr>
          <w:rFonts w:ascii="Times New Roman" w:hAnsi="Times New Roman" w:eastAsia="Times New Roman" w:cs="Times New Roman"/>
        </w:rPr>
        <w:t xml:space="preserve">’ </w:t>
      </w:r>
      <w:r>
        <w:rPr>
          <w:rFonts w:ascii="Nirmala UI" w:hAnsi="Nirmala UI" w:eastAsia="Nirmala UI" w:cs="Nirmala UI"/>
        </w:rPr>
        <w:t>ଯେରୁଶାଲେମ</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ଆଣାଗଲା</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Ellen White </w:t>
      </w:r>
      <w:r>
        <w:rPr>
          <w:rFonts w:ascii="Nirmala UI" w:hAnsi="Nirmala UI" w:eastAsia="Nirmala UI" w:cs="Nirmala UI"/>
        </w:rPr>
        <w:t>ସପ୍ତମ</w:t>
      </w:r>
      <w:r>
        <w:rPr>
          <w:rFonts w:ascii="Times New Roman" w:hAnsi="Times New Roman" w:eastAsia="Times New Roman" w:cs="Times New Roman"/>
        </w:rPr>
        <w:t>-</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ଆଡଭେଣ୍ଟିଷ୍ଟ</w:t>
      </w:r>
      <w:r>
        <w:rPr>
          <w:rFonts w:ascii="Times New Roman" w:hAnsi="Times New Roman" w:eastAsia="Times New Roman" w:cs="Times New Roman"/>
        </w:rPr>
        <w:t xml:space="preserve"> </w:t>
      </w:r>
      <w:r>
        <w:rPr>
          <w:rFonts w:ascii="Nirmala UI" w:hAnsi="Nirmala UI" w:eastAsia="Nirmala UI" w:cs="Nirmala UI"/>
        </w:rPr>
        <w:t>ମଣ୍ଡଳୀ</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ଏଗାରୋଟି</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ହେଜକିଏଲଙ୍କୁ</w:t>
      </w:r>
      <w:r>
        <w:rPr>
          <w:rFonts w:ascii="Times New Roman" w:hAnsi="Times New Roman" w:eastAsia="Times New Roman" w:cs="Times New Roman"/>
        </w:rPr>
        <w:t xml:space="preserve"> </w:t>
      </w:r>
      <w:r>
        <w:rPr>
          <w:rFonts w:ascii="Nirmala UI" w:hAnsi="Nirmala UI" w:eastAsia="Nirmala UI" w:cs="Nirmala UI"/>
        </w:rPr>
        <w:t>ସ୍ୱର୍ଗୀୟ</w:t>
      </w:r>
      <w:r>
        <w:rPr>
          <w:rFonts w:ascii="Times New Roman" w:hAnsi="Times New Roman" w:eastAsia="Times New Roman" w:cs="Times New Roman"/>
        </w:rPr>
        <w:t xml:space="preserve"> </w:t>
      </w:r>
      <w:r>
        <w:rPr>
          <w:rFonts w:ascii="Nirmala UI" w:hAnsi="Nirmala UI" w:eastAsia="Nirmala UI" w:cs="Nirmala UI"/>
        </w:rPr>
        <w:t>ପବିତ୍ରସ୍ଥାନରେ</w:t>
      </w:r>
      <w:r>
        <w:rPr>
          <w:rFonts w:ascii="Times New Roman" w:hAnsi="Times New Roman" w:eastAsia="Times New Roman" w:cs="Times New Roman"/>
        </w:rPr>
        <w:t xml:space="preserve"> </w:t>
      </w:r>
      <w:r>
        <w:rPr>
          <w:rFonts w:ascii="Nirmala UI" w:hAnsi="Nirmala UI" w:eastAsia="Nirmala UI" w:cs="Nirmala UI"/>
        </w:rPr>
        <w:t>ଆଣାଯାଇଥିଲା</w:t>
      </w:r>
      <w:r>
        <w:rPr>
          <w:rFonts w:ascii="Times New Roman" w:hAnsi="Times New Roman" w:eastAsia="Times New Roman" w:cs="Times New Roman"/>
        </w:rPr>
        <w:t xml:space="preserve"> </w:t>
      </w:r>
      <w:r>
        <w:rPr>
          <w:rFonts w:ascii="Nirmala UI" w:hAnsi="Nirmala UI" w:eastAsia="Nirmala UI" w:cs="Nirmala UI"/>
        </w:rPr>
        <w:t>ଯେଣ୍ତା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ନିର୍ଦ୍ଦେଶଗୁଡ଼ିକ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1844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ମିଲେରୀୟମାନଙ୍କୁ</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ଡାକ</w:t>
      </w:r>
      <w:r>
        <w:rPr>
          <w:rFonts w:ascii="Times New Roman" w:hAnsi="Times New Roman" w:eastAsia="Times New Roman" w:cs="Times New Roman"/>
        </w:rPr>
        <w:t xml:space="preserve"> </w:t>
      </w:r>
      <w:r>
        <w:rPr>
          <w:rFonts w:ascii="Nirmala UI" w:hAnsi="Nirmala UI" w:eastAsia="Nirmala UI" w:cs="Nirmala UI"/>
        </w:rPr>
        <w:t>ଦିଆଯାଇଥିଲା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ବର୍ତ୍ତମାନ</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ଆନ୍ଦୋଳନକୁ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ଡାକ</w:t>
      </w:r>
      <w:r>
        <w:rPr>
          <w:rFonts w:ascii="Times New Roman" w:hAnsi="Times New Roman" w:eastAsia="Times New Roman" w:cs="Times New Roman"/>
        </w:rPr>
        <w:t xml:space="preserve"> </w:t>
      </w:r>
      <w:r>
        <w:rPr>
          <w:rFonts w:ascii="Nirmala UI" w:hAnsi="Nirmala UI" w:eastAsia="Nirmala UI" w:cs="Nirmala UI"/>
        </w:rPr>
        <w:t>ଦିଆଯାଉଛି।</w:t>
      </w:r>
    </w:p>
    <w:p>
      <w:pPr>
        <w:pStyle w:val="ArticleScripture"/>
        <w:jc w:val="left"/>
      </w:pP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ଯିହିଜ୍କେଲ</w:t>
      </w:r>
      <w:r>
        <w:rPr>
          <w:rFonts w:ascii="Times New Roman" w:hAnsi="Times New Roman" w:eastAsia="Times New Roman" w:cs="Times New Roman"/>
        </w:rPr>
        <w:t xml:space="preserve"> </w:t>
      </w:r>
      <w:r>
        <w:rPr>
          <w:rFonts w:ascii="Nirmala UI" w:hAnsi="Nirmala UI" w:eastAsia="Nirmala UI" w:cs="Nirmala UI"/>
        </w:rPr>
        <w:t>ତୁମ୍ଭମାନଙ୍କ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ଅଟନ୍ତି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ଅନୁସାରେ</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ଘଟିବ</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ଜାଣିବ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ପରମେଶ୍ୱର</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ଯିହିଜ୍କେଲ</w:t>
      </w:r>
      <w:r>
        <w:rPr>
          <w:rFonts w:ascii="Times New Roman" w:hAnsi="Times New Roman" w:eastAsia="Times New Roman" w:cs="Times New Roman"/>
        </w:rPr>
        <w:t xml:space="preserve"> 24:24</w:t>
      </w:r>
      <w:r>
        <w:rPr>
          <w:rFonts w:ascii="Nirmala UI" w:hAnsi="Nirmala UI" w:eastAsia="Nirmala UI" w:cs="Nirmala UI"/>
        </w:rPr>
        <w:t>।</w:t>
      </w:r>
    </w:p>
    <w:p>
      <w:pPr>
        <w:pStyle w:val="ArticleHeading"/>
        <w:jc w:val="left"/>
      </w:pPr>
      <w:r>
        <w:rPr>
          <w:rFonts w:ascii="Nirmala UI" w:hAnsi="Nirmala UI" w:eastAsia="Nirmala UI" w:cs="Nirmala UI"/>
        </w:rPr>
        <w:t>ᱚᱱᱟ</w:t>
      </w:r>
      <w:r>
        <w:rPr>
          <w:rFonts w:ascii="Arial" w:hAnsi="Arial" w:eastAsia="Arial" w:cs="Arial"/>
        </w:rPr>
        <w:t xml:space="preserve"> </w:t>
      </w:r>
      <w:r>
        <w:rPr>
          <w:rFonts w:ascii="Nirmala UI" w:hAnsi="Nirmala UI" w:eastAsia="Nirmala UI" w:cs="Nirmala UI"/>
        </w:rPr>
        <w:t>ᱡᱚᱠᱷᱚᱱ</w:t>
      </w:r>
      <w:r>
        <w:rPr>
          <w:rFonts w:ascii="Arial" w:hAnsi="Arial" w:eastAsia="Arial" w:cs="Arial"/>
        </w:rPr>
        <w:t xml:space="preserve"> </w:t>
      </w:r>
      <w:r>
        <w:rPr>
          <w:rFonts w:ascii="Nirmala UI" w:hAnsi="Nirmala UI" w:eastAsia="Nirmala UI" w:cs="Nirmala UI"/>
        </w:rPr>
        <w:t>ᱦᱤᱡᱩᱜᱼᱟ</w:t>
      </w:r>
    </w:p>
    <w:p>
      <w:pPr>
        <w:pStyle w:val="ArticleBody"/>
        <w:jc w:val="left"/>
      </w:pP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ᱢᱟᱦᱟᱸᱨᱮ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ᱫᱟᱹᱭᱤ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ᱮᱡᱮᱠᱤᱭᱮᱞ</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ᱡᱤᱱᱤᱥ</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ᱛᱚᱠᱷᱚᱱ</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ᱮᱡᱮᱠᱤᱭᱮᱞ</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ᱦᱟᱛᱤᱧ</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ᱢᱮᱱ</w:t>
      </w:r>
      <w:r>
        <w:rPr>
          <w:rFonts w:ascii="Times New Roman" w:hAnsi="Times New Roman" w:eastAsia="Times New Roman" w:cs="Times New Roman"/>
        </w:rPr>
        <w:t xml:space="preserve"> </w:t>
      </w:r>
      <w:r>
        <w:rPr>
          <w:rFonts w:ascii="Nirmala UI" w:hAnsi="Nirmala UI" w:eastAsia="Nirmala UI" w:cs="Nirmala UI"/>
        </w:rPr>
        <w:t>ᱮᱡᱮᱠᱤᱭᱮᱞ</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ᱥᱚ</w:t>
      </w:r>
      <w:r>
        <w:rPr>
          <w:rFonts w:ascii="Times New Roman" w:hAnsi="Times New Roman" w:eastAsia="Times New Roman" w:cs="Times New Roman"/>
        </w:rPr>
        <w:t xml:space="preserve"> </w:t>
      </w:r>
      <w:r>
        <w:rPr>
          <w:rFonts w:ascii="Nirmala UI" w:hAnsi="Nirmala UI" w:eastAsia="Nirmala UI" w:cs="Nirmala UI"/>
        </w:rPr>
        <w:t>ᱪᱟᱹᱞᱤᱥ</w:t>
      </w:r>
      <w:r>
        <w:rPr>
          <w:rFonts w:ascii="Times New Roman" w:hAnsi="Times New Roman" w:eastAsia="Times New Roman" w:cs="Times New Roman"/>
        </w:rPr>
        <w:t xml:space="preserve"> </w:t>
      </w:r>
      <w:r>
        <w:rPr>
          <w:rFonts w:ascii="Nirmala UI" w:hAnsi="Nirmala UI" w:eastAsia="Nirmala UI" w:cs="Nirmala UI"/>
        </w:rPr>
        <w:t>ᱪᱟᱨ</w:t>
      </w:r>
      <w:r>
        <w:rPr>
          <w:rFonts w:ascii="Times New Roman" w:hAnsi="Times New Roman" w:eastAsia="Times New Roman" w:cs="Times New Roman"/>
        </w:rPr>
        <w:t xml:space="preserve"> </w:t>
      </w:r>
      <w:r>
        <w:rPr>
          <w:rFonts w:ascii="Nirmala UI" w:hAnsi="Nirmala UI" w:eastAsia="Nirmala UI" w:cs="Nirmala UI"/>
        </w:rPr>
        <w:t>ᱦᱟᱡᱟᱨ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ᱮᱢᱚᱱ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ᱥᱛᱚᱨ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ᱵᱤᱥᱣᱟᱥ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ᱥᱟᱨᱦᱟᱣ</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ᱯᱟᱵᱤᱛᱨ</w:t>
      </w:r>
      <w:r>
        <w:rPr>
          <w:rFonts w:ascii="Times New Roman" w:hAnsi="Times New Roman" w:eastAsia="Times New Roman" w:cs="Times New Roman"/>
        </w:rPr>
        <w:t xml:space="preserve"> </w:t>
      </w:r>
      <w:r>
        <w:rPr>
          <w:rFonts w:ascii="Nirmala UI" w:hAnsi="Nirmala UI" w:eastAsia="Nirmala UI" w:cs="Nirmala UI"/>
        </w:rPr>
        <w:t>ᱟᱥᱟᱜᱩᱛ</w:t>
      </w:r>
      <w:r>
        <w:rPr>
          <w:rFonts w:ascii="Times New Roman" w:hAnsi="Times New Roman" w:eastAsia="Times New Roman" w:cs="Times New Roman"/>
        </w:rPr>
        <w:t xml:space="preserve"> </w:t>
      </w:r>
      <w:r>
        <w:rPr>
          <w:rFonts w:ascii="Nirmala UI" w:hAnsi="Nirmala UI" w:eastAsia="Nirmala UI" w:cs="Nirmala UI"/>
        </w:rPr>
        <w:t>ᱫᱚᱦᱚᱭᱟ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ᱮᱡᱮᱠᱤᱭᱮᱞ</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ᱚᱞ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ᱢᱟᱦᱟᱸᱨᱮ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ᱯᱟᱵᱤᱛᱨ</w:t>
      </w:r>
      <w:r>
        <w:rPr>
          <w:rFonts w:ascii="Times New Roman" w:hAnsi="Times New Roman" w:eastAsia="Times New Roman" w:cs="Times New Roman"/>
        </w:rPr>
        <w:t xml:space="preserve"> </w:t>
      </w:r>
      <w:r>
        <w:rPr>
          <w:rFonts w:ascii="Nirmala UI" w:hAnsi="Nirmala UI" w:eastAsia="Nirmala UI" w:cs="Nirmala UI"/>
        </w:rPr>
        <w:t>ᱦᱟᱹᱨᱛᱟᱹᱞ</w:t>
      </w:r>
      <w:r>
        <w:rPr>
          <w:rFonts w:ascii="Times New Roman" w:hAnsi="Times New Roman" w:eastAsia="Times New Roman" w:cs="Times New Roman"/>
        </w:rPr>
        <w:t xml:space="preserve"> </w:t>
      </w:r>
      <w:r>
        <w:rPr>
          <w:rFonts w:ascii="Nirmala UI" w:hAnsi="Nirmala UI" w:eastAsia="Nirmala UI" w:cs="Nirmala UI"/>
        </w:rPr>
        <w:t>ᱜᱷᱚᱴᱚᱱᱟ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ᱪᱤᱱᱦᱟᱹᱣᱟ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ᱥᱚ</w:t>
      </w:r>
      <w:r>
        <w:rPr>
          <w:rFonts w:ascii="Times New Roman" w:hAnsi="Times New Roman" w:eastAsia="Times New Roman" w:cs="Times New Roman"/>
        </w:rPr>
        <w:t xml:space="preserve"> </w:t>
      </w:r>
      <w:r>
        <w:rPr>
          <w:rFonts w:ascii="Nirmala UI" w:hAnsi="Nirmala UI" w:eastAsia="Nirmala UI" w:cs="Nirmala UI"/>
        </w:rPr>
        <w:t>ᱪᱟᱹᱞᱤᱥ</w:t>
      </w:r>
      <w:r>
        <w:rPr>
          <w:rFonts w:ascii="Times New Roman" w:hAnsi="Times New Roman" w:eastAsia="Times New Roman" w:cs="Times New Roman"/>
        </w:rPr>
        <w:t xml:space="preserve"> </w:t>
      </w:r>
      <w:r>
        <w:rPr>
          <w:rFonts w:ascii="Nirmala UI" w:hAnsi="Nirmala UI" w:eastAsia="Nirmala UI" w:cs="Nirmala UI"/>
        </w:rPr>
        <w:t>ᱪᱟᱨ</w:t>
      </w:r>
      <w:r>
        <w:rPr>
          <w:rFonts w:ascii="Times New Roman" w:hAnsi="Times New Roman" w:eastAsia="Times New Roman" w:cs="Times New Roman"/>
        </w:rPr>
        <w:t xml:space="preserve"> </w:t>
      </w:r>
      <w:r>
        <w:rPr>
          <w:rFonts w:ascii="Nirmala UI" w:hAnsi="Nirmala UI" w:eastAsia="Nirmala UI" w:cs="Nirmala UI"/>
        </w:rPr>
        <w:t>ᱦᱟᱡᱟᱨ</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ᱡᱩᱲᱟᱹᱣ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ᱡᱟᱱᱟ</w:t>
      </w:r>
      <w:r>
        <w:rPr>
          <w:rFonts w:ascii="Times New Roman" w:hAnsi="Times New Roman" w:eastAsia="Times New Roman" w:cs="Times New Roman"/>
        </w:rPr>
        <w:t xml:space="preserve">, </w:t>
      </w:r>
      <w:r>
        <w:rPr>
          <w:rFonts w:ascii="Nirmala UI" w:hAnsi="Nirmala UI" w:eastAsia="Nirmala UI" w:cs="Nirmala UI"/>
        </w:rPr>
        <w:t>ᱛᱚᱠᱷᱚᱱ</w:t>
      </w:r>
      <w:r>
        <w:rPr>
          <w:rFonts w:ascii="Times New Roman" w:hAnsi="Times New Roman" w:eastAsia="Times New Roman" w:cs="Times New Roman"/>
        </w:rPr>
        <w:t xml:space="preserve"> “</w:t>
      </w:r>
      <w:r>
        <w:rPr>
          <w:rFonts w:ascii="Nirmala UI" w:hAnsi="Nirmala UI" w:eastAsia="Nirmala UI" w:cs="Nirmala UI"/>
        </w:rPr>
        <w:t>ᱟᱯᱮ</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ᱡᱟᱱᱟ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ᱯᱨᱚᱵᱷᱩ</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ᱛᱟᱱᱤᱭᱟ।</w:t>
      </w:r>
    </w:p>
    <w:p>
      <w:pPr>
        <w:pStyle w:val="ArticleBody"/>
        <w:jc w:val="left"/>
      </w:pP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ଲେଖାରେ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ଚିନ୍ତାଧାରାକୁ</w:t>
      </w:r>
      <w:r>
        <w:rPr>
          <w:rFonts w:ascii="Times New Roman" w:hAnsi="Times New Roman" w:eastAsia="Times New Roman" w:cs="Times New Roman"/>
        </w:rPr>
        <w:t xml:space="preserve"> </w:t>
      </w:r>
      <w:r>
        <w:rPr>
          <w:rFonts w:ascii="Nirmala UI" w:hAnsi="Nirmala UI" w:eastAsia="Nirmala UI" w:cs="Nirmala UI"/>
        </w:rPr>
        <w:t>ଅଗ୍ରସର</w:t>
      </w:r>
      <w:r>
        <w:rPr>
          <w:rFonts w:ascii="Times New Roman" w:hAnsi="Times New Roman" w:eastAsia="Times New Roman" w:cs="Times New Roman"/>
        </w:rPr>
        <w:t xml:space="preserve"> </w:t>
      </w:r>
      <w:r>
        <w:rPr>
          <w:rFonts w:ascii="Nirmala UI" w:hAnsi="Nirmala UI" w:eastAsia="Nirmala UI" w:cs="Nirmala UI"/>
        </w:rPr>
        <w:t>କରିବୁ।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ᱯᱟᱨᱥ ᱯᱩᱱᱤ ᱚᱱᱠᱟ ᱪᱟᱞᱤᱥ ᱨᱮᱭᱟᱜ ᱩᱠᱩ ᱠᱟᱹᱦᱱᱤ — ᱮᱠᱩᱥ ᱱᱚᱢᱵᱚᱨ</dc:title>
  <dc:subject>ᱫᱚᱥᱨᱚ ᱣᱚᱭ — ᱯᱷᱟᱨᱴ ᱮᱴ — ᱤᱡᱤᱠᱤᱭᱮᱞ ᱱᱟᱢᱵᱚᱨ ᱫᱩᱭᱤ</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