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Тарҷумаи пинҳонии ояти чилум — рақами бисту панҷ</w:t>
      </w:r>
    </w:p>
    <w:p>
      <w:pPr>
        <w:pStyle w:val="ArticleSubtitle"/>
        <w:jc w:val="left"/>
      </w:pPr>
      <w:r>
        <w:rPr>
          <w:rFonts w:ascii="Nirmala UI" w:hAnsi="Nirmala UI" w:eastAsia="Nirmala UI" w:cs="Nirmala UI"/>
        </w:rPr>
        <w:t>ଇଜିକିଏଲ୍</w:t>
      </w:r>
      <w:r>
        <w:rPr>
          <w:rFonts w:ascii="Arial" w:hAnsi="Arial" w:eastAsia="Arial" w:cs="Arial"/>
        </w:rPr>
        <w:t xml:space="preserve"> </w:t>
      </w:r>
      <w:r>
        <w:rPr>
          <w:rFonts w:ascii="Nirmala UI" w:hAnsi="Nirmala UI" w:eastAsia="Nirmala UI" w:cs="Nirmala UI"/>
        </w:rPr>
        <w:t>ସଂଖ୍ୟା</w:t>
      </w:r>
      <w:r>
        <w:rPr>
          <w:rFonts w:ascii="Arial" w:hAnsi="Arial" w:eastAsia="Arial" w:cs="Arial"/>
        </w:rPr>
        <w:t xml:space="preserve"> </w:t>
      </w:r>
      <w:r>
        <w:rPr>
          <w:rFonts w:ascii="Nirmala UI" w:hAnsi="Nirmala UI" w:eastAsia="Nirmala UI" w:cs="Nirmala UI"/>
        </w:rPr>
        <w:t>ଛଅ</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Ani kutaa Dhugaa Garaa Garaatiin wal qabatan kan muuxannoo Hisqiʼel, Isaayyaasii fi Yohannis iddoo qulqullummaa keessatti qaban wajjin walitti hidhata qabu keessaa keessaa baafachaa ture, kutaa Testimonies keessaa. Mulʼata boqonnaa tokko keessatti Yohannis sagalee duuba isaa ture arguuf garagale.</w:t>
      </w:r>
    </w:p>
    <w:p>
      <w:pPr>
        <w:pStyle w:val="ArticleScripture"/>
        <w:jc w:val="left"/>
      </w:pP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ପ୍ରଭୁଙ୍କ</w:t>
      </w:r>
      <w:r>
        <w:rPr>
          <w:rFonts w:ascii="Times New Roman" w:hAnsi="Times New Roman" w:eastAsia="Times New Roman" w:cs="Times New Roman"/>
        </w:rPr>
        <w:t xml:space="preserve"> </w:t>
      </w:r>
      <w:r>
        <w:rPr>
          <w:rFonts w:ascii="Nirmala UI" w:hAnsi="Nirmala UI" w:eastAsia="Nirmala UI" w:cs="Nirmala UI"/>
        </w:rPr>
        <w:t>ଦିନରେ</w:t>
      </w:r>
      <w:r>
        <w:rPr>
          <w:rFonts w:ascii="Times New Roman" w:hAnsi="Times New Roman" w:eastAsia="Times New Roman" w:cs="Times New Roman"/>
        </w:rPr>
        <w:t xml:space="preserve"> </w:t>
      </w:r>
      <w:r>
        <w:rPr>
          <w:rFonts w:ascii="Nirmala UI" w:hAnsi="Nirmala UI" w:eastAsia="Nirmala UI" w:cs="Nirmala UI"/>
        </w:rPr>
        <w:t>ଆତ୍ମାବିଷ୍ଟ</w:t>
      </w:r>
      <w:r>
        <w:rPr>
          <w:rFonts w:ascii="Times New Roman" w:hAnsi="Times New Roman" w:eastAsia="Times New Roman" w:cs="Times New Roman"/>
        </w:rPr>
        <w:t xml:space="preserve"> </w:t>
      </w:r>
      <w:r>
        <w:rPr>
          <w:rFonts w:ascii="Nirmala UI" w:hAnsi="Nirmala UI" w:eastAsia="Nirmala UI" w:cs="Nirmala UI"/>
        </w:rPr>
        <w:t>ହୋଇଥିଲି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ମୋର</w:t>
      </w:r>
      <w:r>
        <w:rPr>
          <w:rFonts w:ascii="Times New Roman" w:hAnsi="Times New Roman" w:eastAsia="Times New Roman" w:cs="Times New Roman"/>
        </w:rPr>
        <w:t xml:space="preserve"> </w:t>
      </w:r>
      <w:r>
        <w:rPr>
          <w:rFonts w:ascii="Nirmala UI" w:hAnsi="Nirmala UI" w:eastAsia="Nirmala UI" w:cs="Nirmala UI"/>
        </w:rPr>
        <w:t>ପଛରୁ</w:t>
      </w:r>
      <w:r>
        <w:rPr>
          <w:rFonts w:ascii="Times New Roman" w:hAnsi="Times New Roman" w:eastAsia="Times New Roman" w:cs="Times New Roman"/>
        </w:rPr>
        <w:t xml:space="preserve"> </w:t>
      </w:r>
      <w:r>
        <w:rPr>
          <w:rFonts w:ascii="Nirmala UI" w:hAnsi="Nirmala UI" w:eastAsia="Nirmala UI" w:cs="Nirmala UI"/>
        </w:rPr>
        <w:t>ତୁରୀର</w:t>
      </w:r>
      <w:r>
        <w:rPr>
          <w:rFonts w:ascii="Times New Roman" w:hAnsi="Times New Roman" w:eastAsia="Times New Roman" w:cs="Times New Roman"/>
        </w:rPr>
        <w:t xml:space="preserve"> </w:t>
      </w:r>
      <w:r>
        <w:rPr>
          <w:rFonts w:ascii="Nirmala UI" w:hAnsi="Nirmala UI" w:eastAsia="Nirmala UI" w:cs="Nirmala UI"/>
        </w:rPr>
        <w:t>ଧ୍ୱନି</w:t>
      </w:r>
      <w:r>
        <w:rPr>
          <w:rFonts w:ascii="Times New Roman" w:hAnsi="Times New Roman" w:eastAsia="Times New Roman" w:cs="Times New Roman"/>
        </w:rPr>
        <w:t xml:space="preserve"> </w:t>
      </w:r>
      <w:r>
        <w:rPr>
          <w:rFonts w:ascii="Nirmala UI" w:hAnsi="Nirmala UI" w:eastAsia="Nirmala UI" w:cs="Nirmala UI"/>
        </w:rPr>
        <w:t>ସଦୃଶ</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ଉଚ୍ଚ</w:t>
      </w:r>
      <w:r>
        <w:rPr>
          <w:rFonts w:ascii="Times New Roman" w:hAnsi="Times New Roman" w:eastAsia="Times New Roman" w:cs="Times New Roman"/>
        </w:rPr>
        <w:t xml:space="preserve"> </w:t>
      </w:r>
      <w:r>
        <w:rPr>
          <w:rFonts w:ascii="Nirmala UI" w:hAnsi="Nirmala UI" w:eastAsia="Nirmala UI" w:cs="Nirmala UI"/>
        </w:rPr>
        <w:t>ସ୍ୱର</w:t>
      </w:r>
      <w:r>
        <w:rPr>
          <w:rFonts w:ascii="Times New Roman" w:hAnsi="Times New Roman" w:eastAsia="Times New Roman" w:cs="Times New Roman"/>
        </w:rPr>
        <w:t xml:space="preserve"> </w:t>
      </w:r>
      <w:r>
        <w:rPr>
          <w:rFonts w:ascii="Nirmala UI" w:hAnsi="Nirmala UI" w:eastAsia="Nirmala UI" w:cs="Nirmala UI"/>
        </w:rPr>
        <w:t>ଶୁଣିଲି</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କହୁଥିଲା</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ଆଲ୍ଫା</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ଓମେଗା</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ତୁମେ</w:t>
      </w:r>
      <w:r>
        <w:rPr>
          <w:rFonts w:ascii="Times New Roman" w:hAnsi="Times New Roman" w:eastAsia="Times New Roman" w:cs="Times New Roman"/>
        </w:rPr>
        <w:t xml:space="preserve"> </w:t>
      </w:r>
      <w:r>
        <w:rPr>
          <w:rFonts w:ascii="Nirmala UI" w:hAnsi="Nirmala UI" w:eastAsia="Nirmala UI" w:cs="Nirmala UI"/>
        </w:rPr>
        <w:t>ଦେଖୁଛ</w:t>
      </w:r>
      <w:r>
        <w:rPr>
          <w:rFonts w:ascii="Times New Roman" w:hAnsi="Times New Roman" w:eastAsia="Times New Roman" w:cs="Times New Roman"/>
        </w:rPr>
        <w:t xml:space="preserve">, </w:t>
      </w:r>
      <w:r>
        <w:rPr>
          <w:rFonts w:ascii="Nirmala UI" w:hAnsi="Nirmala UI" w:eastAsia="Nirmala UI" w:cs="Nirmala UI"/>
        </w:rPr>
        <w:t>ତାହା</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ପୁସ୍ତକରେ</w:t>
      </w:r>
      <w:r>
        <w:rPr>
          <w:rFonts w:ascii="Times New Roman" w:hAnsi="Times New Roman" w:eastAsia="Times New Roman" w:cs="Times New Roman"/>
        </w:rPr>
        <w:t xml:space="preserve"> </w:t>
      </w:r>
      <w:r>
        <w:rPr>
          <w:rFonts w:ascii="Nirmala UI" w:hAnsi="Nirmala UI" w:eastAsia="Nirmala UI" w:cs="Nirmala UI"/>
        </w:rPr>
        <w:t>ଲେଖ</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ତାହାକୁ</w:t>
      </w:r>
      <w:r>
        <w:rPr>
          <w:rFonts w:ascii="Times New Roman" w:hAnsi="Times New Roman" w:eastAsia="Times New Roman" w:cs="Times New Roman"/>
        </w:rPr>
        <w:t xml:space="preserve"> </w:t>
      </w:r>
      <w:r>
        <w:rPr>
          <w:rFonts w:ascii="Nirmala UI" w:hAnsi="Nirmala UI" w:eastAsia="Nirmala UI" w:cs="Nirmala UI"/>
        </w:rPr>
        <w:t>ଆସିଆରେ</w:t>
      </w:r>
      <w:r>
        <w:rPr>
          <w:rFonts w:ascii="Times New Roman" w:hAnsi="Times New Roman" w:eastAsia="Times New Roman" w:cs="Times New Roman"/>
        </w:rPr>
        <w:t xml:space="preserve"> </w:t>
      </w:r>
      <w:r>
        <w:rPr>
          <w:rFonts w:ascii="Nirmala UI" w:hAnsi="Nirmala UI" w:eastAsia="Nirmala UI" w:cs="Nirmala UI"/>
        </w:rPr>
        <w:t>ଥିବା</w:t>
      </w:r>
      <w:r>
        <w:rPr>
          <w:rFonts w:ascii="Times New Roman" w:hAnsi="Times New Roman" w:eastAsia="Times New Roman" w:cs="Times New Roman"/>
        </w:rPr>
        <w:t xml:space="preserve"> </w:t>
      </w:r>
      <w:r>
        <w:rPr>
          <w:rFonts w:ascii="Nirmala UI" w:hAnsi="Nirmala UI" w:eastAsia="Nirmala UI" w:cs="Nirmala UI"/>
        </w:rPr>
        <w:t>ସାତଟି</w:t>
      </w:r>
      <w:r>
        <w:rPr>
          <w:rFonts w:ascii="Times New Roman" w:hAnsi="Times New Roman" w:eastAsia="Times New Roman" w:cs="Times New Roman"/>
        </w:rPr>
        <w:t xml:space="preserve"> </w:t>
      </w:r>
      <w:r>
        <w:rPr>
          <w:rFonts w:ascii="Nirmala UI" w:hAnsi="Nirmala UI" w:eastAsia="Nirmala UI" w:cs="Nirmala UI"/>
        </w:rPr>
        <w:t>ମଣ୍ଡଳୀଙ୍କ</w:t>
      </w:r>
      <w:r>
        <w:rPr>
          <w:rFonts w:ascii="Times New Roman" w:hAnsi="Times New Roman" w:eastAsia="Times New Roman" w:cs="Times New Roman"/>
        </w:rPr>
        <w:t xml:space="preserve"> </w:t>
      </w:r>
      <w:r>
        <w:rPr>
          <w:rFonts w:ascii="Nirmala UI" w:hAnsi="Nirmala UI" w:eastAsia="Nirmala UI" w:cs="Nirmala UI"/>
        </w:rPr>
        <w:t>ନିକଟକୁ</w:t>
      </w:r>
      <w:r>
        <w:rPr>
          <w:rFonts w:ascii="Times New Roman" w:hAnsi="Times New Roman" w:eastAsia="Times New Roman" w:cs="Times New Roman"/>
        </w:rPr>
        <w:t xml:space="preserve"> </w:t>
      </w:r>
      <w:r>
        <w:rPr>
          <w:rFonts w:ascii="Nirmala UI" w:hAnsi="Nirmala UI" w:eastAsia="Nirmala UI" w:cs="Nirmala UI"/>
        </w:rPr>
        <w:t>ପଠାଅ</w:t>
      </w:r>
      <w:r>
        <w:rPr>
          <w:rFonts w:ascii="Times New Roman" w:hAnsi="Times New Roman" w:eastAsia="Times New Roman" w:cs="Times New Roman"/>
        </w:rPr>
        <w:t xml:space="preserve">; </w:t>
      </w:r>
      <w:r>
        <w:rPr>
          <w:rFonts w:ascii="Nirmala UI" w:hAnsi="Nirmala UI" w:eastAsia="Nirmala UI" w:cs="Nirmala UI"/>
        </w:rPr>
        <w:t>ଏଫିସ</w:t>
      </w:r>
      <w:r>
        <w:rPr>
          <w:rFonts w:ascii="Times New Roman" w:hAnsi="Times New Roman" w:eastAsia="Times New Roman" w:cs="Times New Roman"/>
        </w:rPr>
        <w:t xml:space="preserve">, </w:t>
      </w:r>
      <w:r>
        <w:rPr>
          <w:rFonts w:ascii="Nirmala UI" w:hAnsi="Nirmala UI" w:eastAsia="Nirmala UI" w:cs="Nirmala UI"/>
        </w:rPr>
        <w:t>ସ୍ମୁର୍ଣ୍ଣା</w:t>
      </w:r>
      <w:r>
        <w:rPr>
          <w:rFonts w:ascii="Times New Roman" w:hAnsi="Times New Roman" w:eastAsia="Times New Roman" w:cs="Times New Roman"/>
        </w:rPr>
        <w:t xml:space="preserve">, </w:t>
      </w:r>
      <w:r>
        <w:rPr>
          <w:rFonts w:ascii="Nirmala UI" w:hAnsi="Nirmala UI" w:eastAsia="Nirmala UI" w:cs="Nirmala UI"/>
        </w:rPr>
        <w:t>ପର୍ଗାମସ</w:t>
      </w:r>
      <w:r>
        <w:rPr>
          <w:rFonts w:ascii="Times New Roman" w:hAnsi="Times New Roman" w:eastAsia="Times New Roman" w:cs="Times New Roman"/>
        </w:rPr>
        <w:t xml:space="preserve">, </w:t>
      </w:r>
      <w:r>
        <w:rPr>
          <w:rFonts w:ascii="Nirmala UI" w:hAnsi="Nirmala UI" w:eastAsia="Nirmala UI" w:cs="Nirmala UI"/>
        </w:rPr>
        <w:t>ଥୁଆତୀରା</w:t>
      </w:r>
      <w:r>
        <w:rPr>
          <w:rFonts w:ascii="Times New Roman" w:hAnsi="Times New Roman" w:eastAsia="Times New Roman" w:cs="Times New Roman"/>
        </w:rPr>
        <w:t xml:space="preserve">, </w:t>
      </w:r>
      <w:r>
        <w:rPr>
          <w:rFonts w:ascii="Nirmala UI" w:hAnsi="Nirmala UI" w:eastAsia="Nirmala UI" w:cs="Nirmala UI"/>
        </w:rPr>
        <w:t>ସାର୍ଦ୍ଦିସ</w:t>
      </w:r>
      <w:r>
        <w:rPr>
          <w:rFonts w:ascii="Times New Roman" w:hAnsi="Times New Roman" w:eastAsia="Times New Roman" w:cs="Times New Roman"/>
        </w:rPr>
        <w:t xml:space="preserve">, </w:t>
      </w:r>
      <w:r>
        <w:rPr>
          <w:rFonts w:ascii="Nirmala UI" w:hAnsi="Nirmala UI" w:eastAsia="Nirmala UI" w:cs="Nirmala UI"/>
        </w:rPr>
        <w:t>ଫିଲାଦେଲଫିଆ</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ଲାଓଦିକିଆଙ୍କ</w:t>
      </w:r>
      <w:r>
        <w:rPr>
          <w:rFonts w:ascii="Times New Roman" w:hAnsi="Times New Roman" w:eastAsia="Times New Roman" w:cs="Times New Roman"/>
        </w:rPr>
        <w:t xml:space="preserve"> </w:t>
      </w:r>
      <w:r>
        <w:rPr>
          <w:rFonts w:ascii="Nirmala UI" w:hAnsi="Nirmala UI" w:eastAsia="Nirmala UI" w:cs="Nirmala UI"/>
        </w:rPr>
        <w:t>ନିକଟକୁ।</w:t>
      </w:r>
      <w:r>
        <w:rPr>
          <w:rFonts w:ascii="Times New Roman" w:hAnsi="Times New Roman" w:eastAsia="Times New Roman" w:cs="Times New Roman"/>
        </w:rPr>
        <w:t xml:space="preserve"> </w:t>
      </w:r>
      <w:r>
        <w:rPr>
          <w:rFonts w:ascii="Nirmala UI" w:hAnsi="Nirmala UI" w:eastAsia="Nirmala UI" w:cs="Nirmala UI"/>
        </w:rPr>
        <w:t>ତାପରେ</w:t>
      </w:r>
      <w:r>
        <w:rPr>
          <w:rFonts w:ascii="Times New Roman" w:hAnsi="Times New Roman" w:eastAsia="Times New Roman" w:cs="Times New Roman"/>
        </w:rPr>
        <w:t xml:space="preserve"> </w:t>
      </w:r>
      <w:r>
        <w:rPr>
          <w:rFonts w:ascii="Nirmala UI" w:hAnsi="Nirmala UI" w:eastAsia="Nirmala UI" w:cs="Nirmala UI"/>
        </w:rPr>
        <w:t>ଯିଏ</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କହୁଥିଲେ</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ସ୍ୱରକୁ</w:t>
      </w:r>
      <w:r>
        <w:rPr>
          <w:rFonts w:ascii="Times New Roman" w:hAnsi="Times New Roman" w:eastAsia="Times New Roman" w:cs="Times New Roman"/>
        </w:rPr>
        <w:t xml:space="preserve"> </w:t>
      </w:r>
      <w:r>
        <w:rPr>
          <w:rFonts w:ascii="Nirmala UI" w:hAnsi="Nirmala UI" w:eastAsia="Nirmala UI" w:cs="Nirmala UI"/>
        </w:rPr>
        <w:t>ଦେଖିବା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ଫେରିଲି।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ଫେରି</w:t>
      </w:r>
      <w:r>
        <w:rPr>
          <w:rFonts w:ascii="Times New Roman" w:hAnsi="Times New Roman" w:eastAsia="Times New Roman" w:cs="Times New Roman"/>
        </w:rPr>
        <w:t xml:space="preserve"> </w:t>
      </w:r>
      <w:r>
        <w:rPr>
          <w:rFonts w:ascii="Nirmala UI" w:hAnsi="Nirmala UI" w:eastAsia="Nirmala UI" w:cs="Nirmala UI"/>
        </w:rPr>
        <w:t>ଦେଖିଲି</w:t>
      </w:r>
      <w:r>
        <w:rPr>
          <w:rFonts w:ascii="Times New Roman" w:hAnsi="Times New Roman" w:eastAsia="Times New Roman" w:cs="Times New Roman"/>
        </w:rPr>
        <w:t xml:space="preserve">, </w:t>
      </w:r>
      <w:r>
        <w:rPr>
          <w:rFonts w:ascii="Nirmala UI" w:hAnsi="Nirmala UI" w:eastAsia="Nirmala UI" w:cs="Nirmala UI"/>
        </w:rPr>
        <w:t>ସୁନାର</w:t>
      </w:r>
      <w:r>
        <w:rPr>
          <w:rFonts w:ascii="Times New Roman" w:hAnsi="Times New Roman" w:eastAsia="Times New Roman" w:cs="Times New Roman"/>
        </w:rPr>
        <w:t xml:space="preserve"> </w:t>
      </w:r>
      <w:r>
        <w:rPr>
          <w:rFonts w:ascii="Nirmala UI" w:hAnsi="Nirmala UI" w:eastAsia="Nirmala UI" w:cs="Nirmala UI"/>
        </w:rPr>
        <w:t>ସାତଟି</w:t>
      </w:r>
      <w:r>
        <w:rPr>
          <w:rFonts w:ascii="Times New Roman" w:hAnsi="Times New Roman" w:eastAsia="Times New Roman" w:cs="Times New Roman"/>
        </w:rPr>
        <w:t xml:space="preserve"> </w:t>
      </w:r>
      <w:r>
        <w:rPr>
          <w:rFonts w:ascii="Nirmala UI" w:hAnsi="Nirmala UI" w:eastAsia="Nirmala UI" w:cs="Nirmala UI"/>
        </w:rPr>
        <w:t>ଦୀପାଧାର।</w:t>
      </w:r>
      <w:r>
        <w:rPr>
          <w:rFonts w:ascii="Times New Roman" w:hAnsi="Times New Roman" w:eastAsia="Times New Roman" w:cs="Times New Roman"/>
        </w:rPr>
        <w:t xml:space="preserve"> </w:t>
      </w:r>
      <w:r>
        <w:rPr>
          <w:rFonts w:ascii="Nirmala UI" w:hAnsi="Nirmala UI" w:eastAsia="Nirmala UI" w:cs="Nirmala UI"/>
        </w:rPr>
        <w:t>ପ୍ରକାଶିତ</w:t>
      </w:r>
      <w:r>
        <w:rPr>
          <w:rFonts w:ascii="Times New Roman" w:hAnsi="Times New Roman" w:eastAsia="Times New Roman" w:cs="Times New Roman"/>
        </w:rPr>
        <w:t xml:space="preserve"> </w:t>
      </w:r>
      <w:r>
        <w:rPr>
          <w:rFonts w:ascii="Nirmala UI" w:hAnsi="Nirmala UI" w:eastAsia="Nirmala UI" w:cs="Nirmala UI"/>
        </w:rPr>
        <w:t>ବାକ୍ୟ</w:t>
      </w:r>
      <w:r>
        <w:rPr>
          <w:rFonts w:ascii="Times New Roman" w:hAnsi="Times New Roman" w:eastAsia="Times New Roman" w:cs="Times New Roman"/>
        </w:rPr>
        <w:t xml:space="preserve"> 1:10–12</w:t>
      </w:r>
      <w:r>
        <w:rPr>
          <w:rFonts w:ascii="Nirmala UI" w:hAnsi="Nirmala UI" w:eastAsia="Nirmala UI" w:cs="Nirmala UI"/>
        </w:rPr>
        <w:t>।</w:t>
      </w:r>
    </w:p>
    <w:p>
      <w:pPr>
        <w:pStyle w:val="ArticleBody"/>
        <w:jc w:val="left"/>
      </w:pPr>
      <w:r>
        <w:rPr>
          <w:rFonts w:ascii="Times New Roman" w:hAnsi="Times New Roman" w:eastAsia="Times New Roman" w:cs="Times New Roman"/>
        </w:rPr>
        <w:t>Nnukwue si n’Agwaetiti Patmọs banye n’ebe nsọ nke eluigwe, ebe Jọn hụrụ ọhụụ nke Kraịst ahụ Nwanneanyị White gwara anyị banyere ya, bụ otu ọhụụ ahụ ka Daniel hụrụ n’isi nke iri nke akwụkwọ ya.</w:t>
      </w:r>
    </w:p>
    <w:p>
      <w:pPr>
        <w:pStyle w:val="ArticleScripture"/>
        <w:jc w:val="left"/>
      </w:pPr>
      <w:r>
        <w:rPr>
          <w:rFonts w:ascii="Times New Roman" w:hAnsi="Times New Roman" w:eastAsia="Times New Roman" w:cs="Times New Roman"/>
        </w:rPr>
        <w:t>“‘Na gi siebri mu Daniel doŋa moŋ tare zeŋ ba. Mam da n-naaɣi buuri suŋa o, ni yuli kaa da ke mɔm nurugu ni daam kaa da ke mɔm noorii, ni mam meŋa meŋa da kuŋsi ataaŋa.... Laa ka mam yili mam ninii paɣa, ka mam la’asi, ka dii, nipaala yen clothed in linen, ka o zulii da pii ni Uphaz salima suŋa. O zugu da paa beryl wa, ni o nintaŋa da paa lightning nɛra, ni o ninii da paa bugum fitila, ni o nuusaa ni o nɔbisaa da paa polished brass nɛra, ni o gomsi noorii da paa nidiba paalgɔɔna kukuma’” (Daniel 10:2–6).</w:t>
      </w:r>
    </w:p>
    <w:p>
      <w:pPr>
        <w:pStyle w:val="ArticleScripture"/>
        <w:jc w:val="left"/>
      </w:pPr>
      <w:r>
        <w:rPr>
          <w:rFonts w:ascii="Times New Roman" w:hAnsi="Times New Roman" w:eastAsia="Times New Roman" w:cs="Times New Roman"/>
        </w:rPr>
        <w:t>“</w:t>
      </w:r>
      <w:r>
        <w:rPr>
          <w:rFonts w:ascii="Segoe UI Historic" w:hAnsi="Segoe UI Historic" w:eastAsia="Segoe UI Historic" w:cs="Segoe UI Historic"/>
        </w:rPr>
        <w:t>ܗܕܐ</w:t>
      </w:r>
      <w:r>
        <w:rPr>
          <w:rFonts w:ascii="Times New Roman" w:hAnsi="Times New Roman" w:eastAsia="Times New Roman" w:cs="Times New Roman"/>
        </w:rPr>
        <w:t xml:space="preserve"> </w:t>
      </w:r>
      <w:r>
        <w:rPr>
          <w:rFonts w:ascii="Segoe UI Historic" w:hAnsi="Segoe UI Historic" w:eastAsia="Segoe UI Historic" w:cs="Segoe UI Historic"/>
        </w:rPr>
        <w:t>ܬܫܥܝܬܐ</w:t>
      </w:r>
      <w:r>
        <w:rPr>
          <w:rFonts w:ascii="Times New Roman" w:hAnsi="Times New Roman" w:eastAsia="Times New Roman" w:cs="Times New Roman"/>
        </w:rPr>
        <w:t xml:space="preserve"> </w:t>
      </w:r>
      <w:r>
        <w:rPr>
          <w:rFonts w:ascii="Segoe UI Historic" w:hAnsi="Segoe UI Historic" w:eastAsia="Segoe UI Historic" w:cs="Segoe UI Historic"/>
        </w:rPr>
        <w:t>ܕܡܝܐ</w:t>
      </w:r>
      <w:r>
        <w:rPr>
          <w:rFonts w:ascii="Times New Roman" w:hAnsi="Times New Roman" w:eastAsia="Times New Roman" w:cs="Times New Roman"/>
        </w:rPr>
        <w:t xml:space="preserve"> </w:t>
      </w:r>
      <w:r>
        <w:rPr>
          <w:rFonts w:ascii="Segoe UI Historic" w:hAnsi="Segoe UI Historic" w:eastAsia="Segoe UI Historic" w:cs="Segoe UI Historic"/>
        </w:rPr>
        <w:t>ܠܗܝ</w:t>
      </w:r>
      <w:r>
        <w:rPr>
          <w:rFonts w:ascii="Times New Roman" w:hAnsi="Times New Roman" w:eastAsia="Times New Roman" w:cs="Times New Roman"/>
        </w:rPr>
        <w:t xml:space="preserve"> </w:t>
      </w:r>
      <w:r>
        <w:rPr>
          <w:rFonts w:ascii="Segoe UI Historic" w:hAnsi="Segoe UI Historic" w:eastAsia="Segoe UI Historic" w:cs="Segoe UI Historic"/>
        </w:rPr>
        <w:t>ܕܐܬܝܗܒܬ</w:t>
      </w:r>
      <w:r>
        <w:rPr>
          <w:rFonts w:ascii="Times New Roman" w:hAnsi="Times New Roman" w:eastAsia="Times New Roman" w:cs="Times New Roman"/>
        </w:rPr>
        <w:t xml:space="preserve"> </w:t>
      </w:r>
      <w:r>
        <w:rPr>
          <w:rFonts w:ascii="Segoe UI Historic" w:hAnsi="Segoe UI Historic" w:eastAsia="Segoe UI Historic" w:cs="Segoe UI Historic"/>
        </w:rPr>
        <w:t>ܒܝܕ</w:t>
      </w:r>
      <w:r>
        <w:rPr>
          <w:rFonts w:ascii="Times New Roman" w:hAnsi="Times New Roman" w:eastAsia="Times New Roman" w:cs="Times New Roman"/>
        </w:rPr>
        <w:t xml:space="preserve"> </w:t>
      </w:r>
      <w:r>
        <w:rPr>
          <w:rFonts w:ascii="Segoe UI Historic" w:hAnsi="Segoe UI Historic" w:eastAsia="Segoe UI Historic" w:cs="Segoe UI Historic"/>
        </w:rPr>
        <w:t>ܝܘܚܢܢ</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ܡܫܝܚܐ</w:t>
      </w:r>
      <w:r>
        <w:rPr>
          <w:rFonts w:ascii="Times New Roman" w:hAnsi="Times New Roman" w:eastAsia="Times New Roman" w:cs="Times New Roman"/>
        </w:rPr>
        <w:t xml:space="preserve"> </w:t>
      </w:r>
      <w:r>
        <w:rPr>
          <w:rFonts w:ascii="Segoe UI Historic" w:hAnsi="Segoe UI Historic" w:eastAsia="Segoe UI Historic" w:cs="Segoe UI Historic"/>
        </w:rPr>
        <w:t>ܐܬܓܠܝ</w:t>
      </w:r>
      <w:r>
        <w:rPr>
          <w:rFonts w:ascii="Times New Roman" w:hAnsi="Times New Roman" w:eastAsia="Times New Roman" w:cs="Times New Roman"/>
        </w:rPr>
        <w:t xml:space="preserve"> </w:t>
      </w:r>
      <w:r>
        <w:rPr>
          <w:rFonts w:ascii="Segoe UI Historic" w:hAnsi="Segoe UI Historic" w:eastAsia="Segoe UI Historic" w:cs="Segoe UI Historic"/>
        </w:rPr>
        <w:t>ܠܗ</w:t>
      </w:r>
      <w:r>
        <w:rPr>
          <w:rFonts w:ascii="Times New Roman" w:hAnsi="Times New Roman" w:eastAsia="Times New Roman" w:cs="Times New Roman"/>
        </w:rPr>
        <w:t xml:space="preserve"> </w:t>
      </w:r>
      <w:r>
        <w:rPr>
          <w:rFonts w:ascii="Segoe UI Historic" w:hAnsi="Segoe UI Historic" w:eastAsia="Segoe UI Historic" w:cs="Segoe UI Historic"/>
        </w:rPr>
        <w:t>ܒܓܙܪܬܐ</w:t>
      </w:r>
      <w:r>
        <w:rPr>
          <w:rFonts w:ascii="Times New Roman" w:hAnsi="Times New Roman" w:eastAsia="Times New Roman" w:cs="Times New Roman"/>
        </w:rPr>
        <w:t xml:space="preserve"> </w:t>
      </w:r>
      <w:r>
        <w:rPr>
          <w:rFonts w:ascii="Segoe UI Historic" w:hAnsi="Segoe UI Historic" w:eastAsia="Segoe UI Historic" w:cs="Segoe UI Historic"/>
        </w:rPr>
        <w:t>ܕܦܛܡܘܣ</w:t>
      </w:r>
      <w:r>
        <w:rPr>
          <w:rFonts w:ascii="Times New Roman" w:hAnsi="Times New Roman" w:eastAsia="Times New Roman" w:cs="Times New Roman"/>
        </w:rPr>
        <w:t xml:space="preserve">. </w:t>
      </w:r>
      <w:r>
        <w:rPr>
          <w:rFonts w:ascii="Segoe UI Historic" w:hAnsi="Segoe UI Historic" w:eastAsia="Segoe UI Historic" w:cs="Segoe UI Historic"/>
        </w:rPr>
        <w:t>ܠܐ</w:t>
      </w:r>
      <w:r>
        <w:rPr>
          <w:rFonts w:ascii="Times New Roman" w:hAnsi="Times New Roman" w:eastAsia="Times New Roman" w:cs="Times New Roman"/>
        </w:rPr>
        <w:t xml:space="preserve"> </w:t>
      </w:r>
      <w:r>
        <w:rPr>
          <w:rFonts w:ascii="Segoe UI Historic" w:hAnsi="Segoe UI Historic" w:eastAsia="Segoe UI Historic" w:cs="Segoe UI Historic"/>
        </w:rPr>
        <w:t>ܦܚܘܬ</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ܒܪܢܫܐ</w:t>
      </w:r>
      <w:r>
        <w:rPr>
          <w:rFonts w:ascii="Times New Roman" w:hAnsi="Times New Roman" w:eastAsia="Times New Roman" w:cs="Times New Roman"/>
        </w:rPr>
        <w:t xml:space="preserve"> </w:t>
      </w:r>
      <w:r>
        <w:rPr>
          <w:rFonts w:ascii="Segoe UI Historic" w:hAnsi="Segoe UI Historic" w:eastAsia="Segoe UI Historic" w:cs="Segoe UI Historic"/>
        </w:rPr>
        <w:t>ܕܒܪܗ</w:t>
      </w:r>
      <w:r>
        <w:rPr>
          <w:rFonts w:ascii="Times New Roman" w:hAnsi="Times New Roman" w:eastAsia="Times New Roman" w:cs="Times New Roman"/>
        </w:rPr>
        <w:t xml:space="preserve"> </w:t>
      </w:r>
      <w:r>
        <w:rPr>
          <w:rFonts w:ascii="Segoe UI Historic" w:hAnsi="Segoe UI Historic" w:eastAsia="Segoe UI Historic" w:cs="Segoe UI Historic"/>
        </w:rPr>
        <w:t>ܕܐܠܗܐ</w:t>
      </w:r>
      <w:r>
        <w:rPr>
          <w:rFonts w:ascii="Times New Roman" w:hAnsi="Times New Roman" w:eastAsia="Times New Roman" w:cs="Times New Roman"/>
        </w:rPr>
        <w:t xml:space="preserve"> </w:t>
      </w:r>
      <w:r>
        <w:rPr>
          <w:rFonts w:ascii="Segoe UI Historic" w:hAnsi="Segoe UI Historic" w:eastAsia="Segoe UI Historic" w:cs="Segoe UI Historic"/>
        </w:rPr>
        <w:t>ܐܬܚܙܝ</w:t>
      </w:r>
      <w:r>
        <w:rPr>
          <w:rFonts w:ascii="Times New Roman" w:hAnsi="Times New Roman" w:eastAsia="Times New Roman" w:cs="Times New Roman"/>
        </w:rPr>
        <w:t xml:space="preserve"> </w:t>
      </w:r>
      <w:r>
        <w:rPr>
          <w:rFonts w:ascii="Segoe UI Historic" w:hAnsi="Segoe UI Historic" w:eastAsia="Segoe UI Historic" w:cs="Segoe UI Historic"/>
        </w:rPr>
        <w:t>ܠܕܢܝܐܝܠ</w:t>
      </w:r>
      <w:r>
        <w:rPr>
          <w:rFonts w:ascii="Times New Roman" w:hAnsi="Times New Roman" w:eastAsia="Times New Roman" w:cs="Times New Roman"/>
        </w:rPr>
        <w:t xml:space="preserve">. </w:t>
      </w:r>
      <w:r>
        <w:rPr>
          <w:rFonts w:ascii="Segoe UI Historic" w:hAnsi="Segoe UI Historic" w:eastAsia="Segoe UI Historic" w:cs="Segoe UI Historic"/>
        </w:rPr>
        <w:t>ܡܪܢ</w:t>
      </w:r>
      <w:r>
        <w:rPr>
          <w:rFonts w:ascii="Times New Roman" w:hAnsi="Times New Roman" w:eastAsia="Times New Roman" w:cs="Times New Roman"/>
        </w:rPr>
        <w:t xml:space="preserve"> </w:t>
      </w:r>
      <w:r>
        <w:rPr>
          <w:rFonts w:ascii="Segoe UI Historic" w:hAnsi="Segoe UI Historic" w:eastAsia="Segoe UI Historic" w:cs="Segoe UI Historic"/>
        </w:rPr>
        <w:t>ܐܬܐ</w:t>
      </w:r>
      <w:r>
        <w:rPr>
          <w:rFonts w:ascii="Times New Roman" w:hAnsi="Times New Roman" w:eastAsia="Times New Roman" w:cs="Times New Roman"/>
        </w:rPr>
        <w:t xml:space="preserve"> </w:t>
      </w:r>
      <w:r>
        <w:rPr>
          <w:rFonts w:ascii="Segoe UI Historic" w:hAnsi="Segoe UI Historic" w:eastAsia="Segoe UI Historic" w:cs="Segoe UI Historic"/>
        </w:rPr>
        <w:t>ܥܡ</w:t>
      </w:r>
      <w:r>
        <w:rPr>
          <w:rFonts w:ascii="Times New Roman" w:hAnsi="Times New Roman" w:eastAsia="Times New Roman" w:cs="Times New Roman"/>
        </w:rPr>
        <w:t xml:space="preserve"> </w:t>
      </w:r>
      <w:r>
        <w:rPr>
          <w:rFonts w:ascii="Segoe UI Historic" w:hAnsi="Segoe UI Historic" w:eastAsia="Segoe UI Historic" w:cs="Segoe UI Historic"/>
        </w:rPr>
        <w:t>ܐܝܙܓܕܐ</w:t>
      </w:r>
      <w:r>
        <w:rPr>
          <w:rFonts w:ascii="Times New Roman" w:hAnsi="Times New Roman" w:eastAsia="Times New Roman" w:cs="Times New Roman"/>
        </w:rPr>
        <w:t xml:space="preserve"> </w:t>
      </w:r>
      <w:r>
        <w:rPr>
          <w:rFonts w:ascii="Segoe UI Historic" w:hAnsi="Segoe UI Historic" w:eastAsia="Segoe UI Historic" w:cs="Segoe UI Historic"/>
        </w:rPr>
        <w:t>ܐܚܪܢܐ</w:t>
      </w:r>
      <w:r>
        <w:rPr>
          <w:rFonts w:ascii="Times New Roman" w:hAnsi="Times New Roman" w:eastAsia="Times New Roman" w:cs="Times New Roman"/>
        </w:rPr>
        <w:t xml:space="preserve"> </w:t>
      </w:r>
      <w:r>
        <w:rPr>
          <w:rFonts w:ascii="Segoe UI Historic" w:hAnsi="Segoe UI Historic" w:eastAsia="Segoe UI Historic" w:cs="Segoe UI Historic"/>
        </w:rPr>
        <w:t>ܫܡܝܢܐ</w:t>
      </w:r>
      <w:r>
        <w:rPr>
          <w:rFonts w:ascii="Times New Roman" w:hAnsi="Times New Roman" w:eastAsia="Times New Roman" w:cs="Times New Roman"/>
        </w:rPr>
        <w:t xml:space="preserve"> </w:t>
      </w:r>
      <w:r>
        <w:rPr>
          <w:rFonts w:ascii="Segoe UI Historic" w:hAnsi="Segoe UI Historic" w:eastAsia="Segoe UI Historic" w:cs="Segoe UI Historic"/>
        </w:rPr>
        <w:t>ܕܢܠܦ</w:t>
      </w:r>
      <w:r>
        <w:rPr>
          <w:rFonts w:ascii="Times New Roman" w:hAnsi="Times New Roman" w:eastAsia="Times New Roman" w:cs="Times New Roman"/>
        </w:rPr>
        <w:t xml:space="preserve"> </w:t>
      </w:r>
      <w:r>
        <w:rPr>
          <w:rFonts w:ascii="Segoe UI Historic" w:hAnsi="Segoe UI Historic" w:eastAsia="Segoe UI Historic" w:cs="Segoe UI Historic"/>
        </w:rPr>
        <w:t>ܠܕܢܝܐܝܠ</w:t>
      </w:r>
      <w:r>
        <w:rPr>
          <w:rFonts w:ascii="Times New Roman" w:hAnsi="Times New Roman" w:eastAsia="Times New Roman" w:cs="Times New Roman"/>
        </w:rPr>
        <w:t xml:space="preserve"> </w:t>
      </w:r>
      <w:r>
        <w:rPr>
          <w:rFonts w:ascii="Segoe UI Historic" w:hAnsi="Segoe UI Historic" w:eastAsia="Segoe UI Historic" w:cs="Segoe UI Historic"/>
        </w:rPr>
        <w:t>ܡܕܡ</w:t>
      </w:r>
      <w:r>
        <w:rPr>
          <w:rFonts w:ascii="Times New Roman" w:hAnsi="Times New Roman" w:eastAsia="Times New Roman" w:cs="Times New Roman"/>
        </w:rPr>
        <w:t xml:space="preserve"> </w:t>
      </w:r>
      <w:r>
        <w:rPr>
          <w:rFonts w:ascii="Segoe UI Historic" w:hAnsi="Segoe UI Historic" w:eastAsia="Segoe UI Historic" w:cs="Segoe UI Historic"/>
        </w:rPr>
        <w:t>ܕܥܬܝܕ</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ܕܢܗܘܐ</w:t>
      </w:r>
      <w:r>
        <w:rPr>
          <w:rFonts w:ascii="Times New Roman" w:hAnsi="Times New Roman" w:eastAsia="Times New Roman" w:cs="Times New Roman"/>
        </w:rPr>
        <w:t xml:space="preserve"> </w:t>
      </w:r>
      <w:r>
        <w:rPr>
          <w:rFonts w:ascii="Segoe UI Historic" w:hAnsi="Segoe UI Historic" w:eastAsia="Segoe UI Historic" w:cs="Segoe UI Historic"/>
        </w:rPr>
        <w:t>ܒܝܘܡܬܐ</w:t>
      </w:r>
      <w:r>
        <w:rPr>
          <w:rFonts w:ascii="Times New Roman" w:hAnsi="Times New Roman" w:eastAsia="Times New Roman" w:cs="Times New Roman"/>
        </w:rPr>
        <w:t xml:space="preserve"> </w:t>
      </w:r>
      <w:r>
        <w:rPr>
          <w:rFonts w:ascii="Segoe UI Historic" w:hAnsi="Segoe UI Historic" w:eastAsia="Segoe UI Historic" w:cs="Segoe UI Historic"/>
        </w:rPr>
        <w:t>ܐܚܪ</w:t>
      </w:r>
      <w:r>
        <w:rPr>
          <w:rFonts w:ascii="Times New Roman" w:hAnsi="Times New Roman" w:eastAsia="Times New Roman" w:cs="Times New Roman"/>
        </w:rPr>
        <w:t>̈</w:t>
      </w:r>
      <w:r>
        <w:rPr>
          <w:rFonts w:ascii="Segoe UI Historic" w:hAnsi="Segoe UI Historic" w:eastAsia="Segoe UI Historic" w:cs="Segoe UI Historic"/>
        </w:rPr>
        <w:t>ܝܐ</w:t>
      </w:r>
      <w:r>
        <w:rPr>
          <w:rFonts w:ascii="Times New Roman" w:hAnsi="Times New Roman" w:eastAsia="Times New Roman" w:cs="Times New Roman"/>
        </w:rPr>
        <w:t>.” Sanctified Life, 49.</w:t>
      </w:r>
    </w:p>
    <w:p>
      <w:pPr>
        <w:pStyle w:val="ArticleBody"/>
        <w:jc w:val="left"/>
      </w:pP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ନଅଟି</w:t>
      </w:r>
      <w:r>
        <w:rPr>
          <w:rFonts w:ascii="Times New Roman" w:hAnsi="Times New Roman" w:eastAsia="Times New Roman" w:cs="Times New Roman"/>
        </w:rPr>
        <w:t xml:space="preserve"> </w:t>
      </w:r>
      <w:r>
        <w:rPr>
          <w:rFonts w:ascii="Nirmala UI" w:hAnsi="Nirmala UI" w:eastAsia="Nirmala UI" w:cs="Nirmala UI"/>
        </w:rPr>
        <w:t>ପଦ</w:t>
      </w:r>
      <w:r>
        <w:rPr>
          <w:rFonts w:ascii="Times New Roman" w:hAnsi="Times New Roman" w:eastAsia="Times New Roman" w:cs="Times New Roman"/>
        </w:rPr>
        <w:t xml:space="preserve"> </w:t>
      </w:r>
      <w:r>
        <w:rPr>
          <w:rFonts w:ascii="Nirmala UI" w:hAnsi="Nirmala UI" w:eastAsia="Nirmala UI" w:cs="Nirmala UI"/>
        </w:rPr>
        <w:t>ଦେଖାଏ</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ମାନବୀୟ</w:t>
      </w:r>
      <w:r>
        <w:rPr>
          <w:rFonts w:ascii="Times New Roman" w:hAnsi="Times New Roman" w:eastAsia="Times New Roman" w:cs="Times New Roman"/>
        </w:rPr>
        <w:t xml:space="preserve"> </w:t>
      </w:r>
      <w:r>
        <w:rPr>
          <w:rFonts w:ascii="Nirmala UI" w:hAnsi="Nirmala UI" w:eastAsia="Nirmala UI" w:cs="Nirmala UI"/>
        </w:rPr>
        <w:t>ଅନୁଗ୍ରହକାଳର</w:t>
      </w:r>
      <w:r>
        <w:rPr>
          <w:rFonts w:ascii="Times New Roman" w:hAnsi="Times New Roman" w:eastAsia="Times New Roman" w:cs="Times New Roman"/>
        </w:rPr>
        <w:t xml:space="preserve"> </w:t>
      </w:r>
      <w:r>
        <w:rPr>
          <w:rFonts w:ascii="Nirmala UI" w:hAnsi="Nirmala UI" w:eastAsia="Nirmala UI" w:cs="Nirmala UI"/>
        </w:rPr>
        <w:t>ସମାପ୍ତିର</w:t>
      </w:r>
      <w:r>
        <w:rPr>
          <w:rFonts w:ascii="Times New Roman" w:hAnsi="Times New Roman" w:eastAsia="Times New Roman" w:cs="Times New Roman"/>
        </w:rPr>
        <w:t xml:space="preserve"> </w:t>
      </w:r>
      <w:r>
        <w:rPr>
          <w:rFonts w:ascii="Nirmala UI" w:hAnsi="Nirmala UI" w:eastAsia="Nirmala UI" w:cs="Nirmala UI"/>
        </w:rPr>
        <w:t>ଠିକ୍</w:t>
      </w:r>
      <w:r>
        <w:rPr>
          <w:rFonts w:ascii="Times New Roman" w:hAnsi="Times New Roman" w:eastAsia="Times New Roman" w:cs="Times New Roman"/>
        </w:rPr>
        <w:t xml:space="preserve"> </w:t>
      </w:r>
      <w:r>
        <w:rPr>
          <w:rFonts w:ascii="Nirmala UI" w:hAnsi="Nirmala UI" w:eastAsia="Nirmala UI" w:cs="Nirmala UI"/>
        </w:rPr>
        <w:t>ପୂର୍ବରୁ</w:t>
      </w:r>
      <w:r>
        <w:rPr>
          <w:rFonts w:ascii="Times New Roman" w:hAnsi="Times New Roman" w:eastAsia="Times New Roman" w:cs="Times New Roman"/>
        </w:rPr>
        <w:t xml:space="preserve"> </w:t>
      </w:r>
      <w:r>
        <w:rPr>
          <w:rFonts w:ascii="Nirmala UI" w:hAnsi="Nirmala UI" w:eastAsia="Nirmala UI" w:cs="Nirmala UI"/>
        </w:rPr>
        <w:t>ଯୀଶୁ</w:t>
      </w:r>
      <w:r>
        <w:rPr>
          <w:rFonts w:ascii="Times New Roman" w:hAnsi="Times New Roman" w:eastAsia="Times New Roman" w:cs="Times New Roman"/>
        </w:rPr>
        <w:t xml:space="preserve"> </w:t>
      </w:r>
      <w:r>
        <w:rPr>
          <w:rFonts w:ascii="Nirmala UI" w:hAnsi="Nirmala UI" w:eastAsia="Nirmala UI" w:cs="Nirmala UI"/>
        </w:rPr>
        <w:t>ଖ୍ରୀଷ୍ଟଙ୍କର</w:t>
      </w:r>
      <w:r>
        <w:rPr>
          <w:rFonts w:ascii="Times New Roman" w:hAnsi="Times New Roman" w:eastAsia="Times New Roman" w:cs="Times New Roman"/>
        </w:rPr>
        <w:t xml:space="preserve"> </w:t>
      </w:r>
      <w:r>
        <w:rPr>
          <w:rFonts w:ascii="Nirmala UI" w:hAnsi="Nirmala UI" w:eastAsia="Nirmala UI" w:cs="Nirmala UI"/>
        </w:rPr>
        <w:t>ପ୍ରକାଶନ</w:t>
      </w:r>
      <w:r>
        <w:rPr>
          <w:rFonts w:ascii="Times New Roman" w:hAnsi="Times New Roman" w:eastAsia="Times New Roman" w:cs="Times New Roman"/>
        </w:rPr>
        <w:t xml:space="preserve"> </w:t>
      </w:r>
      <w:r>
        <w:rPr>
          <w:rFonts w:ascii="Nirmala UI" w:hAnsi="Nirmala UI" w:eastAsia="Nirmala UI" w:cs="Nirmala UI"/>
        </w:rPr>
        <w:t>କିପରି</w:t>
      </w:r>
      <w:r>
        <w:rPr>
          <w:rFonts w:ascii="Times New Roman" w:hAnsi="Times New Roman" w:eastAsia="Times New Roman" w:cs="Times New Roman"/>
        </w:rPr>
        <w:t xml:space="preserve"> </w:t>
      </w:r>
      <w:r>
        <w:rPr>
          <w:rFonts w:ascii="Nirmala UI" w:hAnsi="Nirmala UI" w:eastAsia="Nirmala UI" w:cs="Nirmala UI"/>
        </w:rPr>
        <w:t>ଉନ୍ମୋଚିତ</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ପ୍ରକାଶନ</w:t>
      </w:r>
      <w:r>
        <w:rPr>
          <w:rFonts w:ascii="Times New Roman" w:hAnsi="Times New Roman" w:eastAsia="Times New Roman" w:cs="Times New Roman"/>
        </w:rPr>
        <w:t xml:space="preserve"> </w:t>
      </w:r>
      <w:r>
        <w:rPr>
          <w:rFonts w:ascii="Nirmala UI" w:hAnsi="Nirmala UI" w:eastAsia="Nirmala UI" w:cs="Nirmala UI"/>
        </w:rPr>
        <w:t>ଦେବଙ୍କ</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ଯୀଶୁଙ୍କୁ</w:t>
      </w:r>
      <w:r>
        <w:rPr>
          <w:rFonts w:ascii="Times New Roman" w:hAnsi="Times New Roman" w:eastAsia="Times New Roman" w:cs="Times New Roman"/>
        </w:rPr>
        <w:t xml:space="preserve"> </w:t>
      </w:r>
      <w:r>
        <w:rPr>
          <w:rFonts w:ascii="Nirmala UI" w:hAnsi="Nirmala UI" w:eastAsia="Nirmala UI" w:cs="Nirmala UI"/>
        </w:rPr>
        <w:t>ଦିଆଯାଇଥିଲା</w:t>
      </w:r>
      <w:r>
        <w:rPr>
          <w:rFonts w:ascii="Times New Roman" w:hAnsi="Times New Roman" w:eastAsia="Times New Roman" w:cs="Times New Roman"/>
        </w:rPr>
        <w:t xml:space="preserve">; </w:t>
      </w:r>
      <w:r>
        <w:rPr>
          <w:rFonts w:ascii="Nirmala UI" w:hAnsi="Nirmala UI" w:eastAsia="Nirmala UI" w:cs="Nirmala UI"/>
        </w:rPr>
        <w:t>ଯୀଶୁ</w:t>
      </w:r>
      <w:r>
        <w:rPr>
          <w:rFonts w:ascii="Times New Roman" w:hAnsi="Times New Roman" w:eastAsia="Times New Roman" w:cs="Times New Roman"/>
        </w:rPr>
        <w:t xml:space="preserve"> </w:t>
      </w:r>
      <w:r>
        <w:rPr>
          <w:rFonts w:ascii="Nirmala UI" w:hAnsi="Nirmala UI" w:eastAsia="Nirmala UI" w:cs="Nirmala UI"/>
        </w:rPr>
        <w:t>ତାହାକୁ</w:t>
      </w:r>
      <w:r>
        <w:rPr>
          <w:rFonts w:ascii="Times New Roman" w:hAnsi="Times New Roman" w:eastAsia="Times New Roman" w:cs="Times New Roman"/>
        </w:rPr>
        <w:t xml:space="preserve"> </w:t>
      </w:r>
      <w:r>
        <w:rPr>
          <w:rFonts w:ascii="Nirmala UI" w:hAnsi="Nirmala UI" w:eastAsia="Nirmala UI" w:cs="Nirmala UI"/>
        </w:rPr>
        <w:t>ଗବ୍ରିଏଲଙ୍କୁ</w:t>
      </w:r>
      <w:r>
        <w:rPr>
          <w:rFonts w:ascii="Times New Roman" w:hAnsi="Times New Roman" w:eastAsia="Times New Roman" w:cs="Times New Roman"/>
        </w:rPr>
        <w:t xml:space="preserve"> </w:t>
      </w:r>
      <w:r>
        <w:rPr>
          <w:rFonts w:ascii="Nirmala UI" w:hAnsi="Nirmala UI" w:eastAsia="Nirmala UI" w:cs="Nirmala UI"/>
        </w:rPr>
        <w:t>ଦେଲେ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ଗବ୍ରିଏଲ</w:t>
      </w:r>
      <w:r>
        <w:rPr>
          <w:rFonts w:ascii="Times New Roman" w:hAnsi="Times New Roman" w:eastAsia="Times New Roman" w:cs="Times New Roman"/>
        </w:rPr>
        <w:t xml:space="preserve"> </w:t>
      </w:r>
      <w:r>
        <w:rPr>
          <w:rFonts w:ascii="Nirmala UI" w:hAnsi="Nirmala UI" w:eastAsia="Nirmala UI" w:cs="Nirmala UI"/>
        </w:rPr>
        <w:t>ତାହାକୁ</w:t>
      </w:r>
      <w:r>
        <w:rPr>
          <w:rFonts w:ascii="Times New Roman" w:hAnsi="Times New Roman" w:eastAsia="Times New Roman" w:cs="Times New Roman"/>
        </w:rPr>
        <w:t xml:space="preserve"> </w:t>
      </w:r>
      <w:r>
        <w:rPr>
          <w:rFonts w:ascii="Nirmala UI" w:hAnsi="Nirmala UI" w:eastAsia="Nirmala UI" w:cs="Nirmala UI"/>
        </w:rPr>
        <w:t>ଯୋହନଙ୍କୁ</w:t>
      </w:r>
      <w:r>
        <w:rPr>
          <w:rFonts w:ascii="Times New Roman" w:hAnsi="Times New Roman" w:eastAsia="Times New Roman" w:cs="Times New Roman"/>
        </w:rPr>
        <w:t xml:space="preserve"> </w:t>
      </w:r>
      <w:r>
        <w:rPr>
          <w:rFonts w:ascii="Nirmala UI" w:hAnsi="Nirmala UI" w:eastAsia="Nirmala UI" w:cs="Nirmala UI"/>
        </w:rPr>
        <w:t>ଦେଲେ</w:t>
      </w:r>
      <w:r>
        <w:rPr>
          <w:rFonts w:ascii="Times New Roman" w:hAnsi="Times New Roman" w:eastAsia="Times New Roman" w:cs="Times New Roman"/>
        </w:rPr>
        <w:t xml:space="preserve">, </w:t>
      </w:r>
      <w:r>
        <w:rPr>
          <w:rFonts w:ascii="Nirmala UI" w:hAnsi="Nirmala UI" w:eastAsia="Nirmala UI" w:cs="Nirmala UI"/>
        </w:rPr>
        <w:t>ସହିତେ</w:t>
      </w:r>
      <w:r>
        <w:rPr>
          <w:rFonts w:ascii="Times New Roman" w:hAnsi="Times New Roman" w:eastAsia="Times New Roman" w:cs="Times New Roman"/>
        </w:rPr>
        <w:t xml:space="preserve"> </w:t>
      </w:r>
      <w:r>
        <w:rPr>
          <w:rFonts w:ascii="Nirmala UI" w:hAnsi="Nirmala UI" w:eastAsia="Nirmala UI" w:cs="Nirmala UI"/>
        </w:rPr>
        <w:t>ଯୋହନଙ୍କୁ</w:t>
      </w:r>
      <w:r>
        <w:rPr>
          <w:rFonts w:ascii="Times New Roman" w:hAnsi="Times New Roman" w:eastAsia="Times New Roman" w:cs="Times New Roman"/>
        </w:rPr>
        <w:t xml:space="preserve"> </w:t>
      </w:r>
      <w:r>
        <w:rPr>
          <w:rFonts w:ascii="Nirmala UI" w:hAnsi="Nirmala UI" w:eastAsia="Nirmala UI" w:cs="Nirmala UI"/>
        </w:rPr>
        <w:t>ସାତୋଟି</w:t>
      </w:r>
      <w:r>
        <w:rPr>
          <w:rFonts w:ascii="Times New Roman" w:hAnsi="Times New Roman" w:eastAsia="Times New Roman" w:cs="Times New Roman"/>
        </w:rPr>
        <w:t xml:space="preserve"> </w:t>
      </w:r>
      <w:r>
        <w:rPr>
          <w:rFonts w:ascii="Nirmala UI" w:hAnsi="Nirmala UI" w:eastAsia="Nirmala UI" w:cs="Nirmala UI"/>
        </w:rPr>
        <w:t>ମଣ୍ଡଳୀଙ୍କ</w:t>
      </w:r>
      <w:r>
        <w:rPr>
          <w:rFonts w:ascii="Times New Roman" w:hAnsi="Times New Roman" w:eastAsia="Times New Roman" w:cs="Times New Roman"/>
        </w:rPr>
        <w:t xml:space="preserve"> </w:t>
      </w:r>
      <w:r>
        <w:rPr>
          <w:rFonts w:ascii="Nirmala UI" w:hAnsi="Nirmala UI" w:eastAsia="Nirmala UI" w:cs="Nirmala UI"/>
        </w:rPr>
        <w:t>ନିକଟକୁ</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ସନ୍ଦେଶ</w:t>
      </w:r>
      <w:r>
        <w:rPr>
          <w:rFonts w:ascii="Times New Roman" w:hAnsi="Times New Roman" w:eastAsia="Times New Roman" w:cs="Times New Roman"/>
        </w:rPr>
        <w:t xml:space="preserve"> </w:t>
      </w:r>
      <w:r>
        <w:rPr>
          <w:rFonts w:ascii="Nirmala UI" w:hAnsi="Nirmala UI" w:eastAsia="Nirmala UI" w:cs="Nirmala UI"/>
        </w:rPr>
        <w:t>ପଠାଇବା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ଆଜ୍ଞା</w:t>
      </w:r>
      <w:r>
        <w:rPr>
          <w:rFonts w:ascii="Times New Roman" w:hAnsi="Times New Roman" w:eastAsia="Times New Roman" w:cs="Times New Roman"/>
        </w:rPr>
        <w:t xml:space="preserve"> </w:t>
      </w:r>
      <w:r>
        <w:rPr>
          <w:rFonts w:ascii="Nirmala UI" w:hAnsi="Nirmala UI" w:eastAsia="Nirmala UI" w:cs="Nirmala UI"/>
        </w:rPr>
        <w:t>ଦେଲେ।</w:t>
      </w:r>
      <w:r>
        <w:rPr>
          <w:rFonts w:ascii="Times New Roman" w:hAnsi="Times New Roman" w:eastAsia="Times New Roman" w:cs="Times New Roman"/>
        </w:rPr>
        <w:t xml:space="preserve"> </w:t>
      </w:r>
      <w:r>
        <w:rPr>
          <w:rFonts w:ascii="Nirmala UI" w:hAnsi="Nirmala UI" w:eastAsia="Nirmala UI" w:cs="Nirmala UI"/>
        </w:rPr>
        <w:t>ଇଶାୟ</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ଷଷ୍ଠ</w:t>
      </w:r>
      <w:r>
        <w:rPr>
          <w:rFonts w:ascii="Times New Roman" w:hAnsi="Times New Roman" w:eastAsia="Times New Roman" w:cs="Times New Roman"/>
        </w:rPr>
        <w:t xml:space="preserve"> </w:t>
      </w:r>
      <w:r>
        <w:rPr>
          <w:rFonts w:ascii="Nirmala UI" w:hAnsi="Nirmala UI" w:eastAsia="Nirmala UI" w:cs="Nirmala UI"/>
        </w:rPr>
        <w:t>ଅଧ୍ୟାୟରେ</w:t>
      </w:r>
      <w:r>
        <w:rPr>
          <w:rFonts w:ascii="Times New Roman" w:hAnsi="Times New Roman" w:eastAsia="Times New Roman" w:cs="Times New Roman"/>
        </w:rPr>
        <w:t xml:space="preserve"> </w:t>
      </w:r>
      <w:r>
        <w:rPr>
          <w:rFonts w:ascii="Nirmala UI" w:hAnsi="Nirmala UI" w:eastAsia="Nirmala UI" w:cs="Nirmala UI"/>
        </w:rPr>
        <w:t>ଏହିପରି</w:t>
      </w:r>
      <w:r>
        <w:rPr>
          <w:rFonts w:ascii="Times New Roman" w:hAnsi="Times New Roman" w:eastAsia="Times New Roman" w:cs="Times New Roman"/>
        </w:rPr>
        <w:t xml:space="preserve"> </w:t>
      </w:r>
      <w:r>
        <w:rPr>
          <w:rFonts w:ascii="Nirmala UI" w:hAnsi="Nirmala UI" w:eastAsia="Nirmala UI" w:cs="Nirmala UI"/>
        </w:rPr>
        <w:t>କାର୍ଯ୍ୟ</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ଆଜ୍ଞା</w:t>
      </w:r>
      <w:r>
        <w:rPr>
          <w:rFonts w:ascii="Times New Roman" w:hAnsi="Times New Roman" w:eastAsia="Times New Roman" w:cs="Times New Roman"/>
        </w:rPr>
        <w:t xml:space="preserve"> </w:t>
      </w:r>
      <w:r>
        <w:rPr>
          <w:rFonts w:ascii="Nirmala UI" w:hAnsi="Nirmala UI" w:eastAsia="Nirmala UI" w:cs="Nirmala UI"/>
        </w:rPr>
        <w:t>ପ୍ରାପ୍ତ</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ଇଜିକିଏଲ</w:t>
      </w:r>
      <w:r>
        <w:rPr>
          <w:rFonts w:ascii="Times New Roman" w:hAnsi="Times New Roman" w:eastAsia="Times New Roman" w:cs="Times New Roman"/>
        </w:rPr>
        <w:t xml:space="preserve"> </w:t>
      </w:r>
      <w:r>
        <w:rPr>
          <w:rFonts w:ascii="Nirmala UI" w:hAnsi="Nirmala UI" w:eastAsia="Nirmala UI" w:cs="Nirmala UI"/>
        </w:rPr>
        <w:t>ଦ୍ୱିତୀୟ</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ତୃତୀୟ</w:t>
      </w:r>
      <w:r>
        <w:rPr>
          <w:rFonts w:ascii="Times New Roman" w:hAnsi="Times New Roman" w:eastAsia="Times New Roman" w:cs="Times New Roman"/>
        </w:rPr>
        <w:t xml:space="preserve"> </w:t>
      </w:r>
      <w:r>
        <w:rPr>
          <w:rFonts w:ascii="Nirmala UI" w:hAnsi="Nirmala UI" w:eastAsia="Nirmala UI" w:cs="Nirmala UI"/>
        </w:rPr>
        <w:t>ଅଧ୍ୟାୟରେ</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ଏକେଇ</w:t>
      </w:r>
      <w:r>
        <w:rPr>
          <w:rFonts w:ascii="Times New Roman" w:hAnsi="Times New Roman" w:eastAsia="Times New Roman" w:cs="Times New Roman"/>
        </w:rPr>
        <w:t xml:space="preserve"> </w:t>
      </w:r>
      <w:r>
        <w:rPr>
          <w:rFonts w:ascii="Nirmala UI" w:hAnsi="Nirmala UI" w:eastAsia="Nirmala UI" w:cs="Nirmala UI"/>
        </w:rPr>
        <w:t>ଆଦେଶ</w:t>
      </w:r>
      <w:r>
        <w:rPr>
          <w:rFonts w:ascii="Times New Roman" w:hAnsi="Times New Roman" w:eastAsia="Times New Roman" w:cs="Times New Roman"/>
        </w:rPr>
        <w:t xml:space="preserve"> </w:t>
      </w:r>
      <w:r>
        <w:rPr>
          <w:rFonts w:ascii="Nirmala UI" w:hAnsi="Nirmala UI" w:eastAsia="Nirmala UI" w:cs="Nirmala UI"/>
        </w:rPr>
        <w:t>ଗ୍ରହଣ</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ଯୋହନ</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ଆଜ୍ଞା</w:t>
      </w:r>
      <w:r>
        <w:rPr>
          <w:rFonts w:ascii="Times New Roman" w:hAnsi="Times New Roman" w:eastAsia="Times New Roman" w:cs="Times New Roman"/>
        </w:rPr>
        <w:t xml:space="preserve"> </w:t>
      </w:r>
      <w:r>
        <w:rPr>
          <w:rFonts w:ascii="Nirmala UI" w:hAnsi="Nirmala UI" w:eastAsia="Nirmala UI" w:cs="Nirmala UI"/>
        </w:rPr>
        <w:t>ପ୍ରାପ୍ତ</w:t>
      </w:r>
      <w:r>
        <w:rPr>
          <w:rFonts w:ascii="Times New Roman" w:hAnsi="Times New Roman" w:eastAsia="Times New Roman" w:cs="Times New Roman"/>
        </w:rPr>
        <w:t xml:space="preserve"> </w:t>
      </w:r>
      <w:r>
        <w:rPr>
          <w:rFonts w:ascii="Nirmala UI" w:hAnsi="Nirmala UI" w:eastAsia="Nirmala UI" w:cs="Nirmala UI"/>
        </w:rPr>
        <w:t>କରନ୍ତି</w:t>
      </w:r>
      <w:r>
        <w:rPr>
          <w:rFonts w:ascii="Times New Roman" w:hAnsi="Times New Roman" w:eastAsia="Times New Roman" w:cs="Times New Roman"/>
        </w:rPr>
        <w:t xml:space="preserve">, </w:t>
      </w:r>
      <w:r>
        <w:rPr>
          <w:rFonts w:ascii="Nirmala UI" w:hAnsi="Nirmala UI" w:eastAsia="Nirmala UI" w:cs="Nirmala UI"/>
        </w:rPr>
        <w:t>ସେତେବେଳେ</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କାରାବନ୍ଦୀ</w:t>
      </w:r>
      <w:r>
        <w:rPr>
          <w:rFonts w:ascii="Times New Roman" w:hAnsi="Times New Roman" w:eastAsia="Times New Roman" w:cs="Times New Roman"/>
        </w:rPr>
        <w:t xml:space="preserve">; </w:t>
      </w:r>
      <w:r>
        <w:rPr>
          <w:rFonts w:ascii="Nirmala UI" w:hAnsi="Nirmala UI" w:eastAsia="Nirmala UI" w:cs="Nirmala UI"/>
        </w:rPr>
        <w:t>ଇଜିକିଏଲ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ଦାନିଏଲ</w:t>
      </w:r>
      <w:r>
        <w:rPr>
          <w:rFonts w:ascii="Times New Roman" w:hAnsi="Times New Roman" w:eastAsia="Times New Roman" w:cs="Times New Roman"/>
        </w:rPr>
        <w:t xml:space="preserve"> </w:t>
      </w:r>
      <w:r>
        <w:rPr>
          <w:rFonts w:ascii="Nirmala UI" w:hAnsi="Nirmala UI" w:eastAsia="Nirmala UI" w:cs="Nirmala UI"/>
        </w:rPr>
        <w:t>ବାବିଲୋନରେ</w:t>
      </w:r>
      <w:r>
        <w:rPr>
          <w:rFonts w:ascii="Times New Roman" w:hAnsi="Times New Roman" w:eastAsia="Times New Roman" w:cs="Times New Roman"/>
        </w:rPr>
        <w:t xml:space="preserve"> </w:t>
      </w:r>
      <w:r>
        <w:rPr>
          <w:rFonts w:ascii="Nirmala UI" w:hAnsi="Nirmala UI" w:eastAsia="Nirmala UI" w:cs="Nirmala UI"/>
        </w:rPr>
        <w:t>ବନ୍ଦୀ</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ଇଶାୟ</w:t>
      </w:r>
      <w:r>
        <w:rPr>
          <w:rFonts w:ascii="Times New Roman" w:hAnsi="Times New Roman" w:eastAsia="Times New Roman" w:cs="Times New Roman"/>
        </w:rPr>
        <w:t xml:space="preserve"> </w:t>
      </w:r>
      <w:r>
        <w:rPr>
          <w:rFonts w:ascii="Nirmala UI" w:hAnsi="Nirmala UI" w:eastAsia="Nirmala UI" w:cs="Nirmala UI"/>
        </w:rPr>
        <w:t>ଯିହୁଦାର</w:t>
      </w:r>
      <w:r>
        <w:rPr>
          <w:rFonts w:ascii="Times New Roman" w:hAnsi="Times New Roman" w:eastAsia="Times New Roman" w:cs="Times New Roman"/>
        </w:rPr>
        <w:t xml:space="preserve"> </w:t>
      </w:r>
      <w:r>
        <w:rPr>
          <w:rFonts w:ascii="Nirmala UI" w:hAnsi="Nirmala UI" w:eastAsia="Nirmala UI" w:cs="Nirmala UI"/>
        </w:rPr>
        <w:t>ଦୁଷ୍ଟ</w:t>
      </w:r>
      <w:r>
        <w:rPr>
          <w:rFonts w:ascii="Times New Roman" w:hAnsi="Times New Roman" w:eastAsia="Times New Roman" w:cs="Times New Roman"/>
        </w:rPr>
        <w:t xml:space="preserve"> </w:t>
      </w:r>
      <w:r>
        <w:rPr>
          <w:rFonts w:ascii="Nirmala UI" w:hAnsi="Nirmala UI" w:eastAsia="Nirmala UI" w:cs="Nirmala UI"/>
        </w:rPr>
        <w:t>ରାଜା</w:t>
      </w:r>
      <w:r>
        <w:rPr>
          <w:rFonts w:ascii="Times New Roman" w:hAnsi="Times New Roman" w:eastAsia="Times New Roman" w:cs="Times New Roman"/>
        </w:rPr>
        <w:t xml:space="preserve"> </w:t>
      </w:r>
      <w:r>
        <w:rPr>
          <w:rFonts w:ascii="Nirmala UI" w:hAnsi="Nirmala UI" w:eastAsia="Nirmala UI" w:cs="Nirmala UI"/>
        </w:rPr>
        <w:t>ଆହାଜଙ୍କ</w:t>
      </w:r>
      <w:r>
        <w:rPr>
          <w:rFonts w:ascii="Times New Roman" w:hAnsi="Times New Roman" w:eastAsia="Times New Roman" w:cs="Times New Roman"/>
        </w:rPr>
        <w:t xml:space="preserve"> </w:t>
      </w:r>
      <w:r>
        <w:rPr>
          <w:rFonts w:ascii="Nirmala UI" w:hAnsi="Nirmala UI" w:eastAsia="Nirmala UI" w:cs="Nirmala UI"/>
        </w:rPr>
        <w:t>ଇତିହାସରେ</w:t>
      </w:r>
      <w:r>
        <w:rPr>
          <w:rFonts w:ascii="Times New Roman" w:hAnsi="Times New Roman" w:eastAsia="Times New Roman" w:cs="Times New Roman"/>
        </w:rPr>
        <w:t xml:space="preserve"> </w:t>
      </w:r>
      <w:r>
        <w:rPr>
          <w:rFonts w:ascii="Nirmala UI" w:hAnsi="Nirmala UI" w:eastAsia="Nirmala UI" w:cs="Nirmala UI"/>
        </w:rPr>
        <w:t>ବାସ</w:t>
      </w:r>
      <w:r>
        <w:rPr>
          <w:rFonts w:ascii="Times New Roman" w:hAnsi="Times New Roman" w:eastAsia="Times New Roman" w:cs="Times New Roman"/>
        </w:rPr>
        <w:t xml:space="preserve"> </w:t>
      </w:r>
      <w:r>
        <w:rPr>
          <w:rFonts w:ascii="Nirmala UI" w:hAnsi="Nirmala UI" w:eastAsia="Nirmala UI" w:cs="Nirmala UI"/>
        </w:rPr>
        <w:t>କରୁଛନ୍ତି।</w:t>
      </w:r>
    </w:p>
    <w:p>
      <w:pPr>
        <w:pStyle w:val="ArticleScripture"/>
        <w:jc w:val="left"/>
      </w:pPr>
      <w:r>
        <w:rPr>
          <w:rFonts w:ascii="Times New Roman" w:hAnsi="Times New Roman" w:eastAsia="Times New Roman" w:cs="Times New Roman"/>
        </w:rPr>
        <w:t>“</w:t>
      </w:r>
      <w:r>
        <w:rPr>
          <w:rFonts w:ascii="Nirmala UI" w:hAnsi="Nirmala UI" w:eastAsia="Nirmala UI" w:cs="Nirmala UI"/>
        </w:rPr>
        <w:t>ᱚᱱᱟᱠᱟ</w:t>
      </w:r>
      <w:r>
        <w:rPr>
          <w:rFonts w:ascii="Times New Roman" w:hAnsi="Times New Roman" w:eastAsia="Times New Roman" w:cs="Times New Roman"/>
        </w:rPr>
        <w:t xml:space="preserve"> </w:t>
      </w:r>
      <w:r>
        <w:rPr>
          <w:rFonts w:ascii="Nirmala UI" w:hAnsi="Nirmala UI" w:eastAsia="Nirmala UI" w:cs="Nirmala UI"/>
        </w:rPr>
        <w:t>ᱡᱷᱚᱱᱛᱨ</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ᱡᱷᱚᱱᱛᱨ</w:t>
      </w:r>
      <w:r>
        <w:rPr>
          <w:rFonts w:ascii="Times New Roman" w:hAnsi="Times New Roman" w:eastAsia="Times New Roman" w:cs="Times New Roman"/>
        </w:rPr>
        <w:t xml:space="preserve"> </w:t>
      </w:r>
      <w:r>
        <w:rPr>
          <w:rFonts w:ascii="Nirmala UI" w:hAnsi="Nirmala UI" w:eastAsia="Nirmala UI" w:cs="Nirmala UI"/>
        </w:rPr>
        <w:t>ᱛᱟᱦᱮᱱᱟ</w:t>
      </w:r>
      <w:r>
        <w:rPr>
          <w:rFonts w:ascii="Times New Roman" w:hAnsi="Times New Roman" w:eastAsia="Times New Roman" w:cs="Times New Roman"/>
        </w:rPr>
        <w:t xml:space="preserve"> </w:t>
      </w:r>
      <w:r>
        <w:rPr>
          <w:rFonts w:ascii="Nirmala UI" w:hAnsi="Nirmala UI" w:eastAsia="Nirmala UI" w:cs="Nirmala UI"/>
        </w:rPr>
        <w:t>ᱞᱮᱠᱟ</w:t>
      </w:r>
      <w:r>
        <w:rPr>
          <w:rFonts w:ascii="Times New Roman" w:hAnsi="Times New Roman" w:eastAsia="Times New Roman" w:cs="Times New Roman"/>
        </w:rPr>
        <w:t xml:space="preserve"> </w:t>
      </w:r>
      <w:r>
        <w:rPr>
          <w:rFonts w:ascii="Nirmala UI" w:hAnsi="Nirmala UI" w:eastAsia="Nirmala UI" w:cs="Nirmala UI"/>
        </w:rPr>
        <w:t>ᱵᱮᱵᱚᱥᱛᱟ</w:t>
      </w:r>
      <w:r>
        <w:rPr>
          <w:rFonts w:ascii="Times New Roman" w:hAnsi="Times New Roman" w:eastAsia="Times New Roman" w:cs="Times New Roman"/>
        </w:rPr>
        <w:t xml:space="preserve"> </w:t>
      </w:r>
      <w:r>
        <w:rPr>
          <w:rFonts w:ascii="Nirmala UI" w:hAnsi="Nirmala UI" w:eastAsia="Nirmala UI" w:cs="Nirmala UI"/>
        </w:rPr>
        <w:t>ᱧᱮᱞ</w:t>
      </w:r>
      <w:r>
        <w:rPr>
          <w:rFonts w:ascii="Times New Roman" w:hAnsi="Times New Roman" w:eastAsia="Times New Roman" w:cs="Times New Roman"/>
        </w:rPr>
        <w:t xml:space="preserve"> </w:t>
      </w:r>
      <w:r>
        <w:rPr>
          <w:rFonts w:ascii="Nirmala UI" w:hAnsi="Nirmala UI" w:eastAsia="Nirmala UI" w:cs="Nirmala UI"/>
        </w:rPr>
        <w:t>ᱞᱮᱱᱟ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ᱠᱟᱛᱮ</w:t>
      </w:r>
      <w:r>
        <w:rPr>
          <w:rFonts w:ascii="Times New Roman" w:hAnsi="Times New Roman" w:eastAsia="Times New Roman" w:cs="Times New Roman"/>
        </w:rPr>
        <w:t xml:space="preserve"> </w:t>
      </w:r>
      <w:r>
        <w:rPr>
          <w:rFonts w:ascii="Nirmala UI" w:hAnsi="Nirmala UI" w:eastAsia="Nirmala UI" w:cs="Nirmala UI"/>
        </w:rPr>
        <w:t>ᱯᱨᱚᱛᱷᱚᱢ</w:t>
      </w:r>
      <w:r>
        <w:rPr>
          <w:rFonts w:ascii="Times New Roman" w:hAnsi="Times New Roman" w:eastAsia="Times New Roman" w:cs="Times New Roman"/>
        </w:rPr>
        <w:t xml:space="preserve"> </w:t>
      </w:r>
      <w:r>
        <w:rPr>
          <w:rFonts w:ascii="Nirmala UI" w:hAnsi="Nirmala UI" w:eastAsia="Nirmala UI" w:cs="Nirmala UI"/>
        </w:rPr>
        <w:t>ᱧᱮᱞᱛᱮ</w:t>
      </w:r>
      <w:r>
        <w:rPr>
          <w:rFonts w:ascii="Times New Roman" w:hAnsi="Times New Roman" w:eastAsia="Times New Roman" w:cs="Times New Roman"/>
        </w:rPr>
        <w:t xml:space="preserve"> </w:t>
      </w:r>
      <w:r>
        <w:rPr>
          <w:rFonts w:ascii="Nirmala UI" w:hAnsi="Nirmala UI" w:eastAsia="Nirmala UI" w:cs="Nirmala UI"/>
        </w:rPr>
        <w:t>ᱦᱮᱡᱤᱠᱤᱭᱮᱞ</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ᱥᱟᱱᱟᱢ</w:t>
      </w:r>
      <w:r>
        <w:rPr>
          <w:rFonts w:ascii="Times New Roman" w:hAnsi="Times New Roman" w:eastAsia="Times New Roman" w:cs="Times New Roman"/>
        </w:rPr>
        <w:t xml:space="preserve"> </w:t>
      </w:r>
      <w:r>
        <w:rPr>
          <w:rFonts w:ascii="Nirmala UI" w:hAnsi="Nirmala UI" w:eastAsia="Nirmala UI" w:cs="Nirmala UI"/>
        </w:rPr>
        <w:t>ᱜᱚᱞᱢᱟᱞ</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ᱛᱟᱦᱮᱱ</w:t>
      </w:r>
      <w:r>
        <w:rPr>
          <w:rFonts w:ascii="Times New Roman" w:hAnsi="Times New Roman" w:eastAsia="Times New Roman" w:cs="Times New Roman"/>
        </w:rPr>
        <w:t xml:space="preserve"> </w:t>
      </w:r>
      <w:r>
        <w:rPr>
          <w:rFonts w:ascii="Nirmala UI" w:hAnsi="Nirmala UI" w:eastAsia="Nirmala UI" w:cs="Nirmala UI"/>
        </w:rPr>
        <w:t>ᱞᱮᱠᱟ</w:t>
      </w:r>
      <w:r>
        <w:rPr>
          <w:rFonts w:ascii="Times New Roman" w:hAnsi="Times New Roman" w:eastAsia="Times New Roman" w:cs="Times New Roman"/>
        </w:rPr>
        <w:t xml:space="preserve"> </w:t>
      </w:r>
      <w:r>
        <w:rPr>
          <w:rFonts w:ascii="Nirmala UI" w:hAnsi="Nirmala UI" w:eastAsia="Nirmala UI" w:cs="Nirmala UI"/>
        </w:rPr>
        <w:t>ᱧᱮᱞᱮᱱᱟ।</w:t>
      </w:r>
      <w:r>
        <w:rPr>
          <w:rFonts w:ascii="Times New Roman" w:hAnsi="Times New Roman" w:eastAsia="Times New Roman" w:cs="Times New Roman"/>
        </w:rPr>
        <w:t xml:space="preserve"> </w:t>
      </w:r>
      <w:r>
        <w:rPr>
          <w:rFonts w:ascii="Nirmala UI" w:hAnsi="Nirmala UI" w:eastAsia="Nirmala UI" w:cs="Nirmala UI"/>
        </w:rPr>
        <w:t>ᱢᱮᱱᱠᱷᱟᱱ</w:t>
      </w:r>
      <w:r>
        <w:rPr>
          <w:rFonts w:ascii="Times New Roman" w:hAnsi="Times New Roman" w:eastAsia="Times New Roman" w:cs="Times New Roman"/>
        </w:rPr>
        <w:t xml:space="preserve"> </w:t>
      </w:r>
      <w:r>
        <w:rPr>
          <w:rFonts w:ascii="Nirmala UI" w:hAnsi="Nirmala UI" w:eastAsia="Nirmala UI" w:cs="Nirmala UI"/>
        </w:rPr>
        <w:t>ᱡᱚᱠᱷᱚᱱ</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ᱪᱟᱞᱟᱣᱮᱱᱟ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ᱥᱩᱸᱫᱚᱨ</w:t>
      </w:r>
      <w:r>
        <w:rPr>
          <w:rFonts w:ascii="Times New Roman" w:hAnsi="Times New Roman" w:eastAsia="Times New Roman" w:cs="Times New Roman"/>
        </w:rPr>
        <w:t xml:space="preserve"> </w:t>
      </w:r>
      <w:r>
        <w:rPr>
          <w:rFonts w:ascii="Nirmala UI" w:hAnsi="Nirmala UI" w:eastAsia="Nirmala UI" w:cs="Nirmala UI"/>
        </w:rPr>
        <w:t>ᱥᱩᱛᱷᱟᱹᱣ</w:t>
      </w:r>
      <w:r>
        <w:rPr>
          <w:rFonts w:ascii="Times New Roman" w:hAnsi="Times New Roman" w:eastAsia="Times New Roman" w:cs="Times New Roman"/>
        </w:rPr>
        <w:t xml:space="preserve"> </w:t>
      </w:r>
      <w:r>
        <w:rPr>
          <w:rFonts w:ascii="Nirmala UI" w:hAnsi="Nirmala UI" w:eastAsia="Nirmala UI" w:cs="Nirmala UI"/>
        </w:rPr>
        <w:t>ᱥᱟᱦᱟᱵ</w:t>
      </w:r>
      <w:r>
        <w:rPr>
          <w:rFonts w:ascii="Times New Roman" w:hAnsi="Times New Roman" w:eastAsia="Times New Roman" w:cs="Times New Roman"/>
        </w:rPr>
        <w:t xml:space="preserve"> </w:t>
      </w:r>
      <w:r>
        <w:rPr>
          <w:rFonts w:ascii="Nirmala UI" w:hAnsi="Nirmala UI" w:eastAsia="Nirmala UI" w:cs="Nirmala UI"/>
        </w:rPr>
        <w:t>ᱥᱟᱶᱛᱮ</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ᱥᱟᱢᱯᱩᱨᱱ</w:t>
      </w:r>
      <w:r>
        <w:rPr>
          <w:rFonts w:ascii="Times New Roman" w:hAnsi="Times New Roman" w:eastAsia="Times New Roman" w:cs="Times New Roman"/>
        </w:rPr>
        <w:t xml:space="preserve"> </w:t>
      </w:r>
      <w:r>
        <w:rPr>
          <w:rFonts w:ascii="Nirmala UI" w:hAnsi="Nirmala UI" w:eastAsia="Nirmala UI" w:cs="Nirmala UI"/>
        </w:rPr>
        <w:t>ᱢᱤᱞ</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ᱪᱟᱞᱟᱣᱮᱱᱟ।</w:t>
      </w:r>
      <w:r>
        <w:rPr>
          <w:rFonts w:ascii="Times New Roman" w:hAnsi="Times New Roman" w:eastAsia="Times New Roman" w:cs="Times New Roman"/>
        </w:rPr>
        <w:t xml:space="preserve"> </w:t>
      </w:r>
      <w:r>
        <w:rPr>
          <w:rFonts w:ascii="Nirmala UI" w:hAnsi="Nirmala UI" w:eastAsia="Nirmala UI" w:cs="Nirmala UI"/>
        </w:rPr>
        <w:t>ᱥᱟᱨᱜᱤᱭᱟ</w:t>
      </w:r>
      <w:r>
        <w:rPr>
          <w:rFonts w:ascii="Times New Roman" w:hAnsi="Times New Roman" w:eastAsia="Times New Roman" w:cs="Times New Roman"/>
        </w:rPr>
        <w:t xml:space="preserve"> </w:t>
      </w:r>
      <w:r>
        <w:rPr>
          <w:rFonts w:ascii="Nirmala UI" w:hAnsi="Nirmala UI" w:eastAsia="Nirmala UI" w:cs="Nirmala UI"/>
        </w:rPr>
        <w:t>ᱥᱟᱛᱛᱟᱠᱚ</w:t>
      </w:r>
      <w:r>
        <w:rPr>
          <w:rFonts w:ascii="Times New Roman" w:hAnsi="Times New Roman" w:eastAsia="Times New Roman" w:cs="Times New Roman"/>
        </w:rPr>
        <w:t xml:space="preserve"> </w:t>
      </w:r>
      <w:r>
        <w:rPr>
          <w:rFonts w:ascii="Nirmala UI" w:hAnsi="Nirmala UI" w:eastAsia="Nirmala UI" w:cs="Nirmala UI"/>
        </w:rPr>
        <w:t>ᱱᱚᱶᱟ</w:t>
      </w:r>
      <w:r>
        <w:rPr>
          <w:rFonts w:ascii="Times New Roman" w:hAnsi="Times New Roman" w:eastAsia="Times New Roman" w:cs="Times New Roman"/>
        </w:rPr>
        <w:t xml:space="preserve"> </w:t>
      </w:r>
      <w:r>
        <w:rPr>
          <w:rFonts w:ascii="Nirmala UI" w:hAnsi="Nirmala UI" w:eastAsia="Nirmala UI" w:cs="Nirmala UI"/>
        </w:rPr>
        <w:t>ᱡᱷᱚᱱᱛᱨᱠᱚ</w:t>
      </w:r>
      <w:r>
        <w:rPr>
          <w:rFonts w:ascii="Times New Roman" w:hAnsi="Times New Roman" w:eastAsia="Times New Roman" w:cs="Times New Roman"/>
        </w:rPr>
        <w:t xml:space="preserve"> </w:t>
      </w:r>
      <w:r>
        <w:rPr>
          <w:rFonts w:ascii="Nirmala UI" w:hAnsi="Nirmala UI" w:eastAsia="Nirmala UI" w:cs="Nirmala UI"/>
        </w:rPr>
        <w:t>ᱪᱟᱞᱟᱣᱮᱫ</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ᱛᱟᱦᱮᱱᱟ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ᱥᱟᱱᱟᱢ</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ᱪᱮᱛᱟᱱ</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ᱜᱚᱨᱚᱵᱢᱚᱭ</w:t>
      </w:r>
      <w:r>
        <w:rPr>
          <w:rFonts w:ascii="Times New Roman" w:hAnsi="Times New Roman" w:eastAsia="Times New Roman" w:cs="Times New Roman"/>
        </w:rPr>
        <w:t xml:space="preserve"> </w:t>
      </w:r>
      <w:r>
        <w:rPr>
          <w:rFonts w:ascii="Nirmala UI" w:hAnsi="Nirmala UI" w:eastAsia="Nirmala UI" w:cs="Nirmala UI"/>
        </w:rPr>
        <w:t>ᱱᱤᱞᱟᱹ</w:t>
      </w:r>
      <w:r>
        <w:rPr>
          <w:rFonts w:ascii="Times New Roman" w:hAnsi="Times New Roman" w:eastAsia="Times New Roman" w:cs="Times New Roman"/>
        </w:rPr>
        <w:t xml:space="preserve"> </w:t>
      </w:r>
      <w:r>
        <w:rPr>
          <w:rFonts w:ascii="Nirmala UI" w:hAnsi="Nirmala UI" w:eastAsia="Nirmala UI" w:cs="Nirmala UI"/>
        </w:rPr>
        <w:t>ᱱᱤᱞᱟᱹᱣ</w:t>
      </w:r>
      <w:r>
        <w:rPr>
          <w:rFonts w:ascii="Times New Roman" w:hAnsi="Times New Roman" w:eastAsia="Times New Roman" w:cs="Times New Roman"/>
        </w:rPr>
        <w:t xml:space="preserve"> </w:t>
      </w:r>
      <w:r>
        <w:rPr>
          <w:rFonts w:ascii="Nirmala UI" w:hAnsi="Nirmala UI" w:eastAsia="Nirmala UI" w:cs="Nirmala UI"/>
        </w:rPr>
        <w:t>ᱥᱤᱱᱦᱟᱥᱚᱱ</w:t>
      </w:r>
      <w:r>
        <w:rPr>
          <w:rFonts w:ascii="Times New Roman" w:hAnsi="Times New Roman" w:eastAsia="Times New Roman" w:cs="Times New Roman"/>
        </w:rPr>
        <w:t xml:space="preserve"> </w:t>
      </w:r>
      <w:r>
        <w:rPr>
          <w:rFonts w:ascii="Nirmala UI" w:hAnsi="Nirmala UI" w:eastAsia="Nirmala UI" w:cs="Nirmala UI"/>
        </w:rPr>
        <w:t>ᱪᱮᱛᱟᱱ</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ᱟᱱᱟᱫᱤ</w:t>
      </w:r>
      <w:r>
        <w:rPr>
          <w:rFonts w:ascii="Times New Roman" w:hAnsi="Times New Roman" w:eastAsia="Times New Roman" w:cs="Times New Roman"/>
        </w:rPr>
        <w:t xml:space="preserve"> </w:t>
      </w:r>
      <w:r>
        <w:rPr>
          <w:rFonts w:ascii="Nirmala UI" w:hAnsi="Nirmala UI" w:eastAsia="Nirmala UI" w:cs="Nirmala UI"/>
        </w:rPr>
        <w:t>ᱯᱨᱟᱱᱤ</w:t>
      </w:r>
      <w:r>
        <w:rPr>
          <w:rFonts w:ascii="Times New Roman" w:hAnsi="Times New Roman" w:eastAsia="Times New Roman" w:cs="Times New Roman"/>
        </w:rPr>
        <w:t xml:space="preserve"> </w:t>
      </w:r>
      <w:r>
        <w:rPr>
          <w:rFonts w:ascii="Nirmala UI" w:hAnsi="Nirmala UI" w:eastAsia="Nirmala UI" w:cs="Nirmala UI"/>
        </w:rPr>
        <w:t>ᱵᱚᱥ</w:t>
      </w:r>
      <w:r>
        <w:rPr>
          <w:rFonts w:ascii="Times New Roman" w:hAnsi="Times New Roman" w:eastAsia="Times New Roman" w:cs="Times New Roman"/>
        </w:rPr>
        <w:t xml:space="preserve"> </w:t>
      </w:r>
      <w:r>
        <w:rPr>
          <w:rFonts w:ascii="Nirmala UI" w:hAnsi="Nirmala UI" w:eastAsia="Nirmala UI" w:cs="Nirmala UI"/>
        </w:rPr>
        <w:t>ᱞᱮᱱᱟ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ᱥᱤᱱᱦᱟᱥᱚᱱ</w:t>
      </w:r>
      <w:r>
        <w:rPr>
          <w:rFonts w:ascii="Times New Roman" w:hAnsi="Times New Roman" w:eastAsia="Times New Roman" w:cs="Times New Roman"/>
        </w:rPr>
        <w:t xml:space="preserve"> </w:t>
      </w:r>
      <w:r>
        <w:rPr>
          <w:rFonts w:ascii="Nirmala UI" w:hAnsi="Nirmala UI" w:eastAsia="Nirmala UI" w:cs="Nirmala UI"/>
        </w:rPr>
        <w:t>ᱠᱷᱟᱱ</w:t>
      </w:r>
      <w:r>
        <w:rPr>
          <w:rFonts w:ascii="Times New Roman" w:hAnsi="Times New Roman" w:eastAsia="Times New Roman" w:cs="Times New Roman"/>
        </w:rPr>
        <w:t xml:space="preserve"> </w:t>
      </w:r>
      <w:r>
        <w:rPr>
          <w:rFonts w:ascii="Nirmala UI" w:hAnsi="Nirmala UI" w:eastAsia="Nirmala UI" w:cs="Nirmala UI"/>
        </w:rPr>
        <w:t>ᱪᱟᱹᱨᱤᱭᱟᱹ</w:t>
      </w:r>
      <w:r>
        <w:rPr>
          <w:rFonts w:ascii="Times New Roman" w:hAnsi="Times New Roman" w:eastAsia="Times New Roman" w:cs="Times New Roman"/>
        </w:rPr>
        <w:t xml:space="preserve"> </w:t>
      </w:r>
      <w:r>
        <w:rPr>
          <w:rFonts w:ascii="Nirmala UI" w:hAnsi="Nirmala UI" w:eastAsia="Nirmala UI" w:cs="Nirmala UI"/>
        </w:rPr>
        <w:t>ᱫᱷᱟᱨ</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ᱜᱷᱮᱨᱟᱣ</w:t>
      </w:r>
      <w:r>
        <w:rPr>
          <w:rFonts w:ascii="Times New Roman" w:hAnsi="Times New Roman" w:eastAsia="Times New Roman" w:cs="Times New Roman"/>
        </w:rPr>
        <w:t xml:space="preserve"> </w:t>
      </w:r>
      <w:r>
        <w:rPr>
          <w:rFonts w:ascii="Nirmala UI" w:hAnsi="Nirmala UI" w:eastAsia="Nirmala UI" w:cs="Nirmala UI"/>
        </w:rPr>
        <w:t>ᱫᱷᱟᱱᱩ</w:t>
      </w:r>
      <w:r>
        <w:rPr>
          <w:rFonts w:ascii="Times New Roman" w:hAnsi="Times New Roman" w:eastAsia="Times New Roman" w:cs="Times New Roman"/>
        </w:rPr>
        <w:t xml:space="preserve"> </w:t>
      </w:r>
      <w:r>
        <w:rPr>
          <w:rFonts w:ascii="Nirmala UI" w:hAnsi="Nirmala UI" w:eastAsia="Nirmala UI" w:cs="Nirmala UI"/>
        </w:rPr>
        <w:t>ᱛᱟᱦᱮᱱᱟ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ᱠᱨᱤᱯᱟ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ᱯᱨᱮᱢ</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ᱪᱤᱱᱦᱟᱹ।</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ᱫᱨᱤᱥᱭᱟ</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ᱵᱷᱚᱭᱟᱱᱚᱠ</w:t>
      </w:r>
      <w:r>
        <w:rPr>
          <w:rFonts w:ascii="Times New Roman" w:hAnsi="Times New Roman" w:eastAsia="Times New Roman" w:cs="Times New Roman"/>
        </w:rPr>
        <w:t xml:space="preserve"> </w:t>
      </w:r>
      <w:r>
        <w:rPr>
          <w:rFonts w:ascii="Nirmala UI" w:hAnsi="Nirmala UI" w:eastAsia="Nirmala UI" w:cs="Nirmala UI"/>
        </w:rPr>
        <w:t>ᱜᱚᱨᱚᱵ</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ᱵᱟᱹᱫᱷᱟ</w:t>
      </w:r>
      <w:r>
        <w:rPr>
          <w:rFonts w:ascii="Times New Roman" w:hAnsi="Times New Roman" w:eastAsia="Times New Roman" w:cs="Times New Roman"/>
        </w:rPr>
        <w:t xml:space="preserve"> </w:t>
      </w:r>
      <w:r>
        <w:rPr>
          <w:rFonts w:ascii="Nirmala UI" w:hAnsi="Nirmala UI" w:eastAsia="Nirmala UI" w:cs="Nirmala UI"/>
        </w:rPr>
        <w:t>ᱦᱚᱭ</w:t>
      </w:r>
      <w:r>
        <w:rPr>
          <w:rFonts w:ascii="Times New Roman" w:hAnsi="Times New Roman" w:eastAsia="Times New Roman" w:cs="Times New Roman"/>
        </w:rPr>
        <w:t xml:space="preserve"> </w:t>
      </w:r>
      <w:r>
        <w:rPr>
          <w:rFonts w:ascii="Nirmala UI" w:hAnsi="Nirmala UI" w:eastAsia="Nirmala UI" w:cs="Nirmala UI"/>
        </w:rPr>
        <w:t>ᱠᱟᱛᱮ</w:t>
      </w:r>
      <w:r>
        <w:rPr>
          <w:rFonts w:ascii="Times New Roman" w:hAnsi="Times New Roman" w:eastAsia="Times New Roman" w:cs="Times New Roman"/>
        </w:rPr>
        <w:t xml:space="preserve">, </w:t>
      </w:r>
      <w:r>
        <w:rPr>
          <w:rFonts w:ascii="Nirmala UI" w:hAnsi="Nirmala UI" w:eastAsia="Nirmala UI" w:cs="Nirmala UI"/>
        </w:rPr>
        <w:t>ᱦᱮᱡᱤᱠᱤᱭᱮᱞ</w:t>
      </w:r>
      <w:r>
        <w:rPr>
          <w:rFonts w:ascii="Times New Roman" w:hAnsi="Times New Roman" w:eastAsia="Times New Roman" w:cs="Times New Roman"/>
        </w:rPr>
        <w:t xml:space="preserve"> </w:t>
      </w:r>
      <w:r>
        <w:rPr>
          <w:rFonts w:ascii="Nirmala UI" w:hAnsi="Nirmala UI" w:eastAsia="Nirmala UI" w:cs="Nirmala UI"/>
        </w:rPr>
        <w:t>ᱟᱯᱱᱟᱨ</w:t>
      </w:r>
      <w:r>
        <w:rPr>
          <w:rFonts w:ascii="Times New Roman" w:hAnsi="Times New Roman" w:eastAsia="Times New Roman" w:cs="Times New Roman"/>
        </w:rPr>
        <w:t xml:space="preserve"> </w:t>
      </w:r>
      <w:r>
        <w:rPr>
          <w:rFonts w:ascii="Nirmala UI" w:hAnsi="Nirmala UI" w:eastAsia="Nirmala UI" w:cs="Nirmala UI"/>
        </w:rPr>
        <w:t>ᱢᱚᱜᱚᱛ</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ᱩᱵᱩᱨ</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ᱡᱚᱠᱷᱚᱱ</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ᱥᱟᱹᱫ</w:t>
      </w:r>
      <w:r>
        <w:rPr>
          <w:rFonts w:ascii="Times New Roman" w:hAnsi="Times New Roman" w:eastAsia="Times New Roman" w:cs="Times New Roman"/>
        </w:rPr>
        <w:t xml:space="preserve"> </w:t>
      </w:r>
      <w:r>
        <w:rPr>
          <w:rFonts w:ascii="Nirmala UI" w:hAnsi="Nirmala UI" w:eastAsia="Nirmala UI" w:cs="Nirmala UI"/>
        </w:rPr>
        <w:t>ᱩᱱᱤᱧ</w:t>
      </w:r>
      <w:r>
        <w:rPr>
          <w:rFonts w:ascii="Times New Roman" w:hAnsi="Times New Roman" w:eastAsia="Times New Roman" w:cs="Times New Roman"/>
        </w:rPr>
        <w:t xml:space="preserve"> </w:t>
      </w:r>
      <w:r>
        <w:rPr>
          <w:rFonts w:ascii="Nirmala UI" w:hAnsi="Nirmala UI" w:eastAsia="Nirmala UI" w:cs="Nirmala UI"/>
        </w:rPr>
        <w:t>ᱟᱹᱭᱩᱵ</w:t>
      </w:r>
      <w:r>
        <w:rPr>
          <w:rFonts w:ascii="Times New Roman" w:hAnsi="Times New Roman" w:eastAsia="Times New Roman" w:cs="Times New Roman"/>
        </w:rPr>
        <w:t xml:space="preserve"> </w:t>
      </w:r>
      <w:r>
        <w:rPr>
          <w:rFonts w:ascii="Nirmala UI" w:hAnsi="Nirmala UI" w:eastAsia="Nirmala UI" w:cs="Nirmala UI"/>
        </w:rPr>
        <w:t>ᱠᱮᱫᱮᱭᱟ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ᱩᱱᱤ</w:t>
      </w:r>
      <w:r>
        <w:rPr>
          <w:rFonts w:ascii="Times New Roman" w:hAnsi="Times New Roman" w:eastAsia="Times New Roman" w:cs="Times New Roman"/>
        </w:rPr>
        <w:t xml:space="preserve"> </w:t>
      </w:r>
      <w:r>
        <w:rPr>
          <w:rFonts w:ascii="Nirmala UI" w:hAnsi="Nirmala UI" w:eastAsia="Nirmala UI" w:cs="Nirmala UI"/>
        </w:rPr>
        <w:t>ᱛᱮᱺᱜᱚᱱ</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ᱯᱨᱚᱵᱷᱩ</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ᱵᱟᱹᱱᱤ</w:t>
      </w:r>
      <w:r>
        <w:rPr>
          <w:rFonts w:ascii="Times New Roman" w:hAnsi="Times New Roman" w:eastAsia="Times New Roman" w:cs="Times New Roman"/>
        </w:rPr>
        <w:t xml:space="preserve"> </w:t>
      </w:r>
      <w:r>
        <w:rPr>
          <w:rFonts w:ascii="Nirmala UI" w:hAnsi="Nirmala UI" w:eastAsia="Nirmala UI" w:cs="Nirmala UI"/>
        </w:rPr>
        <w:t>ᱟᱭᱩᱢᱮ।</w:t>
      </w:r>
      <w:r>
        <w:rPr>
          <w:rFonts w:ascii="Times New Roman" w:hAnsi="Times New Roman" w:eastAsia="Times New Roman" w:cs="Times New Roman"/>
        </w:rPr>
        <w:t xml:space="preserve"> </w:t>
      </w:r>
      <w:r>
        <w:rPr>
          <w:rFonts w:ascii="Nirmala UI" w:hAnsi="Nirmala UI" w:eastAsia="Nirmala UI" w:cs="Nirmala UI"/>
        </w:rPr>
        <w:t>ᱛᱟᱨᱚᱠ</w:t>
      </w:r>
      <w:r>
        <w:rPr>
          <w:rFonts w:ascii="Times New Roman" w:hAnsi="Times New Roman" w:eastAsia="Times New Roman" w:cs="Times New Roman"/>
        </w:rPr>
        <w:t xml:space="preserve"> </w:t>
      </w:r>
      <w:r>
        <w:rPr>
          <w:rFonts w:ascii="Nirmala UI" w:hAnsi="Nirmala UI" w:eastAsia="Nirmala UI" w:cs="Nirmala UI"/>
        </w:rPr>
        <w:t>ᱩᱱᱤᱧ</w:t>
      </w:r>
      <w:r>
        <w:rPr>
          <w:rFonts w:ascii="Times New Roman" w:hAnsi="Times New Roman" w:eastAsia="Times New Roman" w:cs="Times New Roman"/>
        </w:rPr>
        <w:t xml:space="preserve"> </w:t>
      </w:r>
      <w:r>
        <w:rPr>
          <w:rFonts w:ascii="Nirmala UI" w:hAnsi="Nirmala UI" w:eastAsia="Nirmala UI" w:cs="Nirmala UI"/>
        </w:rPr>
        <w:t>ᱠᱷᱟᱛᱤᱨ</w:t>
      </w:r>
      <w:r>
        <w:rPr>
          <w:rFonts w:ascii="Times New Roman" w:hAnsi="Times New Roman" w:eastAsia="Times New Roman" w:cs="Times New Roman"/>
        </w:rPr>
        <w:t xml:space="preserve"> </w:t>
      </w:r>
      <w:r>
        <w:rPr>
          <w:rFonts w:ascii="Nirmala UI" w:hAnsi="Nirmala UI" w:eastAsia="Nirmala UI" w:cs="Nirmala UI"/>
        </w:rPr>
        <w:t>ᱤᱥᱨᱟᱭᱮᱞ</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ᱦᱚᱥᱤᱭᱟᱨᱤ</w:t>
      </w:r>
      <w:r>
        <w:rPr>
          <w:rFonts w:ascii="Times New Roman" w:hAnsi="Times New Roman" w:eastAsia="Times New Roman" w:cs="Times New Roman"/>
        </w:rPr>
        <w:t xml:space="preserve"> </w:t>
      </w:r>
      <w:r>
        <w:rPr>
          <w:rFonts w:ascii="Nirmala UI" w:hAnsi="Nirmala UI" w:eastAsia="Nirmala UI" w:cs="Nirmala UI"/>
        </w:rPr>
        <w:t>ᱵᱟᱹᱨᱛᱟ</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ᱠᱮᱫᱮᱭᱟ।</w:t>
      </w:r>
      <w:r>
        <w:rPr>
          <w:rFonts w:ascii="Times New Roman" w:hAnsi="Times New Roman" w:eastAsia="Times New Roman" w:cs="Times New Roman"/>
        </w:rPr>
        <w:t>” Testimonies, 751.</w:t>
      </w:r>
    </w:p>
    <w:p>
      <w:pPr>
        <w:pStyle w:val="ArticleScripture"/>
        <w:jc w:val="left"/>
      </w:pPr>
      <w:r>
        <w:rPr>
          <w:rFonts w:ascii="Times New Roman" w:hAnsi="Times New Roman" w:eastAsia="Times New Roman" w:cs="Times New Roman"/>
        </w:rPr>
        <w:t>Omusumba gwa Mukama era naguwulira, ng’agamba nti, Ani gwe nnaatuma, era ani alitugendera? Awo ne njogera nti, Nze nzuuno; ntuma. Isaaya 6:8.</w:t>
      </w:r>
    </w:p>
    <w:p>
      <w:pPr>
        <w:pStyle w:val="ArticleScripture"/>
        <w:jc w:val="left"/>
      </w:pPr>
      <w:r>
        <w:rPr>
          <w:rFonts w:ascii="Times New Roman" w:hAnsi="Times New Roman" w:eastAsia="Times New Roman" w:cs="Times New Roman"/>
        </w:rPr>
        <w:t>“Mul’anni kun yeroo sammuun isaa yaaddoo dukkanaa’oo fi dursee sodaachuun guutame keessatti Hisqi’eeliif kenname. Inni biyya abbootii isaa ona taatee ciiftee jirtu arge...”</w:t>
      </w:r>
    </w:p>
    <w:p>
      <w:pPr>
        <w:pStyle w:val="ArticleScripture"/>
        <w:jc w:val="left"/>
      </w:pPr>
      <w:r>
        <w:rPr>
          <w:rFonts w:ascii="Times New Roman" w:hAnsi="Times New Roman" w:eastAsia="Times New Roman" w:cs="Times New Roman"/>
        </w:rPr>
        <w:t>“</w:t>
      </w:r>
      <w:r>
        <w:rPr>
          <w:rFonts w:ascii="Ebrima" w:hAnsi="Ebrima" w:eastAsia="Ebrima" w:cs="Ebrima"/>
        </w:rPr>
        <w:t>በተመሳሳይ</w:t>
      </w:r>
      <w:r>
        <w:rPr>
          <w:rFonts w:ascii="Times New Roman" w:hAnsi="Times New Roman" w:eastAsia="Times New Roman" w:cs="Times New Roman"/>
        </w:rPr>
        <w:t xml:space="preserve"> </w:t>
      </w:r>
      <w:r>
        <w:rPr>
          <w:rFonts w:ascii="Ebrima" w:hAnsi="Ebrima" w:eastAsia="Ebrima" w:cs="Ebrima"/>
        </w:rPr>
        <w:t>ሁኔታ፣</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ለሚወደው</w:t>
      </w:r>
      <w:r>
        <w:rPr>
          <w:rFonts w:ascii="Times New Roman" w:hAnsi="Times New Roman" w:eastAsia="Times New Roman" w:cs="Times New Roman"/>
        </w:rPr>
        <w:t xml:space="preserve"> </w:t>
      </w:r>
      <w:r>
        <w:rPr>
          <w:rFonts w:ascii="Ebrima" w:hAnsi="Ebrima" w:eastAsia="Ebrima" w:cs="Ebrima"/>
        </w:rPr>
        <w:t>ዮሐንስ</w:t>
      </w:r>
      <w:r>
        <w:rPr>
          <w:rFonts w:ascii="Times New Roman" w:hAnsi="Times New Roman" w:eastAsia="Times New Roman" w:cs="Times New Roman"/>
        </w:rPr>
        <w:t xml:space="preserve"> </w:t>
      </w:r>
      <w:r>
        <w:rPr>
          <w:rFonts w:ascii="Ebrima" w:hAnsi="Ebrima" w:eastAsia="Ebrima" w:cs="Ebrima"/>
        </w:rPr>
        <w:t>የቤተ</w:t>
      </w:r>
      <w:r>
        <w:rPr>
          <w:rFonts w:ascii="Times New Roman" w:hAnsi="Times New Roman" w:eastAsia="Times New Roman" w:cs="Times New Roman"/>
        </w:rPr>
        <w:t xml:space="preserve"> </w:t>
      </w:r>
      <w:r>
        <w:rPr>
          <w:rFonts w:ascii="Ebrima" w:hAnsi="Ebrima" w:eastAsia="Ebrima" w:cs="Ebrima"/>
        </w:rPr>
        <w:t>ክርስቲያንን</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ለወደፊቱ</w:t>
      </w:r>
      <w:r>
        <w:rPr>
          <w:rFonts w:ascii="Times New Roman" w:hAnsi="Times New Roman" w:eastAsia="Times New Roman" w:cs="Times New Roman"/>
        </w:rPr>
        <w:t xml:space="preserve"> </w:t>
      </w:r>
      <w:r>
        <w:rPr>
          <w:rFonts w:ascii="Ebrima" w:hAnsi="Ebrima" w:eastAsia="Ebrima" w:cs="Ebrima"/>
        </w:rPr>
        <w:t>ዘመናት</w:t>
      </w:r>
      <w:r>
        <w:rPr>
          <w:rFonts w:ascii="Times New Roman" w:hAnsi="Times New Roman" w:eastAsia="Times New Roman" w:cs="Times New Roman"/>
        </w:rPr>
        <w:t xml:space="preserve"> </w:t>
      </w:r>
      <w:r>
        <w:rPr>
          <w:rFonts w:ascii="Ebrima" w:hAnsi="Ebrima" w:eastAsia="Ebrima" w:cs="Ebrima"/>
        </w:rPr>
        <w:t>ሊገልጥለት</w:t>
      </w:r>
      <w:r>
        <w:rPr>
          <w:rFonts w:ascii="Times New Roman" w:hAnsi="Times New Roman" w:eastAsia="Times New Roman" w:cs="Times New Roman"/>
        </w:rPr>
        <w:t xml:space="preserve"> </w:t>
      </w:r>
      <w:r>
        <w:rPr>
          <w:rFonts w:ascii="Ebrima" w:hAnsi="Ebrima" w:eastAsia="Ebrima" w:cs="Ebrima"/>
        </w:rPr>
        <w:t>ሲዘጋጅ፣</w:t>
      </w:r>
      <w:r>
        <w:rPr>
          <w:rFonts w:ascii="Times New Roman" w:hAnsi="Times New Roman" w:eastAsia="Times New Roman" w:cs="Times New Roman"/>
        </w:rPr>
        <w:t xml:space="preserve"> </w:t>
      </w:r>
      <w:r>
        <w:rPr>
          <w:rFonts w:ascii="Ebrima" w:hAnsi="Ebrima" w:eastAsia="Ebrima" w:cs="Ebrima"/>
        </w:rPr>
        <w:t>የመድኃኒቱን</w:t>
      </w:r>
      <w:r>
        <w:rPr>
          <w:rFonts w:ascii="Times New Roman" w:hAnsi="Times New Roman" w:eastAsia="Times New Roman" w:cs="Times New Roman"/>
        </w:rPr>
        <w:t xml:space="preserve"> </w:t>
      </w:r>
      <w:r>
        <w:rPr>
          <w:rFonts w:ascii="Ebrima" w:hAnsi="Ebrima" w:eastAsia="Ebrima" w:cs="Ebrima"/>
        </w:rPr>
        <w:t>ለሕዝቡ</w:t>
      </w:r>
      <w:r>
        <w:rPr>
          <w:rFonts w:ascii="Times New Roman" w:hAnsi="Times New Roman" w:eastAsia="Times New Roman" w:cs="Times New Roman"/>
        </w:rPr>
        <w:t xml:space="preserve"> </w:t>
      </w:r>
      <w:r>
        <w:rPr>
          <w:rFonts w:ascii="Ebrima" w:hAnsi="Ebrima" w:eastAsia="Ebrima" w:cs="Ebrima"/>
        </w:rPr>
        <w:t>ያለውን</w:t>
      </w:r>
      <w:r>
        <w:rPr>
          <w:rFonts w:ascii="Times New Roman" w:hAnsi="Times New Roman" w:eastAsia="Times New Roman" w:cs="Times New Roman"/>
        </w:rPr>
        <w:t xml:space="preserve"> </w:t>
      </w:r>
      <w:r>
        <w:rPr>
          <w:rFonts w:ascii="Ebrima" w:hAnsi="Ebrima" w:eastAsia="Ebrima" w:cs="Ebrima"/>
        </w:rPr>
        <w:t>ፍላጎትና</w:t>
      </w:r>
      <w:r>
        <w:rPr>
          <w:rFonts w:ascii="Times New Roman" w:hAnsi="Times New Roman" w:eastAsia="Times New Roman" w:cs="Times New Roman"/>
        </w:rPr>
        <w:t xml:space="preserve"> </w:t>
      </w:r>
      <w:r>
        <w:rPr>
          <w:rFonts w:ascii="Ebrima" w:hAnsi="Ebrima" w:eastAsia="Ebrima" w:cs="Ebrima"/>
        </w:rPr>
        <w:t>እንክብካቤ</w:t>
      </w:r>
      <w:r>
        <w:rPr>
          <w:rFonts w:ascii="Times New Roman" w:hAnsi="Times New Roman" w:eastAsia="Times New Roman" w:cs="Times New Roman"/>
        </w:rPr>
        <w:t xml:space="preserve"> </w:t>
      </w:r>
      <w:r>
        <w:rPr>
          <w:rFonts w:ascii="Ebrima" w:hAnsi="Ebrima" w:eastAsia="Ebrima" w:cs="Ebrima"/>
        </w:rPr>
        <w:t>በመግለጥ</w:t>
      </w:r>
      <w:r>
        <w:rPr>
          <w:rFonts w:ascii="Times New Roman" w:hAnsi="Times New Roman" w:eastAsia="Times New Roman" w:cs="Times New Roman"/>
        </w:rPr>
        <w:t xml:space="preserve"> ‘</w:t>
      </w:r>
      <w:r>
        <w:rPr>
          <w:rFonts w:ascii="Ebrima" w:hAnsi="Ebrima" w:eastAsia="Ebrima" w:cs="Ebrima"/>
        </w:rPr>
        <w:t>የሰው</w:t>
      </w:r>
      <w:r>
        <w:rPr>
          <w:rFonts w:ascii="Times New Roman" w:hAnsi="Times New Roman" w:eastAsia="Times New Roman" w:cs="Times New Roman"/>
        </w:rPr>
        <w:t xml:space="preserve"> </w:t>
      </w:r>
      <w:r>
        <w:rPr>
          <w:rFonts w:ascii="Ebrima" w:hAnsi="Ebrima" w:eastAsia="Ebrima" w:cs="Ebrima"/>
        </w:rPr>
        <w:t>ልጅን</w:t>
      </w:r>
      <w:r>
        <w:rPr>
          <w:rFonts w:ascii="Times New Roman" w:hAnsi="Times New Roman" w:eastAsia="Times New Roman" w:cs="Times New Roman"/>
        </w:rPr>
        <w:t xml:space="preserve"> </w:t>
      </w:r>
      <w:r>
        <w:rPr>
          <w:rFonts w:ascii="Ebrima" w:hAnsi="Ebrima" w:eastAsia="Ebrima" w:cs="Ebrima"/>
        </w:rPr>
        <w:t>የሚመስል</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በሰባቱ</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መቅደሶች</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ሲመላለስ</w:t>
      </w:r>
      <w:r>
        <w:rPr>
          <w:rFonts w:ascii="Times New Roman" w:hAnsi="Times New Roman" w:eastAsia="Times New Roman" w:cs="Times New Roman"/>
        </w:rPr>
        <w:t xml:space="preserve"> </w:t>
      </w:r>
      <w:r>
        <w:rPr>
          <w:rFonts w:ascii="Ebrima" w:hAnsi="Ebrima" w:eastAsia="Ebrima" w:cs="Ebrima"/>
        </w:rPr>
        <w:t>አሳየው፤</w:t>
      </w:r>
      <w:r>
        <w:rPr>
          <w:rFonts w:ascii="Times New Roman" w:hAnsi="Times New Roman" w:eastAsia="Times New Roman" w:cs="Times New Roman"/>
        </w:rPr>
        <w:t xml:space="preserve"> </w:t>
      </w:r>
      <w:r>
        <w:rPr>
          <w:rFonts w:ascii="Ebrima" w:hAnsi="Ebrima" w:eastAsia="Ebrima" w:cs="Ebrima"/>
        </w:rPr>
        <w:t>እነዚህም</w:t>
      </w:r>
      <w:r>
        <w:rPr>
          <w:rFonts w:ascii="Times New Roman" w:hAnsi="Times New Roman" w:eastAsia="Times New Roman" w:cs="Times New Roman"/>
        </w:rPr>
        <w:t xml:space="preserve"> </w:t>
      </w:r>
      <w:r>
        <w:rPr>
          <w:rFonts w:ascii="Ebrima" w:hAnsi="Ebrima" w:eastAsia="Ebrima" w:cs="Ebrima"/>
        </w:rPr>
        <w:t>ሰባቱን</w:t>
      </w:r>
      <w:r>
        <w:rPr>
          <w:rFonts w:ascii="Times New Roman" w:hAnsi="Times New Roman" w:eastAsia="Times New Roman" w:cs="Times New Roman"/>
        </w:rPr>
        <w:t xml:space="preserve"> </w:t>
      </w:r>
      <w:r>
        <w:rPr>
          <w:rFonts w:ascii="Ebrima" w:hAnsi="Ebrima" w:eastAsia="Ebrima" w:cs="Ebrima"/>
        </w:rPr>
        <w:t>አብያተ</w:t>
      </w:r>
      <w:r>
        <w:rPr>
          <w:rFonts w:ascii="Times New Roman" w:hAnsi="Times New Roman" w:eastAsia="Times New Roman" w:cs="Times New Roman"/>
        </w:rPr>
        <w:t xml:space="preserve"> </w:t>
      </w:r>
      <w:r>
        <w:rPr>
          <w:rFonts w:ascii="Ebrima" w:hAnsi="Ebrima" w:eastAsia="Ebrima" w:cs="Ebrima"/>
        </w:rPr>
        <w:t>ክርስቲያናት</w:t>
      </w:r>
      <w:r>
        <w:rPr>
          <w:rFonts w:ascii="Times New Roman" w:hAnsi="Times New Roman" w:eastAsia="Times New Roman" w:cs="Times New Roman"/>
        </w:rPr>
        <w:t xml:space="preserve"> </w:t>
      </w:r>
      <w:r>
        <w:rPr>
          <w:rFonts w:ascii="Ebrima" w:hAnsi="Ebrima" w:eastAsia="Ebrima" w:cs="Ebrima"/>
        </w:rPr>
        <w:t>ይወክሉ</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p>
    <w:p>
      <w:pPr>
        <w:pStyle w:val="ArticleScripture"/>
        <w:jc w:val="left"/>
      </w:pPr>
      <w:r>
        <w:rPr>
          <w:rFonts w:ascii="Times New Roman" w:hAnsi="Times New Roman" w:eastAsia="Times New Roman" w:cs="Times New Roman"/>
        </w:rPr>
        <w:t>“Barumsa kun faayidaa keenyaati. Amantii keenya Waaqayyo irratti cimsinee dhaabachuu qabna, sababiin isaas yeroo lubbuu namootaa qoruu jiru tokko amma dura keenya jira. …”</w:t>
      </w:r>
    </w:p>
    <w:p>
      <w:pPr>
        <w:pStyle w:val="ArticleScripture"/>
        <w:jc w:val="left"/>
      </w:pPr>
      <w:r>
        <w:rPr>
          <w:rFonts w:ascii="Times New Roman" w:hAnsi="Times New Roman" w:eastAsia="Times New Roman" w:cs="Times New Roman"/>
        </w:rPr>
        <w:t>“Nuyi marga dhacii qajeelchaa fi ulfaataa ta’an irra dhaabanneerra. Raajii saffisaan raawwatamaa jira. Gooftaan balbala irra jira. Yeroon namoota jiraatan hundumaaf dhimma guddaa fi nama liqimsu tokko yeroo dhiyootti fuuldura keenya banamuuf jira. Mormiiwwan darban irra deebi’anii ni kaafamu; mormiiwwan haaraanis ni ka’u. Haalli addunyaa keenya keessatti raawwatamuuf jiru amma iyyuu guutummaatti yaadamee hin beekamu. Seexanni karaa ergamtoota namaa hojii irra jira. Warri Heera mootummaa jijjiiruufii seera Dilbata kabachiisu mirkaneessuuf carraaqqii godhan bu’aan isaa maal akka ta’u xiqqoo iyyuu hin hubatan. Qabsoon murteessaan nu irra gahuu jedhu.”</w:t>
      </w:r>
    </w:p>
    <w:p>
      <w:pPr>
        <w:pStyle w:val="ArticleScripture"/>
        <w:jc w:val="left"/>
      </w:pPr>
      <w:r>
        <w:rPr>
          <w:rFonts w:ascii="Times New Roman" w:hAnsi="Times New Roman" w:eastAsia="Times New Roman" w:cs="Times New Roman"/>
        </w:rPr>
        <w:t>“</w:t>
      </w:r>
      <w:r>
        <w:rPr>
          <w:rFonts w:ascii="Nirmala UI" w:hAnsi="Nirmala UI" w:eastAsia="Nirmala UI" w:cs="Nirmala UI"/>
        </w:rPr>
        <w:t>ᱢᱮᱱᱠᱷᱟᱱ</w:t>
      </w:r>
      <w:r>
        <w:rPr>
          <w:rFonts w:ascii="Times New Roman" w:hAnsi="Times New Roman" w:eastAsia="Times New Roman" w:cs="Times New Roman"/>
        </w:rPr>
        <w:t xml:space="preserve"> </w:t>
      </w:r>
      <w:r>
        <w:rPr>
          <w:rFonts w:ascii="Nirmala UI" w:hAnsi="Nirmala UI" w:eastAsia="Nirmala UI" w:cs="Nirmala UI"/>
        </w:rPr>
        <w:t>ᱤᱥᱣᱟᱨ</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ᱫᱚᱥᱚᱨᱠᱚ</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ᱢᱟᱨᱟᱝ</w:t>
      </w:r>
      <w:r>
        <w:rPr>
          <w:rFonts w:ascii="Times New Roman" w:hAnsi="Times New Roman" w:eastAsia="Times New Roman" w:cs="Times New Roman"/>
        </w:rPr>
        <w:t xml:space="preserve"> </w:t>
      </w:r>
      <w:r>
        <w:rPr>
          <w:rFonts w:ascii="Nirmala UI" w:hAnsi="Nirmala UI" w:eastAsia="Nirmala UI" w:cs="Nirmala UI"/>
        </w:rPr>
        <w:t>ᱡᱚᱴᱤᱞ</w:t>
      </w:r>
      <w:r>
        <w:rPr>
          <w:rFonts w:ascii="Times New Roman" w:hAnsi="Times New Roman" w:eastAsia="Times New Roman" w:cs="Times New Roman"/>
        </w:rPr>
        <w:t xml:space="preserve"> </w:t>
      </w:r>
      <w:r>
        <w:rPr>
          <w:rFonts w:ascii="Nirmala UI" w:hAnsi="Nirmala UI" w:eastAsia="Nirmala UI" w:cs="Nirmala UI"/>
        </w:rPr>
        <w:t>ᱡᱚᱜᱽᱨᱮ</w:t>
      </w:r>
      <w:r>
        <w:rPr>
          <w:rFonts w:ascii="Times New Roman" w:hAnsi="Times New Roman" w:eastAsia="Times New Roman" w:cs="Times New Roman"/>
        </w:rPr>
        <w:t xml:space="preserve"> </w:t>
      </w:r>
      <w:r>
        <w:rPr>
          <w:rFonts w:ascii="Nirmala UI" w:hAnsi="Nirmala UI" w:eastAsia="Nirmala UI" w:cs="Nirmala UI"/>
        </w:rPr>
        <w:t>ᱟᱯᱱᱟᱨ</w:t>
      </w:r>
      <w:r>
        <w:rPr>
          <w:rFonts w:ascii="Times New Roman" w:hAnsi="Times New Roman" w:eastAsia="Times New Roman" w:cs="Times New Roman"/>
        </w:rPr>
        <w:t xml:space="preserve"> </w:t>
      </w:r>
      <w:r>
        <w:rPr>
          <w:rFonts w:ascii="Nirmala UI" w:hAnsi="Nirmala UI" w:eastAsia="Nirmala UI" w:cs="Nirmala UI"/>
        </w:rPr>
        <w:t>ᱚᱯᱚᱱ</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ᱵᱷᱚᱨᱚᱥᱟ</w:t>
      </w:r>
      <w:r>
        <w:rPr>
          <w:rFonts w:ascii="Times New Roman" w:hAnsi="Times New Roman" w:eastAsia="Times New Roman" w:cs="Times New Roman"/>
        </w:rPr>
        <w:t xml:space="preserve"> </w:t>
      </w:r>
      <w:r>
        <w:rPr>
          <w:rFonts w:ascii="Nirmala UI" w:hAnsi="Nirmala UI" w:eastAsia="Nirmala UI" w:cs="Nirmala UI"/>
        </w:rPr>
        <w:t>ᱵᱟᱝ</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ᱤᱥᱟᱭᱟ</w:t>
      </w:r>
      <w:r>
        <w:rPr>
          <w:rFonts w:ascii="Times New Roman" w:hAnsi="Times New Roman" w:eastAsia="Times New Roman" w:cs="Times New Roman"/>
        </w:rPr>
        <w:t xml:space="preserve">, </w:t>
      </w:r>
      <w:r>
        <w:rPr>
          <w:rFonts w:ascii="Nirmala UI" w:hAnsi="Nirmala UI" w:eastAsia="Nirmala UI" w:cs="Nirmala UI"/>
        </w:rPr>
        <w:t>ᱤᱡᱮᱠᱤᱭᱮᱞ</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ᱡᱚᱱ</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ᱮᱢᱟᱱ</w:t>
      </w:r>
      <w:r>
        <w:rPr>
          <w:rFonts w:ascii="Times New Roman" w:hAnsi="Times New Roman" w:eastAsia="Times New Roman" w:cs="Times New Roman"/>
        </w:rPr>
        <w:t xml:space="preserve"> </w:t>
      </w:r>
      <w:r>
        <w:rPr>
          <w:rFonts w:ascii="Nirmala UI" w:hAnsi="Nirmala UI" w:eastAsia="Nirmala UI" w:cs="Nirmala UI"/>
        </w:rPr>
        <w:t>ᱫᱟᱨᱥᱚᱱᱠᱚᱨᱮ</w:t>
      </w:r>
      <w:r>
        <w:rPr>
          <w:rFonts w:ascii="Times New Roman" w:hAnsi="Times New Roman" w:eastAsia="Times New Roman" w:cs="Times New Roman"/>
        </w:rPr>
        <w:t xml:space="preserve"> </w:t>
      </w:r>
      <w:r>
        <w:rPr>
          <w:rFonts w:ascii="Nirmala UI" w:hAnsi="Nirmala UI" w:eastAsia="Nirmala UI" w:cs="Nirmala UI"/>
        </w:rPr>
        <w:t>ᱟᱞᱮ</w:t>
      </w:r>
      <w:r>
        <w:rPr>
          <w:rFonts w:ascii="Times New Roman" w:hAnsi="Times New Roman" w:eastAsia="Times New Roman" w:cs="Times New Roman"/>
        </w:rPr>
        <w:t xml:space="preserve"> </w:t>
      </w:r>
      <w:r>
        <w:rPr>
          <w:rFonts w:ascii="Nirmala UI" w:hAnsi="Nirmala UI" w:eastAsia="Nirmala UI" w:cs="Nirmala UI"/>
        </w:rPr>
        <w:t>ᱧᱮᱞᱟ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ᱥᱮᱨᱢᱟ</w:t>
      </w:r>
      <w:r>
        <w:rPr>
          <w:rFonts w:ascii="Times New Roman" w:hAnsi="Times New Roman" w:eastAsia="Times New Roman" w:cs="Times New Roman"/>
        </w:rPr>
        <w:t xml:space="preserve"> </w:t>
      </w:r>
      <w:r>
        <w:rPr>
          <w:rFonts w:ascii="Nirmala UI" w:hAnsi="Nirmala UI" w:eastAsia="Nirmala UI" w:cs="Nirmala UI"/>
        </w:rPr>
        <w:t>ᱯᱨᱤᱛᱷᱤᱵᱤ</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ᱦᱚᱪᱚ</w:t>
      </w:r>
      <w:r>
        <w:rPr>
          <w:rFonts w:ascii="Times New Roman" w:hAnsi="Times New Roman" w:eastAsia="Times New Roman" w:cs="Times New Roman"/>
        </w:rPr>
        <w:t xml:space="preserve"> </w:t>
      </w:r>
      <w:r>
        <w:rPr>
          <w:rFonts w:ascii="Nirmala UI" w:hAnsi="Nirmala UI" w:eastAsia="Nirmala UI" w:cs="Nirmala UI"/>
        </w:rPr>
        <w:t>ᱠᱟᱱ</w:t>
      </w:r>
      <w:r>
        <w:rPr>
          <w:rFonts w:ascii="Times New Roman" w:hAnsi="Times New Roman" w:eastAsia="Times New Roman" w:cs="Times New Roman"/>
        </w:rPr>
        <w:t xml:space="preserve"> </w:t>
      </w:r>
      <w:r>
        <w:rPr>
          <w:rFonts w:ascii="Nirmala UI" w:hAnsi="Nirmala UI" w:eastAsia="Nirmala UI" w:cs="Nirmala UI"/>
        </w:rPr>
        <w:t>ᱜᱷᱚᱴᱚᱱᱠᱚ</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ᱪᱮᱫ</w:t>
      </w:r>
      <w:r>
        <w:rPr>
          <w:rFonts w:ascii="Times New Roman" w:hAnsi="Times New Roman" w:eastAsia="Times New Roman" w:cs="Times New Roman"/>
        </w:rPr>
        <w:t xml:space="preserve"> </w:t>
      </w:r>
      <w:r>
        <w:rPr>
          <w:rFonts w:ascii="Nirmala UI" w:hAnsi="Nirmala UI" w:eastAsia="Nirmala UI" w:cs="Nirmala UI"/>
        </w:rPr>
        <w:t>ᱢᱟᱱᱮ</w:t>
      </w:r>
      <w:r>
        <w:rPr>
          <w:rFonts w:ascii="Times New Roman" w:hAnsi="Times New Roman" w:eastAsia="Times New Roman" w:cs="Times New Roman"/>
        </w:rPr>
        <w:t xml:space="preserve"> </w:t>
      </w:r>
      <w:r>
        <w:rPr>
          <w:rFonts w:ascii="Nirmala UI" w:hAnsi="Nirmala UI" w:eastAsia="Nirmala UI" w:cs="Nirmala UI"/>
        </w:rPr>
        <w:t>ᱡᱩᱲᱟᱹᱣ</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ᱞᱟᱹᱭᱟᱞ</w:t>
      </w:r>
      <w:r>
        <w:rPr>
          <w:rFonts w:ascii="Times New Roman" w:hAnsi="Times New Roman" w:eastAsia="Times New Roman" w:cs="Times New Roman"/>
        </w:rPr>
        <w:t xml:space="preserve"> </w:t>
      </w:r>
      <w:r>
        <w:rPr>
          <w:rFonts w:ascii="Nirmala UI" w:hAnsi="Nirmala UI" w:eastAsia="Nirmala UI" w:cs="Nirmala UI"/>
        </w:rPr>
        <w:t>ᱢᱮᱱᱟᱜ</w:t>
      </w:r>
      <w:r>
        <w:rPr>
          <w:rFonts w:ascii="Times New Roman" w:hAnsi="Times New Roman" w:eastAsia="Times New Roman" w:cs="Times New Roman"/>
        </w:rPr>
        <w:t xml:space="preserve"> </w:t>
      </w:r>
      <w:r>
        <w:rPr>
          <w:rFonts w:ascii="Nirmala UI" w:hAnsi="Nirmala UI" w:eastAsia="Nirmala UI" w:cs="Nirmala UI"/>
        </w:rPr>
        <w:t>ᱛᱟᱦᱮᱱᱠᱚ</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ᱤᱥᱣᱟᱨ</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ᱟᱛᱚ</w:t>
      </w:r>
      <w:r>
        <w:rPr>
          <w:rFonts w:ascii="Times New Roman" w:hAnsi="Times New Roman" w:eastAsia="Times New Roman" w:cs="Times New Roman"/>
        </w:rPr>
        <w:t xml:space="preserve"> </w:t>
      </w:r>
      <w:r>
        <w:rPr>
          <w:rFonts w:ascii="Nirmala UI" w:hAnsi="Nirmala UI" w:eastAsia="Nirmala UI" w:cs="Nirmala UI"/>
        </w:rPr>
        <w:t>ᱪᱮᱫ</w:t>
      </w:r>
      <w:r>
        <w:rPr>
          <w:rFonts w:ascii="Times New Roman" w:hAnsi="Times New Roman" w:eastAsia="Times New Roman" w:cs="Times New Roman"/>
        </w:rPr>
        <w:t xml:space="preserve"> </w:t>
      </w:r>
      <w:r>
        <w:rPr>
          <w:rFonts w:ascii="Nirmala UI" w:hAnsi="Nirmala UI" w:eastAsia="Nirmala UI" w:cs="Nirmala UI"/>
        </w:rPr>
        <w:t>ᱢᱟᱨᱟᱝ</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ᱡᱚᱜᱚᱛ</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ᱚᱠᱚᱭ</w:t>
      </w:r>
      <w:r>
        <w:rPr>
          <w:rFonts w:ascii="Times New Roman" w:hAnsi="Times New Roman" w:eastAsia="Times New Roman" w:cs="Times New Roman"/>
        </w:rPr>
        <w:t xml:space="preserve"> </w:t>
      </w:r>
      <w:r>
        <w:rPr>
          <w:rFonts w:ascii="Nirmala UI" w:hAnsi="Nirmala UI" w:eastAsia="Nirmala UI" w:cs="Nirmala UI"/>
        </w:rPr>
        <w:t>ᱥᱟᱥᱚᱱᱤᱭᱟᱹ</w:t>
      </w:r>
      <w:r>
        <w:rPr>
          <w:rFonts w:ascii="Times New Roman" w:hAnsi="Times New Roman" w:eastAsia="Times New Roman" w:cs="Times New Roman"/>
        </w:rPr>
        <w:t xml:space="preserve"> </w:t>
      </w:r>
      <w:r>
        <w:rPr>
          <w:rFonts w:ascii="Nirmala UI" w:hAnsi="Nirmala UI" w:eastAsia="Nirmala UI" w:cs="Nirmala UI"/>
        </w:rPr>
        <w:t>ᱵᱟᱹᱰᱛᱤ</w:t>
      </w:r>
      <w:r>
        <w:rPr>
          <w:rFonts w:ascii="Times New Roman" w:hAnsi="Times New Roman" w:eastAsia="Times New Roman" w:cs="Times New Roman"/>
        </w:rPr>
        <w:t xml:space="preserve"> </w:t>
      </w:r>
      <w:r>
        <w:rPr>
          <w:rFonts w:ascii="Nirmala UI" w:hAnsi="Nirmala UI" w:eastAsia="Nirmala UI" w:cs="Nirmala UI"/>
        </w:rPr>
        <w:t>ᱵᱟᱹᱱᱩᱜᱼᱟ।</w:t>
      </w:r>
      <w:r>
        <w:rPr>
          <w:rFonts w:ascii="Times New Roman" w:hAnsi="Times New Roman" w:eastAsia="Times New Roman" w:cs="Times New Roman"/>
        </w:rPr>
        <w:t xml:space="preserve"> </w:t>
      </w:r>
      <w:r>
        <w:rPr>
          <w:rFonts w:ascii="Nirmala UI" w:hAnsi="Nirmala UI" w:eastAsia="Nirmala UI" w:cs="Nirmala UI"/>
        </w:rPr>
        <w:t>ᱟᱜᱟᱢᱤ</w:t>
      </w:r>
      <w:r>
        <w:rPr>
          <w:rFonts w:ascii="Times New Roman" w:hAnsi="Times New Roman" w:eastAsia="Times New Roman" w:cs="Times New Roman"/>
        </w:rPr>
        <w:t xml:space="preserve"> </w:t>
      </w:r>
      <w:r>
        <w:rPr>
          <w:rFonts w:ascii="Nirmala UI" w:hAnsi="Nirmala UI" w:eastAsia="Nirmala UI" w:cs="Nirmala UI"/>
        </w:rPr>
        <w:t>ᱜᱷᱚᱴᱚᱱᱠᱚ</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ᱠᱟᱹᱢᱤ</w:t>
      </w:r>
      <w:r>
        <w:rPr>
          <w:rFonts w:ascii="Times New Roman" w:hAnsi="Times New Roman" w:eastAsia="Times New Roman" w:cs="Times New Roman"/>
        </w:rPr>
        <w:t xml:space="preserve"> </w:t>
      </w:r>
      <w:r>
        <w:rPr>
          <w:rFonts w:ascii="Nirmala UI" w:hAnsi="Nirmala UI" w:eastAsia="Nirmala UI" w:cs="Nirmala UI"/>
        </w:rPr>
        <w:t>ᱯᱨᱚᱜᱨᱟᱢ</w:t>
      </w:r>
      <w:r>
        <w:rPr>
          <w:rFonts w:ascii="Times New Roman" w:hAnsi="Times New Roman" w:eastAsia="Times New Roman" w:cs="Times New Roman"/>
        </w:rPr>
        <w:t xml:space="preserve"> </w:t>
      </w:r>
      <w:r>
        <w:rPr>
          <w:rFonts w:ascii="Nirmala UI" w:hAnsi="Nirmala UI" w:eastAsia="Nirmala UI" w:cs="Nirmala UI"/>
        </w:rPr>
        <w:t>ᱯᱨᱟᱵᱷᱩ</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ᱛᱤ</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ᱢᱮᱱᱟᱜᱼᱟ।</w:t>
      </w:r>
      <w:r>
        <w:rPr>
          <w:rFonts w:ascii="Times New Roman" w:hAnsi="Times New Roman" w:eastAsia="Times New Roman" w:cs="Times New Roman"/>
        </w:rPr>
        <w:t xml:space="preserve"> </w:t>
      </w:r>
      <w:r>
        <w:rPr>
          <w:rFonts w:ascii="Nirmala UI" w:hAnsi="Nirmala UI" w:eastAsia="Nirmala UI" w:cs="Nirmala UI"/>
        </w:rPr>
        <w:t>ᱥᱮᱨᱢᱟ</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ᱢᱟᱦᱤᱢᱟ</w:t>
      </w:r>
      <w:r>
        <w:rPr>
          <w:rFonts w:ascii="Times New Roman" w:hAnsi="Times New Roman" w:eastAsia="Times New Roman" w:cs="Times New Roman"/>
        </w:rPr>
        <w:t xml:space="preserve"> </w:t>
      </w:r>
      <w:r>
        <w:rPr>
          <w:rFonts w:ascii="Nirmala UI" w:hAnsi="Nirmala UI" w:eastAsia="Nirmala UI" w:cs="Nirmala UI"/>
        </w:rPr>
        <w:t>ᱟᱯᱱᱟᱨ</w:t>
      </w:r>
      <w:r>
        <w:rPr>
          <w:rFonts w:ascii="Times New Roman" w:hAnsi="Times New Roman" w:eastAsia="Times New Roman" w:cs="Times New Roman"/>
        </w:rPr>
        <w:t xml:space="preserve"> </w:t>
      </w:r>
      <w:r>
        <w:rPr>
          <w:rFonts w:ascii="Nirmala UI" w:hAnsi="Nirmala UI" w:eastAsia="Nirmala UI" w:cs="Nirmala UI"/>
        </w:rPr>
        <w:t>ᱱᱤᱡ</w:t>
      </w:r>
      <w:r>
        <w:rPr>
          <w:rFonts w:ascii="Times New Roman" w:hAnsi="Times New Roman" w:eastAsia="Times New Roman" w:cs="Times New Roman"/>
        </w:rPr>
        <w:t xml:space="preserve"> </w:t>
      </w:r>
      <w:r>
        <w:rPr>
          <w:rFonts w:ascii="Nirmala UI" w:hAnsi="Nirmala UI" w:eastAsia="Nirmala UI" w:cs="Nirmala UI"/>
        </w:rPr>
        <w:t>ᱫᱟᱭᱤᱛᱣ</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ᱡᱟᱹᱛᱤᱠᱚ</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ᱵᱷᱟᱜᱽᱭ</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ᱛᱟᱱ</w:t>
      </w:r>
      <w:r>
        <w:rPr>
          <w:rFonts w:ascii="Times New Roman" w:hAnsi="Times New Roman" w:eastAsia="Times New Roman" w:cs="Times New Roman"/>
        </w:rPr>
        <w:t xml:space="preserve"> </w:t>
      </w:r>
      <w:r>
        <w:rPr>
          <w:rFonts w:ascii="Nirmala UI" w:hAnsi="Nirmala UI" w:eastAsia="Nirmala UI" w:cs="Nirmala UI"/>
        </w:rPr>
        <w:t>ᱢᱟᱸᱫᱤᱨ</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ᱪᱤᱱᱛᱟᱠᱚ</w:t>
      </w:r>
      <w:r>
        <w:rPr>
          <w:rFonts w:ascii="Times New Roman" w:hAnsi="Times New Roman" w:eastAsia="Times New Roman" w:cs="Times New Roman"/>
        </w:rPr>
        <w:t xml:space="preserve"> </w:t>
      </w:r>
      <w:r>
        <w:rPr>
          <w:rFonts w:ascii="Nirmala UI" w:hAnsi="Nirmala UI" w:eastAsia="Nirmala UI" w:cs="Nirmala UI"/>
        </w:rPr>
        <w:t>ᱦᱚᱸ</w:t>
      </w:r>
      <w:r>
        <w:rPr>
          <w:rFonts w:ascii="Times New Roman" w:hAnsi="Times New Roman" w:eastAsia="Times New Roman" w:cs="Times New Roman"/>
        </w:rPr>
        <w:t xml:space="preserve">, </w:t>
      </w:r>
      <w:r>
        <w:rPr>
          <w:rFonts w:ascii="Nirmala UI" w:hAnsi="Nirmala UI" w:eastAsia="Nirmala UI" w:cs="Nirmala UI"/>
        </w:rPr>
        <w:t>ᱟᱦᱨᱮᱫ</w:t>
      </w:r>
      <w:r>
        <w:rPr>
          <w:rFonts w:ascii="Times New Roman" w:hAnsi="Times New Roman" w:eastAsia="Times New Roman" w:cs="Times New Roman"/>
        </w:rPr>
        <w:t xml:space="preserve"> </w:t>
      </w:r>
      <w:r>
        <w:rPr>
          <w:rFonts w:ascii="Nirmala UI" w:hAnsi="Nirmala UI" w:eastAsia="Nirmala UI" w:cs="Nirmala UI"/>
        </w:rPr>
        <w:t>ᱛᱟᱭᱚᱢ</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ᱫᱚᱦᱚ</w:t>
      </w:r>
      <w:r>
        <w:rPr>
          <w:rFonts w:ascii="Times New Roman" w:hAnsi="Times New Roman" w:eastAsia="Times New Roman" w:cs="Times New Roman"/>
        </w:rPr>
        <w:t xml:space="preserve"> </w:t>
      </w:r>
      <w:r>
        <w:rPr>
          <w:rFonts w:ascii="Nirmala UI" w:hAnsi="Nirmala UI" w:eastAsia="Nirmala UI" w:cs="Nirmala UI"/>
        </w:rPr>
        <w:t>ᱠᱟᱛᱮᱫᱼᱟ।</w:t>
      </w:r>
      <w:r>
        <w:rPr>
          <w:rFonts w:ascii="Times New Roman" w:hAnsi="Times New Roman" w:eastAsia="Times New Roman" w:cs="Times New Roman"/>
        </w:rPr>
        <w:t xml:space="preserve"> …”</w:t>
      </w:r>
    </w:p>
    <w:p>
      <w:pPr>
        <w:pStyle w:val="ArticleScripture"/>
        <w:jc w:val="left"/>
      </w:pPr>
      <w:r>
        <w:rPr>
          <w:rFonts w:ascii="Times New Roman" w:hAnsi="Times New Roman" w:eastAsia="Times New Roman" w:cs="Times New Roman"/>
        </w:rPr>
        <w:t>"Ku rîh-hmu de Ezekiel, Chuanin kut a awm a, cherubte thawh hnuaiah. Hei hi a rawngbawltute zirtîr nân a ni a, an hlawhtlinna pe tûr chu Pathian thiltihtheihna a ni tih hrilh a tum. Anni chu sual an hawisan a, thinlung leh nunah an thianghlim chuan, Amah chuan anmahni nên thawh ho ang."</w:t>
      </w:r>
    </w:p>
    <w:p>
      <w:pPr>
        <w:pStyle w:val="ArticleScripture"/>
        <w:jc w:val="left"/>
      </w:pPr>
      <w:r>
        <w:rPr>
          <w:rFonts w:ascii="Times New Roman" w:hAnsi="Times New Roman" w:eastAsia="Times New Roman" w:cs="Times New Roman"/>
        </w:rPr>
        <w:t>“</w:t>
      </w:r>
      <w:r>
        <w:rPr>
          <w:rFonts w:ascii="Nirmala UI" w:hAnsi="Nirmala UI" w:eastAsia="Nirmala UI" w:cs="Nirmala UI"/>
        </w:rPr>
        <w:t>ᱡᱤᱭᱟᱹᱱ</w:t>
      </w:r>
      <w:r>
        <w:rPr>
          <w:rFonts w:ascii="Times New Roman" w:hAnsi="Times New Roman" w:eastAsia="Times New Roman" w:cs="Times New Roman"/>
        </w:rPr>
        <w:t xml:space="preserve"> </w:t>
      </w:r>
      <w:r>
        <w:rPr>
          <w:rFonts w:ascii="Nirmala UI" w:hAnsi="Nirmala UI" w:eastAsia="Nirmala UI" w:cs="Nirmala UI"/>
        </w:rPr>
        <w:t>ᱥᱟᱱᱟᱢ</w:t>
      </w:r>
      <w:r>
        <w:rPr>
          <w:rFonts w:ascii="Times New Roman" w:hAnsi="Times New Roman" w:eastAsia="Times New Roman" w:cs="Times New Roman"/>
        </w:rPr>
        <w:t xml:space="preserve"> </w:t>
      </w:r>
      <w:r>
        <w:rPr>
          <w:rFonts w:ascii="Nirmala UI" w:hAnsi="Nirmala UI" w:eastAsia="Nirmala UI" w:cs="Nirmala UI"/>
        </w:rPr>
        <w:t>ᱡᱤᱣᱤᱛ</w:t>
      </w:r>
      <w:r>
        <w:rPr>
          <w:rFonts w:ascii="Times New Roman" w:hAnsi="Times New Roman" w:eastAsia="Times New Roman" w:cs="Times New Roman"/>
        </w:rPr>
        <w:t xml:space="preserve"> </w:t>
      </w:r>
      <w:r>
        <w:rPr>
          <w:rFonts w:ascii="Nirmala UI" w:hAnsi="Nirmala UI" w:eastAsia="Nirmala UI" w:cs="Nirmala UI"/>
        </w:rPr>
        <w:t>ᱥᱟᱛᱛᱟ</w:t>
      </w:r>
      <w:r>
        <w:rPr>
          <w:rFonts w:ascii="Times New Roman" w:hAnsi="Times New Roman" w:eastAsia="Times New Roman" w:cs="Times New Roman"/>
        </w:rPr>
        <w:t xml:space="preserve"> </w:t>
      </w:r>
      <w:r>
        <w:rPr>
          <w:rFonts w:ascii="Nirmala UI" w:hAnsi="Nirmala UI" w:eastAsia="Nirmala UI" w:cs="Nirmala UI"/>
        </w:rPr>
        <w:t>ᱛᱟᱞᱟ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ᱵᱤᱡᱽᱞᱤ</w:t>
      </w:r>
      <w:r>
        <w:rPr>
          <w:rFonts w:ascii="Times New Roman" w:hAnsi="Times New Roman" w:eastAsia="Times New Roman" w:cs="Times New Roman"/>
        </w:rPr>
        <w:t xml:space="preserve"> </w:t>
      </w:r>
      <w:r>
        <w:rPr>
          <w:rFonts w:ascii="Nirmala UI" w:hAnsi="Nirmala UI" w:eastAsia="Nirmala UI" w:cs="Nirmala UI"/>
        </w:rPr>
        <w:t>ᱞᱮᱠᱟ</w:t>
      </w:r>
      <w:r>
        <w:rPr>
          <w:rFonts w:ascii="Times New Roman" w:hAnsi="Times New Roman" w:eastAsia="Times New Roman" w:cs="Times New Roman"/>
        </w:rPr>
        <w:t xml:space="preserve"> </w:t>
      </w:r>
      <w:r>
        <w:rPr>
          <w:rFonts w:ascii="Nirmala UI" w:hAnsi="Nirmala UI" w:eastAsia="Nirmala UI" w:cs="Nirmala UI"/>
        </w:rPr>
        <w:t>ᱥᱤᱱᱛᱟᱹᱨ</w:t>
      </w:r>
      <w:r>
        <w:rPr>
          <w:rFonts w:ascii="Times New Roman" w:hAnsi="Times New Roman" w:eastAsia="Times New Roman" w:cs="Times New Roman"/>
        </w:rPr>
        <w:t xml:space="preserve"> </w:t>
      </w:r>
      <w:r>
        <w:rPr>
          <w:rFonts w:ascii="Nirmala UI" w:hAnsi="Nirmala UI" w:eastAsia="Nirmala UI" w:cs="Nirmala UI"/>
        </w:rPr>
        <w:t>ᱠᱟᱱ</w:t>
      </w:r>
      <w:r>
        <w:rPr>
          <w:rFonts w:ascii="Times New Roman" w:hAnsi="Times New Roman" w:eastAsia="Times New Roman" w:cs="Times New Roman"/>
        </w:rPr>
        <w:t xml:space="preserve"> </w:t>
      </w:r>
      <w:r>
        <w:rPr>
          <w:rFonts w:ascii="Nirmala UI" w:hAnsi="Nirmala UI" w:eastAsia="Nirmala UI" w:cs="Nirmala UI"/>
        </w:rPr>
        <w:t>ᱢᱟᱨᱥᱟᱞ</w:t>
      </w:r>
      <w:r>
        <w:rPr>
          <w:rFonts w:ascii="Times New Roman" w:hAnsi="Times New Roman" w:eastAsia="Times New Roman" w:cs="Times New Roman"/>
        </w:rPr>
        <w:t xml:space="preserve"> </w:t>
      </w:r>
      <w:r>
        <w:rPr>
          <w:rFonts w:ascii="Nirmala UI" w:hAnsi="Nirmala UI" w:eastAsia="Nirmala UI" w:cs="Nirmala UI"/>
        </w:rPr>
        <w:t>ᱟᱞᱚ</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ᱠᱟᱹᱢᱤ</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ᱛᱮᱦᱮᱸᱧ</w:t>
      </w:r>
      <w:r>
        <w:rPr>
          <w:rFonts w:ascii="Times New Roman" w:hAnsi="Times New Roman" w:eastAsia="Times New Roman" w:cs="Times New Roman"/>
        </w:rPr>
        <w:t xml:space="preserve"> </w:t>
      </w:r>
      <w:r>
        <w:rPr>
          <w:rFonts w:ascii="Nirmala UI" w:hAnsi="Nirmala UI" w:eastAsia="Nirmala UI" w:cs="Nirmala UI"/>
        </w:rPr>
        <w:t>ᱵᱚᱞ</w:t>
      </w:r>
      <w:r>
        <w:rPr>
          <w:rFonts w:ascii="Times New Roman" w:hAnsi="Times New Roman" w:eastAsia="Times New Roman" w:cs="Times New Roman"/>
        </w:rPr>
        <w:t xml:space="preserve"> </w:t>
      </w:r>
      <w:r>
        <w:rPr>
          <w:rFonts w:ascii="Nirmala UI" w:hAnsi="Nirmala UI" w:eastAsia="Nirmala UI" w:cs="Nirmala UI"/>
        </w:rPr>
        <w:t>ᱠᱚᱛᱮ</w:t>
      </w:r>
      <w:r>
        <w:rPr>
          <w:rFonts w:ascii="Times New Roman" w:hAnsi="Times New Roman" w:eastAsia="Times New Roman" w:cs="Times New Roman"/>
        </w:rPr>
        <w:t xml:space="preserve"> </w:t>
      </w:r>
      <w:r>
        <w:rPr>
          <w:rFonts w:ascii="Nirmala UI" w:hAnsi="Nirmala UI" w:eastAsia="Nirmala UI" w:cs="Nirmala UI"/>
        </w:rPr>
        <w:t>ᱪᱟᱵᱟ</w:t>
      </w:r>
      <w:r>
        <w:rPr>
          <w:rFonts w:ascii="Times New Roman" w:hAnsi="Times New Roman" w:eastAsia="Times New Roman" w:cs="Times New Roman"/>
        </w:rPr>
        <w:t xml:space="preserve"> </w:t>
      </w:r>
      <w:r>
        <w:rPr>
          <w:rFonts w:ascii="Nirmala UI" w:hAnsi="Nirmala UI" w:eastAsia="Nirmala UI" w:cs="Nirmala UI"/>
        </w:rPr>
        <w:t>ᱦᱚᱪᱚ</w:t>
      </w:r>
      <w:r>
        <w:rPr>
          <w:rFonts w:ascii="Times New Roman" w:hAnsi="Times New Roman" w:eastAsia="Times New Roman" w:cs="Times New Roman"/>
        </w:rPr>
        <w:t xml:space="preserve"> </w:t>
      </w:r>
      <w:r>
        <w:rPr>
          <w:rFonts w:ascii="Nirmala UI" w:hAnsi="Nirmala UI" w:eastAsia="Nirmala UI" w:cs="Nirmala UI"/>
        </w:rPr>
        <w:t>ᱧᱩᱛᱩᱢ</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ᱪᱤᱱᱦᱟᱹᱹᱭᱟᱹᱭ᱾</w:t>
      </w:r>
      <w:r>
        <w:rPr>
          <w:rFonts w:ascii="Times New Roman" w:hAnsi="Times New Roman" w:eastAsia="Times New Roman" w:cs="Times New Roman"/>
        </w:rPr>
        <w:t xml:space="preserve"> …”</w:t>
      </w:r>
    </w:p>
    <w:p>
      <w:pPr>
        <w:pStyle w:val="ArticleScripture"/>
        <w:jc w:val="left"/>
      </w:pPr>
      <w:r>
        <w:rPr>
          <w:rFonts w:ascii="Times New Roman" w:hAnsi="Times New Roman" w:eastAsia="Times New Roman" w:cs="Times New Roman"/>
        </w:rPr>
        <w:t>“</w:t>
      </w:r>
      <w:r>
        <w:rPr>
          <w:rFonts w:ascii="Nirmala UI" w:hAnsi="Nirmala UI" w:eastAsia="Nirmala UI" w:cs="Nirmala UI"/>
        </w:rPr>
        <w:t>ভাইসকল</w:t>
      </w:r>
      <w:r>
        <w:rPr>
          <w:rFonts w:ascii="Times New Roman" w:hAnsi="Times New Roman" w:eastAsia="Times New Roman" w:cs="Times New Roman"/>
        </w:rPr>
        <w:t xml:space="preserve">, </w:t>
      </w:r>
      <w:r>
        <w:rPr>
          <w:rFonts w:ascii="Nirmala UI" w:hAnsi="Nirmala UI" w:eastAsia="Nirmala UI" w:cs="Nirmala UI"/>
        </w:rPr>
        <w:t>এতিয়া</w:t>
      </w:r>
      <w:r>
        <w:rPr>
          <w:rFonts w:ascii="Times New Roman" w:hAnsi="Times New Roman" w:eastAsia="Times New Roman" w:cs="Times New Roman"/>
        </w:rPr>
        <w:t xml:space="preserve"> </w:t>
      </w:r>
      <w:r>
        <w:rPr>
          <w:rFonts w:ascii="Nirmala UI" w:hAnsi="Nirmala UI" w:eastAsia="Nirmala UI" w:cs="Nirmala UI"/>
        </w:rPr>
        <w:t>শোক</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নিরাশাৰ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নহয়</w:t>
      </w:r>
      <w:r>
        <w:rPr>
          <w:rFonts w:ascii="Times New Roman" w:hAnsi="Times New Roman" w:eastAsia="Times New Roman" w:cs="Times New Roman"/>
        </w:rPr>
        <w:t xml:space="preserve">, </w:t>
      </w:r>
      <w:r>
        <w:rPr>
          <w:rFonts w:ascii="Nirmala UI" w:hAnsi="Nirmala UI" w:eastAsia="Nirmala UI" w:cs="Nirmala UI"/>
        </w:rPr>
        <w:t>সন্দেহ</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অবিশ্বাসৰ</w:t>
      </w:r>
      <w:r>
        <w:rPr>
          <w:rFonts w:ascii="Times New Roman" w:hAnsi="Times New Roman" w:eastAsia="Times New Roman" w:cs="Times New Roman"/>
        </w:rPr>
        <w:t xml:space="preserve"> </w:t>
      </w:r>
      <w:r>
        <w:rPr>
          <w:rFonts w:ascii="Nirmala UI" w:hAnsi="Nirmala UI" w:eastAsia="Nirmala UI" w:cs="Nirmala UI"/>
        </w:rPr>
        <w:t>আগত</w:t>
      </w:r>
      <w:r>
        <w:rPr>
          <w:rFonts w:ascii="Times New Roman" w:hAnsi="Times New Roman" w:eastAsia="Times New Roman" w:cs="Times New Roman"/>
        </w:rPr>
        <w:t xml:space="preserve"> </w:t>
      </w:r>
      <w:r>
        <w:rPr>
          <w:rFonts w:ascii="Nirmala UI" w:hAnsi="Nirmala UI" w:eastAsia="Nirmala UI" w:cs="Nirmala UI"/>
        </w:rPr>
        <w:t>আত্মসমৰ্পণ</w:t>
      </w:r>
      <w:r>
        <w:rPr>
          <w:rFonts w:ascii="Times New Roman" w:hAnsi="Times New Roman" w:eastAsia="Times New Roman" w:cs="Times New Roman"/>
        </w:rPr>
        <w:t xml:space="preserve"> </w:t>
      </w:r>
      <w:r>
        <w:rPr>
          <w:rFonts w:ascii="Nirmala UI" w:hAnsi="Nirmala UI" w:eastAsia="Nirmala UI" w:cs="Nirmala UI"/>
        </w:rPr>
        <w:t>কৰাৰ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নহয়।</w:t>
      </w:r>
      <w:r>
        <w:rPr>
          <w:rFonts w:ascii="Times New Roman" w:hAnsi="Times New Roman" w:eastAsia="Times New Roman" w:cs="Times New Roman"/>
        </w:rPr>
        <w:t xml:space="preserve"> </w:t>
      </w:r>
      <w:r>
        <w:rPr>
          <w:rFonts w:ascii="Nirmala UI" w:hAnsi="Nirmala UI" w:eastAsia="Nirmala UI" w:cs="Nirmala UI"/>
        </w:rPr>
        <w:t>খ্ৰীষ্ট</w:t>
      </w:r>
      <w:r>
        <w:rPr>
          <w:rFonts w:ascii="Times New Roman" w:hAnsi="Times New Roman" w:eastAsia="Times New Roman" w:cs="Times New Roman"/>
        </w:rPr>
        <w:t xml:space="preserve"> </w:t>
      </w:r>
      <w:r>
        <w:rPr>
          <w:rFonts w:ascii="Nirmala UI" w:hAnsi="Nirmala UI" w:eastAsia="Nirmala UI" w:cs="Nirmala UI"/>
        </w:rPr>
        <w:t>এতিয়া</w:t>
      </w:r>
      <w:r>
        <w:rPr>
          <w:rFonts w:ascii="Times New Roman" w:hAnsi="Times New Roman" w:eastAsia="Times New Roman" w:cs="Times New Roman"/>
        </w:rPr>
        <w:t xml:space="preserve"> </w:t>
      </w:r>
      <w:r>
        <w:rPr>
          <w:rFonts w:ascii="Nirmala UI" w:hAnsi="Nirmala UI" w:eastAsia="Nirmala UI" w:cs="Nirmala UI"/>
        </w:rPr>
        <w:t>যোচেফৰ</w:t>
      </w:r>
      <w:r>
        <w:rPr>
          <w:rFonts w:ascii="Times New Roman" w:hAnsi="Times New Roman" w:eastAsia="Times New Roman" w:cs="Times New Roman"/>
        </w:rPr>
        <w:t xml:space="preserve"> </w:t>
      </w:r>
      <w:r>
        <w:rPr>
          <w:rFonts w:ascii="Nirmala UI" w:hAnsi="Nirmala UI" w:eastAsia="Nirmala UI" w:cs="Nirmala UI"/>
        </w:rPr>
        <w:t>নতুন</w:t>
      </w:r>
      <w:r>
        <w:rPr>
          <w:rFonts w:ascii="Times New Roman" w:hAnsi="Times New Roman" w:eastAsia="Times New Roman" w:cs="Times New Roman"/>
        </w:rPr>
        <w:t xml:space="preserve"> </w:t>
      </w:r>
      <w:r>
        <w:rPr>
          <w:rFonts w:ascii="Nirmala UI" w:hAnsi="Nirmala UI" w:eastAsia="Nirmala UI" w:cs="Nirmala UI"/>
        </w:rPr>
        <w:t>সমাধিত</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ডাঙৰ</w:t>
      </w:r>
      <w:r>
        <w:rPr>
          <w:rFonts w:ascii="Times New Roman" w:hAnsi="Times New Roman" w:eastAsia="Times New Roman" w:cs="Times New Roman"/>
        </w:rPr>
        <w:t xml:space="preserve"> </w:t>
      </w:r>
      <w:r>
        <w:rPr>
          <w:rFonts w:ascii="Nirmala UI" w:hAnsi="Nirmala UI" w:eastAsia="Nirmala UI" w:cs="Nirmala UI"/>
        </w:rPr>
        <w:t>শিলেৰে</w:t>
      </w:r>
      <w:r>
        <w:rPr>
          <w:rFonts w:ascii="Times New Roman" w:hAnsi="Times New Roman" w:eastAsia="Times New Roman" w:cs="Times New Roman"/>
        </w:rPr>
        <w:t xml:space="preserve"> </w:t>
      </w:r>
      <w:r>
        <w:rPr>
          <w:rFonts w:ascii="Nirmala UI" w:hAnsi="Nirmala UI" w:eastAsia="Nirmala UI" w:cs="Nirmala UI"/>
        </w:rPr>
        <w:t>বন্ধ</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ৰোমীয়</w:t>
      </w:r>
      <w:r>
        <w:rPr>
          <w:rFonts w:ascii="Times New Roman" w:hAnsi="Times New Roman" w:eastAsia="Times New Roman" w:cs="Times New Roman"/>
        </w:rPr>
        <w:t xml:space="preserve"> </w:t>
      </w:r>
      <w:r>
        <w:rPr>
          <w:rFonts w:ascii="Nirmala UI" w:hAnsi="Nirmala UI" w:eastAsia="Nirmala UI" w:cs="Nirmala UI"/>
        </w:rPr>
        <w:t>মোহৰেৰে</w:t>
      </w:r>
      <w:r>
        <w:rPr>
          <w:rFonts w:ascii="Times New Roman" w:hAnsi="Times New Roman" w:eastAsia="Times New Roman" w:cs="Times New Roman"/>
        </w:rPr>
        <w:t xml:space="preserve"> </w:t>
      </w:r>
      <w:r>
        <w:rPr>
          <w:rFonts w:ascii="Nirmala UI" w:hAnsi="Nirmala UI" w:eastAsia="Nirmala UI" w:cs="Nirmala UI"/>
        </w:rPr>
        <w:t>মোহৰ</w:t>
      </w:r>
      <w:r>
        <w:rPr>
          <w:rFonts w:ascii="Times New Roman" w:hAnsi="Times New Roman" w:eastAsia="Times New Roman" w:cs="Times New Roman"/>
        </w:rPr>
        <w:t xml:space="preserve"> </w:t>
      </w:r>
      <w:r>
        <w:rPr>
          <w:rFonts w:ascii="Nirmala UI" w:hAnsi="Nirmala UI" w:eastAsia="Nirmala UI" w:cs="Nirmala UI"/>
        </w:rPr>
        <w:t>মৰা</w:t>
      </w:r>
      <w:r>
        <w:rPr>
          <w:rFonts w:ascii="Times New Roman" w:hAnsi="Times New Roman" w:eastAsia="Times New Roman" w:cs="Times New Roman"/>
        </w:rPr>
        <w:t xml:space="preserve"> </w:t>
      </w:r>
      <w:r>
        <w:rPr>
          <w:rFonts w:ascii="Nirmala UI" w:hAnsi="Nirmala UI" w:eastAsia="Nirmala UI" w:cs="Nirmala UI"/>
        </w:rPr>
        <w:t>ত্ৰাণকৰ্তা</w:t>
      </w:r>
      <w:r>
        <w:rPr>
          <w:rFonts w:ascii="Times New Roman" w:hAnsi="Times New Roman" w:eastAsia="Times New Roman" w:cs="Times New Roman"/>
        </w:rPr>
        <w:t xml:space="preserve"> </w:t>
      </w:r>
      <w:r>
        <w:rPr>
          <w:rFonts w:ascii="Nirmala UI" w:hAnsi="Nirmala UI" w:eastAsia="Nirmala UI" w:cs="Nirmala UI"/>
        </w:rPr>
        <w:t>নহয়</w:t>
      </w:r>
      <w:r>
        <w:rPr>
          <w:rFonts w:ascii="Times New Roman" w:hAnsi="Times New Roman" w:eastAsia="Times New Roman" w:cs="Times New Roman"/>
        </w:rPr>
        <w:t xml:space="preserve">; </w:t>
      </w:r>
      <w:r>
        <w:rPr>
          <w:rFonts w:ascii="Nirmala UI" w:hAnsi="Nirmala UI" w:eastAsia="Nirmala UI" w:cs="Nirmala UI"/>
        </w:rPr>
        <w:t>আমাৰ</w:t>
      </w:r>
      <w:r>
        <w:rPr>
          <w:rFonts w:ascii="Times New Roman" w:hAnsi="Times New Roman" w:eastAsia="Times New Roman" w:cs="Times New Roman"/>
        </w:rPr>
        <w:t xml:space="preserve"> </w:t>
      </w:r>
      <w:r>
        <w:rPr>
          <w:rFonts w:ascii="Nirmala UI" w:hAnsi="Nirmala UI" w:eastAsia="Nirmala UI" w:cs="Nirmala UI"/>
        </w:rPr>
        <w:t>এজন</w:t>
      </w:r>
      <w:r>
        <w:rPr>
          <w:rFonts w:ascii="Times New Roman" w:hAnsi="Times New Roman" w:eastAsia="Times New Roman" w:cs="Times New Roman"/>
        </w:rPr>
        <w:t xml:space="preserve"> </w:t>
      </w:r>
      <w:r>
        <w:rPr>
          <w:rFonts w:ascii="Nirmala UI" w:hAnsi="Nirmala UI" w:eastAsia="Nirmala UI" w:cs="Nirmala UI"/>
        </w:rPr>
        <w:t>পুনৰুত্থিত</w:t>
      </w:r>
      <w:r>
        <w:rPr>
          <w:rFonts w:ascii="Times New Roman" w:hAnsi="Times New Roman" w:eastAsia="Times New Roman" w:cs="Times New Roman"/>
        </w:rPr>
        <w:t xml:space="preserve"> </w:t>
      </w:r>
      <w:r>
        <w:rPr>
          <w:rFonts w:ascii="Nirmala UI" w:hAnsi="Nirmala UI" w:eastAsia="Nirmala UI" w:cs="Nirmala UI"/>
        </w:rPr>
        <w:t>ত্ৰাণকৰ্তা</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তেওঁ</w:t>
      </w:r>
      <w:r>
        <w:rPr>
          <w:rFonts w:ascii="Times New Roman" w:hAnsi="Times New Roman" w:eastAsia="Times New Roman" w:cs="Times New Roman"/>
        </w:rPr>
        <w:t xml:space="preserve"> </w:t>
      </w:r>
      <w:r>
        <w:rPr>
          <w:rFonts w:ascii="Nirmala UI" w:hAnsi="Nirmala UI" w:eastAsia="Nirmala UI" w:cs="Nirmala UI"/>
        </w:rPr>
        <w:t>ৰজা</w:t>
      </w:r>
      <w:r>
        <w:rPr>
          <w:rFonts w:ascii="Times New Roman" w:hAnsi="Times New Roman" w:eastAsia="Times New Roman" w:cs="Times New Roman"/>
        </w:rPr>
        <w:t xml:space="preserve">, </w:t>
      </w:r>
      <w:r>
        <w:rPr>
          <w:rFonts w:ascii="Nirmala UI" w:hAnsi="Nirmala UI" w:eastAsia="Nirmala UI" w:cs="Nirmala UI"/>
        </w:rPr>
        <w:t>সেনাবাহিনীৰ</w:t>
      </w:r>
      <w:r>
        <w:rPr>
          <w:rFonts w:ascii="Times New Roman" w:hAnsi="Times New Roman" w:eastAsia="Times New Roman" w:cs="Times New Roman"/>
        </w:rPr>
        <w:t xml:space="preserve"> </w:t>
      </w:r>
      <w:r>
        <w:rPr>
          <w:rFonts w:ascii="Nirmala UI" w:hAnsi="Nirmala UI" w:eastAsia="Nirmala UI" w:cs="Nirmala UI"/>
        </w:rPr>
        <w:t>প্ৰভু</w:t>
      </w:r>
      <w:r>
        <w:rPr>
          <w:rFonts w:ascii="Times New Roman" w:hAnsi="Times New Roman" w:eastAsia="Times New Roman" w:cs="Times New Roman"/>
        </w:rPr>
        <w:t xml:space="preserve">; </w:t>
      </w:r>
      <w:r>
        <w:rPr>
          <w:rFonts w:ascii="Nirmala UI" w:hAnsi="Nirmala UI" w:eastAsia="Nirmala UI" w:cs="Nirmala UI"/>
        </w:rPr>
        <w:t>তেওঁ</w:t>
      </w:r>
      <w:r>
        <w:rPr>
          <w:rFonts w:ascii="Times New Roman" w:hAnsi="Times New Roman" w:eastAsia="Times New Roman" w:cs="Times New Roman"/>
        </w:rPr>
        <w:t xml:space="preserve"> </w:t>
      </w:r>
      <w:r>
        <w:rPr>
          <w:rFonts w:ascii="Nirmala UI" w:hAnsi="Nirmala UI" w:eastAsia="Nirmala UI" w:cs="Nirmala UI"/>
        </w:rPr>
        <w:t>কৰূববিলাকৰ</w:t>
      </w:r>
      <w:r>
        <w:rPr>
          <w:rFonts w:ascii="Times New Roman" w:hAnsi="Times New Roman" w:eastAsia="Times New Roman" w:cs="Times New Roman"/>
        </w:rPr>
        <w:t xml:space="preserve"> </w:t>
      </w:r>
      <w:r>
        <w:rPr>
          <w:rFonts w:ascii="Nirmala UI" w:hAnsi="Nirmala UI" w:eastAsia="Nirmala UI" w:cs="Nirmala UI"/>
        </w:rPr>
        <w:t>মাজত</w:t>
      </w:r>
      <w:r>
        <w:rPr>
          <w:rFonts w:ascii="Times New Roman" w:hAnsi="Times New Roman" w:eastAsia="Times New Roman" w:cs="Times New Roman"/>
        </w:rPr>
        <w:t xml:space="preserve"> </w:t>
      </w:r>
      <w:r>
        <w:rPr>
          <w:rFonts w:ascii="Nirmala UI" w:hAnsi="Nirmala UI" w:eastAsia="Nirmala UI" w:cs="Nirmala UI"/>
        </w:rPr>
        <w:t>উপবিষ্ট</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জাতিবিলাকৰ</w:t>
      </w:r>
      <w:r>
        <w:rPr>
          <w:rFonts w:ascii="Times New Roman" w:hAnsi="Times New Roman" w:eastAsia="Times New Roman" w:cs="Times New Roman"/>
        </w:rPr>
        <w:t xml:space="preserve"> </w:t>
      </w:r>
      <w:r>
        <w:rPr>
          <w:rFonts w:ascii="Nirmala UI" w:hAnsi="Nirmala UI" w:eastAsia="Nirmala UI" w:cs="Nirmala UI"/>
        </w:rPr>
        <w:t>সংঘাত</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অশান্তিৰ</w:t>
      </w:r>
      <w:r>
        <w:rPr>
          <w:rFonts w:ascii="Times New Roman" w:hAnsi="Times New Roman" w:eastAsia="Times New Roman" w:cs="Times New Roman"/>
        </w:rPr>
        <w:t xml:space="preserve"> </w:t>
      </w:r>
      <w:r>
        <w:rPr>
          <w:rFonts w:ascii="Nirmala UI" w:hAnsi="Nirmala UI" w:eastAsia="Nirmala UI" w:cs="Nirmala UI"/>
        </w:rPr>
        <w:t>মাজতো</w:t>
      </w:r>
      <w:r>
        <w:rPr>
          <w:rFonts w:ascii="Times New Roman" w:hAnsi="Times New Roman" w:eastAsia="Times New Roman" w:cs="Times New Roman"/>
        </w:rPr>
        <w:t xml:space="preserve"> </w:t>
      </w:r>
      <w:r>
        <w:rPr>
          <w:rFonts w:ascii="Nirmala UI" w:hAnsi="Nirmala UI" w:eastAsia="Nirmala UI" w:cs="Nirmala UI"/>
        </w:rPr>
        <w:t>তেওঁ</w:t>
      </w:r>
      <w:r>
        <w:rPr>
          <w:rFonts w:ascii="Times New Roman" w:hAnsi="Times New Roman" w:eastAsia="Times New Roman" w:cs="Times New Roman"/>
        </w:rPr>
        <w:t xml:space="preserve"> </w:t>
      </w:r>
      <w:r>
        <w:rPr>
          <w:rFonts w:ascii="Nirmala UI" w:hAnsi="Nirmala UI" w:eastAsia="Nirmala UI" w:cs="Nirmala UI"/>
        </w:rPr>
        <w:t>এতিয়াও</w:t>
      </w:r>
      <w:r>
        <w:rPr>
          <w:rFonts w:ascii="Times New Roman" w:hAnsi="Times New Roman" w:eastAsia="Times New Roman" w:cs="Times New Roman"/>
        </w:rPr>
        <w:t xml:space="preserve"> </w:t>
      </w:r>
      <w:r>
        <w:rPr>
          <w:rFonts w:ascii="Nirmala UI" w:hAnsi="Nirmala UI" w:eastAsia="Nirmala UI" w:cs="Nirmala UI"/>
        </w:rPr>
        <w:t>নিজ</w:t>
      </w:r>
      <w:r>
        <w:rPr>
          <w:rFonts w:ascii="Times New Roman" w:hAnsi="Times New Roman" w:eastAsia="Times New Roman" w:cs="Times New Roman"/>
        </w:rPr>
        <w:t xml:space="preserve"> </w:t>
      </w:r>
      <w:r>
        <w:rPr>
          <w:rFonts w:ascii="Nirmala UI" w:hAnsi="Nirmala UI" w:eastAsia="Nirmala UI" w:cs="Nirmala UI"/>
        </w:rPr>
        <w:t>প্ৰজাক</w:t>
      </w:r>
      <w:r>
        <w:rPr>
          <w:rFonts w:ascii="Times New Roman" w:hAnsi="Times New Roman" w:eastAsia="Times New Roman" w:cs="Times New Roman"/>
        </w:rPr>
        <w:t xml:space="preserve"> </w:t>
      </w:r>
      <w:r>
        <w:rPr>
          <w:rFonts w:ascii="Nirmala UI" w:hAnsi="Nirmala UI" w:eastAsia="Nirmala UI" w:cs="Nirmala UI"/>
        </w:rPr>
        <w:t>ৰক্ষা</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যিজনে</w:t>
      </w:r>
      <w:r>
        <w:rPr>
          <w:rFonts w:ascii="Times New Roman" w:hAnsi="Times New Roman" w:eastAsia="Times New Roman" w:cs="Times New Roman"/>
        </w:rPr>
        <w:t xml:space="preserve"> </w:t>
      </w:r>
      <w:r>
        <w:rPr>
          <w:rFonts w:ascii="Nirmala UI" w:hAnsi="Nirmala UI" w:eastAsia="Nirmala UI" w:cs="Nirmala UI"/>
        </w:rPr>
        <w:t>স্বৰ্গমণ্ডলত</w:t>
      </w:r>
      <w:r>
        <w:rPr>
          <w:rFonts w:ascii="Times New Roman" w:hAnsi="Times New Roman" w:eastAsia="Times New Roman" w:cs="Times New Roman"/>
        </w:rPr>
        <w:t xml:space="preserve"> </w:t>
      </w:r>
      <w:r>
        <w:rPr>
          <w:rFonts w:ascii="Nirmala UI" w:hAnsi="Nirmala UI" w:eastAsia="Nirmala UI" w:cs="Nirmala UI"/>
        </w:rPr>
        <w:t>শাসন</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তেওঁৱেই</w:t>
      </w:r>
      <w:r>
        <w:rPr>
          <w:rFonts w:ascii="Times New Roman" w:hAnsi="Times New Roman" w:eastAsia="Times New Roman" w:cs="Times New Roman"/>
        </w:rPr>
        <w:t xml:space="preserve"> </w:t>
      </w:r>
      <w:r>
        <w:rPr>
          <w:rFonts w:ascii="Nirmala UI" w:hAnsi="Nirmala UI" w:eastAsia="Nirmala UI" w:cs="Nirmala UI"/>
        </w:rPr>
        <w:t>আমাৰ</w:t>
      </w:r>
      <w:r>
        <w:rPr>
          <w:rFonts w:ascii="Times New Roman" w:hAnsi="Times New Roman" w:eastAsia="Times New Roman" w:cs="Times New Roman"/>
        </w:rPr>
        <w:t xml:space="preserve"> </w:t>
      </w:r>
      <w:r>
        <w:rPr>
          <w:rFonts w:ascii="Nirmala UI" w:hAnsi="Nirmala UI" w:eastAsia="Nirmala UI" w:cs="Nirmala UI"/>
        </w:rPr>
        <w:t>ত্ৰাণকৰ্তা।</w:t>
      </w:r>
      <w:r>
        <w:rPr>
          <w:rFonts w:ascii="Times New Roman" w:hAnsi="Times New Roman" w:eastAsia="Times New Roman" w:cs="Times New Roman"/>
        </w:rPr>
        <w:t xml:space="preserve"> </w:t>
      </w:r>
      <w:r>
        <w:rPr>
          <w:rFonts w:ascii="Nirmala UI" w:hAnsi="Nirmala UI" w:eastAsia="Nirmala UI" w:cs="Nirmala UI"/>
        </w:rPr>
        <w:t>তেওঁ</w:t>
      </w:r>
      <w:r>
        <w:rPr>
          <w:rFonts w:ascii="Times New Roman" w:hAnsi="Times New Roman" w:eastAsia="Times New Roman" w:cs="Times New Roman"/>
        </w:rPr>
        <w:t xml:space="preserve"> </w:t>
      </w:r>
      <w:r>
        <w:rPr>
          <w:rFonts w:ascii="Nirmala UI" w:hAnsi="Nirmala UI" w:eastAsia="Nirmala UI" w:cs="Nirmala UI"/>
        </w:rPr>
        <w:t>প্ৰতিটো</w:t>
      </w:r>
      <w:r>
        <w:rPr>
          <w:rFonts w:ascii="Times New Roman" w:hAnsi="Times New Roman" w:eastAsia="Times New Roman" w:cs="Times New Roman"/>
        </w:rPr>
        <w:t xml:space="preserve"> </w:t>
      </w:r>
      <w:r>
        <w:rPr>
          <w:rFonts w:ascii="Nirmala UI" w:hAnsi="Nirmala UI" w:eastAsia="Nirmala UI" w:cs="Nirmala UI"/>
        </w:rPr>
        <w:t>পৰীক্ষাৰ</w:t>
      </w:r>
      <w:r>
        <w:rPr>
          <w:rFonts w:ascii="Times New Roman" w:hAnsi="Times New Roman" w:eastAsia="Times New Roman" w:cs="Times New Roman"/>
        </w:rPr>
        <w:t xml:space="preserve"> </w:t>
      </w:r>
      <w:r>
        <w:rPr>
          <w:rFonts w:ascii="Nirmala UI" w:hAnsi="Nirmala UI" w:eastAsia="Nirmala UI" w:cs="Nirmala UI"/>
        </w:rPr>
        <w:t>সীমা</w:t>
      </w:r>
      <w:r>
        <w:rPr>
          <w:rFonts w:ascii="Times New Roman" w:hAnsi="Times New Roman" w:eastAsia="Times New Roman" w:cs="Times New Roman"/>
        </w:rPr>
        <w:t xml:space="preserve"> </w:t>
      </w:r>
      <w:r>
        <w:rPr>
          <w:rFonts w:ascii="Nirmala UI" w:hAnsi="Nirmala UI" w:eastAsia="Nirmala UI" w:cs="Nirmala UI"/>
        </w:rPr>
        <w:t>নিৰ্ধাৰণ</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তেওঁ</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ভাঁটিখনৰ</w:t>
      </w:r>
      <w:r>
        <w:rPr>
          <w:rFonts w:ascii="Times New Roman" w:hAnsi="Times New Roman" w:eastAsia="Times New Roman" w:cs="Times New Roman"/>
        </w:rPr>
        <w:t xml:space="preserve"> </w:t>
      </w:r>
      <w:r>
        <w:rPr>
          <w:rFonts w:ascii="Nirmala UI" w:hAnsi="Nirmala UI" w:eastAsia="Nirmala UI" w:cs="Nirmala UI"/>
        </w:rPr>
        <w:t>জুই</w:t>
      </w:r>
      <w:r>
        <w:rPr>
          <w:rFonts w:ascii="Times New Roman" w:hAnsi="Times New Roman" w:eastAsia="Times New Roman" w:cs="Times New Roman"/>
        </w:rPr>
        <w:t xml:space="preserve"> </w:t>
      </w:r>
      <w:r>
        <w:rPr>
          <w:rFonts w:ascii="Nirmala UI" w:hAnsi="Nirmala UI" w:eastAsia="Nirmala UI" w:cs="Nirmala UI"/>
        </w:rPr>
        <w:t>চাই</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w:t>
      </w:r>
      <w:r>
        <w:rPr>
          <w:rFonts w:ascii="Nirmala UI" w:hAnsi="Nirmala UI" w:eastAsia="Nirmala UI" w:cs="Nirmala UI"/>
        </w:rPr>
        <w:t>প্ৰতিটো</w:t>
      </w:r>
      <w:r>
        <w:rPr>
          <w:rFonts w:ascii="Times New Roman" w:hAnsi="Times New Roman" w:eastAsia="Times New Roman" w:cs="Times New Roman"/>
        </w:rPr>
        <w:t xml:space="preserve"> </w:t>
      </w:r>
      <w:r>
        <w:rPr>
          <w:rFonts w:ascii="Nirmala UI" w:hAnsi="Nirmala UI" w:eastAsia="Nirmala UI" w:cs="Nirmala UI"/>
        </w:rPr>
        <w:t>আত্মাক</w:t>
      </w:r>
      <w:r>
        <w:rPr>
          <w:rFonts w:ascii="Times New Roman" w:hAnsi="Times New Roman" w:eastAsia="Times New Roman" w:cs="Times New Roman"/>
        </w:rPr>
        <w:t xml:space="preserve"> </w:t>
      </w:r>
      <w:r>
        <w:rPr>
          <w:rFonts w:ascii="Nirmala UI" w:hAnsi="Nirmala UI" w:eastAsia="Nirmala UI" w:cs="Nirmala UI"/>
        </w:rPr>
        <w:t>পৰীক্ষা</w:t>
      </w:r>
      <w:r>
        <w:rPr>
          <w:rFonts w:ascii="Times New Roman" w:hAnsi="Times New Roman" w:eastAsia="Times New Roman" w:cs="Times New Roman"/>
        </w:rPr>
        <w:t xml:space="preserve"> </w:t>
      </w:r>
      <w:r>
        <w:rPr>
          <w:rFonts w:ascii="Nirmala UI" w:hAnsi="Nirmala UI" w:eastAsia="Nirmala UI" w:cs="Nirmala UI"/>
        </w:rPr>
        <w:t>কৰিবই</w:t>
      </w:r>
      <w:r>
        <w:rPr>
          <w:rFonts w:ascii="Times New Roman" w:hAnsi="Times New Roman" w:eastAsia="Times New Roman" w:cs="Times New Roman"/>
        </w:rPr>
        <w:t xml:space="preserve"> </w:t>
      </w:r>
      <w:r>
        <w:rPr>
          <w:rFonts w:ascii="Nirmala UI" w:hAnsi="Nirmala UI" w:eastAsia="Nirmala UI" w:cs="Nirmala UI"/>
        </w:rPr>
        <w:t>লাগিব।</w:t>
      </w:r>
      <w:r>
        <w:rPr>
          <w:rFonts w:ascii="Times New Roman" w:hAnsi="Times New Roman" w:eastAsia="Times New Roman" w:cs="Times New Roman"/>
        </w:rPr>
        <w:t xml:space="preserve"> </w:t>
      </w:r>
      <w:r>
        <w:rPr>
          <w:rFonts w:ascii="Nirmala UI" w:hAnsi="Nirmala UI" w:eastAsia="Nirmala UI" w:cs="Nirmala UI"/>
        </w:rPr>
        <w:t>যেতিয়া</w:t>
      </w:r>
      <w:r>
        <w:rPr>
          <w:rFonts w:ascii="Times New Roman" w:hAnsi="Times New Roman" w:eastAsia="Times New Roman" w:cs="Times New Roman"/>
        </w:rPr>
        <w:t xml:space="preserve"> </w:t>
      </w:r>
      <w:r>
        <w:rPr>
          <w:rFonts w:ascii="Nirmala UI" w:hAnsi="Nirmala UI" w:eastAsia="Nirmala UI" w:cs="Nirmala UI"/>
        </w:rPr>
        <w:t>ৰজাসকলৰ</w:t>
      </w:r>
      <w:r>
        <w:rPr>
          <w:rFonts w:ascii="Times New Roman" w:hAnsi="Times New Roman" w:eastAsia="Times New Roman" w:cs="Times New Roman"/>
        </w:rPr>
        <w:t xml:space="preserve"> </w:t>
      </w:r>
      <w:r>
        <w:rPr>
          <w:rFonts w:ascii="Nirmala UI" w:hAnsi="Nirmala UI" w:eastAsia="Nirmala UI" w:cs="Nirmala UI"/>
        </w:rPr>
        <w:t>দুৰ্গসমূহ</w:t>
      </w:r>
      <w:r>
        <w:rPr>
          <w:rFonts w:ascii="Times New Roman" w:hAnsi="Times New Roman" w:eastAsia="Times New Roman" w:cs="Times New Roman"/>
        </w:rPr>
        <w:t xml:space="preserve"> </w:t>
      </w:r>
      <w:r>
        <w:rPr>
          <w:rFonts w:ascii="Nirmala UI" w:hAnsi="Nirmala UI" w:eastAsia="Nirmala UI" w:cs="Nirmala UI"/>
        </w:rPr>
        <w:t>ধ্বংস</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যেতিয়া</w:t>
      </w:r>
      <w:r>
        <w:rPr>
          <w:rFonts w:ascii="Times New Roman" w:hAnsi="Times New Roman" w:eastAsia="Times New Roman" w:cs="Times New Roman"/>
        </w:rPr>
        <w:t xml:space="preserve"> </w:t>
      </w:r>
      <w:r>
        <w:rPr>
          <w:rFonts w:ascii="Nirmala UI" w:hAnsi="Nirmala UI" w:eastAsia="Nirmala UI" w:cs="Nirmala UI"/>
        </w:rPr>
        <w:t>ঈশ্বৰৰ</w:t>
      </w:r>
      <w:r>
        <w:rPr>
          <w:rFonts w:ascii="Times New Roman" w:hAnsi="Times New Roman" w:eastAsia="Times New Roman" w:cs="Times New Roman"/>
        </w:rPr>
        <w:t xml:space="preserve"> </w:t>
      </w:r>
      <w:r>
        <w:rPr>
          <w:rFonts w:ascii="Nirmala UI" w:hAnsi="Nirmala UI" w:eastAsia="Nirmala UI" w:cs="Nirmala UI"/>
        </w:rPr>
        <w:t>ক্ৰোধৰ</w:t>
      </w:r>
      <w:r>
        <w:rPr>
          <w:rFonts w:ascii="Times New Roman" w:hAnsi="Times New Roman" w:eastAsia="Times New Roman" w:cs="Times New Roman"/>
        </w:rPr>
        <w:t xml:space="preserve"> </w:t>
      </w:r>
      <w:r>
        <w:rPr>
          <w:rFonts w:ascii="Nirmala UI" w:hAnsi="Nirmala UI" w:eastAsia="Nirmala UI" w:cs="Nirmala UI"/>
        </w:rPr>
        <w:t>বাণে</w:t>
      </w:r>
      <w:r>
        <w:rPr>
          <w:rFonts w:ascii="Times New Roman" w:hAnsi="Times New Roman" w:eastAsia="Times New Roman" w:cs="Times New Roman"/>
        </w:rPr>
        <w:t xml:space="preserve"> </w:t>
      </w:r>
      <w:r>
        <w:rPr>
          <w:rFonts w:ascii="Nirmala UI" w:hAnsi="Nirmala UI" w:eastAsia="Nirmala UI" w:cs="Nirmala UI"/>
        </w:rPr>
        <w:t>তেওঁৰ</w:t>
      </w:r>
      <w:r>
        <w:rPr>
          <w:rFonts w:ascii="Times New Roman" w:hAnsi="Times New Roman" w:eastAsia="Times New Roman" w:cs="Times New Roman"/>
        </w:rPr>
        <w:t xml:space="preserve"> </w:t>
      </w:r>
      <w:r>
        <w:rPr>
          <w:rFonts w:ascii="Nirmala UI" w:hAnsi="Nirmala UI" w:eastAsia="Nirmala UI" w:cs="Nirmala UI"/>
        </w:rPr>
        <w:t>শত্ৰুবিলাকৰ</w:t>
      </w:r>
      <w:r>
        <w:rPr>
          <w:rFonts w:ascii="Times New Roman" w:hAnsi="Times New Roman" w:eastAsia="Times New Roman" w:cs="Times New Roman"/>
        </w:rPr>
        <w:t xml:space="preserve"> </w:t>
      </w:r>
      <w:r>
        <w:rPr>
          <w:rFonts w:ascii="Nirmala UI" w:hAnsi="Nirmala UI" w:eastAsia="Nirmala UI" w:cs="Nirmala UI"/>
        </w:rPr>
        <w:t>হৃদয়</w:t>
      </w:r>
      <w:r>
        <w:rPr>
          <w:rFonts w:ascii="Times New Roman" w:hAnsi="Times New Roman" w:eastAsia="Times New Roman" w:cs="Times New Roman"/>
        </w:rPr>
        <w:t xml:space="preserve"> </w:t>
      </w:r>
      <w:r>
        <w:rPr>
          <w:rFonts w:ascii="Nirmala UI" w:hAnsi="Nirmala UI" w:eastAsia="Nirmala UI" w:cs="Nirmala UI"/>
        </w:rPr>
        <w:t>বিদ্ধ</w:t>
      </w:r>
      <w:r>
        <w:rPr>
          <w:rFonts w:ascii="Times New Roman" w:hAnsi="Times New Roman" w:eastAsia="Times New Roman" w:cs="Times New Roman"/>
        </w:rPr>
        <w:t xml:space="preserve"> </w:t>
      </w:r>
      <w:r>
        <w:rPr>
          <w:rFonts w:ascii="Nirmala UI" w:hAnsi="Nirmala UI" w:eastAsia="Nirmala UI" w:cs="Nirmala UI"/>
        </w:rPr>
        <w:t>কৰিব</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তেওঁৰ</w:t>
      </w:r>
      <w:r>
        <w:rPr>
          <w:rFonts w:ascii="Times New Roman" w:hAnsi="Times New Roman" w:eastAsia="Times New Roman" w:cs="Times New Roman"/>
        </w:rPr>
        <w:t xml:space="preserve"> </w:t>
      </w:r>
      <w:r>
        <w:rPr>
          <w:rFonts w:ascii="Nirmala UI" w:hAnsi="Nirmala UI" w:eastAsia="Nirmala UI" w:cs="Nirmala UI"/>
        </w:rPr>
        <w:t>লোকসকল</w:t>
      </w:r>
      <w:r>
        <w:rPr>
          <w:rFonts w:ascii="Times New Roman" w:hAnsi="Times New Roman" w:eastAsia="Times New Roman" w:cs="Times New Roman"/>
        </w:rPr>
        <w:t xml:space="preserve"> </w:t>
      </w:r>
      <w:r>
        <w:rPr>
          <w:rFonts w:ascii="Nirmala UI" w:hAnsi="Nirmala UI" w:eastAsia="Nirmala UI" w:cs="Nirmala UI"/>
        </w:rPr>
        <w:t>তেওঁৰ</w:t>
      </w:r>
      <w:r>
        <w:rPr>
          <w:rFonts w:ascii="Times New Roman" w:hAnsi="Times New Roman" w:eastAsia="Times New Roman" w:cs="Times New Roman"/>
        </w:rPr>
        <w:t xml:space="preserve"> </w:t>
      </w:r>
      <w:r>
        <w:rPr>
          <w:rFonts w:ascii="Nirmala UI" w:hAnsi="Nirmala UI" w:eastAsia="Nirmala UI" w:cs="Nirmala UI"/>
        </w:rPr>
        <w:t>হাতত</w:t>
      </w:r>
      <w:r>
        <w:rPr>
          <w:rFonts w:ascii="Times New Roman" w:hAnsi="Times New Roman" w:eastAsia="Times New Roman" w:cs="Times New Roman"/>
        </w:rPr>
        <w:t xml:space="preserve"> </w:t>
      </w:r>
      <w:r>
        <w:rPr>
          <w:rFonts w:ascii="Nirmala UI" w:hAnsi="Nirmala UI" w:eastAsia="Nirmala UI" w:cs="Nirmala UI"/>
        </w:rPr>
        <w:t>নিৰাপদে</w:t>
      </w:r>
      <w:r>
        <w:rPr>
          <w:rFonts w:ascii="Times New Roman" w:hAnsi="Times New Roman" w:eastAsia="Times New Roman" w:cs="Times New Roman"/>
        </w:rPr>
        <w:t xml:space="preserve"> </w:t>
      </w:r>
      <w:r>
        <w:rPr>
          <w:rFonts w:ascii="Nirmala UI" w:hAnsi="Nirmala UI" w:eastAsia="Nirmala UI" w:cs="Nirmala UI"/>
        </w:rPr>
        <w:t>থাকিব।</w:t>
      </w:r>
      <w:r>
        <w:rPr>
          <w:rFonts w:ascii="Times New Roman" w:hAnsi="Times New Roman" w:eastAsia="Times New Roman" w:cs="Times New Roman"/>
        </w:rPr>
        <w:t xml:space="preserve">” </w:t>
      </w:r>
      <w:r>
        <w:rPr>
          <w:rFonts w:ascii="Nirmala UI" w:hAnsi="Nirmala UI" w:eastAsia="Nirmala UI" w:cs="Nirmala UI"/>
        </w:rPr>
        <w:t>টেষ্টিমনিস</w:t>
      </w:r>
      <w:r>
        <w:rPr>
          <w:rFonts w:ascii="Times New Roman" w:hAnsi="Times New Roman" w:eastAsia="Times New Roman" w:cs="Times New Roman"/>
        </w:rPr>
        <w:t xml:space="preserve">, </w:t>
      </w:r>
      <w:r>
        <w:rPr>
          <w:rFonts w:ascii="Nirmala UI" w:hAnsi="Nirmala UI" w:eastAsia="Nirmala UI" w:cs="Nirmala UI"/>
        </w:rPr>
        <w:t>খণ্ড</w:t>
      </w:r>
      <w:r>
        <w:rPr>
          <w:rFonts w:ascii="Times New Roman" w:hAnsi="Times New Roman" w:eastAsia="Times New Roman" w:cs="Times New Roman"/>
        </w:rPr>
        <w:t xml:space="preserve"> </w:t>
      </w:r>
      <w:r>
        <w:rPr>
          <w:rFonts w:ascii="Nirmala UI" w:hAnsi="Nirmala UI" w:eastAsia="Nirmala UI" w:cs="Nirmala UI"/>
        </w:rPr>
        <w:t>৫</w:t>
      </w:r>
      <w:r>
        <w:rPr>
          <w:rFonts w:ascii="Times New Roman" w:hAnsi="Times New Roman" w:eastAsia="Times New Roman" w:cs="Times New Roman"/>
        </w:rPr>
        <w:t xml:space="preserve">, </w:t>
      </w:r>
      <w:r>
        <w:rPr>
          <w:rFonts w:ascii="Nirmala UI" w:hAnsi="Nirmala UI" w:eastAsia="Nirmala UI" w:cs="Nirmala UI"/>
        </w:rPr>
        <w:t>৭৫২</w:t>
      </w:r>
      <w:r>
        <w:rPr>
          <w:rFonts w:ascii="Times New Roman" w:hAnsi="Times New Roman" w:eastAsia="Times New Roman" w:cs="Times New Roman"/>
        </w:rPr>
        <w:t>–</w:t>
      </w:r>
      <w:r>
        <w:rPr>
          <w:rFonts w:ascii="Nirmala UI" w:hAnsi="Nirmala UI" w:eastAsia="Nirmala UI" w:cs="Nirmala UI"/>
        </w:rPr>
        <w:t>৭৫৪।</w:t>
      </w:r>
    </w:p>
    <w:p>
      <w:pPr>
        <w:pStyle w:val="ArticleBody"/>
        <w:jc w:val="left"/>
      </w:pPr>
      <w:r>
        <w:rPr>
          <w:rFonts w:ascii="Segoe UI Historic" w:hAnsi="Segoe UI Historic" w:eastAsia="Segoe UI Historic" w:cs="Segoe UI Historic"/>
        </w:rPr>
        <w:t>ܐܪܒܥܐ</w:t>
      </w:r>
      <w:r>
        <w:rPr>
          <w:rFonts w:ascii="Times New Roman" w:hAnsi="Times New Roman" w:eastAsia="Times New Roman" w:cs="Times New Roman"/>
        </w:rPr>
        <w:t xml:space="preserve"> </w:t>
      </w:r>
      <w:r>
        <w:rPr>
          <w:rFonts w:ascii="Segoe UI Historic" w:hAnsi="Segoe UI Historic" w:eastAsia="Segoe UI Historic" w:cs="Segoe UI Historic"/>
        </w:rPr>
        <w:t>ܣܗܕ</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ܕܟܬܒܐ</w:t>
      </w:r>
      <w:r>
        <w:rPr>
          <w:rFonts w:ascii="Times New Roman" w:hAnsi="Times New Roman" w:eastAsia="Times New Roman" w:cs="Times New Roman"/>
        </w:rPr>
        <w:t xml:space="preserve"> </w:t>
      </w:r>
      <w:r>
        <w:rPr>
          <w:rFonts w:ascii="Segoe UI Historic" w:hAnsi="Segoe UI Historic" w:eastAsia="Segoe UI Historic" w:cs="Segoe UI Historic"/>
        </w:rPr>
        <w:t>ܡܫܗܕܝܢ</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ܗܕܐ</w:t>
      </w:r>
      <w:r>
        <w:rPr>
          <w:rFonts w:ascii="Times New Roman" w:hAnsi="Times New Roman" w:eastAsia="Times New Roman" w:cs="Times New Roman"/>
        </w:rPr>
        <w:t xml:space="preserve"> </w:t>
      </w:r>
      <w:r>
        <w:rPr>
          <w:rFonts w:ascii="Segoe UI Historic" w:hAnsi="Segoe UI Historic" w:eastAsia="Segoe UI Historic" w:cs="Segoe UI Historic"/>
        </w:rPr>
        <w:t>ܕܡܠܬܐ</w:t>
      </w:r>
      <w:r>
        <w:rPr>
          <w:rFonts w:ascii="Times New Roman" w:hAnsi="Times New Roman" w:eastAsia="Times New Roman" w:cs="Times New Roman"/>
        </w:rPr>
        <w:t xml:space="preserve"> </w:t>
      </w:r>
      <w:r>
        <w:rPr>
          <w:rFonts w:ascii="Segoe UI Historic" w:hAnsi="Segoe UI Historic" w:eastAsia="Segoe UI Historic" w:cs="Segoe UI Historic"/>
        </w:rPr>
        <w:t>ܕܓܠܝܢܐ</w:t>
      </w:r>
      <w:r>
        <w:rPr>
          <w:rFonts w:ascii="Times New Roman" w:hAnsi="Times New Roman" w:eastAsia="Times New Roman" w:cs="Times New Roman"/>
        </w:rPr>
        <w:t xml:space="preserve"> </w:t>
      </w:r>
      <w:r>
        <w:rPr>
          <w:rFonts w:ascii="Segoe UI Historic" w:hAnsi="Segoe UI Historic" w:eastAsia="Segoe UI Historic" w:cs="Segoe UI Historic"/>
        </w:rPr>
        <w:t>ܕܝܫܘܥ</w:t>
      </w:r>
      <w:r>
        <w:rPr>
          <w:rFonts w:ascii="Times New Roman" w:hAnsi="Times New Roman" w:eastAsia="Times New Roman" w:cs="Times New Roman"/>
        </w:rPr>
        <w:t xml:space="preserve"> </w:t>
      </w:r>
      <w:r>
        <w:rPr>
          <w:rFonts w:ascii="Segoe UI Historic" w:hAnsi="Segoe UI Historic" w:eastAsia="Segoe UI Historic" w:cs="Segoe UI Historic"/>
        </w:rPr>
        <w:t>ܡܫܝܚܐ</w:t>
      </w:r>
      <w:r>
        <w:rPr>
          <w:rFonts w:ascii="Times New Roman" w:hAnsi="Times New Roman" w:eastAsia="Times New Roman" w:cs="Times New Roman"/>
        </w:rPr>
        <w:t xml:space="preserve"> </w:t>
      </w:r>
      <w:r>
        <w:rPr>
          <w:rFonts w:ascii="Segoe UI Historic" w:hAnsi="Segoe UI Historic" w:eastAsia="Segoe UI Historic" w:cs="Segoe UI Historic"/>
        </w:rPr>
        <w:t>ܡܬܝܗܒܐ</w:t>
      </w:r>
      <w:r>
        <w:rPr>
          <w:rFonts w:ascii="Times New Roman" w:hAnsi="Times New Roman" w:eastAsia="Times New Roman" w:cs="Times New Roman"/>
        </w:rPr>
        <w:t xml:space="preserve"> </w:t>
      </w:r>
      <w:r>
        <w:rPr>
          <w:rFonts w:ascii="Segoe UI Historic" w:hAnsi="Segoe UI Historic" w:eastAsia="Segoe UI Historic" w:cs="Segoe UI Historic"/>
        </w:rPr>
        <w:t>ܠܗܢܘܢ</w:t>
      </w:r>
      <w:r>
        <w:rPr>
          <w:rFonts w:ascii="Times New Roman" w:hAnsi="Times New Roman" w:eastAsia="Times New Roman" w:cs="Times New Roman"/>
        </w:rPr>
        <w:t xml:space="preserve"> </w:t>
      </w:r>
      <w:r>
        <w:rPr>
          <w:rFonts w:ascii="Segoe UI Historic" w:hAnsi="Segoe UI Historic" w:eastAsia="Segoe UI Historic" w:cs="Segoe UI Historic"/>
        </w:rPr>
        <w:t>ܐܢܫ</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ܕܒܢܣ</w:t>
      </w:r>
      <w:r>
        <w:rPr>
          <w:rFonts w:ascii="Times New Roman" w:hAnsi="Times New Roman" w:eastAsia="Times New Roman" w:cs="Times New Roman"/>
        </w:rPr>
        <w:t>̈</w:t>
      </w:r>
      <w:r>
        <w:rPr>
          <w:rFonts w:ascii="Segoe UI Historic" w:hAnsi="Segoe UI Historic" w:eastAsia="Segoe UI Historic" w:cs="Segoe UI Historic"/>
        </w:rPr>
        <w:t>ܝܘܢܐ</w:t>
      </w:r>
      <w:r>
        <w:rPr>
          <w:rFonts w:ascii="Times New Roman" w:hAnsi="Times New Roman" w:eastAsia="Times New Roman" w:cs="Times New Roman"/>
        </w:rPr>
        <w:t xml:space="preserve"> </w:t>
      </w:r>
      <w:r>
        <w:rPr>
          <w:rFonts w:ascii="Segoe UI Historic" w:hAnsi="Segoe UI Historic" w:eastAsia="Segoe UI Historic" w:cs="Segoe UI Historic"/>
        </w:rPr>
        <w:t>ܕܢܒܝܐ</w:t>
      </w:r>
      <w:r>
        <w:rPr>
          <w:rFonts w:ascii="Times New Roman" w:hAnsi="Times New Roman" w:eastAsia="Times New Roman" w:cs="Times New Roman"/>
        </w:rPr>
        <w:t xml:space="preserve"> </w:t>
      </w:r>
      <w:r>
        <w:rPr>
          <w:rFonts w:ascii="Segoe UI Historic" w:hAnsi="Segoe UI Historic" w:eastAsia="Segoe UI Historic" w:cs="Segoe UI Historic"/>
        </w:rPr>
        <w:t>ܗܠܝܢ</w:t>
      </w:r>
      <w:r>
        <w:rPr>
          <w:rFonts w:ascii="Times New Roman" w:hAnsi="Times New Roman" w:eastAsia="Times New Roman" w:cs="Times New Roman"/>
        </w:rPr>
        <w:t xml:space="preserve"> </w:t>
      </w:r>
      <w:r>
        <w:rPr>
          <w:rFonts w:ascii="Segoe UI Historic" w:hAnsi="Segoe UI Historic" w:eastAsia="Segoe UI Historic" w:cs="Segoe UI Historic"/>
        </w:rPr>
        <w:t>ܡܬܛܦܣܝܢ</w:t>
      </w:r>
      <w:r>
        <w:rPr>
          <w:rFonts w:ascii="Times New Roman" w:hAnsi="Times New Roman" w:eastAsia="Times New Roman" w:cs="Times New Roman"/>
        </w:rPr>
        <w:t xml:space="preserve"> </w:t>
      </w:r>
      <w:r>
        <w:rPr>
          <w:rFonts w:ascii="Segoe UI Historic" w:hAnsi="Segoe UI Historic" w:eastAsia="Segoe UI Historic" w:cs="Segoe UI Historic"/>
        </w:rPr>
        <w:t>ܒܡܩܕܫܐ</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ܥܐܠܝܢܢ</w:t>
      </w:r>
      <w:r>
        <w:rPr>
          <w:rFonts w:ascii="Times New Roman" w:hAnsi="Times New Roman" w:eastAsia="Times New Roman" w:cs="Times New Roman"/>
        </w:rPr>
        <w:t xml:space="preserve"> </w:t>
      </w:r>
      <w:r>
        <w:rPr>
          <w:rFonts w:ascii="Segoe UI Historic" w:hAnsi="Segoe UI Historic" w:eastAsia="Segoe UI Historic" w:cs="Segoe UI Historic"/>
        </w:rPr>
        <w:t>ܠܡܩܕܫܐ</w:t>
      </w:r>
      <w:r>
        <w:rPr>
          <w:rFonts w:ascii="Times New Roman" w:hAnsi="Times New Roman" w:eastAsia="Times New Roman" w:cs="Times New Roman"/>
        </w:rPr>
        <w:t xml:space="preserve"> </w:t>
      </w:r>
      <w:r>
        <w:rPr>
          <w:rFonts w:ascii="Segoe UI Historic" w:hAnsi="Segoe UI Historic" w:eastAsia="Segoe UI Historic" w:cs="Segoe UI Historic"/>
        </w:rPr>
        <w:t>ܫܡܝܢܝܐ</w:t>
      </w:r>
      <w:r>
        <w:rPr>
          <w:rFonts w:ascii="Times New Roman" w:hAnsi="Times New Roman" w:eastAsia="Times New Roman" w:cs="Times New Roman"/>
        </w:rPr>
        <w:t xml:space="preserve"> </w:t>
      </w:r>
      <w:r>
        <w:rPr>
          <w:rFonts w:ascii="Segoe UI Historic" w:hAnsi="Segoe UI Historic" w:eastAsia="Segoe UI Historic" w:cs="Segoe UI Historic"/>
        </w:rPr>
        <w:t>ܗܝܕܝܢ</w:t>
      </w:r>
      <w:r>
        <w:rPr>
          <w:rFonts w:ascii="Times New Roman" w:hAnsi="Times New Roman" w:eastAsia="Times New Roman" w:cs="Times New Roman"/>
        </w:rPr>
        <w:t xml:space="preserve"> </w:t>
      </w:r>
      <w:r>
        <w:rPr>
          <w:rFonts w:ascii="Segoe UI Historic" w:hAnsi="Segoe UI Historic" w:eastAsia="Segoe UI Historic" w:cs="Segoe UI Historic"/>
        </w:rPr>
        <w:t>ܡܬܝܗܒܐ</w:t>
      </w:r>
      <w:r>
        <w:rPr>
          <w:rFonts w:ascii="Times New Roman" w:hAnsi="Times New Roman" w:eastAsia="Times New Roman" w:cs="Times New Roman"/>
        </w:rPr>
        <w:t xml:space="preserve"> </w:t>
      </w:r>
      <w:r>
        <w:rPr>
          <w:rFonts w:ascii="Segoe UI Historic" w:hAnsi="Segoe UI Historic" w:eastAsia="Segoe UI Historic" w:cs="Segoe UI Historic"/>
        </w:rPr>
        <w:t>ܠܢ</w:t>
      </w:r>
      <w:r>
        <w:rPr>
          <w:rFonts w:ascii="Times New Roman" w:hAnsi="Times New Roman" w:eastAsia="Times New Roman" w:cs="Times New Roman"/>
        </w:rPr>
        <w:t xml:space="preserve"> </w:t>
      </w:r>
      <w:r>
        <w:rPr>
          <w:rFonts w:ascii="Segoe UI Historic" w:hAnsi="Segoe UI Historic" w:eastAsia="Segoe UI Historic" w:cs="Segoe UI Historic"/>
        </w:rPr>
        <w:t>ܡܠܬܐ</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ܕܐܬܬܩܢܢ</w:t>
      </w:r>
      <w:r>
        <w:rPr>
          <w:rFonts w:ascii="Times New Roman" w:hAnsi="Times New Roman" w:eastAsia="Times New Roman" w:cs="Times New Roman"/>
        </w:rPr>
        <w:t xml:space="preserve"> </w:t>
      </w:r>
      <w:r>
        <w:rPr>
          <w:rFonts w:ascii="Segoe UI Historic" w:hAnsi="Segoe UI Historic" w:eastAsia="Segoe UI Historic" w:cs="Segoe UI Historic"/>
        </w:rPr>
        <w:t>ܕܢܟܪܙܝܗ</w:t>
      </w:r>
      <w:r>
        <w:rPr>
          <w:rFonts w:ascii="Times New Roman" w:hAnsi="Times New Roman" w:eastAsia="Times New Roman" w:cs="Times New Roman"/>
        </w:rPr>
        <w:t xml:space="preserve">̇. </w:t>
      </w:r>
      <w:r>
        <w:rPr>
          <w:rFonts w:ascii="Segoe UI Historic" w:hAnsi="Segoe UI Historic" w:eastAsia="Segoe UI Historic" w:cs="Segoe UI Historic"/>
        </w:rPr>
        <w:t>ܢܘܪܐ</w:t>
      </w:r>
      <w:r>
        <w:rPr>
          <w:rFonts w:ascii="Times New Roman" w:hAnsi="Times New Roman" w:eastAsia="Times New Roman" w:cs="Times New Roman"/>
        </w:rPr>
        <w:t xml:space="preserve"> </w:t>
      </w:r>
      <w:r>
        <w:rPr>
          <w:rFonts w:ascii="Segoe UI Historic" w:hAnsi="Segoe UI Historic" w:eastAsia="Segoe UI Historic" w:cs="Segoe UI Historic"/>
        </w:rPr>
        <w:t>ܕܐܬܘܢܐ</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ܕܒܚܢܐ</w:t>
      </w:r>
      <w:r>
        <w:rPr>
          <w:rFonts w:ascii="Times New Roman" w:hAnsi="Times New Roman" w:eastAsia="Times New Roman" w:cs="Times New Roman"/>
        </w:rPr>
        <w:t xml:space="preserve"> </w:t>
      </w:r>
      <w:r>
        <w:rPr>
          <w:rFonts w:ascii="Segoe UI Historic" w:hAnsi="Segoe UI Historic" w:eastAsia="Segoe UI Historic" w:cs="Segoe UI Historic"/>
        </w:rPr>
        <w:t>ܠ</w:t>
      </w:r>
      <w:r>
        <w:rPr>
          <w:rFonts w:ascii="Times New Roman" w:hAnsi="Times New Roman" w:eastAsia="Times New Roman" w:cs="Times New Roman"/>
        </w:rPr>
        <w:t>«</w:t>
      </w:r>
      <w:r>
        <w:rPr>
          <w:rFonts w:ascii="Segoe UI Historic" w:hAnsi="Segoe UI Historic" w:eastAsia="Segoe UI Historic" w:cs="Segoe UI Historic"/>
        </w:rPr>
        <w:t>ܟܠܗ</w:t>
      </w:r>
      <w:r>
        <w:rPr>
          <w:rFonts w:ascii="Times New Roman" w:hAnsi="Times New Roman" w:eastAsia="Times New Roman" w:cs="Times New Roman"/>
        </w:rPr>
        <w:t xml:space="preserve">̇ </w:t>
      </w:r>
      <w:r>
        <w:rPr>
          <w:rFonts w:ascii="Segoe UI Historic" w:hAnsi="Segoe UI Historic" w:eastAsia="Segoe UI Historic" w:cs="Segoe UI Historic"/>
        </w:rPr>
        <w:t>ܢܦܫܐ</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ܐܬܘܢܐ</w:t>
      </w:r>
      <w:r>
        <w:rPr>
          <w:rFonts w:ascii="Times New Roman" w:hAnsi="Times New Roman" w:eastAsia="Times New Roman" w:cs="Times New Roman"/>
        </w:rPr>
        <w:t xml:space="preserve"> </w:t>
      </w:r>
      <w:r>
        <w:rPr>
          <w:rFonts w:ascii="Segoe UI Historic" w:hAnsi="Segoe UI Historic" w:eastAsia="Segoe UI Historic" w:cs="Segoe UI Historic"/>
        </w:rPr>
        <w:t>ܕܡܠܐܟܝ</w:t>
      </w:r>
      <w:r>
        <w:rPr>
          <w:rFonts w:ascii="Times New Roman" w:hAnsi="Times New Roman" w:eastAsia="Times New Roman" w:cs="Times New Roman"/>
        </w:rPr>
        <w:t xml:space="preserve"> </w:t>
      </w:r>
      <w:r>
        <w:rPr>
          <w:rFonts w:ascii="Segoe UI Historic" w:hAnsi="Segoe UI Historic" w:eastAsia="Segoe UI Historic" w:cs="Segoe UI Historic"/>
        </w:rPr>
        <w:t>ܬܠܬܐ</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Garuu eenyutu guyyaa dhufaatii isaa obsuu dandaʼa? inni yeroo mulʼatu immoo eenyutu dhaabachuu dandaʼa? Inni ibidda nama qopheessu fakkaata, akkasumas saaphana warra uffata dhiquu fakkaata. Inni akka nama meetii qopheessuu fi qulqulleessu tokkootti taaʼa; ilmaan Lewwii ni qulqulleessa, akka warqee fi akka meetiitti isaan ni calalaqa; isaanis qajeelummaadhaan Waaqayyoof aarsaa akka dhiʼeessaniif. Yeroo sana keessatti aarsaan Yihudaa fi Yerusaalem Waaqayyo duratti akka guyyoota duriitti, akka waggoota jalqabaattiis fudhatamaa ni taʼa. Miilkiyaas 3:2–4.</w:t>
      </w:r>
    </w:p>
    <w:p>
      <w:pPr>
        <w:pStyle w:val="ArticleBody"/>
        <w:jc w:val="left"/>
      </w:pPr>
      <w:r>
        <w:rPr>
          <w:rFonts w:ascii="Nirmala UI" w:hAnsi="Nirmala UI" w:eastAsia="Nirmala UI" w:cs="Nirmala UI"/>
        </w:rPr>
        <w:t>ମାର୍ଜକ</w:t>
      </w:r>
      <w:r>
        <w:rPr>
          <w:rFonts w:ascii="Times New Roman" w:hAnsi="Times New Roman" w:eastAsia="Times New Roman" w:cs="Times New Roman"/>
        </w:rPr>
        <w:t xml:space="preserve"> </w:t>
      </w:r>
      <w:r>
        <w:rPr>
          <w:rFonts w:ascii="Nirmala UI" w:hAnsi="Nirmala UI" w:eastAsia="Nirmala UI" w:cs="Nirmala UI"/>
        </w:rPr>
        <w:t>ଜାଣନ୍ତି</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ରୂପା</w:t>
      </w:r>
      <w:r>
        <w:rPr>
          <w:rFonts w:ascii="Times New Roman" w:hAnsi="Times New Roman" w:eastAsia="Times New Roman" w:cs="Times New Roman"/>
        </w:rPr>
        <w:t xml:space="preserve"> </w:t>
      </w:r>
      <w:r>
        <w:rPr>
          <w:rFonts w:ascii="Nirmala UI" w:hAnsi="Nirmala UI" w:eastAsia="Nirmala UI" w:cs="Nirmala UI"/>
        </w:rPr>
        <w:t>ଠିକ୍</w:t>
      </w:r>
      <w:r>
        <w:rPr>
          <w:rFonts w:ascii="Times New Roman" w:hAnsi="Times New Roman" w:eastAsia="Times New Roman" w:cs="Times New Roman"/>
        </w:rPr>
        <w:t xml:space="preserve"> </w:t>
      </w:r>
      <w:r>
        <w:rPr>
          <w:rFonts w:ascii="Nirmala UI" w:hAnsi="Nirmala UI" w:eastAsia="Nirmala UI" w:cs="Nirmala UI"/>
        </w:rPr>
        <w:t>ପରିମାଣର</w:t>
      </w:r>
      <w:r>
        <w:rPr>
          <w:rFonts w:ascii="Times New Roman" w:hAnsi="Times New Roman" w:eastAsia="Times New Roman" w:cs="Times New Roman"/>
        </w:rPr>
        <w:t xml:space="preserve"> </w:t>
      </w:r>
      <w:r>
        <w:rPr>
          <w:rFonts w:ascii="Nirmala UI" w:hAnsi="Nirmala UI" w:eastAsia="Nirmala UI" w:cs="Nirmala UI"/>
        </w:rPr>
        <w:t>ସମୟ</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ଭଟ୍ଟିରେ</w:t>
      </w:r>
      <w:r>
        <w:rPr>
          <w:rFonts w:ascii="Times New Roman" w:hAnsi="Times New Roman" w:eastAsia="Times New Roman" w:cs="Times New Roman"/>
        </w:rPr>
        <w:t xml:space="preserve"> </w:t>
      </w:r>
      <w:r>
        <w:rPr>
          <w:rFonts w:ascii="Nirmala UI" w:hAnsi="Nirmala UI" w:eastAsia="Nirmala UI" w:cs="Nirmala UI"/>
        </w:rPr>
        <w:t>ରହିଛି</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ରୂପା</w:t>
      </w:r>
      <w:r>
        <w:rPr>
          <w:rFonts w:ascii="Times New Roman" w:hAnsi="Times New Roman" w:eastAsia="Times New Roman" w:cs="Times New Roman"/>
        </w:rPr>
        <w:t xml:space="preserve"> </w:t>
      </w:r>
      <w:r>
        <w:rPr>
          <w:rFonts w:ascii="Nirmala UI" w:hAnsi="Nirmala UI" w:eastAsia="Nirmala UI" w:cs="Nirmala UI"/>
        </w:rPr>
        <w:t>ଏତେ</w:t>
      </w:r>
      <w:r>
        <w:rPr>
          <w:rFonts w:ascii="Times New Roman" w:hAnsi="Times New Roman" w:eastAsia="Times New Roman" w:cs="Times New Roman"/>
        </w:rPr>
        <w:t xml:space="preserve"> </w:t>
      </w:r>
      <w:r>
        <w:rPr>
          <w:rFonts w:ascii="Nirmala UI" w:hAnsi="Nirmala UI" w:eastAsia="Nirmala UI" w:cs="Nirmala UI"/>
        </w:rPr>
        <w:t>ପବିତ୍ର</w:t>
      </w:r>
      <w:r>
        <w:rPr>
          <w:rFonts w:ascii="Times New Roman" w:hAnsi="Times New Roman" w:eastAsia="Times New Roman" w:cs="Times New Roman"/>
        </w:rPr>
        <w:t xml:space="preserve"> </w:t>
      </w:r>
      <w:r>
        <w:rPr>
          <w:rFonts w:ascii="Nirmala UI" w:hAnsi="Nirmala UI" w:eastAsia="Nirmala UI" w:cs="Nirmala UI"/>
        </w:rPr>
        <w:t>ହୋଇଯାଏ</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ସେଥିରେ</w:t>
      </w:r>
      <w:r>
        <w:rPr>
          <w:rFonts w:ascii="Times New Roman" w:hAnsi="Times New Roman" w:eastAsia="Times New Roman" w:cs="Times New Roman"/>
        </w:rPr>
        <w:t xml:space="preserve"> </w:t>
      </w:r>
      <w:r>
        <w:rPr>
          <w:rFonts w:ascii="Nirmala UI" w:hAnsi="Nirmala UI" w:eastAsia="Nirmala UI" w:cs="Nirmala UI"/>
        </w:rPr>
        <w:t>ମାର୍ଜକଙ୍କ</w:t>
      </w:r>
      <w:r>
        <w:rPr>
          <w:rFonts w:ascii="Times New Roman" w:hAnsi="Times New Roman" w:eastAsia="Times New Roman" w:cs="Times New Roman"/>
        </w:rPr>
        <w:t xml:space="preserve"> </w:t>
      </w:r>
      <w:r>
        <w:rPr>
          <w:rFonts w:ascii="Nirmala UI" w:hAnsi="Nirmala UI" w:eastAsia="Nirmala UI" w:cs="Nirmala UI"/>
        </w:rPr>
        <w:t>ମୁହଁ</w:t>
      </w:r>
      <w:r>
        <w:rPr>
          <w:rFonts w:ascii="Times New Roman" w:hAnsi="Times New Roman" w:eastAsia="Times New Roman" w:cs="Times New Roman"/>
        </w:rPr>
        <w:t xml:space="preserve"> </w:t>
      </w:r>
      <w:r>
        <w:rPr>
          <w:rFonts w:ascii="Nirmala UI" w:hAnsi="Nirmala UI" w:eastAsia="Nirmala UI" w:cs="Nirmala UI"/>
        </w:rPr>
        <w:t>ପ୍ରତିଫଳିତ</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ପୁରାତନ</w:t>
      </w:r>
      <w:r>
        <w:rPr>
          <w:rFonts w:ascii="Times New Roman" w:hAnsi="Times New Roman" w:eastAsia="Times New Roman" w:cs="Times New Roman"/>
        </w:rPr>
        <w:t xml:space="preserve"> </w:t>
      </w:r>
      <w:r>
        <w:rPr>
          <w:rFonts w:ascii="Nirmala UI" w:hAnsi="Nirmala UI" w:eastAsia="Nirmala UI" w:cs="Nirmala UI"/>
        </w:rPr>
        <w:t>କାଳରେ</w:t>
      </w:r>
      <w:r>
        <w:rPr>
          <w:rFonts w:ascii="Times New Roman" w:hAnsi="Times New Roman" w:eastAsia="Times New Roman" w:cs="Times New Roman"/>
        </w:rPr>
        <w:t xml:space="preserve"> </w:t>
      </w:r>
      <w:r>
        <w:rPr>
          <w:rFonts w:ascii="Nirmala UI" w:hAnsi="Nirmala UI" w:eastAsia="Nirmala UI" w:cs="Nirmala UI"/>
        </w:rPr>
        <w:t>ରୂପା</w:t>
      </w:r>
      <w:r>
        <w:rPr>
          <w:rFonts w:ascii="Times New Roman" w:hAnsi="Times New Roman" w:eastAsia="Times New Roman" w:cs="Times New Roman"/>
        </w:rPr>
        <w:t xml:space="preserve"> </w:t>
      </w:r>
      <w:r>
        <w:rPr>
          <w:rFonts w:ascii="Nirmala UI" w:hAnsi="Nirmala UI" w:eastAsia="Nirmala UI" w:cs="Nirmala UI"/>
        </w:rPr>
        <w:t>କିପରି</w:t>
      </w:r>
      <w:r>
        <w:rPr>
          <w:rFonts w:ascii="Times New Roman" w:hAnsi="Times New Roman" w:eastAsia="Times New Roman" w:cs="Times New Roman"/>
        </w:rPr>
        <w:t xml:space="preserve"> </w:t>
      </w:r>
      <w:r>
        <w:rPr>
          <w:rFonts w:ascii="Nirmala UI" w:hAnsi="Nirmala UI" w:eastAsia="Nirmala UI" w:cs="Nirmala UI"/>
        </w:rPr>
        <w:t>ଶୋଧିତ</w:t>
      </w:r>
      <w:r>
        <w:rPr>
          <w:rFonts w:ascii="Times New Roman" w:hAnsi="Times New Roman" w:eastAsia="Times New Roman" w:cs="Times New Roman"/>
        </w:rPr>
        <w:t xml:space="preserve"> </w:t>
      </w:r>
      <w:r>
        <w:rPr>
          <w:rFonts w:ascii="Nirmala UI" w:hAnsi="Nirmala UI" w:eastAsia="Nirmala UI" w:cs="Nirmala UI"/>
        </w:rPr>
        <w:t>ହୁଏଥିଲା</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ସତ୍ୟ</w:t>
      </w:r>
      <w:r>
        <w:rPr>
          <w:rFonts w:ascii="Times New Roman" w:hAnsi="Times New Roman" w:eastAsia="Times New Roman" w:cs="Times New Roman"/>
        </w:rPr>
        <w:t xml:space="preserve">, </w:t>
      </w:r>
      <w:r>
        <w:rPr>
          <w:rFonts w:ascii="Nirmala UI" w:hAnsi="Nirmala UI" w:eastAsia="Nirmala UI" w:cs="Nirmala UI"/>
        </w:rPr>
        <w:t>ଦାନିଏଲ</w:t>
      </w:r>
      <w:r>
        <w:rPr>
          <w:rFonts w:ascii="Times New Roman" w:hAnsi="Times New Roman" w:eastAsia="Times New Roman" w:cs="Times New Roman"/>
        </w:rPr>
        <w:t xml:space="preserve"> </w:t>
      </w:r>
      <w:r>
        <w:rPr>
          <w:rFonts w:ascii="Nirmala UI" w:hAnsi="Nirmala UI" w:eastAsia="Nirmala UI" w:cs="Nirmala UI"/>
        </w:rPr>
        <w:t>ଦଶମ</w:t>
      </w:r>
      <w:r>
        <w:rPr>
          <w:rFonts w:ascii="Times New Roman" w:hAnsi="Times New Roman" w:eastAsia="Times New Roman" w:cs="Times New Roman"/>
        </w:rPr>
        <w:t xml:space="preserve"> </w:t>
      </w:r>
      <w:r>
        <w:rPr>
          <w:rFonts w:ascii="Nirmala UI" w:hAnsi="Nirmala UI" w:eastAsia="Nirmala UI" w:cs="Nirmala UI"/>
        </w:rPr>
        <w:t>ଅଧ୍ୟାୟରେ</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ଦେଖିଥିଲେ</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କାରଣବାଚକ</w:t>
      </w:r>
      <w:r>
        <w:rPr>
          <w:rFonts w:ascii="Times New Roman" w:hAnsi="Times New Roman" w:eastAsia="Times New Roman" w:cs="Times New Roman"/>
        </w:rPr>
        <w:t xml:space="preserve"> </w:t>
      </w:r>
      <w:r>
        <w:rPr>
          <w:rFonts w:ascii="Nirmala UI" w:hAnsi="Nirmala UI" w:eastAsia="Nirmala UI" w:cs="Nirmala UI"/>
        </w:rPr>
        <w:t>କ୍ରିୟା</w:t>
      </w:r>
      <w:r>
        <w:rPr>
          <w:rFonts w:ascii="Times New Roman" w:hAnsi="Times New Roman" w:eastAsia="Times New Roman" w:cs="Times New Roman"/>
        </w:rPr>
        <w:t xml:space="preserve"> “marah”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ସମଞ୍ଜସ୍ୟ</w:t>
      </w:r>
      <w:r>
        <w:rPr>
          <w:rFonts w:ascii="Times New Roman" w:hAnsi="Times New Roman" w:eastAsia="Times New Roman" w:cs="Times New Roman"/>
        </w:rPr>
        <w:t xml:space="preserve"> </w:t>
      </w:r>
      <w:r>
        <w:rPr>
          <w:rFonts w:ascii="Nirmala UI" w:hAnsi="Nirmala UI" w:eastAsia="Nirmala UI" w:cs="Nirmala UI"/>
        </w:rPr>
        <w:t>ରଖେ।</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ଦିନମାନଙ୍କରେ</w:t>
      </w:r>
      <w:r>
        <w:rPr>
          <w:rFonts w:ascii="Times New Roman" w:hAnsi="Times New Roman" w:eastAsia="Times New Roman" w:cs="Times New Roman"/>
        </w:rPr>
        <w:t xml:space="preserve"> </w:t>
      </w:r>
      <w:r>
        <w:rPr>
          <w:rFonts w:ascii="Nirmala UI" w:hAnsi="Nirmala UI" w:eastAsia="Nirmala UI" w:cs="Nirmala UI"/>
        </w:rPr>
        <w:t>ପ୍ରଭୁ</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ଜନଙ୍କୁ</w:t>
      </w:r>
      <w:r>
        <w:rPr>
          <w:rFonts w:ascii="Times New Roman" w:hAnsi="Times New Roman" w:eastAsia="Times New Roman" w:cs="Times New Roman"/>
        </w:rPr>
        <w:t xml:space="preserve"> </w:t>
      </w:r>
      <w:r>
        <w:rPr>
          <w:rFonts w:ascii="Nirmala UI" w:hAnsi="Nirmala UI" w:eastAsia="Nirmala UI" w:cs="Nirmala UI"/>
        </w:rPr>
        <w:t>ପବିତ୍ରସ୍ଥାନରେ</w:t>
      </w:r>
      <w:r>
        <w:rPr>
          <w:rFonts w:ascii="Times New Roman" w:hAnsi="Times New Roman" w:eastAsia="Times New Roman" w:cs="Times New Roman"/>
        </w:rPr>
        <w:t xml:space="preserve"> </w:t>
      </w:r>
      <w:r>
        <w:rPr>
          <w:rFonts w:ascii="Nirmala UI" w:hAnsi="Nirmala UI" w:eastAsia="Nirmala UI" w:cs="Nirmala UI"/>
        </w:rPr>
        <w:t>ନେଇଯାଉଛନ୍ତି</w:t>
      </w:r>
      <w:r>
        <w:rPr>
          <w:rFonts w:ascii="Times New Roman" w:hAnsi="Times New Roman" w:eastAsia="Times New Roman" w:cs="Times New Roman"/>
        </w:rPr>
        <w:t xml:space="preserve">, </w:t>
      </w:r>
      <w:r>
        <w:rPr>
          <w:rFonts w:ascii="Nirmala UI" w:hAnsi="Nirmala UI" w:eastAsia="Nirmala UI" w:cs="Nirmala UI"/>
        </w:rPr>
        <w:t>ଯାହାଦ୍ୱାରା</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ଶତ</w:t>
      </w:r>
      <w:r>
        <w:rPr>
          <w:rFonts w:ascii="Times New Roman" w:hAnsi="Times New Roman" w:eastAsia="Times New Roman" w:cs="Times New Roman"/>
        </w:rPr>
        <w:t xml:space="preserve"> </w:t>
      </w:r>
      <w:r>
        <w:rPr>
          <w:rFonts w:ascii="Nirmala UI" w:hAnsi="Nirmala UI" w:eastAsia="Nirmala UI" w:cs="Nirmala UI"/>
        </w:rPr>
        <w:t>ଚୁଆଳିଶ</w:t>
      </w:r>
      <w:r>
        <w:rPr>
          <w:rFonts w:ascii="Times New Roman" w:hAnsi="Times New Roman" w:eastAsia="Times New Roman" w:cs="Times New Roman"/>
        </w:rPr>
        <w:t xml:space="preserve"> </w:t>
      </w:r>
      <w:r>
        <w:rPr>
          <w:rFonts w:ascii="Nirmala UI" w:hAnsi="Nirmala UI" w:eastAsia="Nirmala UI" w:cs="Nirmala UI"/>
        </w:rPr>
        <w:t>ହଜାରଙ୍କ</w:t>
      </w:r>
      <w:r>
        <w:rPr>
          <w:rFonts w:ascii="Times New Roman" w:hAnsi="Times New Roman" w:eastAsia="Times New Roman" w:cs="Times New Roman"/>
        </w:rPr>
        <w:t xml:space="preserve"> </w:t>
      </w:r>
      <w:r>
        <w:rPr>
          <w:rFonts w:ascii="Nirmala UI" w:hAnsi="Nirmala UI" w:eastAsia="Nirmala UI" w:cs="Nirmala UI"/>
        </w:rPr>
        <w:t>ପତାକାର</w:t>
      </w:r>
      <w:r>
        <w:rPr>
          <w:rFonts w:ascii="Times New Roman" w:hAnsi="Times New Roman" w:eastAsia="Times New Roman" w:cs="Times New Roman"/>
        </w:rPr>
        <w:t xml:space="preserve"> </w:t>
      </w:r>
      <w:r>
        <w:rPr>
          <w:rFonts w:ascii="Nirmala UI" w:hAnsi="Nirmala UI" w:eastAsia="Nirmala UI" w:cs="Nirmala UI"/>
        </w:rPr>
        <w:t>ଅଂଶ</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ପ୍ରାର୍ଥୀମାନଙ୍କୁ</w:t>
      </w:r>
      <w:r>
        <w:rPr>
          <w:rFonts w:ascii="Times New Roman" w:hAnsi="Times New Roman" w:eastAsia="Times New Roman" w:cs="Times New Roman"/>
        </w:rPr>
        <w:t xml:space="preserve"> </w:t>
      </w:r>
      <w:r>
        <w:rPr>
          <w:rFonts w:ascii="Nirmala UI" w:hAnsi="Nirmala UI" w:eastAsia="Nirmala UI" w:cs="Nirmala UI"/>
        </w:rPr>
        <w:t>ପରୀକ୍ଷା</w:t>
      </w:r>
      <w:r>
        <w:rPr>
          <w:rFonts w:ascii="Times New Roman" w:hAnsi="Times New Roman" w:eastAsia="Times New Roman" w:cs="Times New Roman"/>
        </w:rPr>
        <w:t xml:space="preserve">, </w:t>
      </w:r>
      <w:r>
        <w:rPr>
          <w:rFonts w:ascii="Nirmala UI" w:hAnsi="Nirmala UI" w:eastAsia="Nirmala UI" w:cs="Nirmala UI"/>
        </w:rPr>
        <w:t>ପବିତ୍ର</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ଶୁଦ୍ଧ</w:t>
      </w:r>
      <w:r>
        <w:rPr>
          <w:rFonts w:ascii="Times New Roman" w:hAnsi="Times New Roman" w:eastAsia="Times New Roman" w:cs="Times New Roman"/>
        </w:rPr>
        <w:t xml:space="preserve"> </w:t>
      </w:r>
      <w:r>
        <w:rPr>
          <w:rFonts w:ascii="Nirmala UI" w:hAnsi="Nirmala UI" w:eastAsia="Nirmala UI" w:cs="Nirmala UI"/>
        </w:rPr>
        <w:t>କରିପାରିବେ।</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ସମୟକାଳରେ</w:t>
      </w:r>
      <w:r>
        <w:rPr>
          <w:rFonts w:ascii="Times New Roman" w:hAnsi="Times New Roman" w:eastAsia="Times New Roman" w:cs="Times New Roman"/>
        </w:rPr>
        <w:t>,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କାମ</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w:t>
      </w:r>
      <w:r>
        <w:rPr>
          <w:rFonts w:ascii="Nirmala UI" w:hAnsi="Nirmala UI" w:eastAsia="Nirmala UI" w:cs="Nirmala UI"/>
        </w:rPr>
        <w:t>ଯଦି</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ଅନ୍ୟାୟକୁ</w:t>
      </w:r>
      <w:r>
        <w:rPr>
          <w:rFonts w:ascii="Times New Roman" w:hAnsi="Times New Roman" w:eastAsia="Times New Roman" w:cs="Times New Roman"/>
        </w:rPr>
        <w:t xml:space="preserve"> </w:t>
      </w:r>
      <w:r>
        <w:rPr>
          <w:rFonts w:ascii="Nirmala UI" w:hAnsi="Nirmala UI" w:eastAsia="Nirmala UI" w:cs="Nirmala UI"/>
        </w:rPr>
        <w:t>ଦୂର</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ହୃଦୟ</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ଜୀବନରେ</w:t>
      </w:r>
      <w:r>
        <w:rPr>
          <w:rFonts w:ascii="Times New Roman" w:hAnsi="Times New Roman" w:eastAsia="Times New Roman" w:cs="Times New Roman"/>
        </w:rPr>
        <w:t xml:space="preserve"> </w:t>
      </w:r>
      <w:r>
        <w:rPr>
          <w:rFonts w:ascii="Nirmala UI" w:hAnsi="Nirmala UI" w:eastAsia="Nirmala UI" w:cs="Nirmala UI"/>
        </w:rPr>
        <w:t>ପବିତ୍ର</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ଦାନିଏଲ</w:t>
      </w:r>
      <w:r>
        <w:rPr>
          <w:rFonts w:ascii="Times New Roman" w:hAnsi="Times New Roman" w:eastAsia="Times New Roman" w:cs="Times New Roman"/>
        </w:rPr>
        <w:t xml:space="preserve"> </w:t>
      </w:r>
      <w:r>
        <w:rPr>
          <w:rFonts w:ascii="Nirmala UI" w:hAnsi="Nirmala UI" w:eastAsia="Nirmala UI" w:cs="Nirmala UI"/>
        </w:rPr>
        <w:t>ଦଶମ</w:t>
      </w:r>
      <w:r>
        <w:rPr>
          <w:rFonts w:ascii="Times New Roman" w:hAnsi="Times New Roman" w:eastAsia="Times New Roman" w:cs="Times New Roman"/>
        </w:rPr>
        <w:t xml:space="preserve"> </w:t>
      </w:r>
      <w:r>
        <w:rPr>
          <w:rFonts w:ascii="Nirmala UI" w:hAnsi="Nirmala UI" w:eastAsia="Nirmala UI" w:cs="Nirmala UI"/>
        </w:rPr>
        <w:t>ଅଧ୍ୟାୟର</w:t>
      </w:r>
      <w:r>
        <w:rPr>
          <w:rFonts w:ascii="Times New Roman" w:hAnsi="Times New Roman" w:eastAsia="Times New Roman" w:cs="Times New Roman"/>
        </w:rPr>
        <w:t xml:space="preserve"> </w:t>
      </w:r>
      <w:r>
        <w:rPr>
          <w:rFonts w:ascii="Nirmala UI" w:hAnsi="Nirmala UI" w:eastAsia="Nirmala UI" w:cs="Nirmala UI"/>
        </w:rPr>
        <w:t>କେହି</w:t>
      </w:r>
      <w:r>
        <w:rPr>
          <w:rFonts w:ascii="Times New Roman" w:hAnsi="Times New Roman" w:eastAsia="Times New Roman" w:cs="Times New Roman"/>
        </w:rPr>
        <w:t xml:space="preserve"> </w:t>
      </w:r>
      <w:r>
        <w:rPr>
          <w:rFonts w:ascii="Nirmala UI" w:hAnsi="Nirmala UI" w:eastAsia="Nirmala UI" w:cs="Nirmala UI"/>
        </w:rPr>
        <w:t>କେହିଙ୍କ</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କେହି</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ଅନୁଭବରୁ</w:t>
      </w:r>
      <w:r>
        <w:rPr>
          <w:rFonts w:ascii="Times New Roman" w:hAnsi="Times New Roman" w:eastAsia="Times New Roman" w:cs="Times New Roman"/>
        </w:rPr>
        <w:t xml:space="preserve"> </w:t>
      </w:r>
      <w:r>
        <w:rPr>
          <w:rFonts w:ascii="Nirmala UI" w:hAnsi="Nirmala UI" w:eastAsia="Nirmala UI" w:cs="Nirmala UI"/>
        </w:rPr>
        <w:t>ପଳାୟନ</w:t>
      </w:r>
      <w:r>
        <w:rPr>
          <w:rFonts w:ascii="Times New Roman" w:hAnsi="Times New Roman" w:eastAsia="Times New Roman" w:cs="Times New Roman"/>
        </w:rPr>
        <w:t xml:space="preserve"> </w:t>
      </w:r>
      <w:r>
        <w:rPr>
          <w:rFonts w:ascii="Nirmala UI" w:hAnsi="Nirmala UI" w:eastAsia="Nirmala UI" w:cs="Nirmala UI"/>
        </w:rPr>
        <w:t>କରନ୍ତି</w:t>
      </w:r>
      <w:r>
        <w:rPr>
          <w:rFonts w:ascii="Times New Roman" w:hAnsi="Times New Roman" w:eastAsia="Times New Roman" w:cs="Times New Roman"/>
        </w:rPr>
        <w:t xml:space="preserve">, </w:t>
      </w:r>
      <w:r>
        <w:rPr>
          <w:rFonts w:ascii="Nirmala UI" w:hAnsi="Nirmala UI" w:eastAsia="Nirmala UI" w:cs="Nirmala UI"/>
        </w:rPr>
        <w:t>କିନ୍ତୁ</w:t>
      </w:r>
      <w:r>
        <w:rPr>
          <w:rFonts w:ascii="Times New Roman" w:hAnsi="Times New Roman" w:eastAsia="Times New Roman" w:cs="Times New Roman"/>
        </w:rPr>
        <w:t xml:space="preserve"> </w:t>
      </w:r>
      <w:r>
        <w:rPr>
          <w:rFonts w:ascii="Nirmala UI" w:hAnsi="Nirmala UI" w:eastAsia="Nirmala UI" w:cs="Nirmala UI"/>
        </w:rPr>
        <w:t>ଯେମାନେ</w:t>
      </w:r>
      <w:r>
        <w:rPr>
          <w:rFonts w:ascii="Times New Roman" w:hAnsi="Times New Roman" w:eastAsia="Times New Roman" w:cs="Times New Roman"/>
        </w:rPr>
        <w:t xml:space="preserve"> </w:t>
      </w:r>
      <w:r>
        <w:rPr>
          <w:rFonts w:ascii="Nirmala UI" w:hAnsi="Nirmala UI" w:eastAsia="Nirmala UI" w:cs="Nirmala UI"/>
        </w:rPr>
        <w:t>ଦାନିଏଲଙ୍କ</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ପ୍ରତୀକୀକୃତ</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ଯୀଶୁ</w:t>
      </w:r>
      <w:r>
        <w:rPr>
          <w:rFonts w:ascii="Times New Roman" w:hAnsi="Times New Roman" w:eastAsia="Times New Roman" w:cs="Times New Roman"/>
        </w:rPr>
        <w:t xml:space="preserve"> </w:t>
      </w:r>
      <w:r>
        <w:rPr>
          <w:rFonts w:ascii="Nirmala UI" w:hAnsi="Nirmala UI" w:eastAsia="Nirmala UI" w:cs="Nirmala UI"/>
        </w:rPr>
        <w:t>ଖ୍ରୀଷ୍ଟଙ୍କ</w:t>
      </w:r>
      <w:r>
        <w:rPr>
          <w:rFonts w:ascii="Times New Roman" w:hAnsi="Times New Roman" w:eastAsia="Times New Roman" w:cs="Times New Roman"/>
        </w:rPr>
        <w:t xml:space="preserve"> </w:t>
      </w:r>
      <w:r>
        <w:rPr>
          <w:rFonts w:ascii="Nirmala UI" w:hAnsi="Nirmala UI" w:eastAsia="Nirmala UI" w:cs="Nirmala UI"/>
        </w:rPr>
        <w:t>ପ୍ରକାଶନର</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ମହା</w:t>
      </w:r>
      <w:r>
        <w:rPr>
          <w:rFonts w:ascii="Times New Roman" w:hAnsi="Times New Roman" w:eastAsia="Times New Roman" w:cs="Times New Roman"/>
        </w:rPr>
        <w:t xml:space="preserve"> </w:t>
      </w:r>
      <w:r>
        <w:rPr>
          <w:rFonts w:ascii="Nirmala UI" w:hAnsi="Nirmala UI" w:eastAsia="Nirmala UI" w:cs="Nirmala UI"/>
        </w:rPr>
        <w:t>ଦର୍ପଣସଦୃଶ</w:t>
      </w:r>
      <w:r>
        <w:rPr>
          <w:rFonts w:ascii="Times New Roman" w:hAnsi="Times New Roman" w:eastAsia="Times New Roman" w:cs="Times New Roman"/>
        </w:rPr>
        <w:t xml:space="preserve"> </w:t>
      </w:r>
      <w:r>
        <w:rPr>
          <w:rFonts w:ascii="Nirmala UI" w:hAnsi="Nirmala UI" w:eastAsia="Nirmala UI" w:cs="Nirmala UI"/>
        </w:rPr>
        <w:t>ଦର୍ଶନକୁ</w:t>
      </w:r>
      <w:r>
        <w:rPr>
          <w:rFonts w:ascii="Times New Roman" w:hAnsi="Times New Roman" w:eastAsia="Times New Roman" w:cs="Times New Roman"/>
        </w:rPr>
        <w:t xml:space="preserve"> </w:t>
      </w:r>
      <w:r>
        <w:rPr>
          <w:rFonts w:ascii="Nirmala UI" w:hAnsi="Nirmala UI" w:eastAsia="Nirmala UI" w:cs="Nirmala UI"/>
        </w:rPr>
        <w:t>ଦେଖନ୍ତି</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ଯିଶାୟ</w:t>
      </w:r>
      <w:r>
        <w:rPr>
          <w:rFonts w:ascii="Times New Roman" w:hAnsi="Times New Roman" w:eastAsia="Times New Roman" w:cs="Times New Roman"/>
        </w:rPr>
        <w:t xml:space="preserve"> </w:t>
      </w:r>
      <w:r>
        <w:rPr>
          <w:rFonts w:ascii="Nirmala UI" w:hAnsi="Nirmala UI" w:eastAsia="Nirmala UI" w:cs="Nirmala UI"/>
        </w:rPr>
        <w:t>ଯେପରି</w:t>
      </w:r>
      <w:r>
        <w:rPr>
          <w:rFonts w:ascii="Times New Roman" w:hAnsi="Times New Roman" w:eastAsia="Times New Roman" w:cs="Times New Roman"/>
        </w:rPr>
        <w:t xml:space="preserve"> </w:t>
      </w:r>
      <w:r>
        <w:rPr>
          <w:rFonts w:ascii="Nirmala UI" w:hAnsi="Nirmala UI" w:eastAsia="Nirmala UI" w:cs="Nirmala UI"/>
        </w:rPr>
        <w:t>ଚିତ୍ରଣ</w:t>
      </w:r>
      <w:r>
        <w:rPr>
          <w:rFonts w:ascii="Times New Roman" w:hAnsi="Times New Roman" w:eastAsia="Times New Roman" w:cs="Times New Roman"/>
        </w:rPr>
        <w:t xml:space="preserve"> </w:t>
      </w:r>
      <w:r>
        <w:rPr>
          <w:rFonts w:ascii="Nirmala UI" w:hAnsi="Nirmala UI" w:eastAsia="Nirmala UI" w:cs="Nirmala UI"/>
        </w:rPr>
        <w:t>କରିଛନ୍ତି</w:t>
      </w:r>
      <w:r>
        <w:rPr>
          <w:rFonts w:ascii="Times New Roman" w:hAnsi="Times New Roman" w:eastAsia="Times New Roman" w:cs="Times New Roman"/>
        </w:rPr>
        <w:t xml:space="preserve"> </w:t>
      </w:r>
      <w:r>
        <w:rPr>
          <w:rFonts w:ascii="Nirmala UI" w:hAnsi="Nirmala UI" w:eastAsia="Nirmala UI" w:cs="Nirmala UI"/>
        </w:rPr>
        <w:t>ସେପରି</w:t>
      </w:r>
      <w:r>
        <w:rPr>
          <w:rFonts w:ascii="Times New Roman" w:hAnsi="Times New Roman" w:eastAsia="Times New Roman" w:cs="Times New Roman"/>
        </w:rPr>
        <w:t xml:space="preserve"> </w:t>
      </w:r>
      <w:r>
        <w:rPr>
          <w:rFonts w:ascii="Nirmala UI" w:hAnsi="Nirmala UI" w:eastAsia="Nirmala UI" w:cs="Nirmala UI"/>
        </w:rPr>
        <w:t>ସେମାନଙ୍କ</w:t>
      </w:r>
      <w:r>
        <w:rPr>
          <w:rFonts w:ascii="Times New Roman" w:hAnsi="Times New Roman" w:eastAsia="Times New Roman" w:cs="Times New Roman"/>
        </w:rPr>
        <w:t xml:space="preserve"> </w:t>
      </w:r>
      <w:r>
        <w:rPr>
          <w:rFonts w:ascii="Nirmala UI" w:hAnsi="Nirmala UI" w:eastAsia="Nirmala UI" w:cs="Nirmala UI"/>
        </w:rPr>
        <w:t>ଅଧର</w:t>
      </w:r>
      <w:r>
        <w:rPr>
          <w:rFonts w:ascii="Times New Roman" w:hAnsi="Times New Roman" w:eastAsia="Times New Roman" w:cs="Times New Roman"/>
        </w:rPr>
        <w:t xml:space="preserve"> </w:t>
      </w:r>
      <w:r>
        <w:rPr>
          <w:rFonts w:ascii="Nirmala UI" w:hAnsi="Nirmala UI" w:eastAsia="Nirmala UI" w:cs="Nirmala UI"/>
        </w:rPr>
        <w:t>ବେଦୀରୁ</w:t>
      </w:r>
      <w:r>
        <w:rPr>
          <w:rFonts w:ascii="Times New Roman" w:hAnsi="Times New Roman" w:eastAsia="Times New Roman" w:cs="Times New Roman"/>
        </w:rPr>
        <w:t xml:space="preserve"> </w:t>
      </w:r>
      <w:r>
        <w:rPr>
          <w:rFonts w:ascii="Nirmala UI" w:hAnsi="Nirmala UI" w:eastAsia="Nirmala UI" w:cs="Nirmala UI"/>
        </w:rPr>
        <w:t>ନିଆଯାଇଥିବା</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ଜ୍ୱଳନ୍ତ</w:t>
      </w:r>
      <w:r>
        <w:rPr>
          <w:rFonts w:ascii="Times New Roman" w:hAnsi="Times New Roman" w:eastAsia="Times New Roman" w:cs="Times New Roman"/>
        </w:rPr>
        <w:t xml:space="preserve"> </w:t>
      </w:r>
      <w:r>
        <w:rPr>
          <w:rFonts w:ascii="Nirmala UI" w:hAnsi="Nirmala UI" w:eastAsia="Nirmala UI" w:cs="Nirmala UI"/>
        </w:rPr>
        <w:t>ଅଙ୍ଗାରଦ୍ୱାରା</w:t>
      </w:r>
      <w:r>
        <w:rPr>
          <w:rFonts w:ascii="Times New Roman" w:hAnsi="Times New Roman" w:eastAsia="Times New Roman" w:cs="Times New Roman"/>
        </w:rPr>
        <w:t xml:space="preserve"> </w:t>
      </w:r>
      <w:r>
        <w:rPr>
          <w:rFonts w:ascii="Nirmala UI" w:hAnsi="Nirmala UI" w:eastAsia="Nirmala UI" w:cs="Nirmala UI"/>
        </w:rPr>
        <w:t>ସ୍ପର୍ଶିତ</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ପବିତ୍ର</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ପ୍ରସ୍ତୁତ</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ଧର୍ମଭ୍ରଷ୍ଟ</w:t>
      </w:r>
      <w:r>
        <w:rPr>
          <w:rFonts w:ascii="Times New Roman" w:hAnsi="Times New Roman" w:eastAsia="Times New Roman" w:cs="Times New Roman"/>
        </w:rPr>
        <w:t xml:space="preserve"> </w:t>
      </w:r>
      <w:r>
        <w:rPr>
          <w:rFonts w:ascii="Nirmala UI" w:hAnsi="Nirmala UI" w:eastAsia="Nirmala UI" w:cs="Nirmala UI"/>
        </w:rPr>
        <w:t>ମଣ୍ଡଳୀଙ୍କୁ</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ସମଗ୍ର</w:t>
      </w:r>
      <w:r>
        <w:rPr>
          <w:rFonts w:ascii="Times New Roman" w:hAnsi="Times New Roman" w:eastAsia="Times New Roman" w:cs="Times New Roman"/>
        </w:rPr>
        <w:t xml:space="preserve"> </w:t>
      </w:r>
      <w:r>
        <w:rPr>
          <w:rFonts w:ascii="Nirmala UI" w:hAnsi="Nirmala UI" w:eastAsia="Nirmala UI" w:cs="Nirmala UI"/>
        </w:rPr>
        <w:t>ଜଗତକୁ</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ସନ୍ଦେଶ</w:t>
      </w:r>
      <w:r>
        <w:rPr>
          <w:rFonts w:ascii="Times New Roman" w:hAnsi="Times New Roman" w:eastAsia="Times New Roman" w:cs="Times New Roman"/>
        </w:rPr>
        <w:t xml:space="preserve"> </w:t>
      </w:r>
      <w:r>
        <w:rPr>
          <w:rFonts w:ascii="Nirmala UI" w:hAnsi="Nirmala UI" w:eastAsia="Nirmala UI" w:cs="Nirmala UI"/>
        </w:rPr>
        <w:t>ଦେବା</w:t>
      </w:r>
      <w:r>
        <w:rPr>
          <w:rFonts w:ascii="Times New Roman" w:hAnsi="Times New Roman" w:eastAsia="Times New Roman" w:cs="Times New Roman"/>
        </w:rPr>
        <w:t xml:space="preserve"> </w:t>
      </w:r>
      <w:r>
        <w:rPr>
          <w:rFonts w:ascii="Nirmala UI" w:hAnsi="Nirmala UI" w:eastAsia="Nirmala UI" w:cs="Nirmala UI"/>
        </w:rPr>
        <w:t>ପାଇଁ।</w:t>
      </w:r>
    </w:p>
    <w:p>
      <w:pPr>
        <w:pStyle w:val="ArticleBody"/>
        <w:jc w:val="left"/>
      </w:pP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ସନ୍ଦେଶଟି</w:t>
      </w:r>
      <w:r>
        <w:rPr>
          <w:rFonts w:ascii="Times New Roman" w:hAnsi="Times New Roman" w:eastAsia="Times New Roman" w:cs="Times New Roman"/>
        </w:rPr>
        <w:t xml:space="preserve"> </w:t>
      </w:r>
      <w:r>
        <w:rPr>
          <w:rFonts w:ascii="Nirmala UI" w:hAnsi="Nirmala UI" w:eastAsia="Nirmala UI" w:cs="Nirmala UI"/>
        </w:rPr>
        <w:t>ପବିତ୍ରାଳୟରେ</w:t>
      </w:r>
      <w:r>
        <w:rPr>
          <w:rFonts w:ascii="Times New Roman" w:hAnsi="Times New Roman" w:eastAsia="Times New Roman" w:cs="Times New Roman"/>
        </w:rPr>
        <w:t xml:space="preserve"> </w:t>
      </w:r>
      <w:r>
        <w:rPr>
          <w:rFonts w:ascii="Nirmala UI" w:hAnsi="Nirmala UI" w:eastAsia="Nirmala UI" w:cs="Nirmala UI"/>
        </w:rPr>
        <w:t>ଥିବା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ବିଶ୍ୱସ୍ତ</w:t>
      </w:r>
      <w:r>
        <w:rPr>
          <w:rFonts w:ascii="Times New Roman" w:hAnsi="Times New Roman" w:eastAsia="Times New Roman" w:cs="Times New Roman"/>
        </w:rPr>
        <w:t xml:space="preserve"> </w:t>
      </w:r>
      <w:r>
        <w:rPr>
          <w:rFonts w:ascii="Nirmala UI" w:hAnsi="Nirmala UI" w:eastAsia="Nirmala UI" w:cs="Nirmala UI"/>
        </w:rPr>
        <w:t>ଆତ୍ମାମାନଙ୍କ</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ପ୍ରସ୍ତୁତ</w:t>
      </w:r>
      <w:r>
        <w:rPr>
          <w:rFonts w:ascii="Times New Roman" w:hAnsi="Times New Roman" w:eastAsia="Times New Roman" w:cs="Times New Roman"/>
        </w:rPr>
        <w:t xml:space="preserve"> </w:t>
      </w:r>
      <w:r>
        <w:rPr>
          <w:rFonts w:ascii="Nirmala UI" w:hAnsi="Nirmala UI" w:eastAsia="Nirmala UI" w:cs="Nirmala UI"/>
        </w:rPr>
        <w:t>କରାଯାଇଛି।</w:t>
      </w:r>
      <w:r>
        <w:rPr>
          <w:rFonts w:ascii="Times New Roman" w:hAnsi="Times New Roman" w:eastAsia="Times New Roman" w:cs="Times New Roman"/>
        </w:rPr>
        <w:t xml:space="preserve"> </w:t>
      </w:r>
      <w:r>
        <w:rPr>
          <w:rFonts w:ascii="Nirmala UI" w:hAnsi="Nirmala UI" w:eastAsia="Nirmala UI" w:cs="Nirmala UI"/>
        </w:rPr>
        <w:t>ପେଣ୍ଟେକୋଷ୍ଟ</w:t>
      </w:r>
      <w:r>
        <w:rPr>
          <w:rFonts w:ascii="Times New Roman" w:hAnsi="Times New Roman" w:eastAsia="Times New Roman" w:cs="Times New Roman"/>
        </w:rPr>
        <w:t xml:space="preserve"> </w:t>
      </w:r>
      <w:r>
        <w:rPr>
          <w:rFonts w:ascii="Nirmala UI" w:hAnsi="Nirmala UI" w:eastAsia="Nirmala UI" w:cs="Nirmala UI"/>
        </w:rPr>
        <w:t>ଋତୁ</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ସମନ୍ୱିତ</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ଲେବୀୟ</w:t>
      </w:r>
      <w:r>
        <w:rPr>
          <w:rFonts w:ascii="Times New Roman" w:hAnsi="Times New Roman" w:eastAsia="Times New Roman" w:cs="Times New Roman"/>
        </w:rPr>
        <w:t xml:space="preserve"> </w:t>
      </w:r>
      <w:r>
        <w:rPr>
          <w:rFonts w:ascii="Nirmala UI" w:hAnsi="Nirmala UI" w:eastAsia="Nirmala UI" w:cs="Nirmala UI"/>
        </w:rPr>
        <w:t>ପୁସ୍ତକ</w:t>
      </w:r>
      <w:r>
        <w:rPr>
          <w:rFonts w:ascii="Times New Roman" w:hAnsi="Times New Roman" w:eastAsia="Times New Roman" w:cs="Times New Roman"/>
        </w:rPr>
        <w:t xml:space="preserve"> </w:t>
      </w:r>
      <w:r>
        <w:rPr>
          <w:rFonts w:ascii="Nirmala UI" w:hAnsi="Nirmala UI" w:eastAsia="Nirmala UI" w:cs="Nirmala UI"/>
        </w:rPr>
        <w:t>ତେଇଶତମ</w:t>
      </w:r>
      <w:r>
        <w:rPr>
          <w:rFonts w:ascii="Times New Roman" w:hAnsi="Times New Roman" w:eastAsia="Times New Roman" w:cs="Times New Roman"/>
        </w:rPr>
        <w:t xml:space="preserve"> </w:t>
      </w:r>
      <w:r>
        <w:rPr>
          <w:rFonts w:ascii="Nirmala UI" w:hAnsi="Nirmala UI" w:eastAsia="Nirmala UI" w:cs="Nirmala UI"/>
        </w:rPr>
        <w:t>ଅଧ୍ୟାୟ</w:t>
      </w:r>
      <w:r>
        <w:rPr>
          <w:rFonts w:ascii="Times New Roman" w:hAnsi="Times New Roman" w:eastAsia="Times New Roman" w:cs="Times New Roman"/>
        </w:rPr>
        <w:t xml:space="preserve"> </w:t>
      </w:r>
      <w:r>
        <w:rPr>
          <w:rFonts w:ascii="Nirmala UI" w:hAnsi="Nirmala UI" w:eastAsia="Nirmala UI" w:cs="Nirmala UI"/>
        </w:rPr>
        <w:t>ପରମ</w:t>
      </w:r>
      <w:r>
        <w:rPr>
          <w:rFonts w:ascii="Times New Roman" w:hAnsi="Times New Roman" w:eastAsia="Times New Roman" w:cs="Times New Roman"/>
        </w:rPr>
        <w:t xml:space="preserve"> </w:t>
      </w:r>
      <w:r>
        <w:rPr>
          <w:rFonts w:ascii="Nirmala UI" w:hAnsi="Nirmala UI" w:eastAsia="Nirmala UI" w:cs="Nirmala UI"/>
        </w:rPr>
        <w:t>ପବିତ୍ର</w:t>
      </w:r>
      <w:r>
        <w:rPr>
          <w:rFonts w:ascii="Times New Roman" w:hAnsi="Times New Roman" w:eastAsia="Times New Roman" w:cs="Times New Roman"/>
        </w:rPr>
        <w:t xml:space="preserve"> </w:t>
      </w:r>
      <w:r>
        <w:rPr>
          <w:rFonts w:ascii="Nirmala UI" w:hAnsi="Nirmala UI" w:eastAsia="Nirmala UI" w:cs="Nirmala UI"/>
        </w:rPr>
        <w:t>ସ୍ଥାନରେ</w:t>
      </w:r>
      <w:r>
        <w:rPr>
          <w:rFonts w:ascii="Times New Roman" w:hAnsi="Times New Roman" w:eastAsia="Times New Roman" w:cs="Times New Roman"/>
        </w:rPr>
        <w:t xml:space="preserve"> </w:t>
      </w:r>
      <w:r>
        <w:rPr>
          <w:rFonts w:ascii="Nirmala UI" w:hAnsi="Nirmala UI" w:eastAsia="Nirmala UI" w:cs="Nirmala UI"/>
        </w:rPr>
        <w:t>ଥିବା</w:t>
      </w:r>
      <w:r>
        <w:rPr>
          <w:rFonts w:ascii="Times New Roman" w:hAnsi="Times New Roman" w:eastAsia="Times New Roman" w:cs="Times New Roman"/>
        </w:rPr>
        <w:t xml:space="preserve"> </w:t>
      </w:r>
      <w:r>
        <w:rPr>
          <w:rFonts w:ascii="Nirmala UI" w:hAnsi="Nirmala UI" w:eastAsia="Nirmala UI" w:cs="Nirmala UI"/>
        </w:rPr>
        <w:t>ଚୁକ୍ତିର</w:t>
      </w:r>
      <w:r>
        <w:rPr>
          <w:rFonts w:ascii="Times New Roman" w:hAnsi="Times New Roman" w:eastAsia="Times New Roman" w:cs="Times New Roman"/>
        </w:rPr>
        <w:t xml:space="preserve"> </w:t>
      </w:r>
      <w:r>
        <w:rPr>
          <w:rFonts w:ascii="Nirmala UI" w:hAnsi="Nirmala UI" w:eastAsia="Nirmala UI" w:cs="Nirmala UI"/>
        </w:rPr>
        <w:t>ସିନ୍ଦୁକକୁ</w:t>
      </w:r>
      <w:r>
        <w:rPr>
          <w:rFonts w:ascii="Times New Roman" w:hAnsi="Times New Roman" w:eastAsia="Times New Roman" w:cs="Times New Roman"/>
        </w:rPr>
        <w:t xml:space="preserve"> </w:t>
      </w:r>
      <w:r>
        <w:rPr>
          <w:rFonts w:ascii="Nirmala UI" w:hAnsi="Nirmala UI" w:eastAsia="Nirmala UI" w:cs="Nirmala UI"/>
        </w:rPr>
        <w:t>ପ୍ରତିଫଳିତ</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ଗଠିତ</w:t>
      </w:r>
      <w:r>
        <w:rPr>
          <w:rFonts w:ascii="Times New Roman" w:hAnsi="Times New Roman" w:eastAsia="Times New Roman" w:cs="Times New Roman"/>
        </w:rPr>
        <w:t xml:space="preserve"> </w:t>
      </w:r>
      <w:r>
        <w:rPr>
          <w:rFonts w:ascii="Nirmala UI" w:hAnsi="Nirmala UI" w:eastAsia="Nirmala UI" w:cs="Nirmala UI"/>
        </w:rPr>
        <w:t>ହୋଇଛି।</w:t>
      </w:r>
      <w:r>
        <w:rPr>
          <w:rFonts w:ascii="Times New Roman" w:hAnsi="Times New Roman" w:eastAsia="Times New Roman" w:cs="Times New Roman"/>
        </w:rPr>
        <w:t xml:space="preserve"> </w:t>
      </w:r>
      <w:r>
        <w:rPr>
          <w:rFonts w:ascii="Nirmala UI" w:hAnsi="Nirmala UI" w:eastAsia="Nirmala UI" w:cs="Nirmala UI"/>
        </w:rPr>
        <w:t>ବିଶ୍ୱାସ</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ଅଧ୍ୟାୟର</w:t>
      </w:r>
      <w:r>
        <w:rPr>
          <w:rFonts w:ascii="Times New Roman" w:hAnsi="Times New Roman" w:eastAsia="Times New Roman" w:cs="Times New Roman"/>
        </w:rPr>
        <w:t xml:space="preserve"> </w:t>
      </w:r>
      <w:r>
        <w:rPr>
          <w:rFonts w:ascii="Nirmala UI" w:hAnsi="Nirmala UI" w:eastAsia="Nirmala UI" w:cs="Nirmala UI"/>
        </w:rPr>
        <w:t>ସନ୍ଦେଶମାନଙ୍କର</w:t>
      </w:r>
      <w:r>
        <w:rPr>
          <w:rFonts w:ascii="Times New Roman" w:hAnsi="Times New Roman" w:eastAsia="Times New Roman" w:cs="Times New Roman"/>
        </w:rPr>
        <w:t xml:space="preserve"> </w:t>
      </w:r>
      <w:r>
        <w:rPr>
          <w:rFonts w:ascii="Nirmala UI" w:hAnsi="Nirmala UI" w:eastAsia="Nirmala UI" w:cs="Nirmala UI"/>
        </w:rPr>
        <w:t>ଗଠନ</w:t>
      </w:r>
      <w:r>
        <w:rPr>
          <w:rFonts w:ascii="Times New Roman" w:hAnsi="Times New Roman" w:eastAsia="Times New Roman" w:cs="Times New Roman"/>
        </w:rPr>
        <w:t xml:space="preserve"> </w:t>
      </w:r>
      <w:r>
        <w:rPr>
          <w:rFonts w:ascii="Nirmala UI" w:hAnsi="Nirmala UI" w:eastAsia="Nirmala UI" w:cs="Nirmala UI"/>
        </w:rPr>
        <w:t>ପବିତ୍ର</w:t>
      </w:r>
      <w:r>
        <w:rPr>
          <w:rFonts w:ascii="Times New Roman" w:hAnsi="Times New Roman" w:eastAsia="Times New Roman" w:cs="Times New Roman"/>
        </w:rPr>
        <w:t xml:space="preserve"> </w:t>
      </w:r>
      <w:r>
        <w:rPr>
          <w:rFonts w:ascii="Nirmala UI" w:hAnsi="Nirmala UI" w:eastAsia="Nirmala UI" w:cs="Nirmala UI"/>
        </w:rPr>
        <w:t>ଇତିହାସର</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ତିନୋଟି</w:t>
      </w:r>
      <w:r>
        <w:rPr>
          <w:rFonts w:ascii="Times New Roman" w:hAnsi="Times New Roman" w:eastAsia="Times New Roman" w:cs="Times New Roman"/>
        </w:rPr>
        <w:t xml:space="preserve"> </w:t>
      </w:r>
      <w:r>
        <w:rPr>
          <w:rFonts w:ascii="Nirmala UI" w:hAnsi="Nirmala UI" w:eastAsia="Nirmala UI" w:cs="Nirmala UI"/>
        </w:rPr>
        <w:t>ଚିହ୍ନସ୍ଥଳକୁ</w:t>
      </w:r>
      <w:r>
        <w:rPr>
          <w:rFonts w:ascii="Times New Roman" w:hAnsi="Times New Roman" w:eastAsia="Times New Roman" w:cs="Times New Roman"/>
        </w:rPr>
        <w:t xml:space="preserve"> </w:t>
      </w:r>
      <w:r>
        <w:rPr>
          <w:rFonts w:ascii="Nirmala UI" w:hAnsi="Nirmala UI" w:eastAsia="Nirmala UI" w:cs="Nirmala UI"/>
        </w:rPr>
        <w:t>ଚିହ୍ନିତ</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ଯେଉଁଥିରେ</w:t>
      </w:r>
      <w:r>
        <w:rPr>
          <w:rFonts w:ascii="Times New Roman" w:hAnsi="Times New Roman" w:eastAsia="Times New Roman" w:cs="Times New Roman"/>
        </w:rPr>
        <w:t xml:space="preserve"> </w:t>
      </w:r>
      <w:r>
        <w:rPr>
          <w:rFonts w:ascii="Nirmala UI" w:hAnsi="Nirmala UI" w:eastAsia="Nirmala UI" w:cs="Nirmala UI"/>
        </w:rPr>
        <w:t>ଭଟ୍ଟିର</w:t>
      </w:r>
      <w:r>
        <w:rPr>
          <w:rFonts w:ascii="Times New Roman" w:hAnsi="Times New Roman" w:eastAsia="Times New Roman" w:cs="Times New Roman"/>
        </w:rPr>
        <w:t xml:space="preserve"> </w:t>
      </w:r>
      <w:r>
        <w:rPr>
          <w:rFonts w:ascii="Nirmala UI" w:hAnsi="Nirmala UI" w:eastAsia="Nirmala UI" w:cs="Nirmala UI"/>
        </w:rPr>
        <w:t>ପରୀକ୍ଷା</w:t>
      </w:r>
      <w:r>
        <w:rPr>
          <w:rFonts w:ascii="Times New Roman" w:hAnsi="Times New Roman" w:eastAsia="Times New Roman" w:cs="Times New Roman"/>
        </w:rPr>
        <w:t xml:space="preserve"> </w:t>
      </w:r>
      <w:r>
        <w:rPr>
          <w:rFonts w:ascii="Nirmala UI" w:hAnsi="Nirmala UI" w:eastAsia="Nirmala UI" w:cs="Nirmala UI"/>
        </w:rPr>
        <w:t>ସମ୍ପନ୍ନ</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ଦିବ୍ୟ</w:t>
      </w:r>
      <w:r>
        <w:rPr>
          <w:rFonts w:ascii="Times New Roman" w:hAnsi="Times New Roman" w:eastAsia="Times New Roman" w:cs="Times New Roman"/>
        </w:rPr>
        <w:t xml:space="preserve"> </w:t>
      </w:r>
      <w:r>
        <w:rPr>
          <w:rFonts w:ascii="Nirmala UI" w:hAnsi="Nirmala UI" w:eastAsia="Nirmala UI" w:cs="Nirmala UI"/>
        </w:rPr>
        <w:t>ଭାବେ</w:t>
      </w:r>
      <w:r>
        <w:rPr>
          <w:rFonts w:ascii="Times New Roman" w:hAnsi="Times New Roman" w:eastAsia="Times New Roman" w:cs="Times New Roman"/>
        </w:rPr>
        <w:t xml:space="preserve"> </w:t>
      </w:r>
      <w:r>
        <w:rPr>
          <w:rFonts w:ascii="Nirmala UI" w:hAnsi="Nirmala UI" w:eastAsia="Nirmala UI" w:cs="Nirmala UI"/>
        </w:rPr>
        <w:t>ଗଭୀର</w:t>
      </w:r>
      <w:r>
        <w:rPr>
          <w:rFonts w:ascii="Times New Roman" w:hAnsi="Times New Roman" w:eastAsia="Times New Roman" w:cs="Times New Roman"/>
        </w:rPr>
        <w:t>—</w:t>
      </w:r>
      <w:r>
        <w:rPr>
          <w:rFonts w:ascii="Nirmala UI" w:hAnsi="Nirmala UI" w:eastAsia="Nirmala UI" w:cs="Nirmala UI"/>
        </w:rPr>
        <w:t>ତେଇଶତମ</w:t>
      </w:r>
      <w:r>
        <w:rPr>
          <w:rFonts w:ascii="Times New Roman" w:hAnsi="Times New Roman" w:eastAsia="Times New Roman" w:cs="Times New Roman"/>
        </w:rPr>
        <w:t xml:space="preserve"> </w:t>
      </w:r>
      <w:r>
        <w:rPr>
          <w:rFonts w:ascii="Nirmala UI" w:hAnsi="Nirmala UI" w:eastAsia="Nirmala UI" w:cs="Nirmala UI"/>
        </w:rPr>
        <w:t>ଅଧ୍ୟାୟର</w:t>
      </w:r>
      <w:r>
        <w:rPr>
          <w:rFonts w:ascii="Times New Roman" w:hAnsi="Times New Roman" w:eastAsia="Times New Roman" w:cs="Times New Roman"/>
        </w:rPr>
        <w:t xml:space="preserve"> </w:t>
      </w:r>
      <w:r>
        <w:rPr>
          <w:rFonts w:ascii="Nirmala UI" w:hAnsi="Nirmala UI" w:eastAsia="Nirmala UI" w:cs="Nirmala UI"/>
        </w:rPr>
        <w:t>ଭବିଷ୍ୟଦ୍ବାଣୀମୂଳକ</w:t>
      </w:r>
      <w:r>
        <w:rPr>
          <w:rFonts w:ascii="Times New Roman" w:hAnsi="Times New Roman" w:eastAsia="Times New Roman" w:cs="Times New Roman"/>
        </w:rPr>
        <w:t xml:space="preserve"> </w:t>
      </w:r>
      <w:r>
        <w:rPr>
          <w:rFonts w:ascii="Nirmala UI" w:hAnsi="Nirmala UI" w:eastAsia="Nirmala UI" w:cs="Nirmala UI"/>
        </w:rPr>
        <w:t>ଗଠନ</w:t>
      </w:r>
      <w:r>
        <w:rPr>
          <w:rFonts w:ascii="Times New Roman" w:hAnsi="Times New Roman" w:eastAsia="Times New Roman" w:cs="Times New Roman"/>
        </w:rPr>
        <w:t xml:space="preserve"> </w:t>
      </w:r>
      <w:r>
        <w:rPr>
          <w:rFonts w:ascii="Nirmala UI" w:hAnsi="Nirmala UI" w:eastAsia="Nirmala UI" w:cs="Nirmala UI"/>
        </w:rPr>
        <w:t>ଭବିଷ୍ୟଦ୍ବାଣୀର</w:t>
      </w:r>
      <w:r>
        <w:rPr>
          <w:rFonts w:ascii="Times New Roman" w:hAnsi="Times New Roman" w:eastAsia="Times New Roman" w:cs="Times New Roman"/>
        </w:rPr>
        <w:t xml:space="preserve"> </w:t>
      </w:r>
      <w:r>
        <w:rPr>
          <w:rFonts w:ascii="Nirmala UI" w:hAnsi="Nirmala UI" w:eastAsia="Nirmala UI" w:cs="Nirmala UI"/>
        </w:rPr>
        <w:t>ଛାତ୍ରକୁ</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ଅଧ୍ୟାୟର</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ପଦ୍ୟରେ</w:t>
      </w:r>
      <w:r>
        <w:rPr>
          <w:rFonts w:ascii="Times New Roman" w:hAnsi="Times New Roman" w:eastAsia="Times New Roman" w:cs="Times New Roman"/>
        </w:rPr>
        <w:t xml:space="preserve"> </w:t>
      </w:r>
      <w:r>
        <w:rPr>
          <w:rFonts w:ascii="Nirmala UI" w:hAnsi="Nirmala UI" w:eastAsia="Nirmala UI" w:cs="Nirmala UI"/>
        </w:rPr>
        <w:t>ଯିହିଜ୍କେଲଙ୍କୁ</w:t>
      </w:r>
      <w:r>
        <w:rPr>
          <w:rFonts w:ascii="Times New Roman" w:hAnsi="Times New Roman" w:eastAsia="Times New Roman" w:cs="Times New Roman"/>
        </w:rPr>
        <w:t xml:space="preserve"> </w:t>
      </w:r>
      <w:r>
        <w:rPr>
          <w:rFonts w:ascii="Nirmala UI" w:hAnsi="Nirmala UI" w:eastAsia="Nirmala UI" w:cs="Nirmala UI"/>
        </w:rPr>
        <w:t>ଅବସ୍ଥାନ</w:t>
      </w:r>
      <w:r>
        <w:rPr>
          <w:rFonts w:ascii="Times New Roman" w:hAnsi="Times New Roman" w:eastAsia="Times New Roman" w:cs="Times New Roman"/>
        </w:rPr>
        <w:t xml:space="preserve"> </w:t>
      </w:r>
      <w:r>
        <w:rPr>
          <w:rFonts w:ascii="Nirmala UI" w:hAnsi="Nirmala UI" w:eastAsia="Nirmala UI" w:cs="Nirmala UI"/>
        </w:rPr>
        <w:t>କରାଇବାକୁ</w:t>
      </w:r>
      <w:r>
        <w:rPr>
          <w:rFonts w:ascii="Times New Roman" w:hAnsi="Times New Roman" w:eastAsia="Times New Roman" w:cs="Times New Roman"/>
        </w:rPr>
        <w:t xml:space="preserve"> </w:t>
      </w:r>
      <w:r>
        <w:rPr>
          <w:rFonts w:ascii="Nirmala UI" w:hAnsi="Nirmala UI" w:eastAsia="Nirmala UI" w:cs="Nirmala UI"/>
        </w:rPr>
        <w:t>ସମର୍ଥ</w:t>
      </w:r>
      <w:r>
        <w:rPr>
          <w:rFonts w:ascii="Times New Roman" w:hAnsi="Times New Roman" w:eastAsia="Times New Roman" w:cs="Times New Roman"/>
        </w:rPr>
        <w:t xml:space="preserve"> </w:t>
      </w:r>
      <w:r>
        <w:rPr>
          <w:rFonts w:ascii="Nirmala UI" w:hAnsi="Nirmala UI" w:eastAsia="Nirmala UI" w:cs="Nirmala UI"/>
        </w:rPr>
        <w:t>କରେ।</w:t>
      </w:r>
    </w:p>
    <w:p>
      <w:pPr>
        <w:pStyle w:val="ArticleScripture"/>
        <w:jc w:val="left"/>
      </w:pPr>
      <w:r>
        <w:rPr>
          <w:rFonts w:ascii="Segoe UI Historic" w:hAnsi="Segoe UI Historic" w:eastAsia="Segoe UI Historic" w:cs="Segoe UI Historic"/>
        </w:rPr>
        <w:t>ܘܗܘܐ</w:t>
      </w:r>
      <w:r>
        <w:rPr>
          <w:rFonts w:ascii="Times New Roman" w:hAnsi="Times New Roman" w:eastAsia="Times New Roman" w:cs="Times New Roman"/>
        </w:rPr>
        <w:t xml:space="preserve"> </w:t>
      </w:r>
      <w:r>
        <w:rPr>
          <w:rFonts w:ascii="Segoe UI Historic" w:hAnsi="Segoe UI Historic" w:eastAsia="Segoe UI Historic" w:cs="Segoe UI Historic"/>
        </w:rPr>
        <w:t>ܒܫܢܬܐ</w:t>
      </w:r>
      <w:r>
        <w:rPr>
          <w:rFonts w:ascii="Times New Roman" w:hAnsi="Times New Roman" w:eastAsia="Times New Roman" w:cs="Times New Roman"/>
        </w:rPr>
        <w:t xml:space="preserve"> </w:t>
      </w:r>
      <w:r>
        <w:rPr>
          <w:rFonts w:ascii="Segoe UI Historic" w:hAnsi="Segoe UI Historic" w:eastAsia="Segoe UI Historic" w:cs="Segoe UI Historic"/>
        </w:rPr>
        <w:t>ܬܠܬܝܢ</w:t>
      </w:r>
      <w:r>
        <w:rPr>
          <w:rFonts w:ascii="Times New Roman" w:hAnsi="Times New Roman" w:eastAsia="Times New Roman" w:cs="Times New Roman"/>
        </w:rPr>
        <w:t xml:space="preserve">، </w:t>
      </w:r>
      <w:r>
        <w:rPr>
          <w:rFonts w:ascii="Segoe UI Historic" w:hAnsi="Segoe UI Historic" w:eastAsia="Segoe UI Historic" w:cs="Segoe UI Historic"/>
        </w:rPr>
        <w:t>ܒܝܪܚܐ</w:t>
      </w:r>
      <w:r>
        <w:rPr>
          <w:rFonts w:ascii="Times New Roman" w:hAnsi="Times New Roman" w:eastAsia="Times New Roman" w:cs="Times New Roman"/>
        </w:rPr>
        <w:t xml:space="preserve"> </w:t>
      </w:r>
      <w:r>
        <w:rPr>
          <w:rFonts w:ascii="Segoe UI Historic" w:hAnsi="Segoe UI Historic" w:eastAsia="Segoe UI Historic" w:cs="Segoe UI Historic"/>
        </w:rPr>
        <w:t>ܪܒܝܥܝܐ</w:t>
      </w:r>
      <w:r>
        <w:rPr>
          <w:rFonts w:ascii="Times New Roman" w:hAnsi="Times New Roman" w:eastAsia="Times New Roman" w:cs="Times New Roman"/>
        </w:rPr>
        <w:t xml:space="preserve">، </w:t>
      </w:r>
      <w:r>
        <w:rPr>
          <w:rFonts w:ascii="Segoe UI Historic" w:hAnsi="Segoe UI Historic" w:eastAsia="Segoe UI Historic" w:cs="Segoe UI Historic"/>
        </w:rPr>
        <w:t>ܒܚܡܫܐ</w:t>
      </w:r>
      <w:r>
        <w:rPr>
          <w:rFonts w:ascii="Times New Roman" w:hAnsi="Times New Roman" w:eastAsia="Times New Roman" w:cs="Times New Roman"/>
        </w:rPr>
        <w:t xml:space="preserve"> </w:t>
      </w:r>
      <w:r>
        <w:rPr>
          <w:rFonts w:ascii="Segoe UI Historic" w:hAnsi="Segoe UI Historic" w:eastAsia="Segoe UI Historic" w:cs="Segoe UI Historic"/>
        </w:rPr>
        <w:t>ܒܝܪܚܐ</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ܐܢܐ</w:t>
      </w:r>
      <w:r>
        <w:rPr>
          <w:rFonts w:ascii="Times New Roman" w:hAnsi="Times New Roman" w:eastAsia="Times New Roman" w:cs="Times New Roman"/>
        </w:rPr>
        <w:t xml:space="preserve"> </w:t>
      </w:r>
      <w:r>
        <w:rPr>
          <w:rFonts w:ascii="Segoe UI Historic" w:hAnsi="Segoe UI Historic" w:eastAsia="Segoe UI Historic" w:cs="Segoe UI Historic"/>
        </w:rPr>
        <w:t>ܗܘܝܬ</w:t>
      </w:r>
      <w:r>
        <w:rPr>
          <w:rFonts w:ascii="Times New Roman" w:hAnsi="Times New Roman" w:eastAsia="Times New Roman" w:cs="Times New Roman"/>
        </w:rPr>
        <w:t xml:space="preserve"> </w:t>
      </w:r>
      <w:r>
        <w:rPr>
          <w:rFonts w:ascii="Segoe UI Historic" w:hAnsi="Segoe UI Historic" w:eastAsia="Segoe UI Historic" w:cs="Segoe UI Historic"/>
        </w:rPr>
        <w:t>ܒܝܢܬ</w:t>
      </w:r>
      <w:r>
        <w:rPr>
          <w:rFonts w:ascii="Times New Roman" w:hAnsi="Times New Roman" w:eastAsia="Times New Roman" w:cs="Times New Roman"/>
        </w:rPr>
        <w:t xml:space="preserve"> </w:t>
      </w:r>
      <w:r>
        <w:rPr>
          <w:rFonts w:ascii="Segoe UI Historic" w:hAnsi="Segoe UI Historic" w:eastAsia="Segoe UI Historic" w:cs="Segoe UI Historic"/>
        </w:rPr>
        <w:t>ܫܒܝ</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ܢܗܪܐ</w:t>
      </w:r>
      <w:r>
        <w:rPr>
          <w:rFonts w:ascii="Times New Roman" w:hAnsi="Times New Roman" w:eastAsia="Times New Roman" w:cs="Times New Roman"/>
        </w:rPr>
        <w:t xml:space="preserve"> </w:t>
      </w:r>
      <w:r>
        <w:rPr>
          <w:rFonts w:ascii="Segoe UI Historic" w:hAnsi="Segoe UI Historic" w:eastAsia="Segoe UI Historic" w:cs="Segoe UI Historic"/>
        </w:rPr>
        <w:t>ܕܟܒܪ</w:t>
      </w:r>
      <w:r>
        <w:rPr>
          <w:rFonts w:ascii="Times New Roman" w:hAnsi="Times New Roman" w:eastAsia="Times New Roman" w:cs="Times New Roman"/>
        </w:rPr>
        <w:t xml:space="preserve">، </w:t>
      </w:r>
      <w:r>
        <w:rPr>
          <w:rFonts w:ascii="Segoe UI Historic" w:hAnsi="Segoe UI Historic" w:eastAsia="Segoe UI Historic" w:cs="Segoe UI Historic"/>
        </w:rPr>
        <w:t>ܐܬܦܬܚܘ</w:t>
      </w:r>
      <w:r>
        <w:rPr>
          <w:rFonts w:ascii="Times New Roman" w:hAnsi="Times New Roman" w:eastAsia="Times New Roman" w:cs="Times New Roman"/>
        </w:rPr>
        <w:t xml:space="preserve"> </w:t>
      </w:r>
      <w:r>
        <w:rPr>
          <w:rFonts w:ascii="Segoe UI Historic" w:hAnsi="Segoe UI Historic" w:eastAsia="Segoe UI Historic" w:cs="Segoe UI Historic"/>
        </w:rPr>
        <w:t>ܫܡܝ</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ܘܚܙܝܬ</w:t>
      </w:r>
      <w:r>
        <w:rPr>
          <w:rFonts w:ascii="Times New Roman" w:hAnsi="Times New Roman" w:eastAsia="Times New Roman" w:cs="Times New Roman"/>
        </w:rPr>
        <w:t xml:space="preserve"> </w:t>
      </w:r>
      <w:r>
        <w:rPr>
          <w:rFonts w:ascii="Segoe UI Historic" w:hAnsi="Segoe UI Historic" w:eastAsia="Segoe UI Historic" w:cs="Segoe UI Historic"/>
        </w:rPr>
        <w:t>ܚܙܘ</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ܕܐܠܗܐ</w:t>
      </w:r>
      <w:r>
        <w:rPr>
          <w:rFonts w:ascii="Times New Roman" w:hAnsi="Times New Roman" w:eastAsia="Times New Roman" w:cs="Times New Roman"/>
        </w:rPr>
        <w:t xml:space="preserve">۔ </w:t>
      </w:r>
      <w:r>
        <w:rPr>
          <w:rFonts w:ascii="Segoe UI Historic" w:hAnsi="Segoe UI Historic" w:eastAsia="Segoe UI Historic" w:cs="Segoe UI Historic"/>
        </w:rPr>
        <w:t>ܒܚܡܫܐ</w:t>
      </w:r>
      <w:r>
        <w:rPr>
          <w:rFonts w:ascii="Times New Roman" w:hAnsi="Times New Roman" w:eastAsia="Times New Roman" w:cs="Times New Roman"/>
        </w:rPr>
        <w:t xml:space="preserve"> </w:t>
      </w:r>
      <w:r>
        <w:rPr>
          <w:rFonts w:ascii="Segoe UI Historic" w:hAnsi="Segoe UI Historic" w:eastAsia="Segoe UI Historic" w:cs="Segoe UI Historic"/>
        </w:rPr>
        <w:t>ܒܝܪܚܐ</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ܫܢܬܐ</w:t>
      </w:r>
      <w:r>
        <w:rPr>
          <w:rFonts w:ascii="Times New Roman" w:hAnsi="Times New Roman" w:eastAsia="Times New Roman" w:cs="Times New Roman"/>
        </w:rPr>
        <w:t xml:space="preserve"> </w:t>
      </w:r>
      <w:r>
        <w:rPr>
          <w:rFonts w:ascii="Segoe UI Historic" w:hAnsi="Segoe UI Historic" w:eastAsia="Segoe UI Historic" w:cs="Segoe UI Historic"/>
        </w:rPr>
        <w:t>ܚܡܝܫܝܬܐ</w:t>
      </w:r>
      <w:r>
        <w:rPr>
          <w:rFonts w:ascii="Times New Roman" w:hAnsi="Times New Roman" w:eastAsia="Times New Roman" w:cs="Times New Roman"/>
        </w:rPr>
        <w:t xml:space="preserve"> </w:t>
      </w:r>
      <w:r>
        <w:rPr>
          <w:rFonts w:ascii="Segoe UI Historic" w:hAnsi="Segoe UI Historic" w:eastAsia="Segoe UI Historic" w:cs="Segoe UI Historic"/>
        </w:rPr>
        <w:t>ܕܫܒܝܬܗ</w:t>
      </w:r>
      <w:r>
        <w:rPr>
          <w:rFonts w:ascii="Times New Roman" w:hAnsi="Times New Roman" w:eastAsia="Times New Roman" w:cs="Times New Roman"/>
        </w:rPr>
        <w:t xml:space="preserve"> </w:t>
      </w:r>
      <w:r>
        <w:rPr>
          <w:rFonts w:ascii="Segoe UI Historic" w:hAnsi="Segoe UI Historic" w:eastAsia="Segoe UI Historic" w:cs="Segoe UI Historic"/>
        </w:rPr>
        <w:t>ܕܡܠܟܐ</w:t>
      </w:r>
      <w:r>
        <w:rPr>
          <w:rFonts w:ascii="Times New Roman" w:hAnsi="Times New Roman" w:eastAsia="Times New Roman" w:cs="Times New Roman"/>
        </w:rPr>
        <w:t xml:space="preserve"> </w:t>
      </w:r>
      <w:r>
        <w:rPr>
          <w:rFonts w:ascii="Segoe UI Historic" w:hAnsi="Segoe UI Historic" w:eastAsia="Segoe UI Historic" w:cs="Segoe UI Historic"/>
        </w:rPr>
        <w:t>ܝܗܘܝܟܝܢ</w:t>
      </w:r>
      <w:r>
        <w:rPr>
          <w:rFonts w:ascii="Times New Roman" w:hAnsi="Times New Roman" w:eastAsia="Times New Roman" w:cs="Times New Roman"/>
        </w:rPr>
        <w:t xml:space="preserve">۔ </w:t>
      </w:r>
      <w:r>
        <w:rPr>
          <w:rFonts w:ascii="Segoe UI Historic" w:hAnsi="Segoe UI Historic" w:eastAsia="Segoe UI Historic" w:cs="Segoe UI Historic"/>
        </w:rPr>
        <w:t>ܚܙܩܝܐܝܠ</w:t>
      </w:r>
      <w:r>
        <w:rPr>
          <w:rFonts w:ascii="Times New Roman" w:hAnsi="Times New Roman" w:eastAsia="Times New Roman" w:cs="Times New Roman"/>
        </w:rPr>
        <w:t xml:space="preserve"> 1:1، 2</w:t>
      </w:r>
    </w:p>
    <w:p>
      <w:pPr>
        <w:pStyle w:val="ArticleBody"/>
        <w:jc w:val="left"/>
      </w:pPr>
      <w:r>
        <w:rPr>
          <w:rFonts w:ascii="Leelawadee UI" w:hAnsi="Leelawadee UI" w:eastAsia="Leelawadee UI" w:cs="Leelawadee UI"/>
        </w:rPr>
        <w:t>ប៉ុន្តែក្នុងនាមជាសង្ឃម្នាក់នៅក្នុងកាលសម័យនៃការបិទត្រារបស់មនុស្សមួយសែនសែសិបបួនពាន់នាក់</w:t>
      </w:r>
      <w:r>
        <w:rPr>
          <w:rFonts w:ascii="Times New Roman" w:hAnsi="Times New Roman" w:eastAsia="Times New Roman" w:cs="Times New Roman"/>
        </w:rPr>
        <w:t xml:space="preserve"> </w:t>
      </w:r>
      <w:r>
        <w:rPr>
          <w:rFonts w:ascii="Leelawadee UI" w:hAnsi="Leelawadee UI" w:eastAsia="Leelawadee UI" w:cs="Leelawadee UI"/>
        </w:rPr>
        <w:t>អេសេគាលស្ថិតនៅក្នុងឆ្នាំទីសាមសិបនៃវដ្តយូប៊ីលេទីដប់ប្រាំពីរ</w:t>
      </w:r>
      <w:r>
        <w:rPr>
          <w:rFonts w:ascii="Times New Roman" w:hAnsi="Times New Roman" w:eastAsia="Times New Roman" w:cs="Times New Roman"/>
        </w:rPr>
        <w:t xml:space="preserve"> </w:t>
      </w:r>
      <w:r>
        <w:rPr>
          <w:rFonts w:ascii="Leelawadee UI" w:hAnsi="Leelawadee UI" w:eastAsia="Leelawadee UI" w:cs="Leelawadee UI"/>
        </w:rPr>
        <w:t>គឺប្រាំឆ្នាំមុនការឡោមព័ទ្ធក្រុងយេរូសាឡិមលើកទីបី</w:t>
      </w:r>
      <w:r>
        <w:rPr>
          <w:rFonts w:ascii="Times New Roman" w:hAnsi="Times New Roman" w:eastAsia="Times New Roman" w:cs="Times New Roman"/>
        </w:rPr>
        <w:t xml:space="preserve"> </w:t>
      </w:r>
      <w:r>
        <w:rPr>
          <w:rFonts w:ascii="Leelawadee UI" w:hAnsi="Leelawadee UI" w:eastAsia="Leelawadee UI" w:cs="Leelawadee UI"/>
        </w:rPr>
        <w:t>ក្នុងចំណោមការឡោមព័ទ្ធបីលើក</w:t>
      </w:r>
      <w:r>
        <w:rPr>
          <w:rFonts w:ascii="Times New Roman" w:hAnsi="Times New Roman" w:eastAsia="Times New Roman" w:cs="Times New Roman"/>
        </w:rPr>
        <w:t xml:space="preserve"> </w:t>
      </w:r>
      <w:r>
        <w:rPr>
          <w:rFonts w:ascii="Leelawadee UI" w:hAnsi="Leelawadee UI" w:eastAsia="Leelawadee UI" w:cs="Leelawadee UI"/>
        </w:rPr>
        <w:t>ដោយនេប៊ូក្នេសារ</w:t>
      </w:r>
      <w:r>
        <w:rPr>
          <w:rFonts w:ascii="Times New Roman" w:hAnsi="Times New Roman" w:eastAsia="Times New Roman" w:cs="Times New Roman"/>
        </w:rPr>
        <w:t xml:space="preserve"> </w:t>
      </w:r>
      <w:r>
        <w:rPr>
          <w:rFonts w:ascii="Leelawadee UI" w:hAnsi="Leelawadee UI" w:eastAsia="Leelawadee UI" w:cs="Leelawadee UI"/>
        </w:rPr>
        <w:t>ក្នុងឆ្នាំ</w:t>
      </w:r>
      <w:r>
        <w:rPr>
          <w:rFonts w:ascii="Times New Roman" w:hAnsi="Times New Roman" w:eastAsia="Times New Roman" w:cs="Times New Roman"/>
        </w:rPr>
        <w:t xml:space="preserve"> 587 </w:t>
      </w:r>
      <w:r>
        <w:rPr>
          <w:rFonts w:ascii="Leelawadee UI" w:hAnsi="Leelawadee UI" w:eastAsia="Leelawadee UI" w:cs="Leelawadee UI"/>
        </w:rPr>
        <w:t>មុន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ឆ្នាំទីសាមសិបនៅក្នុងខគម្ពីរនោះ</w:t>
      </w:r>
      <w:r>
        <w:rPr>
          <w:rFonts w:ascii="Times New Roman" w:hAnsi="Times New Roman" w:eastAsia="Times New Roman" w:cs="Times New Roman"/>
        </w:rPr>
        <w:t xml:space="preserve"> </w:t>
      </w:r>
      <w:r>
        <w:rPr>
          <w:rFonts w:ascii="Leelawadee UI" w:hAnsi="Leelawadee UI" w:eastAsia="Leelawadee UI" w:cs="Leelawadee UI"/>
        </w:rPr>
        <w:t>គឺសាមសិបឆ្នាំបន្ទាប់ពីការរស់ឡើងវិញខាងវិញ្ញាណដ៏អស្ចារ្យបំផុតក្នុងប្រវត្តិសាស្ត្រព្រះគម្ពីរសញ្ញាចាស់</w:t>
      </w:r>
      <w:r>
        <w:rPr>
          <w:rFonts w:ascii="Times New Roman" w:hAnsi="Times New Roman" w:eastAsia="Times New Roman" w:cs="Times New Roman"/>
        </w:rPr>
        <w:t xml:space="preserve"> </w:t>
      </w:r>
      <w:r>
        <w:rPr>
          <w:rFonts w:ascii="Leelawadee UI" w:hAnsi="Leelawadee UI" w:eastAsia="Leelawadee UI" w:cs="Leelawadee UI"/>
        </w:rPr>
        <w:t>ហើយវាស្ថិតនៅថ្ងៃទីប្រាំនៃឆ្នាំទីប្រាំ</w:t>
      </w:r>
      <w:r>
        <w:rPr>
          <w:rFonts w:ascii="Times New Roman" w:hAnsi="Times New Roman" w:eastAsia="Times New Roman" w:cs="Times New Roman"/>
        </w:rPr>
        <w:t xml:space="preserve"> </w:t>
      </w:r>
      <w:r>
        <w:rPr>
          <w:rFonts w:ascii="Leelawadee UI" w:hAnsi="Leelawadee UI" w:eastAsia="Leelawadee UI" w:cs="Leelawadee UI"/>
        </w:rPr>
        <w:t>ដូច្នេះបានដាក់លេខប្រាំលើសក្ខីភាពរបស់អេសេគាល។</w:t>
      </w:r>
      <w:r>
        <w:rPr>
          <w:rFonts w:ascii="Times New Roman" w:hAnsi="Times New Roman" w:eastAsia="Times New Roman" w:cs="Times New Roman"/>
        </w:rPr>
        <w:t xml:space="preserve"> </w:t>
      </w:r>
      <w:r>
        <w:rPr>
          <w:rFonts w:ascii="Leelawadee UI" w:hAnsi="Leelawadee UI" w:eastAsia="Leelawadee UI" w:cs="Leelawadee UI"/>
        </w:rPr>
        <w:t>នៅក្នុងខពីរដំបូង</w:t>
      </w:r>
      <w:r>
        <w:rPr>
          <w:rFonts w:ascii="Times New Roman" w:hAnsi="Times New Roman" w:eastAsia="Times New Roman" w:cs="Times New Roman"/>
        </w:rPr>
        <w:t xml:space="preserve"> </w:t>
      </w:r>
      <w:r>
        <w:rPr>
          <w:rFonts w:ascii="Leelawadee UI" w:hAnsi="Leelawadee UI" w:eastAsia="Leelawadee UI" w:cs="Leelawadee UI"/>
        </w:rPr>
        <w:t>យើងឃើញលេខសាមសិបត្រូវបានកំណត់អត្តសញ្ញាណម្តងមួយ</w:t>
      </w:r>
      <w:r>
        <w:rPr>
          <w:rFonts w:ascii="Times New Roman" w:hAnsi="Times New Roman" w:eastAsia="Times New Roman" w:cs="Times New Roman"/>
        </w:rPr>
        <w:t xml:space="preserve"> </w:t>
      </w:r>
      <w:r>
        <w:rPr>
          <w:rFonts w:ascii="Leelawadee UI" w:hAnsi="Leelawadee UI" w:eastAsia="Leelawadee UI" w:cs="Leelawadee UI"/>
        </w:rPr>
        <w:t>ហើយលេខប្រាំត្រូវបានរំលឹកបីដង។</w:t>
      </w:r>
      <w:r>
        <w:rPr>
          <w:rFonts w:ascii="Times New Roman" w:hAnsi="Times New Roman" w:eastAsia="Times New Roman" w:cs="Times New Roman"/>
        </w:rPr>
        <w:t xml:space="preserve"> </w:t>
      </w:r>
      <w:r>
        <w:rPr>
          <w:rFonts w:ascii="Leelawadee UI" w:hAnsi="Leelawadee UI" w:eastAsia="Leelawadee UI" w:cs="Leelawadee UI"/>
        </w:rPr>
        <w:t>នៅក្នុងរចនាសម្ព័ន្ធនៃលេវីវិន័យ</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២៣</w:t>
      </w:r>
      <w:r>
        <w:rPr>
          <w:rFonts w:ascii="Times New Roman" w:hAnsi="Times New Roman" w:eastAsia="Times New Roman" w:cs="Times New Roman"/>
        </w:rPr>
        <w:t xml:space="preserve"> </w:t>
      </w:r>
      <w:r>
        <w:rPr>
          <w:rFonts w:ascii="Leelawadee UI" w:hAnsi="Leelawadee UI" w:eastAsia="Leelawadee UI" w:cs="Leelawadee UI"/>
        </w:rPr>
        <w:t>ដែលត្រូវគ្នានឹងរដូវបុណ្យភេន្តិកុស្ត</w:t>
      </w:r>
      <w:r>
        <w:rPr>
          <w:rFonts w:ascii="Times New Roman" w:hAnsi="Times New Roman" w:eastAsia="Times New Roman" w:cs="Times New Roman"/>
        </w:rPr>
        <w:t xml:space="preserve"> </w:t>
      </w:r>
      <w:r>
        <w:rPr>
          <w:rFonts w:ascii="Leelawadee UI" w:hAnsi="Leelawadee UI" w:eastAsia="Leelawadee UI" w:cs="Leelawadee UI"/>
        </w:rPr>
        <w:t>ការសាកល្បងទីពីរ</w:t>
      </w:r>
      <w:r>
        <w:rPr>
          <w:rFonts w:ascii="Times New Roman" w:hAnsi="Times New Roman" w:eastAsia="Times New Roman" w:cs="Times New Roman"/>
        </w:rPr>
        <w:t xml:space="preserve"> </w:t>
      </w:r>
      <w:r>
        <w:rPr>
          <w:rFonts w:ascii="Leelawadee UI" w:hAnsi="Leelawadee UI" w:eastAsia="Leelawadee UI" w:cs="Leelawadee UI"/>
        </w:rPr>
        <w:t>ដែលតំណាងដោយលេខសាមសិប</w:t>
      </w:r>
      <w:r>
        <w:rPr>
          <w:rFonts w:ascii="Times New Roman" w:hAnsi="Times New Roman" w:eastAsia="Times New Roman" w:cs="Times New Roman"/>
        </w:rPr>
        <w:t xml:space="preserve"> </w:t>
      </w:r>
      <w:r>
        <w:rPr>
          <w:rFonts w:ascii="Leelawadee UI" w:hAnsi="Leelawadee UI" w:eastAsia="Leelawadee UI" w:cs="Leelawadee UI"/>
        </w:rPr>
        <w:t>ឈានទៅដល់បុណ្យត្រែ</w:t>
      </w:r>
      <w:r>
        <w:rPr>
          <w:rFonts w:ascii="Times New Roman" w:hAnsi="Times New Roman" w:eastAsia="Times New Roman" w:cs="Times New Roman"/>
        </w:rPr>
        <w:t xml:space="preserve"> </w:t>
      </w:r>
      <w:r>
        <w:rPr>
          <w:rFonts w:ascii="Leelawadee UI" w:hAnsi="Leelawadee UI" w:eastAsia="Leelawadee UI" w:cs="Leelawadee UI"/>
        </w:rPr>
        <w:t>ហើយប្រាំថ្ងៃទៅដល់ការយាងឡើងស្ថានសួគ៌របស់ព្រះគ្រីស្ទ</w:t>
      </w:r>
      <w:r>
        <w:rPr>
          <w:rFonts w:ascii="Times New Roman" w:hAnsi="Times New Roman" w:eastAsia="Times New Roman" w:cs="Times New Roman"/>
        </w:rPr>
        <w:t xml:space="preserve"> </w:t>
      </w:r>
      <w:r>
        <w:rPr>
          <w:rFonts w:ascii="Leelawadee UI" w:hAnsi="Leelawadee UI" w:eastAsia="Leelawadee UI" w:cs="Leelawadee UI"/>
        </w:rPr>
        <w:t>បន្ទាប់មកប្រាំថ្ងៃទៅដល់ថ្ងៃនៃការធួនបាប</w:t>
      </w:r>
      <w:r>
        <w:rPr>
          <w:rFonts w:ascii="Times New Roman" w:hAnsi="Times New Roman" w:eastAsia="Times New Roman" w:cs="Times New Roman"/>
        </w:rPr>
        <w:t xml:space="preserve"> </w:t>
      </w:r>
      <w:r>
        <w:rPr>
          <w:rFonts w:ascii="Leelawadee UI" w:hAnsi="Leelawadee UI" w:eastAsia="Leelawadee UI" w:cs="Leelawadee UI"/>
        </w:rPr>
        <w:t>ហើយបន្ទាប់មកប្រាំថ្ងៃទៅដល់សញ្ញាសម្គាល់តាមផ្លូវ</w:t>
      </w:r>
      <w:r>
        <w:rPr>
          <w:rFonts w:ascii="Times New Roman" w:hAnsi="Times New Roman" w:eastAsia="Times New Roman" w:cs="Times New Roman"/>
        </w:rPr>
        <w:t xml:space="preserve"> </w:t>
      </w:r>
      <w:r>
        <w:rPr>
          <w:rFonts w:ascii="Leelawadee UI" w:hAnsi="Leelawadee UI" w:eastAsia="Leelawadee UI" w:cs="Leelawadee UI"/>
        </w:rPr>
        <w:t>ដែលតំណាងទាំងភ្លៀងដើម</w:t>
      </w:r>
      <w:r>
        <w:rPr>
          <w:rFonts w:ascii="Times New Roman" w:hAnsi="Times New Roman" w:eastAsia="Times New Roman" w:cs="Times New Roman"/>
        </w:rPr>
        <w:t xml:space="preserve"> (</w:t>
      </w:r>
      <w:r>
        <w:rPr>
          <w:rFonts w:ascii="Leelawadee UI" w:hAnsi="Leelawadee UI" w:eastAsia="Leelawadee UI" w:cs="Leelawadee UI"/>
        </w:rPr>
        <w:t>ភេន្តិកុស្ត</w:t>
      </w:r>
      <w:r>
        <w:rPr>
          <w:rFonts w:ascii="Times New Roman" w:hAnsi="Times New Roman" w:eastAsia="Times New Roman" w:cs="Times New Roman"/>
        </w:rPr>
        <w:t xml:space="preserve">) </w:t>
      </w:r>
      <w:r>
        <w:rPr>
          <w:rFonts w:ascii="Leelawadee UI" w:hAnsi="Leelawadee UI" w:eastAsia="Leelawadee UI" w:cs="Leelawadee UI"/>
        </w:rPr>
        <w:t>និងភ្លៀងចុង</w:t>
      </w:r>
      <w:r>
        <w:rPr>
          <w:rFonts w:ascii="Times New Roman" w:hAnsi="Times New Roman" w:eastAsia="Times New Roman" w:cs="Times New Roman"/>
        </w:rPr>
        <w:t xml:space="preserve"> (</w:t>
      </w:r>
      <w:r>
        <w:rPr>
          <w:rFonts w:ascii="Leelawadee UI" w:hAnsi="Leelawadee UI" w:eastAsia="Leelawadee UI" w:cs="Leelawadee UI"/>
        </w:rPr>
        <w:t>បុណ្យត្រសាល</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រចនាសម្ព័ន្ធនេះបង្ហាញលេខសាមសិប</w:t>
      </w:r>
      <w:r>
        <w:rPr>
          <w:rFonts w:ascii="Times New Roman" w:hAnsi="Times New Roman" w:eastAsia="Times New Roman" w:cs="Times New Roman"/>
        </w:rPr>
        <w:t xml:space="preserve"> </w:t>
      </w:r>
      <w:r>
        <w:rPr>
          <w:rFonts w:ascii="Leelawadee UI" w:hAnsi="Leelawadee UI" w:eastAsia="Leelawadee UI" w:cs="Leelawadee UI"/>
        </w:rPr>
        <w:t>បន្ទាប់មកដោយជំហានបីនៃលេខប្រាំ។</w:t>
      </w:r>
      <w:r>
        <w:rPr>
          <w:rFonts w:ascii="Times New Roman" w:hAnsi="Times New Roman" w:eastAsia="Times New Roman" w:cs="Times New Roman"/>
        </w:rPr>
        <w:t xml:space="preserve"> </w:t>
      </w:r>
      <w:r>
        <w:rPr>
          <w:rFonts w:ascii="Leelawadee UI" w:hAnsi="Leelawadee UI" w:eastAsia="Leelawadee UI" w:cs="Leelawadee UI"/>
        </w:rPr>
        <w:t>អេសេគាលស្ថិតនៅក្នុងព្រះវិហារ</w:t>
      </w:r>
      <w:r>
        <w:rPr>
          <w:rFonts w:ascii="Times New Roman" w:hAnsi="Times New Roman" w:eastAsia="Times New Roman" w:cs="Times New Roman"/>
        </w:rPr>
        <w:t xml:space="preserve"> </w:t>
      </w:r>
      <w:r>
        <w:rPr>
          <w:rFonts w:ascii="Leelawadee UI" w:hAnsi="Leelawadee UI" w:eastAsia="Leelawadee UI" w:cs="Leelawadee UI"/>
        </w:rPr>
        <w:t>ហើយរចនាសម្ព័ន្ធនៃលេវីវិន័យ</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២៣</w:t>
      </w:r>
      <w:r>
        <w:rPr>
          <w:rFonts w:ascii="Times New Roman" w:hAnsi="Times New Roman" w:eastAsia="Times New Roman" w:cs="Times New Roman"/>
        </w:rPr>
        <w:t xml:space="preserve"> </w:t>
      </w:r>
      <w:r>
        <w:rPr>
          <w:rFonts w:ascii="Leelawadee UI" w:hAnsi="Leelawadee UI" w:eastAsia="Leelawadee UI" w:cs="Leelawadee UI"/>
        </w:rPr>
        <w:t>គឺជាហិប។</w:t>
      </w:r>
    </w:p>
    <w:p>
      <w:pPr>
        <w:pStyle w:val="ArticleBody"/>
        <w:jc w:val="left"/>
      </w:pPr>
      <w:r>
        <w:rPr>
          <w:rFonts w:ascii="Times New Roman" w:hAnsi="Times New Roman" w:eastAsia="Times New Roman" w:cs="Times New Roman"/>
        </w:rPr>
        <w:t>Istooriin sun dhugaa kana ragaa baasa: Hisqiʼeel yeroo sanatti marsaa mallattoo qabuu tokko irraa waggaa shan dura jira; marsaan sunis xumura isaatiin akka bifa fakkeenyaatti seera Dilbataa dhihoo dhufu agarsiisa, akkuma badiisa Yerusaalemitti bakka buufametti. Lakkoofsi “shan” ijaarsa Lewwoota digdamii-sadii keessatti qaama buʼuuraa dha; akkuma lakkoofsi soddoma taʼetti.</w:t>
      </w:r>
    </w:p>
    <w:p>
      <w:pPr>
        <w:pStyle w:val="ArticleBody"/>
        <w:jc w:val="left"/>
      </w:pPr>
      <w:r>
        <w:rPr>
          <w:rFonts w:ascii="Nirmala UI" w:hAnsi="Nirmala UI" w:eastAsia="Nirmala UI" w:cs="Nirmala UI"/>
        </w:rPr>
        <w:t>ᱱᱚᱶᱟ</w:t>
      </w:r>
      <w:r>
        <w:rPr>
          <w:rFonts w:ascii="Times New Roman" w:hAnsi="Times New Roman" w:eastAsia="Times New Roman" w:cs="Times New Roman"/>
        </w:rPr>
        <w:t xml:space="preserve"> </w:t>
      </w:r>
      <w:r>
        <w:rPr>
          <w:rFonts w:ascii="Nirmala UI" w:hAnsi="Nirmala UI" w:eastAsia="Nirmala UI" w:cs="Nirmala UI"/>
        </w:rPr>
        <w:t>ᱚᱱᱚᱞᱠᱚ</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ᱮᱴᱟᱜ</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ᱡᱚᱠᱷᱚᱱ</w:t>
      </w:r>
      <w:r>
        <w:rPr>
          <w:rFonts w:ascii="Times New Roman" w:hAnsi="Times New Roman" w:eastAsia="Times New Roman" w:cs="Times New Roman"/>
        </w:rPr>
        <w:t xml:space="preserve"> </w:t>
      </w:r>
      <w:r>
        <w:rPr>
          <w:rFonts w:ascii="Nirmala UI" w:hAnsi="Nirmala UI" w:eastAsia="Nirmala UI" w:cs="Nirmala UI"/>
        </w:rPr>
        <w:t>ᱚᱱᱚᱞᱟᱜ</w:t>
      </w:r>
      <w:r>
        <w:rPr>
          <w:rFonts w:ascii="Times New Roman" w:hAnsi="Times New Roman" w:eastAsia="Times New Roman" w:cs="Times New Roman"/>
        </w:rPr>
        <w:t xml:space="preserve"> </w:t>
      </w:r>
      <w:r>
        <w:rPr>
          <w:rFonts w:ascii="Nirmala UI" w:hAnsi="Nirmala UI" w:eastAsia="Nirmala UI" w:cs="Nirmala UI"/>
        </w:rPr>
        <w:t>ᱯᱷᱟᱨᱮᱢ</w:t>
      </w:r>
      <w:r>
        <w:rPr>
          <w:rFonts w:ascii="Times New Roman" w:hAnsi="Times New Roman" w:eastAsia="Times New Roman" w:cs="Times New Roman"/>
        </w:rPr>
        <w:t xml:space="preserve"> </w:t>
      </w:r>
      <w:r>
        <w:rPr>
          <w:rFonts w:ascii="Nirmala UI" w:hAnsi="Nirmala UI" w:eastAsia="Nirmala UI" w:cs="Nirmala UI"/>
        </w:rPr>
        <w:t>ᱵᱟᱭᱤᱥ</w:t>
      </w:r>
      <w:r>
        <w:rPr>
          <w:rFonts w:ascii="Times New Roman" w:hAnsi="Times New Roman" w:eastAsia="Times New Roman" w:cs="Times New Roman"/>
        </w:rPr>
        <w:t xml:space="preserve"> </w:t>
      </w:r>
      <w:r>
        <w:rPr>
          <w:rFonts w:ascii="Nirmala UI" w:hAnsi="Nirmala UI" w:eastAsia="Nirmala UI" w:cs="Nirmala UI"/>
        </w:rPr>
        <w:t>ᱫᱷᱟᱨᱟ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ᱪᱮᱫ</w:t>
      </w:r>
      <w:r>
        <w:rPr>
          <w:rFonts w:ascii="Times New Roman" w:hAnsi="Times New Roman" w:eastAsia="Times New Roman" w:cs="Times New Roman"/>
        </w:rPr>
        <w:t xml:space="preserve"> </w:t>
      </w:r>
      <w:r>
        <w:rPr>
          <w:rFonts w:ascii="Nirmala UI" w:hAnsi="Nirmala UI" w:eastAsia="Nirmala UI" w:cs="Nirmala UI"/>
        </w:rPr>
        <w:t>ᱵᱟᱭᱤᱥ</w:t>
      </w:r>
      <w:r>
        <w:rPr>
          <w:rFonts w:ascii="Times New Roman" w:hAnsi="Times New Roman" w:eastAsia="Times New Roman" w:cs="Times New Roman"/>
        </w:rPr>
        <w:t xml:space="preserve"> </w:t>
      </w:r>
      <w:r>
        <w:rPr>
          <w:rFonts w:ascii="Nirmala UI" w:hAnsi="Nirmala UI" w:eastAsia="Nirmala UI" w:cs="Nirmala UI"/>
        </w:rPr>
        <w:t>ᱫᱷᱟᱨᱟ</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ᱨᱮᱠᱷᱟ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ᱛᱟᱞᱢᱮᱞ</w:t>
      </w:r>
      <w:r>
        <w:rPr>
          <w:rFonts w:ascii="Times New Roman" w:hAnsi="Times New Roman" w:eastAsia="Times New Roman" w:cs="Times New Roman"/>
        </w:rPr>
        <w:t xml:space="preserve"> </w:t>
      </w:r>
      <w:r>
        <w:rPr>
          <w:rFonts w:ascii="Nirmala UI" w:hAnsi="Nirmala UI" w:eastAsia="Nirmala UI" w:cs="Nirmala UI"/>
        </w:rPr>
        <w:t>ᱠᱟᱛᱮ</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ᱛᱟᱭᱚᱢ</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ᱵᱟᱨ</w:t>
      </w:r>
      <w:r>
        <w:rPr>
          <w:rFonts w:ascii="Times New Roman" w:hAnsi="Times New Roman" w:eastAsia="Times New Roman" w:cs="Times New Roman"/>
        </w:rPr>
        <w:t xml:space="preserve"> </w:t>
      </w:r>
      <w:r>
        <w:rPr>
          <w:rFonts w:ascii="Nirmala UI" w:hAnsi="Nirmala UI" w:eastAsia="Nirmala UI" w:cs="Nirmala UI"/>
        </w:rPr>
        <w:t>ᱨᱮᱠᱷᱟ</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ᱯᱮᱱᱴᱮᱠᱚᱥᱴᱚᱞ</w:t>
      </w:r>
      <w:r>
        <w:rPr>
          <w:rFonts w:ascii="Times New Roman" w:hAnsi="Times New Roman" w:eastAsia="Times New Roman" w:cs="Times New Roman"/>
        </w:rPr>
        <w:t xml:space="preserve"> </w:t>
      </w:r>
      <w:r>
        <w:rPr>
          <w:rFonts w:ascii="Nirmala UI" w:hAnsi="Nirmala UI" w:eastAsia="Nirmala UI" w:cs="Nirmala UI"/>
        </w:rPr>
        <w:t>ᱥᱤᱡᱚᱱ</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ᱛᱟᱞᱢᱮᱞ</w:t>
      </w:r>
      <w:r>
        <w:rPr>
          <w:rFonts w:ascii="Times New Roman" w:hAnsi="Times New Roman" w:eastAsia="Times New Roman" w:cs="Times New Roman"/>
        </w:rPr>
        <w:t xml:space="preserve"> </w:t>
      </w:r>
      <w:r>
        <w:rPr>
          <w:rFonts w:ascii="Nirmala UI" w:hAnsi="Nirmala UI" w:eastAsia="Nirmala UI" w:cs="Nirmala UI"/>
        </w:rPr>
        <w:t>ᱠᱟᱛᱮ</w:t>
      </w:r>
      <w:r>
        <w:rPr>
          <w:rFonts w:ascii="Times New Roman" w:hAnsi="Times New Roman" w:eastAsia="Times New Roman" w:cs="Times New Roman"/>
        </w:rPr>
        <w:t xml:space="preserve">, </w:t>
      </w:r>
      <w:r>
        <w:rPr>
          <w:rFonts w:ascii="Nirmala UI" w:hAnsi="Nirmala UI" w:eastAsia="Nirmala UI" w:cs="Nirmala UI"/>
        </w:rPr>
        <w:t>ᱛᱟᱦᱮᱸᱱ</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ᱛᱤᱱ</w:t>
      </w:r>
      <w:r>
        <w:rPr>
          <w:rFonts w:ascii="Times New Roman" w:hAnsi="Times New Roman" w:eastAsia="Times New Roman" w:cs="Times New Roman"/>
        </w:rPr>
        <w:t xml:space="preserve"> </w:t>
      </w:r>
      <w:r>
        <w:rPr>
          <w:rFonts w:ascii="Nirmala UI" w:hAnsi="Nirmala UI" w:eastAsia="Nirmala UI" w:cs="Nirmala UI"/>
        </w:rPr>
        <w:t>ᱯᱟᱹᱭᱫᱟᱱ</w:t>
      </w:r>
      <w:r>
        <w:rPr>
          <w:rFonts w:ascii="Times New Roman" w:hAnsi="Times New Roman" w:eastAsia="Times New Roman" w:cs="Times New Roman"/>
        </w:rPr>
        <w:t xml:space="preserve"> </w:t>
      </w:r>
      <w:r>
        <w:rPr>
          <w:rFonts w:ascii="Nirmala UI" w:hAnsi="Nirmala UI" w:eastAsia="Nirmala UI" w:cs="Nirmala UI"/>
        </w:rPr>
        <w:t>ᱵᱤᱪᱟᱹᱨ</w:t>
      </w:r>
      <w:r>
        <w:rPr>
          <w:rFonts w:ascii="Times New Roman" w:hAnsi="Times New Roman" w:eastAsia="Times New Roman" w:cs="Times New Roman"/>
        </w:rPr>
        <w:t>-</w:t>
      </w:r>
      <w:r>
        <w:rPr>
          <w:rFonts w:ascii="Nirmala UI" w:hAnsi="Nirmala UI" w:eastAsia="Nirmala UI" w:cs="Nirmala UI"/>
        </w:rPr>
        <w:t>ᱵᱤᱪᱷᱟᱹᱨ</w:t>
      </w:r>
      <w:r>
        <w:rPr>
          <w:rFonts w:ascii="Times New Roman" w:hAnsi="Times New Roman" w:eastAsia="Times New Roman" w:cs="Times New Roman"/>
        </w:rPr>
        <w:t xml:space="preserve"> </w:t>
      </w:r>
      <w:r>
        <w:rPr>
          <w:rFonts w:ascii="Nirmala UI" w:hAnsi="Nirmala UI" w:eastAsia="Nirmala UI" w:cs="Nirmala UI"/>
        </w:rPr>
        <w:t>ᱯᱨᱚᱠᱨᱤᱭᱟ</w:t>
      </w:r>
      <w:r>
        <w:rPr>
          <w:rFonts w:ascii="Times New Roman" w:hAnsi="Times New Roman" w:eastAsia="Times New Roman" w:cs="Times New Roman"/>
        </w:rPr>
        <w:t xml:space="preserve">, </w:t>
      </w:r>
      <w:r>
        <w:rPr>
          <w:rFonts w:ascii="Nirmala UI" w:hAnsi="Nirmala UI" w:eastAsia="Nirmala UI" w:cs="Nirmala UI"/>
        </w:rPr>
        <w:t>ᱡᱮᱫᱟᱱ</w:t>
      </w:r>
      <w:r>
        <w:rPr>
          <w:rFonts w:ascii="Times New Roman" w:hAnsi="Times New Roman" w:eastAsia="Times New Roman" w:cs="Times New Roman"/>
        </w:rPr>
        <w:t xml:space="preserve"> </w:t>
      </w:r>
      <w:r>
        <w:rPr>
          <w:rFonts w:ascii="Nirmala UI" w:hAnsi="Nirmala UI" w:eastAsia="Nirmala UI" w:cs="Nirmala UI"/>
        </w:rPr>
        <w:t>ᱢᱟᱞᱟᱠᱤ</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ᱪᱩᱞᱦᱟ</w:t>
      </w:r>
      <w:r>
        <w:rPr>
          <w:rFonts w:ascii="Times New Roman" w:hAnsi="Times New Roman" w:eastAsia="Times New Roman" w:cs="Times New Roman"/>
        </w:rPr>
        <w:t xml:space="preserve"> </w:t>
      </w:r>
      <w:r>
        <w:rPr>
          <w:rFonts w:ascii="Nirmala UI" w:hAnsi="Nirmala UI" w:eastAsia="Nirmala UI" w:cs="Nirmala UI"/>
        </w:rPr>
        <w:t>ᱥᱮᱸᱜᱮᱞ</w:t>
      </w:r>
      <w:r>
        <w:rPr>
          <w:rFonts w:ascii="Times New Roman" w:hAnsi="Times New Roman" w:eastAsia="Times New Roman" w:cs="Times New Roman"/>
        </w:rPr>
        <w:t xml:space="preserve">, </w:t>
      </w:r>
      <w:r>
        <w:rPr>
          <w:rFonts w:ascii="Nirmala UI" w:hAnsi="Nirmala UI" w:eastAsia="Nirmala UI" w:cs="Nirmala UI"/>
        </w:rPr>
        <w:t>ᱥᱟᱯᱷᱟ</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ᱪᱤᱛᱟᱹᱨ</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ᱛᱤᱱ</w:t>
      </w:r>
      <w:r>
        <w:rPr>
          <w:rFonts w:ascii="Times New Roman" w:hAnsi="Times New Roman" w:eastAsia="Times New Roman" w:cs="Times New Roman"/>
        </w:rPr>
        <w:t xml:space="preserve"> </w:t>
      </w:r>
      <w:r>
        <w:rPr>
          <w:rFonts w:ascii="Nirmala UI" w:hAnsi="Nirmala UI" w:eastAsia="Nirmala UI" w:cs="Nirmala UI"/>
        </w:rPr>
        <w:t>ᱯᱟᱹᱭᱫᱟᱱ</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ᱯᱟᱦᱤᱞ</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ᱛᱮᱥᱟᱨ</w:t>
      </w:r>
      <w:r>
        <w:rPr>
          <w:rFonts w:ascii="Times New Roman" w:hAnsi="Times New Roman" w:eastAsia="Times New Roman" w:cs="Times New Roman"/>
        </w:rPr>
        <w:t xml:space="preserve"> </w:t>
      </w:r>
      <w:r>
        <w:rPr>
          <w:rFonts w:ascii="Nirmala UI" w:hAnsi="Nirmala UI" w:eastAsia="Nirmala UI" w:cs="Nirmala UI"/>
        </w:rPr>
        <w:t>ᱯᱟᱹᱭᱫᱟᱱ</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ᱟᱞᱯᱷᱟ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ᱚᱢᱮᱜᱟ</w:t>
      </w:r>
      <w:r>
        <w:rPr>
          <w:rFonts w:ascii="Times New Roman" w:hAnsi="Times New Roman" w:eastAsia="Times New Roman" w:cs="Times New Roman"/>
        </w:rPr>
        <w:t xml:space="preserve"> </w:t>
      </w:r>
      <w:r>
        <w:rPr>
          <w:rFonts w:ascii="Nirmala UI" w:hAnsi="Nirmala UI" w:eastAsia="Nirmala UI" w:cs="Nirmala UI"/>
        </w:rPr>
        <w:t>ᱢᱮᱱᱟᱜᱼᱟ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ᱯᱩᱱ</w:t>
      </w:r>
      <w:r>
        <w:rPr>
          <w:rFonts w:ascii="Times New Roman" w:hAnsi="Times New Roman" w:eastAsia="Times New Roman" w:cs="Times New Roman"/>
        </w:rPr>
        <w:t xml:space="preserve"> </w:t>
      </w:r>
      <w:r>
        <w:rPr>
          <w:rFonts w:ascii="Nirmala UI" w:hAnsi="Nirmala UI" w:eastAsia="Nirmala UI" w:cs="Nirmala UI"/>
        </w:rPr>
        <w:t>ᱣᱮᱭᱢᱟᱨᱠ</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ᱥᱟᱨᱤᱡ</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ᱥᱟᱸᱜᱷᱟᱹᱲ</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ᱡᱟᱦᱟᱸ</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ᱯᱟᱹᱭᱫᱟᱱ</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ᱚᱱᱚᱞ</w:t>
      </w:r>
      <w:r>
        <w:rPr>
          <w:rFonts w:ascii="Times New Roman" w:hAnsi="Times New Roman" w:eastAsia="Times New Roman" w:cs="Times New Roman"/>
        </w:rPr>
        <w:t xml:space="preserve"> </w:t>
      </w:r>
      <w:r>
        <w:rPr>
          <w:rFonts w:ascii="Nirmala UI" w:hAnsi="Nirmala UI" w:eastAsia="Nirmala UI" w:cs="Nirmala UI"/>
        </w:rPr>
        <w:t>ᱮᱫᱟ।</w:t>
      </w:r>
    </w:p>
    <w:p>
      <w:pPr>
        <w:pStyle w:val="ArticleBody"/>
        <w:jc w:val="left"/>
      </w:pPr>
      <w:r>
        <w:rPr>
          <w:rFonts w:ascii="Nirmala UI" w:hAnsi="Nirmala UI" w:eastAsia="Nirmala UI" w:cs="Nirmala UI"/>
        </w:rPr>
        <w:t>ପସ୍କା</w:t>
      </w:r>
      <w:r>
        <w:rPr>
          <w:rFonts w:ascii="Times New Roman" w:hAnsi="Times New Roman" w:eastAsia="Times New Roman" w:cs="Times New Roman"/>
        </w:rPr>
        <w:t xml:space="preserve">, </w:t>
      </w:r>
      <w:r>
        <w:rPr>
          <w:rFonts w:ascii="Nirmala UI" w:hAnsi="Nirmala UI" w:eastAsia="Nirmala UI" w:cs="Nirmala UI"/>
        </w:rPr>
        <w:t>ତାହାପରେ</w:t>
      </w:r>
      <w:r>
        <w:rPr>
          <w:rFonts w:ascii="Times New Roman" w:hAnsi="Times New Roman" w:eastAsia="Times New Roman" w:cs="Times New Roman"/>
        </w:rPr>
        <w:t xml:space="preserve"> </w:t>
      </w:r>
      <w:r>
        <w:rPr>
          <w:rFonts w:ascii="Nirmala UI" w:hAnsi="Nirmala UI" w:eastAsia="Nirmala UI" w:cs="Nirmala UI"/>
        </w:rPr>
        <w:t>ଖମିରହୀନ</w:t>
      </w:r>
      <w:r>
        <w:rPr>
          <w:rFonts w:ascii="Times New Roman" w:hAnsi="Times New Roman" w:eastAsia="Times New Roman" w:cs="Times New Roman"/>
        </w:rPr>
        <w:t xml:space="preserve"> </w:t>
      </w:r>
      <w:r>
        <w:rPr>
          <w:rFonts w:ascii="Nirmala UI" w:hAnsi="Nirmala UI" w:eastAsia="Nirmala UI" w:cs="Nirmala UI"/>
        </w:rPr>
        <w:t>ରୋଟିର</w:t>
      </w:r>
      <w:r>
        <w:rPr>
          <w:rFonts w:ascii="Times New Roman" w:hAnsi="Times New Roman" w:eastAsia="Times New Roman" w:cs="Times New Roman"/>
        </w:rPr>
        <w:t xml:space="preserve"> </w:t>
      </w:r>
      <w:r>
        <w:rPr>
          <w:rFonts w:ascii="Nirmala UI" w:hAnsi="Nirmala UI" w:eastAsia="Nirmala UI" w:cs="Nirmala UI"/>
        </w:rPr>
        <w:t>ପର୍ବ</w:t>
      </w:r>
      <w:r>
        <w:rPr>
          <w:rFonts w:ascii="Times New Roman" w:hAnsi="Times New Roman" w:eastAsia="Times New Roman" w:cs="Times New Roman"/>
        </w:rPr>
        <w:t xml:space="preserve">, </w:t>
      </w:r>
      <w:r>
        <w:rPr>
          <w:rFonts w:ascii="Nirmala UI" w:hAnsi="Nirmala UI" w:eastAsia="Nirmala UI" w:cs="Nirmala UI"/>
        </w:rPr>
        <w:t>ତାହାପରେ</w:t>
      </w:r>
      <w:r>
        <w:rPr>
          <w:rFonts w:ascii="Times New Roman" w:hAnsi="Times New Roman" w:eastAsia="Times New Roman" w:cs="Times New Roman"/>
        </w:rPr>
        <w:t xml:space="preserve"> </w:t>
      </w:r>
      <w:r>
        <w:rPr>
          <w:rFonts w:ascii="Nirmala UI" w:hAnsi="Nirmala UI" w:eastAsia="Nirmala UI" w:cs="Nirmala UI"/>
        </w:rPr>
        <w:t>ଯବର</w:t>
      </w:r>
      <w:r>
        <w:rPr>
          <w:rFonts w:ascii="Times New Roman" w:hAnsi="Times New Roman" w:eastAsia="Times New Roman" w:cs="Times New Roman"/>
        </w:rPr>
        <w:t xml:space="preserve"> </w:t>
      </w:r>
      <w:r>
        <w:rPr>
          <w:rFonts w:ascii="Nirmala UI" w:hAnsi="Nirmala UI" w:eastAsia="Nirmala UI" w:cs="Nirmala UI"/>
        </w:rPr>
        <w:t>ପ୍ରଥମଫଳ</w:t>
      </w:r>
      <w:r>
        <w:rPr>
          <w:rFonts w:ascii="Times New Roman" w:hAnsi="Times New Roman" w:eastAsia="Times New Roman" w:cs="Times New Roman"/>
        </w:rPr>
        <w:t xml:space="preserve"> </w:t>
      </w:r>
      <w:r>
        <w:rPr>
          <w:rFonts w:ascii="Nirmala UI" w:hAnsi="Nirmala UI" w:eastAsia="Nirmala UI" w:cs="Nirmala UI"/>
        </w:rPr>
        <w:t>ନିବେଦନ</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ଖମିରହୀନ</w:t>
      </w:r>
      <w:r>
        <w:rPr>
          <w:rFonts w:ascii="Times New Roman" w:hAnsi="Times New Roman" w:eastAsia="Times New Roman" w:cs="Times New Roman"/>
        </w:rPr>
        <w:t xml:space="preserve"> </w:t>
      </w:r>
      <w:r>
        <w:rPr>
          <w:rFonts w:ascii="Nirmala UI" w:hAnsi="Nirmala UI" w:eastAsia="Nirmala UI" w:cs="Nirmala UI"/>
        </w:rPr>
        <w:t>ରୋଟିର</w:t>
      </w:r>
      <w:r>
        <w:rPr>
          <w:rFonts w:ascii="Times New Roman" w:hAnsi="Times New Roman" w:eastAsia="Times New Roman" w:cs="Times New Roman"/>
        </w:rPr>
        <w:t xml:space="preserve"> </w:t>
      </w:r>
      <w:r>
        <w:rPr>
          <w:rFonts w:ascii="Nirmala UI" w:hAnsi="Nirmala UI" w:eastAsia="Nirmala UI" w:cs="Nirmala UI"/>
        </w:rPr>
        <w:t>ପର୍ବର</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ପାଞ୍ଚ</w:t>
      </w:r>
      <w:r>
        <w:rPr>
          <w:rFonts w:ascii="Times New Roman" w:hAnsi="Times New Roman" w:eastAsia="Times New Roman" w:cs="Times New Roman"/>
        </w:rPr>
        <w:t xml:space="preserve">’ </w:t>
      </w:r>
      <w:r>
        <w:rPr>
          <w:rFonts w:ascii="Nirmala UI" w:hAnsi="Nirmala UI" w:eastAsia="Nirmala UI" w:cs="Nirmala UI"/>
        </w:rPr>
        <w:t>ଦିନ।</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ଚାରିଟି</w:t>
      </w:r>
      <w:r>
        <w:rPr>
          <w:rFonts w:ascii="Times New Roman" w:hAnsi="Times New Roman" w:eastAsia="Times New Roman" w:cs="Times New Roman"/>
        </w:rPr>
        <w:t xml:space="preserve"> </w:t>
      </w:r>
      <w:r>
        <w:rPr>
          <w:rFonts w:ascii="Nirmala UI" w:hAnsi="Nirmala UI" w:eastAsia="Nirmala UI" w:cs="Nirmala UI"/>
        </w:rPr>
        <w:t>ଚିହ୍ନ</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ପରୀକ୍ଷାକୁ</w:t>
      </w:r>
      <w:r>
        <w:rPr>
          <w:rFonts w:ascii="Times New Roman" w:hAnsi="Times New Roman" w:eastAsia="Times New Roman" w:cs="Times New Roman"/>
        </w:rPr>
        <w:t xml:space="preserve"> </w:t>
      </w:r>
      <w:r>
        <w:rPr>
          <w:rFonts w:ascii="Nirmala UI" w:hAnsi="Nirmala UI" w:eastAsia="Nirmala UI" w:cs="Nirmala UI"/>
        </w:rPr>
        <w:t>ଗଠନ</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ଯୀଶୁ</w:t>
      </w:r>
      <w:r>
        <w:rPr>
          <w:rFonts w:ascii="Times New Roman" w:hAnsi="Times New Roman" w:eastAsia="Times New Roman" w:cs="Times New Roman"/>
        </w:rPr>
        <w:t xml:space="preserve"> </w:t>
      </w:r>
      <w:r>
        <w:rPr>
          <w:rFonts w:ascii="Nirmala UI" w:hAnsi="Nirmala UI" w:eastAsia="Nirmala UI" w:cs="Nirmala UI"/>
        </w:rPr>
        <w:t>ସଦା</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ଶେଷକୁ</w:t>
      </w:r>
      <w:r>
        <w:rPr>
          <w:rFonts w:ascii="Times New Roman" w:hAnsi="Times New Roman" w:eastAsia="Times New Roman" w:cs="Times New Roman"/>
        </w:rPr>
        <w:t xml:space="preserve"> </w:t>
      </w:r>
      <w:r>
        <w:rPr>
          <w:rFonts w:ascii="Nirmala UI" w:hAnsi="Nirmala UI" w:eastAsia="Nirmala UI" w:cs="Nirmala UI"/>
        </w:rPr>
        <w:t>ଦୃଷ୍ଟାନ୍ତରୂପେ</w:t>
      </w:r>
      <w:r>
        <w:rPr>
          <w:rFonts w:ascii="Times New Roman" w:hAnsi="Times New Roman" w:eastAsia="Times New Roman" w:cs="Times New Roman"/>
        </w:rPr>
        <w:t xml:space="preserve"> </w:t>
      </w:r>
      <w:r>
        <w:rPr>
          <w:rFonts w:ascii="Nirmala UI" w:hAnsi="Nirmala UI" w:eastAsia="Nirmala UI" w:cs="Nirmala UI"/>
        </w:rPr>
        <w:t>ପ୍ରକାଶ</w:t>
      </w:r>
      <w:r>
        <w:rPr>
          <w:rFonts w:ascii="Times New Roman" w:hAnsi="Times New Roman" w:eastAsia="Times New Roman" w:cs="Times New Roman"/>
        </w:rPr>
        <w:t xml:space="preserve"> </w:t>
      </w:r>
      <w:r>
        <w:rPr>
          <w:rFonts w:ascii="Nirmala UI" w:hAnsi="Nirmala UI" w:eastAsia="Nirmala UI" w:cs="Nirmala UI"/>
        </w:rPr>
        <w:t>କରନ୍ତି</w:t>
      </w:r>
      <w:r>
        <w:rPr>
          <w:rFonts w:ascii="Times New Roman" w:hAnsi="Times New Roman" w:eastAsia="Times New Roman" w:cs="Times New Roman"/>
        </w:rPr>
        <w:t xml:space="preserve">; </w:t>
      </w:r>
      <w:r>
        <w:rPr>
          <w:rFonts w:ascii="Nirmala UI" w:hAnsi="Nirmala UI" w:eastAsia="Nirmala UI" w:cs="Nirmala UI"/>
        </w:rPr>
        <w:t>ତୃତୀୟ</w:t>
      </w:r>
      <w:r>
        <w:rPr>
          <w:rFonts w:ascii="Times New Roman" w:hAnsi="Times New Roman" w:eastAsia="Times New Roman" w:cs="Times New Roman"/>
        </w:rPr>
        <w:t xml:space="preserve"> </w:t>
      </w:r>
      <w:r>
        <w:rPr>
          <w:rFonts w:ascii="Nirmala UI" w:hAnsi="Nirmala UI" w:eastAsia="Nirmala UI" w:cs="Nirmala UI"/>
        </w:rPr>
        <w:t>ପରୀକ୍ଷା</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ଚାରିଟି</w:t>
      </w:r>
      <w:r>
        <w:rPr>
          <w:rFonts w:ascii="Times New Roman" w:hAnsi="Times New Roman" w:eastAsia="Times New Roman" w:cs="Times New Roman"/>
        </w:rPr>
        <w:t xml:space="preserve"> </w:t>
      </w:r>
      <w:r>
        <w:rPr>
          <w:rFonts w:ascii="Nirmala UI" w:hAnsi="Nirmala UI" w:eastAsia="Nirmala UI" w:cs="Nirmala UI"/>
        </w:rPr>
        <w:t>ଚିହ୍ନରୁ</w:t>
      </w:r>
      <w:r>
        <w:rPr>
          <w:rFonts w:ascii="Times New Roman" w:hAnsi="Times New Roman" w:eastAsia="Times New Roman" w:cs="Times New Roman"/>
        </w:rPr>
        <w:t xml:space="preserve"> </w:t>
      </w:r>
      <w:r>
        <w:rPr>
          <w:rFonts w:ascii="Nirmala UI" w:hAnsi="Nirmala UI" w:eastAsia="Nirmala UI" w:cs="Nirmala UI"/>
        </w:rPr>
        <w:t>ଗଠିତ।</w:t>
      </w:r>
      <w:r>
        <w:rPr>
          <w:rFonts w:ascii="Times New Roman" w:hAnsi="Times New Roman" w:eastAsia="Times New Roman" w:cs="Times New Roman"/>
        </w:rPr>
        <w:t xml:space="preserve"> </w:t>
      </w:r>
      <w:r>
        <w:rPr>
          <w:rFonts w:ascii="Nirmala UI" w:hAnsi="Nirmala UI" w:eastAsia="Nirmala UI" w:cs="Nirmala UI"/>
        </w:rPr>
        <w:t>ତୁରୀର</w:t>
      </w:r>
      <w:r>
        <w:rPr>
          <w:rFonts w:ascii="Times New Roman" w:hAnsi="Times New Roman" w:eastAsia="Times New Roman" w:cs="Times New Roman"/>
        </w:rPr>
        <w:t xml:space="preserve"> </w:t>
      </w:r>
      <w:r>
        <w:rPr>
          <w:rFonts w:ascii="Nirmala UI" w:hAnsi="Nirmala UI" w:eastAsia="Nirmala UI" w:cs="Nirmala UI"/>
        </w:rPr>
        <w:t>ପର୍ବ</w:t>
      </w:r>
      <w:r>
        <w:rPr>
          <w:rFonts w:ascii="Times New Roman" w:hAnsi="Times New Roman" w:eastAsia="Times New Roman" w:cs="Times New Roman"/>
        </w:rPr>
        <w:t xml:space="preserve">, </w:t>
      </w:r>
      <w:r>
        <w:rPr>
          <w:rFonts w:ascii="Nirmala UI" w:hAnsi="Nirmala UI" w:eastAsia="Nirmala UI" w:cs="Nirmala UI"/>
        </w:rPr>
        <w:t>ତାହାପରେ</w:t>
      </w:r>
      <w:r>
        <w:rPr>
          <w:rFonts w:ascii="Times New Roman" w:hAnsi="Times New Roman" w:eastAsia="Times New Roman" w:cs="Times New Roman"/>
        </w:rPr>
        <w:t xml:space="preserve"> </w:t>
      </w:r>
      <w:r>
        <w:rPr>
          <w:rFonts w:ascii="Nirmala UI" w:hAnsi="Nirmala UI" w:eastAsia="Nirmala UI" w:cs="Nirmala UI"/>
        </w:rPr>
        <w:t>ଖ୍ରୀଷ୍ଟଙ୍କ</w:t>
      </w:r>
      <w:r>
        <w:rPr>
          <w:rFonts w:ascii="Times New Roman" w:hAnsi="Times New Roman" w:eastAsia="Times New Roman" w:cs="Times New Roman"/>
        </w:rPr>
        <w:t xml:space="preserve"> </w:t>
      </w:r>
      <w:r>
        <w:rPr>
          <w:rFonts w:ascii="Nirmala UI" w:hAnsi="Nirmala UI" w:eastAsia="Nirmala UI" w:cs="Nirmala UI"/>
        </w:rPr>
        <w:t>ଆରୋହଣ</w:t>
      </w:r>
      <w:r>
        <w:rPr>
          <w:rFonts w:ascii="Times New Roman" w:hAnsi="Times New Roman" w:eastAsia="Times New Roman" w:cs="Times New Roman"/>
        </w:rPr>
        <w:t xml:space="preserve">, </w:t>
      </w:r>
      <w:r>
        <w:rPr>
          <w:rFonts w:ascii="Nirmala UI" w:hAnsi="Nirmala UI" w:eastAsia="Nirmala UI" w:cs="Nirmala UI"/>
        </w:rPr>
        <w:t>ତାହାପରେ</w:t>
      </w:r>
      <w:r>
        <w:rPr>
          <w:rFonts w:ascii="Times New Roman" w:hAnsi="Times New Roman" w:eastAsia="Times New Roman" w:cs="Times New Roman"/>
        </w:rPr>
        <w:t xml:space="preserve"> </w:t>
      </w:r>
      <w:r>
        <w:rPr>
          <w:rFonts w:ascii="Nirmala UI" w:hAnsi="Nirmala UI" w:eastAsia="Nirmala UI" w:cs="Nirmala UI"/>
        </w:rPr>
        <w:t>ପ୍ରାୟଶ୍ଚିତ୍ତର</w:t>
      </w:r>
      <w:r>
        <w:rPr>
          <w:rFonts w:ascii="Times New Roman" w:hAnsi="Times New Roman" w:eastAsia="Times New Roman" w:cs="Times New Roman"/>
        </w:rPr>
        <w:t xml:space="preserve"> </w:t>
      </w:r>
      <w:r>
        <w:rPr>
          <w:rFonts w:ascii="Nirmala UI" w:hAnsi="Nirmala UI" w:eastAsia="Nirmala UI" w:cs="Nirmala UI"/>
        </w:rPr>
        <w:t>ଦିନ</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ପାଞ୍ଚ</w:t>
      </w:r>
      <w:r>
        <w:rPr>
          <w:rFonts w:ascii="Times New Roman" w:hAnsi="Times New Roman" w:eastAsia="Times New Roman" w:cs="Times New Roman"/>
        </w:rPr>
        <w:t xml:space="preserve"> </w:t>
      </w:r>
      <w:r>
        <w:rPr>
          <w:rFonts w:ascii="Nirmala UI" w:hAnsi="Nirmala UI" w:eastAsia="Nirmala UI" w:cs="Nirmala UI"/>
        </w:rPr>
        <w:t>ଦିନ</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ପେନ୍ତେକଷ୍ଟ</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ତମ୍ବୁବାସ</w:t>
      </w:r>
      <w:r>
        <w:rPr>
          <w:rFonts w:ascii="Times New Roman" w:hAnsi="Times New Roman" w:eastAsia="Times New Roman" w:cs="Times New Roman"/>
        </w:rPr>
        <w:t xml:space="preserve"> </w:t>
      </w:r>
      <w:r>
        <w:rPr>
          <w:rFonts w:ascii="Nirmala UI" w:hAnsi="Nirmala UI" w:eastAsia="Nirmala UI" w:cs="Nirmala UI"/>
        </w:rPr>
        <w:t>ପର୍ବ</w:t>
      </w:r>
      <w:r>
        <w:rPr>
          <w:rFonts w:ascii="Times New Roman" w:hAnsi="Times New Roman" w:eastAsia="Times New Roman" w:cs="Times New Roman"/>
        </w:rPr>
        <w:t>—</w:t>
      </w:r>
      <w:r>
        <w:rPr>
          <w:rFonts w:ascii="Nirmala UI" w:hAnsi="Nirmala UI" w:eastAsia="Nirmala UI" w:cs="Nirmala UI"/>
        </w:rPr>
        <w:t>ଉଭୟର</w:t>
      </w:r>
      <w:r>
        <w:rPr>
          <w:rFonts w:ascii="Times New Roman" w:hAnsi="Times New Roman" w:eastAsia="Times New Roman" w:cs="Times New Roman"/>
        </w:rPr>
        <w:t xml:space="preserve"> </w:t>
      </w:r>
      <w:r>
        <w:rPr>
          <w:rFonts w:ascii="Nirmala UI" w:hAnsi="Nirmala UI" w:eastAsia="Nirmala UI" w:cs="Nirmala UI"/>
        </w:rPr>
        <w:t>ଆଗମନ।</w:t>
      </w:r>
      <w:r>
        <w:rPr>
          <w:rFonts w:ascii="Times New Roman" w:hAnsi="Times New Roman" w:eastAsia="Times New Roman" w:cs="Times New Roman"/>
        </w:rPr>
        <w:t xml:space="preserve"> </w:t>
      </w:r>
      <w:r>
        <w:rPr>
          <w:rFonts w:ascii="Nirmala UI" w:hAnsi="Nirmala UI" w:eastAsia="Nirmala UI" w:cs="Nirmala UI"/>
        </w:rPr>
        <w:t>ପେନ୍ତେକଷ୍ଟ</w:t>
      </w:r>
      <w:r>
        <w:rPr>
          <w:rFonts w:ascii="Times New Roman" w:hAnsi="Times New Roman" w:eastAsia="Times New Roman" w:cs="Times New Roman"/>
        </w:rPr>
        <w:t xml:space="preserve"> </w:t>
      </w:r>
      <w:r>
        <w:rPr>
          <w:rFonts w:ascii="Nirmala UI" w:hAnsi="Nirmala UI" w:eastAsia="Nirmala UI" w:cs="Nirmala UI"/>
        </w:rPr>
        <w:t>ପୂର୍ବବର୍ଷାର</w:t>
      </w:r>
      <w:r>
        <w:rPr>
          <w:rFonts w:ascii="Times New Roman" w:hAnsi="Times New Roman" w:eastAsia="Times New Roman" w:cs="Times New Roman"/>
        </w:rPr>
        <w:t xml:space="preserve"> </w:t>
      </w:r>
      <w:r>
        <w:rPr>
          <w:rFonts w:ascii="Nirmala UI" w:hAnsi="Nirmala UI" w:eastAsia="Nirmala UI" w:cs="Nirmala UI"/>
        </w:rPr>
        <w:t>ପ୍ରତୀକ</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ତମ୍ବୁବାସ</w:t>
      </w:r>
      <w:r>
        <w:rPr>
          <w:rFonts w:ascii="Times New Roman" w:hAnsi="Times New Roman" w:eastAsia="Times New Roman" w:cs="Times New Roman"/>
        </w:rPr>
        <w:t xml:space="preserve"> </w:t>
      </w:r>
      <w:r>
        <w:rPr>
          <w:rFonts w:ascii="Nirmala UI" w:hAnsi="Nirmala UI" w:eastAsia="Nirmala UI" w:cs="Nirmala UI"/>
        </w:rPr>
        <w:t>ପର୍ବ</w:t>
      </w:r>
      <w:r>
        <w:rPr>
          <w:rFonts w:ascii="Times New Roman" w:hAnsi="Times New Roman" w:eastAsia="Times New Roman" w:cs="Times New Roman"/>
        </w:rPr>
        <w:t xml:space="preserve"> </w:t>
      </w:r>
      <w:r>
        <w:rPr>
          <w:rFonts w:ascii="Nirmala UI" w:hAnsi="Nirmala UI" w:eastAsia="Nirmala UI" w:cs="Nirmala UI"/>
        </w:rPr>
        <w:t>ପରବର୍ତ୍ତୀ</w:t>
      </w:r>
      <w:r>
        <w:rPr>
          <w:rFonts w:ascii="Times New Roman" w:hAnsi="Times New Roman" w:eastAsia="Times New Roman" w:cs="Times New Roman"/>
        </w:rPr>
        <w:t xml:space="preserve"> </w:t>
      </w:r>
      <w:r>
        <w:rPr>
          <w:rFonts w:ascii="Nirmala UI" w:hAnsi="Nirmala UI" w:eastAsia="Nirmala UI" w:cs="Nirmala UI"/>
        </w:rPr>
        <w:t>ବର୍ଷାର</w:t>
      </w:r>
      <w:r>
        <w:rPr>
          <w:rFonts w:ascii="Times New Roman" w:hAnsi="Times New Roman" w:eastAsia="Times New Roman" w:cs="Times New Roman"/>
        </w:rPr>
        <w:t xml:space="preserve"> </w:t>
      </w:r>
      <w:r>
        <w:rPr>
          <w:rFonts w:ascii="Nirmala UI" w:hAnsi="Nirmala UI" w:eastAsia="Nirmala UI" w:cs="Nirmala UI"/>
        </w:rPr>
        <w:t>ପ୍ରତୀକ।</w:t>
      </w:r>
      <w:r>
        <w:rPr>
          <w:rFonts w:ascii="Times New Roman" w:hAnsi="Times New Roman" w:eastAsia="Times New Roman" w:cs="Times New Roman"/>
        </w:rPr>
        <w:t xml:space="preserve"> </w:t>
      </w:r>
      <w:r>
        <w:rPr>
          <w:rFonts w:ascii="Nirmala UI" w:hAnsi="Nirmala UI" w:eastAsia="Nirmala UI" w:cs="Nirmala UI"/>
        </w:rPr>
        <w:t>ଲେବ୍ୟବିବରଣ</w:t>
      </w:r>
      <w:r>
        <w:rPr>
          <w:rFonts w:ascii="Times New Roman" w:hAnsi="Times New Roman" w:eastAsia="Times New Roman" w:cs="Times New Roman"/>
        </w:rPr>
        <w:t xml:space="preserve"> </w:t>
      </w:r>
      <w:r>
        <w:rPr>
          <w:rFonts w:ascii="Nirmala UI" w:hAnsi="Nirmala UI" w:eastAsia="Nirmala UI" w:cs="Nirmala UI"/>
        </w:rPr>
        <w:t>ତେଇଶର</w:t>
      </w:r>
      <w:r>
        <w:rPr>
          <w:rFonts w:ascii="Times New Roman" w:hAnsi="Times New Roman" w:eastAsia="Times New Roman" w:cs="Times New Roman"/>
        </w:rPr>
        <w:t xml:space="preserve"> </w:t>
      </w:r>
      <w:r>
        <w:rPr>
          <w:rFonts w:ascii="Nirmala UI" w:hAnsi="Nirmala UI" w:eastAsia="Nirmala UI" w:cs="Nirmala UI"/>
        </w:rPr>
        <w:t>ଆଦର୍ଶରେ</w:t>
      </w:r>
      <w:r>
        <w:rPr>
          <w:rFonts w:ascii="Times New Roman" w:hAnsi="Times New Roman" w:eastAsia="Times New Roman" w:cs="Times New Roman"/>
        </w:rPr>
        <w:t xml:space="preserve"> </w:t>
      </w:r>
      <w:r>
        <w:rPr>
          <w:rFonts w:ascii="Nirmala UI" w:hAnsi="Nirmala UI" w:eastAsia="Nirmala UI" w:cs="Nirmala UI"/>
        </w:rPr>
        <w:t>ପେନ୍ତେକଷ୍ଟ</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ତମ୍ବୁବାସ</w:t>
      </w:r>
      <w:r>
        <w:rPr>
          <w:rFonts w:ascii="Times New Roman" w:hAnsi="Times New Roman" w:eastAsia="Times New Roman" w:cs="Times New Roman"/>
        </w:rPr>
        <w:t xml:space="preserve"> </w:t>
      </w:r>
      <w:r>
        <w:rPr>
          <w:rFonts w:ascii="Nirmala UI" w:hAnsi="Nirmala UI" w:eastAsia="Nirmala UI" w:cs="Nirmala UI"/>
        </w:rPr>
        <w:t>ପର୍ବ</w:t>
      </w:r>
      <w:r>
        <w:rPr>
          <w:rFonts w:ascii="Times New Roman" w:hAnsi="Times New Roman" w:eastAsia="Times New Roman" w:cs="Times New Roman"/>
        </w:rPr>
        <w:t xml:space="preserve"> </w:t>
      </w:r>
      <w:r>
        <w:rPr>
          <w:rFonts w:ascii="Nirmala UI" w:hAnsi="Nirmala UI" w:eastAsia="Nirmala UI" w:cs="Nirmala UI"/>
        </w:rPr>
        <w:t>ଉଭୟ</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ସରିସୃତିରେ</w:t>
      </w:r>
      <w:r>
        <w:rPr>
          <w:rFonts w:ascii="Times New Roman" w:hAnsi="Times New Roman" w:eastAsia="Times New Roman" w:cs="Times New Roman"/>
        </w:rPr>
        <w:t xml:space="preserve"> </w:t>
      </w:r>
      <w:r>
        <w:rPr>
          <w:rFonts w:ascii="Nirmala UI" w:hAnsi="Nirmala UI" w:eastAsia="Nirmala UI" w:cs="Nirmala UI"/>
        </w:rPr>
        <w:t>ସମନ୍ୱିତ</w:t>
      </w:r>
      <w:r>
        <w:rPr>
          <w:rFonts w:ascii="Times New Roman" w:hAnsi="Times New Roman" w:eastAsia="Times New Roman" w:cs="Times New Roman"/>
        </w:rPr>
        <w:t xml:space="preserve"> </w:t>
      </w:r>
      <w:r>
        <w:rPr>
          <w:rFonts w:ascii="Nirmala UI" w:hAnsi="Nirmala UI" w:eastAsia="Nirmala UI" w:cs="Nirmala UI"/>
        </w:rPr>
        <w:t>ହୋଇଥାଏ।</w:t>
      </w:r>
    </w:p>
    <w:p>
      <w:pPr>
        <w:pStyle w:val="ArticleScripture"/>
        <w:jc w:val="left"/>
      </w:pPr>
      <w:r>
        <w:rPr>
          <w:rFonts w:ascii="Times New Roman" w:hAnsi="Times New Roman" w:eastAsia="Times New Roman" w:cs="Times New Roman"/>
        </w:rPr>
        <w:t>Kanaaf gammadaa, yaa ijoollee Xiyoon, Waaqayyo gooftaa keessan keessatti ililchaa; inni rooba duraa safaraan isiniif kenneera; rooba, rooba duraa fi rooba boodaa ji’a jalqabaatti isiniif buusa. Yo’el 2:23.</w:t>
      </w:r>
    </w:p>
    <w:p>
      <w:pPr>
        <w:pStyle w:val="ArticleBody"/>
        <w:jc w:val="left"/>
      </w:pPr>
      <w:r>
        <w:rPr>
          <w:rFonts w:ascii="Times New Roman" w:hAnsi="Times New Roman" w:eastAsia="Times New Roman" w:cs="Times New Roman"/>
        </w:rPr>
        <w:t>Adeemsii fi qulqulleessuu isa dhumaa Mudde 31, 2023 jalqabe. Qorannoon inni jalqabaa qorannoo hundee ture; innis falmii “saamtoota saba keetii” jedhamuun mallatteeffamee, garee kana dura gaddisa Adoolessa 18, 2020tiin qoratamee ture addaan qoodde.</w:t>
      </w:r>
    </w:p>
    <w:p>
      <w:pPr>
        <w:pStyle w:val="ArticleScripture"/>
        <w:jc w:val="left"/>
      </w:pPr>
      <w:r>
        <w:rPr>
          <w:rFonts w:ascii="Times New Roman" w:hAnsi="Times New Roman" w:eastAsia="Times New Roman" w:cs="Times New Roman"/>
        </w:rPr>
        <w:t>“Seenaa fi raajii keessatti Dubbiin Waaqayyoo falmii dheeraa dhugaa fi dogoggora gidduutti itti fufee ture ni ibsa. Falmichi sun ammallee adeemsarra jira. Wanti taʼee darbe irra deebiʼamee ni raawwatama. Mormiin durii deebiʼee ni kaafama, yaad-rimeewwan haaraanis yeroo hunda ni kaʼu. Garuu sabni Waaqayyoo, amantii isaanii keessatti fi raajii raawwatamuu isaa keessatti ergaa ergamoota jalqabaa, lammaffaa, fi sadaffaa labsuu keessatti qooda isaanii baʼatan, iddoo dhaabatan beeku. Isaan muuxannoo warqee qulqulluu caalaa gatii guddaa qabu qabu. Isaan dhumaatti hamma gaʼanitti jalqaba amanannaa isaanii cimsanii qabatanii, akkuma kattaa jabaa dhaabatanii turuu qabu.” Manuscript Releases, jildii 1, 47.</w:t>
      </w:r>
    </w:p>
    <w:p>
      <w:pPr>
        <w:pStyle w:val="ArticleBody"/>
        <w:jc w:val="left"/>
      </w:pPr>
      <w:r>
        <w:rPr>
          <w:rFonts w:ascii="Nirmala UI" w:hAnsi="Nirmala UI" w:eastAsia="Nirmala UI" w:cs="Nirmala UI"/>
        </w:rPr>
        <w:t>ଲେବୀୟ</w:t>
      </w:r>
      <w:r>
        <w:rPr>
          <w:rFonts w:ascii="Times New Roman" w:hAnsi="Times New Roman" w:eastAsia="Times New Roman" w:cs="Times New Roman"/>
        </w:rPr>
        <w:t xml:space="preserve"> </w:t>
      </w:r>
      <w:r>
        <w:rPr>
          <w:rFonts w:ascii="Nirmala UI" w:hAnsi="Nirmala UI" w:eastAsia="Nirmala UI" w:cs="Nirmala UI"/>
        </w:rPr>
        <w:t>ପୁସ୍ତକର</w:t>
      </w:r>
      <w:r>
        <w:rPr>
          <w:rFonts w:ascii="Times New Roman" w:hAnsi="Times New Roman" w:eastAsia="Times New Roman" w:cs="Times New Roman"/>
        </w:rPr>
        <w:t xml:space="preserve"> </w:t>
      </w:r>
      <w:r>
        <w:rPr>
          <w:rFonts w:ascii="Nirmala UI" w:hAnsi="Nirmala UI" w:eastAsia="Nirmala UI" w:cs="Nirmala UI"/>
        </w:rPr>
        <w:t>ତେଇଶ</w:t>
      </w:r>
      <w:r>
        <w:rPr>
          <w:rFonts w:ascii="Times New Roman" w:hAnsi="Times New Roman" w:eastAsia="Times New Roman" w:cs="Times New Roman"/>
        </w:rPr>
        <w:t xml:space="preserve"> </w:t>
      </w:r>
      <w:r>
        <w:rPr>
          <w:rFonts w:ascii="Nirmala UI" w:hAnsi="Nirmala UI" w:eastAsia="Nirmala UI" w:cs="Nirmala UI"/>
        </w:rPr>
        <w:t>ଅଧ୍ୟାୟରେ</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ପରୀକ୍ଷାଟି</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ଭବିଷ୍ୟଦ୍ବାଣୀମୂଳକ</w:t>
      </w:r>
      <w:r>
        <w:rPr>
          <w:rFonts w:ascii="Times New Roman" w:hAnsi="Times New Roman" w:eastAsia="Times New Roman" w:cs="Times New Roman"/>
        </w:rPr>
        <w:t xml:space="preserve"> </w:t>
      </w:r>
      <w:r>
        <w:rPr>
          <w:rFonts w:ascii="Nirmala UI" w:hAnsi="Nirmala UI" w:eastAsia="Nirmala UI" w:cs="Nirmala UI"/>
        </w:rPr>
        <w:t>ସଂଯୋଜନା</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ପ୍ରତିନିଧିତ</w:t>
      </w:r>
      <w:r>
        <w:rPr>
          <w:rFonts w:ascii="Times New Roman" w:hAnsi="Times New Roman" w:eastAsia="Times New Roman" w:cs="Times New Roman"/>
        </w:rPr>
        <w:t xml:space="preserve"> </w:t>
      </w:r>
      <w:r>
        <w:rPr>
          <w:rFonts w:ascii="Nirmala UI" w:hAnsi="Nirmala UI" w:eastAsia="Nirmala UI" w:cs="Nirmala UI"/>
        </w:rPr>
        <w:t>ହୋଇଛି</w:t>
      </w:r>
      <w:r>
        <w:rPr>
          <w:rFonts w:ascii="Times New Roman" w:hAnsi="Times New Roman" w:eastAsia="Times New Roman" w:cs="Times New Roman"/>
        </w:rPr>
        <w:t>—</w:t>
      </w:r>
      <w:r>
        <w:rPr>
          <w:rFonts w:ascii="Nirmala UI" w:hAnsi="Nirmala UI" w:eastAsia="Nirmala UI" w:cs="Nirmala UI"/>
        </w:rPr>
        <w:t>ତିନୋଟି</w:t>
      </w:r>
      <w:r>
        <w:rPr>
          <w:rFonts w:ascii="Times New Roman" w:hAnsi="Times New Roman" w:eastAsia="Times New Roman" w:cs="Times New Roman"/>
        </w:rPr>
        <w:t xml:space="preserve"> </w:t>
      </w:r>
      <w:r>
        <w:rPr>
          <w:rFonts w:ascii="Nirmala UI" w:hAnsi="Nirmala UI" w:eastAsia="Nirmala UI" w:cs="Nirmala UI"/>
        </w:rPr>
        <w:t>ପର୍ଯ୍ୟାୟ</w:t>
      </w:r>
      <w:r>
        <w:rPr>
          <w:rFonts w:ascii="Times New Roman" w:hAnsi="Times New Roman" w:eastAsia="Times New Roman" w:cs="Times New Roman"/>
        </w:rPr>
        <w:t xml:space="preserve">, </w:t>
      </w:r>
      <w:r>
        <w:rPr>
          <w:rFonts w:ascii="Nirmala UI" w:hAnsi="Nirmala UI" w:eastAsia="Nirmala UI" w:cs="Nirmala UI"/>
        </w:rPr>
        <w:t>ତାହାପରେ</w:t>
      </w:r>
      <w:r>
        <w:rPr>
          <w:rFonts w:ascii="Times New Roman" w:hAnsi="Times New Roman" w:eastAsia="Times New Roman" w:cs="Times New Roman"/>
        </w:rPr>
        <w:t xml:space="preserve"> </w:t>
      </w:r>
      <w:r>
        <w:rPr>
          <w:rFonts w:ascii="Nirmala UI" w:hAnsi="Nirmala UI" w:eastAsia="Nirmala UI" w:cs="Nirmala UI"/>
        </w:rPr>
        <w:t>ପାଞ୍ଚ</w:t>
      </w:r>
      <w:r>
        <w:rPr>
          <w:rFonts w:ascii="Times New Roman" w:hAnsi="Times New Roman" w:eastAsia="Times New Roman" w:cs="Times New Roman"/>
        </w:rPr>
        <w:t xml:space="preserve"> </w:t>
      </w:r>
      <w:r>
        <w:rPr>
          <w:rFonts w:ascii="Nirmala UI" w:hAnsi="Nirmala UI" w:eastAsia="Nirmala UI" w:cs="Nirmala UI"/>
        </w:rPr>
        <w:t>ଦିନ</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ଖମିରହୀନ</w:t>
      </w:r>
      <w:r>
        <w:rPr>
          <w:rFonts w:ascii="Times New Roman" w:hAnsi="Times New Roman" w:eastAsia="Times New Roman" w:cs="Times New Roman"/>
        </w:rPr>
        <w:t xml:space="preserve"> </w:t>
      </w:r>
      <w:r>
        <w:rPr>
          <w:rFonts w:ascii="Nirmala UI" w:hAnsi="Nirmala UI" w:eastAsia="Nirmala UI" w:cs="Nirmala UI"/>
        </w:rPr>
        <w:t>ରୁଟିର</w:t>
      </w:r>
      <w:r>
        <w:rPr>
          <w:rFonts w:ascii="Times New Roman" w:hAnsi="Times New Roman" w:eastAsia="Times New Roman" w:cs="Times New Roman"/>
        </w:rPr>
        <w:t xml:space="preserve"> </w:t>
      </w:r>
      <w:r>
        <w:rPr>
          <w:rFonts w:ascii="Nirmala UI" w:hAnsi="Nirmala UI" w:eastAsia="Nirmala UI" w:cs="Nirmala UI"/>
        </w:rPr>
        <w:t>ପର୍ବର</w:t>
      </w:r>
      <w:r>
        <w:rPr>
          <w:rFonts w:ascii="Times New Roman" w:hAnsi="Times New Roman" w:eastAsia="Times New Roman" w:cs="Times New Roman"/>
        </w:rPr>
        <w:t xml:space="preserve"> </w:t>
      </w:r>
      <w:r>
        <w:rPr>
          <w:rFonts w:ascii="Nirmala UI" w:hAnsi="Nirmala UI" w:eastAsia="Nirmala UI" w:cs="Nirmala UI"/>
        </w:rPr>
        <w:t>ସମାପ୍ତି।</w:t>
      </w:r>
      <w:r>
        <w:rPr>
          <w:rFonts w:ascii="Times New Roman" w:hAnsi="Times New Roman" w:eastAsia="Times New Roman" w:cs="Times New Roman"/>
        </w:rPr>
        <w:t xml:space="preserve"> </w:t>
      </w:r>
      <w:r>
        <w:rPr>
          <w:rFonts w:ascii="Nirmala UI" w:hAnsi="Nirmala UI" w:eastAsia="Nirmala UI" w:cs="Nirmala UI"/>
        </w:rPr>
        <w:t>ପାସ୍</w:t>
      </w:r>
      <w:r>
        <w:rPr>
          <w:rFonts w:ascii="Times New Roman" w:hAnsi="Times New Roman" w:eastAsia="Times New Roman" w:cs="Times New Roman"/>
        </w:rPr>
        <w:t>‌</w:t>
      </w:r>
      <w:r>
        <w:rPr>
          <w:rFonts w:ascii="Nirmala UI" w:hAnsi="Nirmala UI" w:eastAsia="Nirmala UI" w:cs="Nirmala UI"/>
        </w:rPr>
        <w:t>ଓଭର</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ଦିନ</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ଖମିରହୀନ</w:t>
      </w:r>
      <w:r>
        <w:rPr>
          <w:rFonts w:ascii="Times New Roman" w:hAnsi="Times New Roman" w:eastAsia="Times New Roman" w:cs="Times New Roman"/>
        </w:rPr>
        <w:t xml:space="preserve"> </w:t>
      </w:r>
      <w:r>
        <w:rPr>
          <w:rFonts w:ascii="Nirmala UI" w:hAnsi="Nirmala UI" w:eastAsia="Nirmala UI" w:cs="Nirmala UI"/>
        </w:rPr>
        <w:t>ରୁଟିର</w:t>
      </w:r>
      <w:r>
        <w:rPr>
          <w:rFonts w:ascii="Times New Roman" w:hAnsi="Times New Roman" w:eastAsia="Times New Roman" w:cs="Times New Roman"/>
        </w:rPr>
        <w:t xml:space="preserve"> </w:t>
      </w:r>
      <w:r>
        <w:rPr>
          <w:rFonts w:ascii="Nirmala UI" w:hAnsi="Nirmala UI" w:eastAsia="Nirmala UI" w:cs="Nirmala UI"/>
        </w:rPr>
        <w:t>ପର୍ବ</w:t>
      </w:r>
      <w:r>
        <w:rPr>
          <w:rFonts w:ascii="Times New Roman" w:hAnsi="Times New Roman" w:eastAsia="Times New Roman" w:cs="Times New Roman"/>
        </w:rPr>
        <w:t xml:space="preserve"> </w:t>
      </w:r>
      <w:r>
        <w:rPr>
          <w:rFonts w:ascii="Nirmala UI" w:hAnsi="Nirmala UI" w:eastAsia="Nirmala UI" w:cs="Nirmala UI"/>
        </w:rPr>
        <w:t>ଦ୍ୱିତୀୟ</w:t>
      </w:r>
      <w:r>
        <w:rPr>
          <w:rFonts w:ascii="Times New Roman" w:hAnsi="Times New Roman" w:eastAsia="Times New Roman" w:cs="Times New Roman"/>
        </w:rPr>
        <w:t xml:space="preserve"> </w:t>
      </w:r>
      <w:r>
        <w:rPr>
          <w:rFonts w:ascii="Nirmala UI" w:hAnsi="Nirmala UI" w:eastAsia="Nirmala UI" w:cs="Nirmala UI"/>
        </w:rPr>
        <w:t>ଦିନ</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ଫଳର</w:t>
      </w:r>
      <w:r>
        <w:rPr>
          <w:rFonts w:ascii="Times New Roman" w:hAnsi="Times New Roman" w:eastAsia="Times New Roman" w:cs="Times New Roman"/>
        </w:rPr>
        <w:t xml:space="preserve"> </w:t>
      </w:r>
      <w:r>
        <w:rPr>
          <w:rFonts w:ascii="Nirmala UI" w:hAnsi="Nirmala UI" w:eastAsia="Nirmala UI" w:cs="Nirmala UI"/>
        </w:rPr>
        <w:t>ନିବେଦନ</w:t>
      </w:r>
      <w:r>
        <w:rPr>
          <w:rFonts w:ascii="Times New Roman" w:hAnsi="Times New Roman" w:eastAsia="Times New Roman" w:cs="Times New Roman"/>
        </w:rPr>
        <w:t xml:space="preserve"> </w:t>
      </w:r>
      <w:r>
        <w:rPr>
          <w:rFonts w:ascii="Nirmala UI" w:hAnsi="Nirmala UI" w:eastAsia="Nirmala UI" w:cs="Nirmala UI"/>
        </w:rPr>
        <w:t>ତୃତୀୟ</w:t>
      </w:r>
      <w:r>
        <w:rPr>
          <w:rFonts w:ascii="Times New Roman" w:hAnsi="Times New Roman" w:eastAsia="Times New Roman" w:cs="Times New Roman"/>
        </w:rPr>
        <w:t xml:space="preserve"> </w:t>
      </w:r>
      <w:r>
        <w:rPr>
          <w:rFonts w:ascii="Nirmala UI" w:hAnsi="Nirmala UI" w:eastAsia="Nirmala UI" w:cs="Nirmala UI"/>
        </w:rPr>
        <w:t>ଦିନ</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ପାଞ୍ଚ</w:t>
      </w:r>
      <w:r>
        <w:rPr>
          <w:rFonts w:ascii="Times New Roman" w:hAnsi="Times New Roman" w:eastAsia="Times New Roman" w:cs="Times New Roman"/>
        </w:rPr>
        <w:t xml:space="preserve"> </w:t>
      </w:r>
      <w:r>
        <w:rPr>
          <w:rFonts w:ascii="Nirmala UI" w:hAnsi="Nirmala UI" w:eastAsia="Nirmala UI" w:cs="Nirmala UI"/>
        </w:rPr>
        <w:t>ଦିନ</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ଖମିରହୀନ</w:t>
      </w:r>
      <w:r>
        <w:rPr>
          <w:rFonts w:ascii="Times New Roman" w:hAnsi="Times New Roman" w:eastAsia="Times New Roman" w:cs="Times New Roman"/>
        </w:rPr>
        <w:t xml:space="preserve"> </w:t>
      </w:r>
      <w:r>
        <w:rPr>
          <w:rFonts w:ascii="Nirmala UI" w:hAnsi="Nirmala UI" w:eastAsia="Nirmala UI" w:cs="Nirmala UI"/>
        </w:rPr>
        <w:t>ରୁଟିର</w:t>
      </w:r>
      <w:r>
        <w:rPr>
          <w:rFonts w:ascii="Times New Roman" w:hAnsi="Times New Roman" w:eastAsia="Times New Roman" w:cs="Times New Roman"/>
        </w:rPr>
        <w:t xml:space="preserve"> </w:t>
      </w:r>
      <w:r>
        <w:rPr>
          <w:rFonts w:ascii="Nirmala UI" w:hAnsi="Nirmala UI" w:eastAsia="Nirmala UI" w:cs="Nirmala UI"/>
        </w:rPr>
        <w:t>ପର୍ବର</w:t>
      </w:r>
      <w:r>
        <w:rPr>
          <w:rFonts w:ascii="Times New Roman" w:hAnsi="Times New Roman" w:eastAsia="Times New Roman" w:cs="Times New Roman"/>
        </w:rPr>
        <w:t xml:space="preserve"> </w:t>
      </w:r>
      <w:r>
        <w:rPr>
          <w:rFonts w:ascii="Nirmala UI" w:hAnsi="Nirmala UI" w:eastAsia="Nirmala UI" w:cs="Nirmala UI"/>
        </w:rPr>
        <w:t>ସମାପ୍ତି</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ତିନୋଟି</w:t>
      </w:r>
      <w:r>
        <w:rPr>
          <w:rFonts w:ascii="Times New Roman" w:hAnsi="Times New Roman" w:eastAsia="Times New Roman" w:cs="Times New Roman"/>
        </w:rPr>
        <w:t xml:space="preserve"> </w:t>
      </w:r>
      <w:r>
        <w:rPr>
          <w:rFonts w:ascii="Nirmala UI" w:hAnsi="Nirmala UI" w:eastAsia="Nirmala UI" w:cs="Nirmala UI"/>
        </w:rPr>
        <w:t>ପରୀକ୍ଷାମଧ୍ୟରୁ</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ପରୀକ୍ଷାର</w:t>
      </w:r>
      <w:r>
        <w:rPr>
          <w:rFonts w:ascii="Times New Roman" w:hAnsi="Times New Roman" w:eastAsia="Times New Roman" w:cs="Times New Roman"/>
        </w:rPr>
        <w:t xml:space="preserve"> </w:t>
      </w:r>
      <w:r>
        <w:rPr>
          <w:rFonts w:ascii="Nirmala UI" w:hAnsi="Nirmala UI" w:eastAsia="Nirmala UI" w:cs="Nirmala UI"/>
        </w:rPr>
        <w:t>ଭବିଷ୍ୟଦ୍ବାଣୀମୂଳକ</w:t>
      </w:r>
      <w:r>
        <w:rPr>
          <w:rFonts w:ascii="Times New Roman" w:hAnsi="Times New Roman" w:eastAsia="Times New Roman" w:cs="Times New Roman"/>
        </w:rPr>
        <w:t xml:space="preserve"> </w:t>
      </w:r>
      <w:r>
        <w:rPr>
          <w:rFonts w:ascii="Nirmala UI" w:hAnsi="Nirmala UI" w:eastAsia="Nirmala UI" w:cs="Nirmala UI"/>
        </w:rPr>
        <w:t>ଗଠନଟି</w:t>
      </w:r>
      <w:r>
        <w:rPr>
          <w:rFonts w:ascii="Times New Roman" w:hAnsi="Times New Roman" w:eastAsia="Times New Roman" w:cs="Times New Roman"/>
        </w:rPr>
        <w:t xml:space="preserve"> </w:t>
      </w:r>
      <w:r>
        <w:rPr>
          <w:rFonts w:ascii="Nirmala UI" w:hAnsi="Nirmala UI" w:eastAsia="Nirmala UI" w:cs="Nirmala UI"/>
        </w:rPr>
        <w:t>ତୃତୀୟ</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ପରୀକ୍ଷାରେ</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ପ୍ରତିନିଧିତ</w:t>
      </w:r>
      <w:r>
        <w:rPr>
          <w:rFonts w:ascii="Times New Roman" w:hAnsi="Times New Roman" w:eastAsia="Times New Roman" w:cs="Times New Roman"/>
        </w:rPr>
        <w:t xml:space="preserve"> </w:t>
      </w:r>
      <w:r>
        <w:rPr>
          <w:rFonts w:ascii="Nirmala UI" w:hAnsi="Nirmala UI" w:eastAsia="Nirmala UI" w:cs="Nirmala UI"/>
        </w:rPr>
        <w:t>ହୋଇଛି।</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ତୃତୀୟ</w:t>
      </w:r>
      <w:r>
        <w:rPr>
          <w:rFonts w:ascii="Times New Roman" w:hAnsi="Times New Roman" w:eastAsia="Times New Roman" w:cs="Times New Roman"/>
        </w:rPr>
        <w:t xml:space="preserve"> </w:t>
      </w:r>
      <w:r>
        <w:rPr>
          <w:rFonts w:ascii="Nirmala UI" w:hAnsi="Nirmala UI" w:eastAsia="Nirmala UI" w:cs="Nirmala UI"/>
        </w:rPr>
        <w:t>ୱେମାର୍କରେ</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ତିନୋଟି</w:t>
      </w:r>
      <w:r>
        <w:rPr>
          <w:rFonts w:ascii="Times New Roman" w:hAnsi="Times New Roman" w:eastAsia="Times New Roman" w:cs="Times New Roman"/>
        </w:rPr>
        <w:t xml:space="preserve"> </w:t>
      </w:r>
      <w:r>
        <w:rPr>
          <w:rFonts w:ascii="Nirmala UI" w:hAnsi="Nirmala UI" w:eastAsia="Nirmala UI" w:cs="Nirmala UI"/>
        </w:rPr>
        <w:t>ୱେମାର୍କ</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ଗୋଟିଏ</w:t>
      </w:r>
      <w:r>
        <w:rPr>
          <w:rFonts w:ascii="Times New Roman" w:hAnsi="Times New Roman" w:eastAsia="Times New Roman" w:cs="Times New Roman"/>
        </w:rPr>
        <w:t xml:space="preserve"> </w:t>
      </w:r>
      <w:r>
        <w:rPr>
          <w:rFonts w:ascii="Nirmala UI" w:hAnsi="Nirmala UI" w:eastAsia="Nirmala UI" w:cs="Nirmala UI"/>
        </w:rPr>
        <w:t>ୱେମାର୍କରୁ</w:t>
      </w:r>
      <w:r>
        <w:rPr>
          <w:rFonts w:ascii="Times New Roman" w:hAnsi="Times New Roman" w:eastAsia="Times New Roman" w:cs="Times New Roman"/>
        </w:rPr>
        <w:t xml:space="preserve"> </w:t>
      </w:r>
      <w:r>
        <w:rPr>
          <w:rFonts w:ascii="Nirmala UI" w:hAnsi="Nirmala UI" w:eastAsia="Nirmala UI" w:cs="Nirmala UI"/>
        </w:rPr>
        <w:t>ଗଠିତ</w:t>
      </w:r>
      <w:r>
        <w:rPr>
          <w:rFonts w:ascii="Times New Roman" w:hAnsi="Times New Roman" w:eastAsia="Times New Roman" w:cs="Times New Roman"/>
        </w:rPr>
        <w:t xml:space="preserve">, </w:t>
      </w:r>
      <w:r>
        <w:rPr>
          <w:rFonts w:ascii="Nirmala UI" w:hAnsi="Nirmala UI" w:eastAsia="Nirmala UI" w:cs="Nirmala UI"/>
        </w:rPr>
        <w:t>ତୁରୀର</w:t>
      </w:r>
      <w:r>
        <w:rPr>
          <w:rFonts w:ascii="Times New Roman" w:hAnsi="Times New Roman" w:eastAsia="Times New Roman" w:cs="Times New Roman"/>
        </w:rPr>
        <w:t xml:space="preserve"> </w:t>
      </w:r>
      <w:r>
        <w:rPr>
          <w:rFonts w:ascii="Nirmala UI" w:hAnsi="Nirmala UI" w:eastAsia="Nirmala UI" w:cs="Nirmala UI"/>
        </w:rPr>
        <w:t>ପର୍ବ</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ଦିନ</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ପାଞ୍ଚ</w:t>
      </w:r>
      <w:r>
        <w:rPr>
          <w:rFonts w:ascii="Times New Roman" w:hAnsi="Times New Roman" w:eastAsia="Times New Roman" w:cs="Times New Roman"/>
        </w:rPr>
        <w:t xml:space="preserve"> </w:t>
      </w:r>
      <w:r>
        <w:rPr>
          <w:rFonts w:ascii="Nirmala UI" w:hAnsi="Nirmala UI" w:eastAsia="Nirmala UI" w:cs="Nirmala UI"/>
        </w:rPr>
        <w:t>ଦିନ</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ଖ୍ରୀଷ୍ଟଙ୍କ</w:t>
      </w:r>
      <w:r>
        <w:rPr>
          <w:rFonts w:ascii="Times New Roman" w:hAnsi="Times New Roman" w:eastAsia="Times New Roman" w:cs="Times New Roman"/>
        </w:rPr>
        <w:t xml:space="preserve"> </w:t>
      </w:r>
      <w:r>
        <w:rPr>
          <w:rFonts w:ascii="Nirmala UI" w:hAnsi="Nirmala UI" w:eastAsia="Nirmala UI" w:cs="Nirmala UI"/>
        </w:rPr>
        <w:t>ଆରୋହଣ</w:t>
      </w:r>
      <w:r>
        <w:rPr>
          <w:rFonts w:ascii="Times New Roman" w:hAnsi="Times New Roman" w:eastAsia="Times New Roman" w:cs="Times New Roman"/>
        </w:rPr>
        <w:t xml:space="preserve"> </w:t>
      </w:r>
      <w:r>
        <w:rPr>
          <w:rFonts w:ascii="Nirmala UI" w:hAnsi="Nirmala UI" w:eastAsia="Nirmala UI" w:cs="Nirmala UI"/>
        </w:rPr>
        <w:t>ଘଟେ</w:t>
      </w:r>
      <w:r>
        <w:rPr>
          <w:rFonts w:ascii="Times New Roman" w:hAnsi="Times New Roman" w:eastAsia="Times New Roman" w:cs="Times New Roman"/>
        </w:rPr>
        <w:t xml:space="preserve">; </w:t>
      </w:r>
      <w:r>
        <w:rPr>
          <w:rFonts w:ascii="Nirmala UI" w:hAnsi="Nirmala UI" w:eastAsia="Nirmala UI" w:cs="Nirmala UI"/>
        </w:rPr>
        <w:t>ତାହାପରେ</w:t>
      </w:r>
      <w:r>
        <w:rPr>
          <w:rFonts w:ascii="Times New Roman" w:hAnsi="Times New Roman" w:eastAsia="Times New Roman" w:cs="Times New Roman"/>
        </w:rPr>
        <w:t xml:space="preserve"> </w:t>
      </w:r>
      <w:r>
        <w:rPr>
          <w:rFonts w:ascii="Nirmala UI" w:hAnsi="Nirmala UI" w:eastAsia="Nirmala UI" w:cs="Nirmala UI"/>
        </w:rPr>
        <w:t>ପାଞ୍ଚ</w:t>
      </w:r>
      <w:r>
        <w:rPr>
          <w:rFonts w:ascii="Times New Roman" w:hAnsi="Times New Roman" w:eastAsia="Times New Roman" w:cs="Times New Roman"/>
        </w:rPr>
        <w:t xml:space="preserve"> </w:t>
      </w:r>
      <w:r>
        <w:rPr>
          <w:rFonts w:ascii="Nirmala UI" w:hAnsi="Nirmala UI" w:eastAsia="Nirmala UI" w:cs="Nirmala UI"/>
        </w:rPr>
        <w:t>ଦିନ</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ପ୍ରାୟଶ୍ଚିତ୍ତର</w:t>
      </w:r>
      <w:r>
        <w:rPr>
          <w:rFonts w:ascii="Times New Roman" w:hAnsi="Times New Roman" w:eastAsia="Times New Roman" w:cs="Times New Roman"/>
        </w:rPr>
        <w:t xml:space="preserve"> </w:t>
      </w:r>
      <w:r>
        <w:rPr>
          <w:rFonts w:ascii="Nirmala UI" w:hAnsi="Nirmala UI" w:eastAsia="Nirmala UI" w:cs="Nirmala UI"/>
        </w:rPr>
        <w:t>ଦିନ</w:t>
      </w:r>
      <w:r>
        <w:rPr>
          <w:rFonts w:ascii="Times New Roman" w:hAnsi="Times New Roman" w:eastAsia="Times New Roman" w:cs="Times New Roman"/>
        </w:rPr>
        <w:t xml:space="preserve"> </w:t>
      </w:r>
      <w:r>
        <w:rPr>
          <w:rFonts w:ascii="Nirmala UI" w:hAnsi="Nirmala UI" w:eastAsia="Nirmala UI" w:cs="Nirmala UI"/>
        </w:rPr>
        <w:t>ଆସେ</w:t>
      </w:r>
      <w:r>
        <w:rPr>
          <w:rFonts w:ascii="Times New Roman" w:hAnsi="Times New Roman" w:eastAsia="Times New Roman" w:cs="Times New Roman"/>
        </w:rPr>
        <w:t xml:space="preserve">; </w:t>
      </w:r>
      <w:r>
        <w:rPr>
          <w:rFonts w:ascii="Nirmala UI" w:hAnsi="Nirmala UI" w:eastAsia="Nirmala UI" w:cs="Nirmala UI"/>
        </w:rPr>
        <w:t>ପୁନର୍ବାର</w:t>
      </w:r>
      <w:r>
        <w:rPr>
          <w:rFonts w:ascii="Times New Roman" w:hAnsi="Times New Roman" w:eastAsia="Times New Roman" w:cs="Times New Roman"/>
        </w:rPr>
        <w:t xml:space="preserve"> </w:t>
      </w:r>
      <w:r>
        <w:rPr>
          <w:rFonts w:ascii="Nirmala UI" w:hAnsi="Nirmala UI" w:eastAsia="Nirmala UI" w:cs="Nirmala UI"/>
        </w:rPr>
        <w:t>ପାଞ୍ଚ</w:t>
      </w:r>
      <w:r>
        <w:rPr>
          <w:rFonts w:ascii="Times New Roman" w:hAnsi="Times New Roman" w:eastAsia="Times New Roman" w:cs="Times New Roman"/>
        </w:rPr>
        <w:t xml:space="preserve"> </w:t>
      </w:r>
      <w:r>
        <w:rPr>
          <w:rFonts w:ascii="Nirmala UI" w:hAnsi="Nirmala UI" w:eastAsia="Nirmala UI" w:cs="Nirmala UI"/>
        </w:rPr>
        <w:t>ଦିନ</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ପେନ୍ଟେକୋଷ୍ଟ</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ତମ୍ବୁବାସର</w:t>
      </w:r>
      <w:r>
        <w:rPr>
          <w:rFonts w:ascii="Times New Roman" w:hAnsi="Times New Roman" w:eastAsia="Times New Roman" w:cs="Times New Roman"/>
        </w:rPr>
        <w:t xml:space="preserve"> </w:t>
      </w:r>
      <w:r>
        <w:rPr>
          <w:rFonts w:ascii="Nirmala UI" w:hAnsi="Nirmala UI" w:eastAsia="Nirmala UI" w:cs="Nirmala UI"/>
        </w:rPr>
        <w:t>ପର୍ବ</w:t>
      </w:r>
      <w:r>
        <w:rPr>
          <w:rFonts w:ascii="Times New Roman" w:hAnsi="Times New Roman" w:eastAsia="Times New Roman" w:cs="Times New Roman"/>
        </w:rPr>
        <w:t>—</w:t>
      </w:r>
      <w:r>
        <w:rPr>
          <w:rFonts w:ascii="Nirmala UI" w:hAnsi="Nirmala UI" w:eastAsia="Nirmala UI" w:cs="Nirmala UI"/>
        </w:rPr>
        <w:t>ଉଭୟେ</w:t>
      </w:r>
      <w:r>
        <w:rPr>
          <w:rFonts w:ascii="Times New Roman" w:hAnsi="Times New Roman" w:eastAsia="Times New Roman" w:cs="Times New Roman"/>
        </w:rPr>
        <w:t>—</w:t>
      </w:r>
      <w:r>
        <w:rPr>
          <w:rFonts w:ascii="Nirmala UI" w:hAnsi="Nirmala UI" w:eastAsia="Nirmala UI" w:cs="Nirmala UI"/>
        </w:rPr>
        <w:t>ଶୀଘ୍ର</w:t>
      </w:r>
      <w:r>
        <w:rPr>
          <w:rFonts w:ascii="Times New Roman" w:hAnsi="Times New Roman" w:eastAsia="Times New Roman" w:cs="Times New Roman"/>
        </w:rPr>
        <w:t xml:space="preserve"> </w:t>
      </w:r>
      <w:r>
        <w:rPr>
          <w:rFonts w:ascii="Nirmala UI" w:hAnsi="Nirmala UI" w:eastAsia="Nirmala UI" w:cs="Nirmala UI"/>
        </w:rPr>
        <w:t>ଆସୁଥିବା</w:t>
      </w:r>
      <w:r>
        <w:rPr>
          <w:rFonts w:ascii="Times New Roman" w:hAnsi="Times New Roman" w:eastAsia="Times New Roman" w:cs="Times New Roman"/>
        </w:rPr>
        <w:t xml:space="preserve"> </w:t>
      </w:r>
      <w:r>
        <w:rPr>
          <w:rFonts w:ascii="Nirmala UI" w:hAnsi="Nirmala UI" w:eastAsia="Nirmala UI" w:cs="Nirmala UI"/>
        </w:rPr>
        <w:t>ରବିବାର</w:t>
      </w:r>
      <w:r>
        <w:rPr>
          <w:rFonts w:ascii="Times New Roman" w:hAnsi="Times New Roman" w:eastAsia="Times New Roman" w:cs="Times New Roman"/>
        </w:rPr>
        <w:t xml:space="preserve"> </w:t>
      </w:r>
      <w:r>
        <w:rPr>
          <w:rFonts w:ascii="Nirmala UI" w:hAnsi="Nirmala UI" w:eastAsia="Nirmala UI" w:cs="Nirmala UI"/>
        </w:rPr>
        <w:t>ଆଇନକୁ</w:t>
      </w:r>
      <w:r>
        <w:rPr>
          <w:rFonts w:ascii="Times New Roman" w:hAnsi="Times New Roman" w:eastAsia="Times New Roman" w:cs="Times New Roman"/>
        </w:rPr>
        <w:t xml:space="preserve"> </w:t>
      </w:r>
      <w:r>
        <w:rPr>
          <w:rFonts w:ascii="Nirmala UI" w:hAnsi="Nirmala UI" w:eastAsia="Nirmala UI" w:cs="Nirmala UI"/>
        </w:rPr>
        <w:t>ଚିହ୍ନିତ</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ଯିହିଜ୍କିୟେଲ</w:t>
      </w:r>
      <w:r>
        <w:rPr>
          <w:rFonts w:ascii="Times New Roman" w:hAnsi="Times New Roman" w:eastAsia="Times New Roman" w:cs="Times New Roman"/>
        </w:rPr>
        <w:t xml:space="preserve"> </w:t>
      </w:r>
      <w:r>
        <w:rPr>
          <w:rFonts w:ascii="Nirmala UI" w:hAnsi="Nirmala UI" w:eastAsia="Nirmala UI" w:cs="Nirmala UI"/>
        </w:rPr>
        <w:t>ପୁସ୍ତକରେ</w:t>
      </w:r>
      <w:r>
        <w:rPr>
          <w:rFonts w:ascii="Times New Roman" w:hAnsi="Times New Roman" w:eastAsia="Times New Roman" w:cs="Times New Roman"/>
        </w:rPr>
        <w:t xml:space="preserve"> </w:t>
      </w:r>
      <w:r>
        <w:rPr>
          <w:rFonts w:ascii="Nirmala UI" w:hAnsi="Nirmala UI" w:eastAsia="Nirmala UI" w:cs="Nirmala UI"/>
        </w:rPr>
        <w:t>ଯେରୁଶାଲେମର</w:t>
      </w:r>
      <w:r>
        <w:rPr>
          <w:rFonts w:ascii="Times New Roman" w:hAnsi="Times New Roman" w:eastAsia="Times New Roman" w:cs="Times New Roman"/>
        </w:rPr>
        <w:t xml:space="preserve"> </w:t>
      </w:r>
      <w:r>
        <w:rPr>
          <w:rFonts w:ascii="Nirmala UI" w:hAnsi="Nirmala UI" w:eastAsia="Nirmala UI" w:cs="Nirmala UI"/>
        </w:rPr>
        <w:t>ବିନାଶ</w:t>
      </w:r>
      <w:r>
        <w:rPr>
          <w:rFonts w:ascii="Times New Roman" w:hAnsi="Times New Roman" w:eastAsia="Times New Roman" w:cs="Times New Roman"/>
        </w:rPr>
        <w:t xml:space="preserve"> </w:t>
      </w:r>
      <w:r>
        <w:rPr>
          <w:rFonts w:ascii="Nirmala UI" w:hAnsi="Nirmala UI" w:eastAsia="Nirmala UI" w:cs="Nirmala UI"/>
        </w:rPr>
        <w:t>ଭାବେ</w:t>
      </w:r>
      <w:r>
        <w:rPr>
          <w:rFonts w:ascii="Times New Roman" w:hAnsi="Times New Roman" w:eastAsia="Times New Roman" w:cs="Times New Roman"/>
        </w:rPr>
        <w:t xml:space="preserve"> </w:t>
      </w:r>
      <w:r>
        <w:rPr>
          <w:rFonts w:ascii="Nirmala UI" w:hAnsi="Nirmala UI" w:eastAsia="Nirmala UI" w:cs="Nirmala UI"/>
        </w:rPr>
        <w:t>ପ୍ରତିନିଧିତ</w:t>
      </w:r>
      <w:r>
        <w:rPr>
          <w:rFonts w:ascii="Times New Roman" w:hAnsi="Times New Roman" w:eastAsia="Times New Roman" w:cs="Times New Roman"/>
        </w:rPr>
        <w:t xml:space="preserve"> </w:t>
      </w:r>
      <w:r>
        <w:rPr>
          <w:rFonts w:ascii="Nirmala UI" w:hAnsi="Nirmala UI" w:eastAsia="Nirmala UI" w:cs="Nirmala UI"/>
        </w:rPr>
        <w:t>ହୋଇଛି।</w:t>
      </w:r>
    </w:p>
    <w:p>
      <w:pPr>
        <w:pStyle w:val="ArticleBody"/>
        <w:jc w:val="left"/>
      </w:pPr>
      <w:r>
        <w:rPr>
          <w:rFonts w:ascii="Times New Roman" w:hAnsi="Times New Roman" w:eastAsia="Times New Roman" w:cs="Times New Roman"/>
        </w:rPr>
        <w:t>Ayyaana maxinoo Buddeena Dhabamsiisaa fi Ayyaana Malakataa gidduutti guyyaawwan soddoma jiru; kunis fakkeenya lubummaa qofa utuu hin ta’in, qormaata lammaffaa qormaatota sadii ibsa Waaqayyoo keessatti bakka bu’anis ni agarsiisa.</w:t>
      </w:r>
    </w:p>
    <w:p>
      <w:pPr>
        <w:pStyle w:val="ArticleBody"/>
        <w:jc w:val="left"/>
      </w:pPr>
      <w:r>
        <w:rPr>
          <w:rFonts w:ascii="Nirmala UI" w:hAnsi="Nirmala UI" w:eastAsia="Nirmala UI" w:cs="Nirmala UI"/>
        </w:rPr>
        <w:t>ᱠᱨᱤᱥᱴ</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ᱵᱟᱯᱛᱤᱥᱢᱟ</w:t>
      </w:r>
      <w:r>
        <w:rPr>
          <w:rFonts w:ascii="Times New Roman" w:hAnsi="Times New Roman" w:eastAsia="Times New Roman" w:cs="Times New Roman"/>
        </w:rPr>
        <w:t xml:space="preserve"> </w:t>
      </w:r>
      <w:r>
        <w:rPr>
          <w:rFonts w:ascii="Nirmala UI" w:hAnsi="Nirmala UI" w:eastAsia="Nirmala UI" w:cs="Nirmala UI"/>
        </w:rPr>
        <w:t>ᱯᱟᱥᱚᱣᱚᱨ</w:t>
      </w:r>
      <w:r>
        <w:rPr>
          <w:rFonts w:ascii="Times New Roman" w:hAnsi="Times New Roman" w:eastAsia="Times New Roman" w:cs="Times New Roman"/>
        </w:rPr>
        <w:t xml:space="preserve">, </w:t>
      </w:r>
      <w:r>
        <w:rPr>
          <w:rFonts w:ascii="Nirmala UI" w:hAnsi="Nirmala UI" w:eastAsia="Nirmala UI" w:cs="Nirmala UI"/>
        </w:rPr>
        <w:t>ᱵᱤᱱ</w:t>
      </w:r>
      <w:r>
        <w:rPr>
          <w:rFonts w:ascii="Times New Roman" w:hAnsi="Times New Roman" w:eastAsia="Times New Roman" w:cs="Times New Roman"/>
        </w:rPr>
        <w:t xml:space="preserve"> </w:t>
      </w:r>
      <w:r>
        <w:rPr>
          <w:rFonts w:ascii="Nirmala UI" w:hAnsi="Nirmala UI" w:eastAsia="Nirmala UI" w:cs="Nirmala UI"/>
        </w:rPr>
        <w:t>ᱠᱷᱟᱢᱤᱨ</w:t>
      </w:r>
      <w:r>
        <w:rPr>
          <w:rFonts w:ascii="Times New Roman" w:hAnsi="Times New Roman" w:eastAsia="Times New Roman" w:cs="Times New Roman"/>
        </w:rPr>
        <w:t xml:space="preserve"> </w:t>
      </w:r>
      <w:r>
        <w:rPr>
          <w:rFonts w:ascii="Nirmala UI" w:hAnsi="Nirmala UI" w:eastAsia="Nirmala UI" w:cs="Nirmala UI"/>
        </w:rPr>
        <w:t>ᱦᱚᱲᱚ</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ᱯᱨᱚᱛᱷᱚᱢ</w:t>
      </w:r>
      <w:r>
        <w:rPr>
          <w:rFonts w:ascii="Times New Roman" w:hAnsi="Times New Roman" w:eastAsia="Times New Roman" w:cs="Times New Roman"/>
        </w:rPr>
        <w:t xml:space="preserve"> </w:t>
      </w:r>
      <w:r>
        <w:rPr>
          <w:rFonts w:ascii="Nirmala UI" w:hAnsi="Nirmala UI" w:eastAsia="Nirmala UI" w:cs="Nirmala UI"/>
        </w:rPr>
        <w:t>ᱯᱷᱚᱞ</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ᱯᱮᱭᱟ</w:t>
      </w:r>
      <w:r>
        <w:rPr>
          <w:rFonts w:ascii="Times New Roman" w:hAnsi="Times New Roman" w:eastAsia="Times New Roman" w:cs="Times New Roman"/>
        </w:rPr>
        <w:t xml:space="preserve"> </w:t>
      </w:r>
      <w:r>
        <w:rPr>
          <w:rFonts w:ascii="Nirmala UI" w:hAnsi="Nirmala UI" w:eastAsia="Nirmala UI" w:cs="Nirmala UI"/>
        </w:rPr>
        <w:t>ᱢᱟᱭᱞᱥᱛᱚᱱ</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ᱫᱤᱥᱟᱹᱭᱟ</w:t>
      </w:r>
      <w:r>
        <w:rPr>
          <w:rFonts w:ascii="Times New Roman" w:hAnsi="Times New Roman" w:eastAsia="Times New Roman" w:cs="Times New Roman"/>
        </w:rPr>
        <w:t xml:space="preserve">, </w:t>
      </w:r>
      <w:r>
        <w:rPr>
          <w:rFonts w:ascii="Nirmala UI" w:hAnsi="Nirmala UI" w:eastAsia="Nirmala UI" w:cs="Nirmala UI"/>
        </w:rPr>
        <w:t>ᱠᱟᱨᱚᱱ</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ᱯᱮᱭᱟ</w:t>
      </w:r>
      <w:r>
        <w:rPr>
          <w:rFonts w:ascii="Times New Roman" w:hAnsi="Times New Roman" w:eastAsia="Times New Roman" w:cs="Times New Roman"/>
        </w:rPr>
        <w:t xml:space="preserve"> </w:t>
      </w:r>
      <w:r>
        <w:rPr>
          <w:rFonts w:ascii="Nirmala UI" w:hAnsi="Nirmala UI" w:eastAsia="Nirmala UI" w:cs="Nirmala UI"/>
        </w:rPr>
        <w:t>ᱢᱟᱭᱞᱥᱛᱚᱱ</w:t>
      </w:r>
      <w:r>
        <w:rPr>
          <w:rFonts w:ascii="Times New Roman" w:hAnsi="Times New Roman" w:eastAsia="Times New Roman" w:cs="Times New Roman"/>
        </w:rPr>
        <w:t xml:space="preserve"> </w:t>
      </w:r>
      <w:r>
        <w:rPr>
          <w:rFonts w:ascii="Nirmala UI" w:hAnsi="Nirmala UI" w:eastAsia="Nirmala UI" w:cs="Nirmala UI"/>
        </w:rPr>
        <w:t>ᱠᱨᱤᱥᱴ</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ᱢᱚᱨᱚᱱ</w:t>
      </w:r>
      <w:r>
        <w:rPr>
          <w:rFonts w:ascii="Times New Roman" w:hAnsi="Times New Roman" w:eastAsia="Times New Roman" w:cs="Times New Roman"/>
        </w:rPr>
        <w:t xml:space="preserve">, </w:t>
      </w:r>
      <w:r>
        <w:rPr>
          <w:rFonts w:ascii="Nirmala UI" w:hAnsi="Nirmala UI" w:eastAsia="Nirmala UI" w:cs="Nirmala UI"/>
        </w:rPr>
        <w:t>ᱥᱢᱟᱫᱷᱤ</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ᱯᱩᱱᱚᱨᱩᱛᱷᱟᱱ</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ᱯᱨᱚᱛᱤᱱᱤᱫᱷᱤᱭᱟ᱾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ᱯᱮᱭᱟ</w:t>
      </w:r>
      <w:r>
        <w:rPr>
          <w:rFonts w:ascii="Times New Roman" w:hAnsi="Times New Roman" w:eastAsia="Times New Roman" w:cs="Times New Roman"/>
        </w:rPr>
        <w:t xml:space="preserve"> </w:t>
      </w:r>
      <w:r>
        <w:rPr>
          <w:rFonts w:ascii="Nirmala UI" w:hAnsi="Nirmala UI" w:eastAsia="Nirmala UI" w:cs="Nirmala UI"/>
        </w:rPr>
        <w:t>ᱫᱷᱟᱯ</w:t>
      </w:r>
      <w:r>
        <w:rPr>
          <w:rFonts w:ascii="Times New Roman" w:hAnsi="Times New Roman" w:eastAsia="Times New Roman" w:cs="Times New Roman"/>
        </w:rPr>
        <w:t xml:space="preserve"> </w:t>
      </w:r>
      <w:r>
        <w:rPr>
          <w:rFonts w:ascii="Nirmala UI" w:hAnsi="Nirmala UI" w:eastAsia="Nirmala UI" w:cs="Nirmala UI"/>
        </w:rPr>
        <w:t>ᱛᱟᱭᱚᱢ</w:t>
      </w:r>
      <w:r>
        <w:rPr>
          <w:rFonts w:ascii="Times New Roman" w:hAnsi="Times New Roman" w:eastAsia="Times New Roman" w:cs="Times New Roman"/>
        </w:rPr>
        <w:t xml:space="preserve"> </w:t>
      </w:r>
      <w:r>
        <w:rPr>
          <w:rFonts w:ascii="Nirmala UI" w:hAnsi="Nirmala UI" w:eastAsia="Nirmala UI" w:cs="Nirmala UI"/>
        </w:rPr>
        <w:t>ᱯᱟᱸᱪ</w:t>
      </w:r>
      <w:r>
        <w:rPr>
          <w:rFonts w:ascii="Times New Roman" w:hAnsi="Times New Roman" w:eastAsia="Times New Roman" w:cs="Times New Roman"/>
        </w:rPr>
        <w:t xml:space="preserve"> </w:t>
      </w:r>
      <w:r>
        <w:rPr>
          <w:rFonts w:ascii="Nirmala UI" w:hAnsi="Nirmala UI" w:eastAsia="Nirmala UI" w:cs="Nirmala UI"/>
        </w:rPr>
        <w:t>ᱫᱤᱱ</w:t>
      </w:r>
      <w:r>
        <w:rPr>
          <w:rFonts w:ascii="Times New Roman" w:hAnsi="Times New Roman" w:eastAsia="Times New Roman" w:cs="Times New Roman"/>
        </w:rPr>
        <w:t xml:space="preserve"> </w:t>
      </w:r>
      <w:r>
        <w:rPr>
          <w:rFonts w:ascii="Nirmala UI" w:hAnsi="Nirmala UI" w:eastAsia="Nirmala UI" w:cs="Nirmala UI"/>
        </w:rPr>
        <w:t>ᱥᱟᱛᱷᱤ</w:t>
      </w:r>
      <w:r>
        <w:rPr>
          <w:rFonts w:ascii="Times New Roman" w:hAnsi="Times New Roman" w:eastAsia="Times New Roman" w:cs="Times New Roman"/>
        </w:rPr>
        <w:t xml:space="preserve"> </w:t>
      </w:r>
      <w:r>
        <w:rPr>
          <w:rFonts w:ascii="Nirmala UI" w:hAnsi="Nirmala UI" w:eastAsia="Nirmala UI" w:cs="Nirmala UI"/>
        </w:rPr>
        <w:t>ᱪᱟᱹᱨ</w:t>
      </w:r>
      <w:r>
        <w:rPr>
          <w:rFonts w:ascii="Times New Roman" w:hAnsi="Times New Roman" w:eastAsia="Times New Roman" w:cs="Times New Roman"/>
        </w:rPr>
        <w:t xml:space="preserve"> </w:t>
      </w:r>
      <w:r>
        <w:rPr>
          <w:rFonts w:ascii="Nirmala UI" w:hAnsi="Nirmala UI" w:eastAsia="Nirmala UI" w:cs="Nirmala UI"/>
        </w:rPr>
        <w:t>ᱫᱷᱟᱯ</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ᱯᱟᱦᱚᱸᱪᱟᱜᱼᱟ</w:t>
      </w:r>
      <w:r>
        <w:rPr>
          <w:rFonts w:ascii="Times New Roman" w:hAnsi="Times New Roman" w:eastAsia="Times New Roman" w:cs="Times New Roman"/>
        </w:rPr>
        <w:t xml:space="preserve">, </w:t>
      </w:r>
      <w:r>
        <w:rPr>
          <w:rFonts w:ascii="Nirmala UI" w:hAnsi="Nirmala UI" w:eastAsia="Nirmala UI" w:cs="Nirmala UI"/>
        </w:rPr>
        <w:t>ᱡᱟᱦᱟᱸ</w:t>
      </w:r>
      <w:r>
        <w:rPr>
          <w:rFonts w:ascii="Times New Roman" w:hAnsi="Times New Roman" w:eastAsia="Times New Roman" w:cs="Times New Roman"/>
        </w:rPr>
        <w:t xml:space="preserve"> </w:t>
      </w:r>
      <w:r>
        <w:rPr>
          <w:rFonts w:ascii="Nirmala UI" w:hAnsi="Nirmala UI" w:eastAsia="Nirmala UI" w:cs="Nirmala UI"/>
        </w:rPr>
        <w:t>ᱵᱤᱱ</w:t>
      </w:r>
      <w:r>
        <w:rPr>
          <w:rFonts w:ascii="Times New Roman" w:hAnsi="Times New Roman" w:eastAsia="Times New Roman" w:cs="Times New Roman"/>
        </w:rPr>
        <w:t xml:space="preserve"> </w:t>
      </w:r>
      <w:r>
        <w:rPr>
          <w:rFonts w:ascii="Nirmala UI" w:hAnsi="Nirmala UI" w:eastAsia="Nirmala UI" w:cs="Nirmala UI"/>
        </w:rPr>
        <w:t>ᱠᱷᱟᱢᱤᱨ</w:t>
      </w:r>
      <w:r>
        <w:rPr>
          <w:rFonts w:ascii="Times New Roman" w:hAnsi="Times New Roman" w:eastAsia="Times New Roman" w:cs="Times New Roman"/>
        </w:rPr>
        <w:t xml:space="preserve"> </w:t>
      </w:r>
      <w:r>
        <w:rPr>
          <w:rFonts w:ascii="Nirmala UI" w:hAnsi="Nirmala UI" w:eastAsia="Nirmala UI" w:cs="Nirmala UI"/>
        </w:rPr>
        <w:t>ᱦᱚᱲᱚ</w:t>
      </w:r>
      <w:r>
        <w:rPr>
          <w:rFonts w:ascii="Times New Roman" w:hAnsi="Times New Roman" w:eastAsia="Times New Roman" w:cs="Times New Roman"/>
        </w:rPr>
        <w:t xml:space="preserve"> </w:t>
      </w:r>
      <w:r>
        <w:rPr>
          <w:rFonts w:ascii="Nirmala UI" w:hAnsi="Nirmala UI" w:eastAsia="Nirmala UI" w:cs="Nirmala UI"/>
        </w:rPr>
        <w:t>ᱯᱚᱨᱚᱵ</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ᱢᱩᱪᱟᱹᱛ</w:t>
      </w:r>
      <w:r>
        <w:rPr>
          <w:rFonts w:ascii="Times New Roman" w:hAnsi="Times New Roman" w:eastAsia="Times New Roman" w:cs="Times New Roman"/>
        </w:rPr>
        <w:t xml:space="preserve"> </w:t>
      </w:r>
      <w:r>
        <w:rPr>
          <w:rFonts w:ascii="Nirmala UI" w:hAnsi="Nirmala UI" w:eastAsia="Nirmala UI" w:cs="Nirmala UI"/>
        </w:rPr>
        <w:t>ᱫᱟᱨᱟ</w:t>
      </w:r>
      <w:r>
        <w:rPr>
          <w:rFonts w:ascii="Times New Roman" w:hAnsi="Times New Roman" w:eastAsia="Times New Roman" w:cs="Times New Roman"/>
        </w:rPr>
        <w:t xml:space="preserve"> </w:t>
      </w:r>
      <w:r>
        <w:rPr>
          <w:rFonts w:ascii="Nirmala UI" w:hAnsi="Nirmala UI" w:eastAsia="Nirmala UI" w:cs="Nirmala UI"/>
        </w:rPr>
        <w:t>ᱯᱨᱚᱛᱤᱱᱤᱫᱷᱤᱭᱟ᱾</w:t>
      </w:r>
      <w:r>
        <w:rPr>
          <w:rFonts w:ascii="Times New Roman" w:hAnsi="Times New Roman" w:eastAsia="Times New Roman" w:cs="Times New Roman"/>
        </w:rPr>
        <w:t xml:space="preserve"> </w:t>
      </w:r>
      <w:r>
        <w:rPr>
          <w:rFonts w:ascii="Nirmala UI" w:hAnsi="Nirmala UI" w:eastAsia="Nirmala UI" w:cs="Nirmala UI"/>
        </w:rPr>
        <w:t>ᱵᱟᱯᱛᱤᱥᱢᱟ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ᱯᱮᱭᱟ</w:t>
      </w:r>
      <w:r>
        <w:rPr>
          <w:rFonts w:ascii="Times New Roman" w:hAnsi="Times New Roman" w:eastAsia="Times New Roman" w:cs="Times New Roman"/>
        </w:rPr>
        <w:t xml:space="preserve"> </w:t>
      </w:r>
      <w:r>
        <w:rPr>
          <w:rFonts w:ascii="Nirmala UI" w:hAnsi="Nirmala UI" w:eastAsia="Nirmala UI" w:cs="Nirmala UI"/>
        </w:rPr>
        <w:t>ᱫᱷᱟᱯ</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ᱩᱥᱤᱲ</w:t>
      </w:r>
      <w:r>
        <w:rPr>
          <w:rFonts w:ascii="Times New Roman" w:hAnsi="Times New Roman" w:eastAsia="Times New Roman" w:cs="Times New Roman"/>
        </w:rPr>
        <w:t xml:space="preserve">, </w:t>
      </w:r>
      <w:r>
        <w:rPr>
          <w:rFonts w:ascii="Nirmala UI" w:hAnsi="Nirmala UI" w:eastAsia="Nirmala UI" w:cs="Nirmala UI"/>
        </w:rPr>
        <w:t>ᱥᱟᱸᱠᱷᱮᱯ</w:t>
      </w:r>
      <w:r>
        <w:rPr>
          <w:rFonts w:ascii="Times New Roman" w:hAnsi="Times New Roman" w:eastAsia="Times New Roman" w:cs="Times New Roman"/>
        </w:rPr>
        <w:t xml:space="preserve"> </w:t>
      </w:r>
      <w:r>
        <w:rPr>
          <w:rFonts w:ascii="Nirmala UI" w:hAnsi="Nirmala UI" w:eastAsia="Nirmala UI" w:cs="Nirmala UI"/>
        </w:rPr>
        <w:t>ᱢᱩᱦᱩᱨᱛ</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ᱫᱤᱥᱟᱹᱭᱟ</w:t>
      </w:r>
      <w:r>
        <w:rPr>
          <w:rFonts w:ascii="Times New Roman" w:hAnsi="Times New Roman" w:eastAsia="Times New Roman" w:cs="Times New Roman"/>
        </w:rPr>
        <w:t xml:space="preserve">, </w:t>
      </w:r>
      <w:r>
        <w:rPr>
          <w:rFonts w:ascii="Nirmala UI" w:hAnsi="Nirmala UI" w:eastAsia="Nirmala UI" w:cs="Nirmala UI"/>
        </w:rPr>
        <w:t>ᱡᱚᱠᱷᱚᱱ</w:t>
      </w:r>
      <w:r>
        <w:rPr>
          <w:rFonts w:ascii="Times New Roman" w:hAnsi="Times New Roman" w:eastAsia="Times New Roman" w:cs="Times New Roman"/>
        </w:rPr>
        <w:t xml:space="preserve"> </w:t>
      </w:r>
      <w:r>
        <w:rPr>
          <w:rFonts w:ascii="Nirmala UI" w:hAnsi="Nirmala UI" w:eastAsia="Nirmala UI" w:cs="Nirmala UI"/>
        </w:rPr>
        <w:t>ᱡᱚᱦᱚᱱ</w:t>
      </w:r>
      <w:r>
        <w:rPr>
          <w:rFonts w:ascii="Times New Roman" w:hAnsi="Times New Roman" w:eastAsia="Times New Roman" w:cs="Times New Roman"/>
        </w:rPr>
        <w:t xml:space="preserve"> </w:t>
      </w:r>
      <w:r>
        <w:rPr>
          <w:rFonts w:ascii="Nirmala UI" w:hAnsi="Nirmala UI" w:eastAsia="Nirmala UI" w:cs="Nirmala UI"/>
        </w:rPr>
        <w:t>ᱟᱯᱱᱟᱜ</w:t>
      </w:r>
      <w:r>
        <w:rPr>
          <w:rFonts w:ascii="Times New Roman" w:hAnsi="Times New Roman" w:eastAsia="Times New Roman" w:cs="Times New Roman"/>
        </w:rPr>
        <w:t xml:space="preserve"> </w:t>
      </w:r>
      <w:r>
        <w:rPr>
          <w:rFonts w:ascii="Nirmala UI" w:hAnsi="Nirmala UI" w:eastAsia="Nirmala UI" w:cs="Nirmala UI"/>
        </w:rPr>
        <w:t>ᱢᱥᱤᱦᱟ</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ᱵᱟᱯᱛᱤᱡᱽ</w:t>
      </w:r>
      <w:r>
        <w:rPr>
          <w:rFonts w:ascii="Times New Roman" w:hAnsi="Times New Roman" w:eastAsia="Times New Roman" w:cs="Times New Roman"/>
        </w:rPr>
        <w:t xml:space="preserve"> </w:t>
      </w:r>
      <w:r>
        <w:rPr>
          <w:rFonts w:ascii="Nirmala UI" w:hAnsi="Nirmala UI" w:eastAsia="Nirmala UI" w:cs="Nirmala UI"/>
        </w:rPr>
        <w:t>ᱠᱮᱫᱟᱭ᱾</w:t>
      </w:r>
      <w:r>
        <w:rPr>
          <w:rFonts w:ascii="Times New Roman" w:hAnsi="Times New Roman" w:eastAsia="Times New Roman" w:cs="Times New Roman"/>
        </w:rPr>
        <w:t xml:space="preserve"> </w:t>
      </w:r>
      <w:r>
        <w:rPr>
          <w:rFonts w:ascii="Nirmala UI" w:hAnsi="Nirmala UI" w:eastAsia="Nirmala UI" w:cs="Nirmala UI"/>
        </w:rPr>
        <w:t>ᱵᱟᱥᱚᱱᱛ</w:t>
      </w:r>
      <w:r>
        <w:rPr>
          <w:rFonts w:ascii="Times New Roman" w:hAnsi="Times New Roman" w:eastAsia="Times New Roman" w:cs="Times New Roman"/>
        </w:rPr>
        <w:t xml:space="preserve"> </w:t>
      </w:r>
      <w:r>
        <w:rPr>
          <w:rFonts w:ascii="Nirmala UI" w:hAnsi="Nirmala UI" w:eastAsia="Nirmala UI" w:cs="Nirmala UI"/>
        </w:rPr>
        <w:t>ᱯᱚᱨᱚᱵ</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ᱯᱮᱭᱟ</w:t>
      </w:r>
      <w:r>
        <w:rPr>
          <w:rFonts w:ascii="Times New Roman" w:hAnsi="Times New Roman" w:eastAsia="Times New Roman" w:cs="Times New Roman"/>
        </w:rPr>
        <w:t xml:space="preserve"> </w:t>
      </w:r>
      <w:r>
        <w:rPr>
          <w:rFonts w:ascii="Nirmala UI" w:hAnsi="Nirmala UI" w:eastAsia="Nirmala UI" w:cs="Nirmala UI"/>
        </w:rPr>
        <w:t>ᱫᱷᱟᱯ</w:t>
      </w:r>
      <w:r>
        <w:rPr>
          <w:rFonts w:ascii="Times New Roman" w:hAnsi="Times New Roman" w:eastAsia="Times New Roman" w:cs="Times New Roman"/>
        </w:rPr>
        <w:t xml:space="preserve"> </w:t>
      </w:r>
      <w:r>
        <w:rPr>
          <w:rFonts w:ascii="Nirmala UI" w:hAnsi="Nirmala UI" w:eastAsia="Nirmala UI" w:cs="Nirmala UI"/>
        </w:rPr>
        <w:t>ᱢᱚᱱᱛᱮ</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ᱫᱤᱱ</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ᱟᱞᱟᱜᱼᱟ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ᱥᱚᱨᱚᱫ</w:t>
      </w:r>
      <w:r>
        <w:rPr>
          <w:rFonts w:ascii="Times New Roman" w:hAnsi="Times New Roman" w:eastAsia="Times New Roman" w:cs="Times New Roman"/>
        </w:rPr>
        <w:t xml:space="preserve"> </w:t>
      </w:r>
      <w:r>
        <w:rPr>
          <w:rFonts w:ascii="Nirmala UI" w:hAnsi="Nirmala UI" w:eastAsia="Nirmala UI" w:cs="Nirmala UI"/>
        </w:rPr>
        <w:t>ᱯᱚᱨᱚᱵ</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ᱯᱮᱭᱟ</w:t>
      </w:r>
      <w:r>
        <w:rPr>
          <w:rFonts w:ascii="Times New Roman" w:hAnsi="Times New Roman" w:eastAsia="Times New Roman" w:cs="Times New Roman"/>
        </w:rPr>
        <w:t xml:space="preserve"> </w:t>
      </w:r>
      <w:r>
        <w:rPr>
          <w:rFonts w:ascii="Nirmala UI" w:hAnsi="Nirmala UI" w:eastAsia="Nirmala UI" w:cs="Nirmala UI"/>
        </w:rPr>
        <w:t>ᱫᱷᱟᱯ</w:t>
      </w:r>
      <w:r>
        <w:rPr>
          <w:rFonts w:ascii="Times New Roman" w:hAnsi="Times New Roman" w:eastAsia="Times New Roman" w:cs="Times New Roman"/>
        </w:rPr>
        <w:t xml:space="preserve"> </w:t>
      </w:r>
      <w:r>
        <w:rPr>
          <w:rFonts w:ascii="Nirmala UI" w:hAnsi="Nirmala UI" w:eastAsia="Nirmala UI" w:cs="Nirmala UI"/>
        </w:rPr>
        <w:t>ᱢᱚᱱᱛᱮ</w:t>
      </w:r>
      <w:r>
        <w:rPr>
          <w:rFonts w:ascii="Times New Roman" w:hAnsi="Times New Roman" w:eastAsia="Times New Roman" w:cs="Times New Roman"/>
        </w:rPr>
        <w:t xml:space="preserve"> </w:t>
      </w:r>
      <w:r>
        <w:rPr>
          <w:rFonts w:ascii="Nirmala UI" w:hAnsi="Nirmala UI" w:eastAsia="Nirmala UI" w:cs="Nirmala UI"/>
        </w:rPr>
        <w:t>ᱯᱟᱸᱪ</w:t>
      </w:r>
      <w:r>
        <w:rPr>
          <w:rFonts w:ascii="Times New Roman" w:hAnsi="Times New Roman" w:eastAsia="Times New Roman" w:cs="Times New Roman"/>
        </w:rPr>
        <w:t xml:space="preserve"> </w:t>
      </w:r>
      <w:r>
        <w:rPr>
          <w:rFonts w:ascii="Nirmala UI" w:hAnsi="Nirmala UI" w:eastAsia="Nirmala UI" w:cs="Nirmala UI"/>
        </w:rPr>
        <w:t>ᱫᱤᱱ</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ᱟᱞᱟᱜᱼᱟ᱾</w:t>
      </w:r>
    </w:p>
    <w:p>
      <w:pPr>
        <w:pStyle w:val="ArticleBody"/>
        <w:jc w:val="left"/>
      </w:pP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ବସନ୍ତ</w:t>
      </w:r>
      <w:r>
        <w:rPr>
          <w:rFonts w:ascii="Times New Roman" w:hAnsi="Times New Roman" w:eastAsia="Times New Roman" w:cs="Times New Roman"/>
        </w:rPr>
        <w:t xml:space="preserve"> </w:t>
      </w:r>
      <w:r>
        <w:rPr>
          <w:rFonts w:ascii="Nirmala UI" w:hAnsi="Nirmala UI" w:eastAsia="Nirmala UI" w:cs="Nirmala UI"/>
        </w:rPr>
        <w:t>ପର୍ବଗୁଡ଼ିକର</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ପରୀକ୍ଷାକୁ</w:t>
      </w:r>
      <w:r>
        <w:rPr>
          <w:rFonts w:ascii="Times New Roman" w:hAnsi="Times New Roman" w:eastAsia="Times New Roman" w:cs="Times New Roman"/>
        </w:rPr>
        <w:t xml:space="preserve"> </w:t>
      </w:r>
      <w:r>
        <w:rPr>
          <w:rFonts w:ascii="Nirmala UI" w:hAnsi="Nirmala UI" w:eastAsia="Nirmala UI" w:cs="Nirmala UI"/>
        </w:rPr>
        <w:t>ତିନୋଟି</w:t>
      </w:r>
      <w:r>
        <w:rPr>
          <w:rFonts w:ascii="Times New Roman" w:hAnsi="Times New Roman" w:eastAsia="Times New Roman" w:cs="Times New Roman"/>
        </w:rPr>
        <w:t xml:space="preserve"> </w:t>
      </w:r>
      <w:r>
        <w:rPr>
          <w:rFonts w:ascii="Nirmala UI" w:hAnsi="Nirmala UI" w:eastAsia="Nirmala UI" w:cs="Nirmala UI"/>
        </w:rPr>
        <w:t>ପଥଚିହ୍ନର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ସଂଯୋଜନ</w:t>
      </w:r>
      <w:r>
        <w:rPr>
          <w:rFonts w:ascii="Times New Roman" w:hAnsi="Times New Roman" w:eastAsia="Times New Roman" w:cs="Times New Roman"/>
        </w:rPr>
        <w:t xml:space="preserve"> </w:t>
      </w:r>
      <w:r>
        <w:rPr>
          <w:rFonts w:ascii="Nirmala UI" w:hAnsi="Nirmala UI" w:eastAsia="Nirmala UI" w:cs="Nirmala UI"/>
        </w:rPr>
        <w:t>ଭାବେ</w:t>
      </w:r>
      <w:r>
        <w:rPr>
          <w:rFonts w:ascii="Times New Roman" w:hAnsi="Times New Roman" w:eastAsia="Times New Roman" w:cs="Times New Roman"/>
        </w:rPr>
        <w:t xml:space="preserve"> </w:t>
      </w:r>
      <w:r>
        <w:rPr>
          <w:rFonts w:ascii="Nirmala UI" w:hAnsi="Nirmala UI" w:eastAsia="Nirmala UI" w:cs="Nirmala UI"/>
        </w:rPr>
        <w:t>ପ୍ରୟୋଗ</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ପାଞ୍ଚ</w:t>
      </w:r>
      <w:r>
        <w:rPr>
          <w:rFonts w:ascii="Times New Roman" w:hAnsi="Times New Roman" w:eastAsia="Times New Roman" w:cs="Times New Roman"/>
        </w:rPr>
        <w:t xml:space="preserve"> </w:t>
      </w:r>
      <w:r>
        <w:rPr>
          <w:rFonts w:ascii="Nirmala UI" w:hAnsi="Nirmala UI" w:eastAsia="Nirmala UI" w:cs="Nirmala UI"/>
        </w:rPr>
        <w:t>ଦିନ</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ଗୋଟିଏ</w:t>
      </w:r>
      <w:r>
        <w:rPr>
          <w:rFonts w:ascii="Times New Roman" w:hAnsi="Times New Roman" w:eastAsia="Times New Roman" w:cs="Times New Roman"/>
        </w:rPr>
        <w:t xml:space="preserve"> </w:t>
      </w:r>
      <w:r>
        <w:rPr>
          <w:rFonts w:ascii="Nirmala UI" w:hAnsi="Nirmala UI" w:eastAsia="Nirmala UI" w:cs="Nirmala UI"/>
        </w:rPr>
        <w:t>ପଥଚିହ୍ନଦ୍ୱାରା</w:t>
      </w:r>
      <w:r>
        <w:rPr>
          <w:rFonts w:ascii="Times New Roman" w:hAnsi="Times New Roman" w:eastAsia="Times New Roman" w:cs="Times New Roman"/>
        </w:rPr>
        <w:t xml:space="preserve"> </w:t>
      </w:r>
      <w:r>
        <w:rPr>
          <w:rFonts w:ascii="Nirmala UI" w:hAnsi="Nirmala UI" w:eastAsia="Nirmala UI" w:cs="Nirmala UI"/>
        </w:rPr>
        <w:t>ଅନୁସରିତ</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ଶରତ</w:t>
      </w:r>
      <w:r>
        <w:rPr>
          <w:rFonts w:ascii="Times New Roman" w:hAnsi="Times New Roman" w:eastAsia="Times New Roman" w:cs="Times New Roman"/>
        </w:rPr>
        <w:t xml:space="preserve"> </w:t>
      </w:r>
      <w:r>
        <w:rPr>
          <w:rFonts w:ascii="Nirmala UI" w:hAnsi="Nirmala UI" w:eastAsia="Nirmala UI" w:cs="Nirmala UI"/>
        </w:rPr>
        <w:t>ପର୍ବଗୁଡ଼ିକୁ</w:t>
      </w:r>
      <w:r>
        <w:rPr>
          <w:rFonts w:ascii="Times New Roman" w:hAnsi="Times New Roman" w:eastAsia="Times New Roman" w:cs="Times New Roman"/>
        </w:rPr>
        <w:t xml:space="preserve"> </w:t>
      </w:r>
      <w:r>
        <w:rPr>
          <w:rFonts w:ascii="Nirmala UI" w:hAnsi="Nirmala UI" w:eastAsia="Nirmala UI" w:cs="Nirmala UI"/>
        </w:rPr>
        <w:t>ତିନୋଟି</w:t>
      </w:r>
      <w:r>
        <w:rPr>
          <w:rFonts w:ascii="Times New Roman" w:hAnsi="Times New Roman" w:eastAsia="Times New Roman" w:cs="Times New Roman"/>
        </w:rPr>
        <w:t xml:space="preserve"> </w:t>
      </w:r>
      <w:r>
        <w:rPr>
          <w:rFonts w:ascii="Nirmala UI" w:hAnsi="Nirmala UI" w:eastAsia="Nirmala UI" w:cs="Nirmala UI"/>
        </w:rPr>
        <w:t>ପଥଚିହ୍ନ</w:t>
      </w:r>
      <w:r>
        <w:rPr>
          <w:rFonts w:ascii="Times New Roman" w:hAnsi="Times New Roman" w:eastAsia="Times New Roman" w:cs="Times New Roman"/>
        </w:rPr>
        <w:t xml:space="preserve"> </w:t>
      </w:r>
      <w:r>
        <w:rPr>
          <w:rFonts w:ascii="Nirmala UI" w:hAnsi="Nirmala UI" w:eastAsia="Nirmala UI" w:cs="Nirmala UI"/>
        </w:rPr>
        <w:t>ଭାବେ</w:t>
      </w:r>
      <w:r>
        <w:rPr>
          <w:rFonts w:ascii="Times New Roman" w:hAnsi="Times New Roman" w:eastAsia="Times New Roman" w:cs="Times New Roman"/>
        </w:rPr>
        <w:t xml:space="preserve"> </w:t>
      </w:r>
      <w:r>
        <w:rPr>
          <w:rFonts w:ascii="Nirmala UI" w:hAnsi="Nirmala UI" w:eastAsia="Nirmala UI" w:cs="Nirmala UI"/>
        </w:rPr>
        <w:t>ପ୍ରୟୋଗ</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ପାଞ୍ଚ</w:t>
      </w:r>
      <w:r>
        <w:rPr>
          <w:rFonts w:ascii="Times New Roman" w:hAnsi="Times New Roman" w:eastAsia="Times New Roman" w:cs="Times New Roman"/>
        </w:rPr>
        <w:t xml:space="preserve"> </w:t>
      </w:r>
      <w:r>
        <w:rPr>
          <w:rFonts w:ascii="Nirmala UI" w:hAnsi="Nirmala UI" w:eastAsia="Nirmala UI" w:cs="Nirmala UI"/>
        </w:rPr>
        <w:t>ଦିନ</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ଗୋଟିଏ</w:t>
      </w:r>
      <w:r>
        <w:rPr>
          <w:rFonts w:ascii="Times New Roman" w:hAnsi="Times New Roman" w:eastAsia="Times New Roman" w:cs="Times New Roman"/>
        </w:rPr>
        <w:t xml:space="preserve"> </w:t>
      </w:r>
      <w:r>
        <w:rPr>
          <w:rFonts w:ascii="Nirmala UI" w:hAnsi="Nirmala UI" w:eastAsia="Nirmala UI" w:cs="Nirmala UI"/>
        </w:rPr>
        <w:t>ପଥଚିହ୍ନଦ୍ୱାରା</w:t>
      </w:r>
      <w:r>
        <w:rPr>
          <w:rFonts w:ascii="Times New Roman" w:hAnsi="Times New Roman" w:eastAsia="Times New Roman" w:cs="Times New Roman"/>
        </w:rPr>
        <w:t xml:space="preserve"> </w:t>
      </w:r>
      <w:r>
        <w:rPr>
          <w:rFonts w:ascii="Nirmala UI" w:hAnsi="Nirmala UI" w:eastAsia="Nirmala UI" w:cs="Nirmala UI"/>
        </w:rPr>
        <w:t>ଅନୁସରିତ</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ତେବେ</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ଭବିଷ୍ୟଦ୍ବାଣୀମୂଳକ</w:t>
      </w:r>
      <w:r>
        <w:rPr>
          <w:rFonts w:ascii="Times New Roman" w:hAnsi="Times New Roman" w:eastAsia="Times New Roman" w:cs="Times New Roman"/>
        </w:rPr>
        <w:t xml:space="preserve"> </w:t>
      </w:r>
      <w:r>
        <w:rPr>
          <w:rFonts w:ascii="Nirmala UI" w:hAnsi="Nirmala UI" w:eastAsia="Nirmala UI" w:cs="Nirmala UI"/>
        </w:rPr>
        <w:t>ଗଠନ</w:t>
      </w:r>
      <w:r>
        <w:rPr>
          <w:rFonts w:ascii="Times New Roman" w:hAnsi="Times New Roman" w:eastAsia="Times New Roman" w:cs="Times New Roman"/>
        </w:rPr>
        <w:t xml:space="preserve"> </w:t>
      </w:r>
      <w:r>
        <w:rPr>
          <w:rFonts w:ascii="Nirmala UI" w:hAnsi="Nirmala UI" w:eastAsia="Nirmala UI" w:cs="Nirmala UI"/>
        </w:rPr>
        <w:t>ସ୍ଥାପିତ</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ତିନୋଟିର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ଆଲ୍ଫା</w:t>
      </w:r>
      <w:r>
        <w:rPr>
          <w:rFonts w:ascii="Times New Roman" w:hAnsi="Times New Roman" w:eastAsia="Times New Roman" w:cs="Times New Roman"/>
        </w:rPr>
        <w:t xml:space="preserve"> </w:t>
      </w:r>
      <w:r>
        <w:rPr>
          <w:rFonts w:ascii="Nirmala UI" w:hAnsi="Nirmala UI" w:eastAsia="Nirmala UI" w:cs="Nirmala UI"/>
        </w:rPr>
        <w:t>ପଥଚିହ୍ନ</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ତାହା</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ପାଞ୍ଚ</w:t>
      </w:r>
      <w:r>
        <w:rPr>
          <w:rFonts w:ascii="Times New Roman" w:hAnsi="Times New Roman" w:eastAsia="Times New Roman" w:cs="Times New Roman"/>
        </w:rPr>
        <w:t xml:space="preserve"> </w:t>
      </w:r>
      <w:r>
        <w:rPr>
          <w:rFonts w:ascii="Nirmala UI" w:hAnsi="Nirmala UI" w:eastAsia="Nirmala UI" w:cs="Nirmala UI"/>
        </w:rPr>
        <w:t>ଦିନରୁ</w:t>
      </w:r>
      <w:r>
        <w:rPr>
          <w:rFonts w:ascii="Times New Roman" w:hAnsi="Times New Roman" w:eastAsia="Times New Roman" w:cs="Times New Roman"/>
        </w:rPr>
        <w:t xml:space="preserve"> </w:t>
      </w:r>
      <w:r>
        <w:rPr>
          <w:rFonts w:ascii="Nirmala UI" w:hAnsi="Nirmala UI" w:eastAsia="Nirmala UI" w:cs="Nirmala UI"/>
        </w:rPr>
        <w:t>ଗଠିତ</w:t>
      </w:r>
      <w:r>
        <w:rPr>
          <w:rFonts w:ascii="Times New Roman" w:hAnsi="Times New Roman" w:eastAsia="Times New Roman" w:cs="Times New Roman"/>
        </w:rPr>
        <w:t xml:space="preserve">; </w:t>
      </w:r>
      <w:r>
        <w:rPr>
          <w:rFonts w:ascii="Nirmala UI" w:hAnsi="Nirmala UI" w:eastAsia="Nirmala UI" w:cs="Nirmala UI"/>
        </w:rPr>
        <w:t>ତାହା</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ତିରିଶି</w:t>
      </w:r>
      <w:r>
        <w:rPr>
          <w:rFonts w:ascii="Times New Roman" w:hAnsi="Times New Roman" w:eastAsia="Times New Roman" w:cs="Times New Roman"/>
        </w:rPr>
        <w:t xml:space="preserve"> </w:t>
      </w:r>
      <w:r>
        <w:rPr>
          <w:rFonts w:ascii="Nirmala UI" w:hAnsi="Nirmala UI" w:eastAsia="Nirmala UI" w:cs="Nirmala UI"/>
        </w:rPr>
        <w:t>ଦିନ</w:t>
      </w:r>
      <w:r>
        <w:rPr>
          <w:rFonts w:ascii="Times New Roman" w:hAnsi="Times New Roman" w:eastAsia="Times New Roman" w:cs="Times New Roman"/>
        </w:rPr>
        <w:t xml:space="preserve"> </w:t>
      </w:r>
      <w:r>
        <w:rPr>
          <w:rFonts w:ascii="Nirmala UI" w:hAnsi="Nirmala UI" w:eastAsia="Nirmala UI" w:cs="Nirmala UI"/>
        </w:rPr>
        <w:t>ଆସେ</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ଶରତ</w:t>
      </w:r>
      <w:r>
        <w:rPr>
          <w:rFonts w:ascii="Times New Roman" w:hAnsi="Times New Roman" w:eastAsia="Times New Roman" w:cs="Times New Roman"/>
        </w:rPr>
        <w:t xml:space="preserve"> </w:t>
      </w:r>
      <w:r>
        <w:rPr>
          <w:rFonts w:ascii="Nirmala UI" w:hAnsi="Nirmala UI" w:eastAsia="Nirmala UI" w:cs="Nirmala UI"/>
        </w:rPr>
        <w:t>ପର୍ବଗୁଡ଼ିକର</w:t>
      </w:r>
      <w:r>
        <w:rPr>
          <w:rFonts w:ascii="Times New Roman" w:hAnsi="Times New Roman" w:eastAsia="Times New Roman" w:cs="Times New Roman"/>
        </w:rPr>
        <w:t xml:space="preserve"> </w:t>
      </w:r>
      <w:r>
        <w:rPr>
          <w:rFonts w:ascii="Nirmala UI" w:hAnsi="Nirmala UI" w:eastAsia="Nirmala UI" w:cs="Nirmala UI"/>
        </w:rPr>
        <w:t>ତୃତୀୟ</w:t>
      </w:r>
      <w:r>
        <w:rPr>
          <w:rFonts w:ascii="Times New Roman" w:hAnsi="Times New Roman" w:eastAsia="Times New Roman" w:cs="Times New Roman"/>
        </w:rPr>
        <w:t xml:space="preserve"> </w:t>
      </w:r>
      <w:r>
        <w:rPr>
          <w:rFonts w:ascii="Nirmala UI" w:hAnsi="Nirmala UI" w:eastAsia="Nirmala UI" w:cs="Nirmala UI"/>
        </w:rPr>
        <w:t>ପରୀକ୍ଷା</w:t>
      </w:r>
      <w:r>
        <w:rPr>
          <w:rFonts w:ascii="Times New Roman" w:hAnsi="Times New Roman" w:eastAsia="Times New Roman" w:cs="Times New Roman"/>
        </w:rPr>
        <w:t xml:space="preserve"> </w:t>
      </w:r>
      <w:r>
        <w:rPr>
          <w:rFonts w:ascii="Nirmala UI" w:hAnsi="Nirmala UI" w:eastAsia="Nirmala UI" w:cs="Nirmala UI"/>
        </w:rPr>
        <w:t>ତିନୋଟିର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ପଥଚିହ୍ନ</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ତାହା</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ପାଞ୍ଚ</w:t>
      </w:r>
      <w:r>
        <w:rPr>
          <w:rFonts w:ascii="Times New Roman" w:hAnsi="Times New Roman" w:eastAsia="Times New Roman" w:cs="Times New Roman"/>
        </w:rPr>
        <w:t xml:space="preserve"> </w:t>
      </w:r>
      <w:r>
        <w:rPr>
          <w:rFonts w:ascii="Nirmala UI" w:hAnsi="Nirmala UI" w:eastAsia="Nirmala UI" w:cs="Nirmala UI"/>
        </w:rPr>
        <w:t>ଦିନ</w:t>
      </w:r>
      <w:r>
        <w:rPr>
          <w:rFonts w:ascii="Times New Roman" w:hAnsi="Times New Roman" w:eastAsia="Times New Roman" w:cs="Times New Roman"/>
        </w:rPr>
        <w:t xml:space="preserve"> </w:t>
      </w:r>
      <w:r>
        <w:rPr>
          <w:rFonts w:ascii="Nirmala UI" w:hAnsi="Nirmala UI" w:eastAsia="Nirmala UI" w:cs="Nirmala UI"/>
        </w:rPr>
        <w:t>ଭାବେ</w:t>
      </w:r>
      <w:r>
        <w:rPr>
          <w:rFonts w:ascii="Times New Roman" w:hAnsi="Times New Roman" w:eastAsia="Times New Roman" w:cs="Times New Roman"/>
        </w:rPr>
        <w:t xml:space="preserve"> </w:t>
      </w:r>
      <w:r>
        <w:rPr>
          <w:rFonts w:ascii="Nirmala UI" w:hAnsi="Nirmala UI" w:eastAsia="Nirmala UI" w:cs="Nirmala UI"/>
        </w:rPr>
        <w:t>ଥାଏ</w:t>
      </w:r>
      <w:r>
        <w:rPr>
          <w:rFonts w:ascii="Times New Roman" w:hAnsi="Times New Roman" w:eastAsia="Times New Roman" w:cs="Times New Roman"/>
        </w:rPr>
        <w:t>—</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ଗଠନ</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ପରୀକ୍ଷାକୁ</w:t>
      </w:r>
      <w:r>
        <w:rPr>
          <w:rFonts w:ascii="Times New Roman" w:hAnsi="Times New Roman" w:eastAsia="Times New Roman" w:cs="Times New Roman"/>
        </w:rPr>
        <w:t xml:space="preserve"> </w:t>
      </w:r>
      <w:r>
        <w:rPr>
          <w:rFonts w:ascii="Nirmala UI" w:hAnsi="Nirmala UI" w:eastAsia="Nirmala UI" w:cs="Nirmala UI"/>
        </w:rPr>
        <w:t>ସମୁଦାୟ</w:t>
      </w:r>
      <w:r>
        <w:rPr>
          <w:rFonts w:ascii="Times New Roman" w:hAnsi="Times New Roman" w:eastAsia="Times New Roman" w:cs="Times New Roman"/>
        </w:rPr>
        <w:t xml:space="preserve"> </w:t>
      </w:r>
      <w:r>
        <w:rPr>
          <w:rFonts w:ascii="Nirmala UI" w:hAnsi="Nirmala UI" w:eastAsia="Nirmala UI" w:cs="Nirmala UI"/>
        </w:rPr>
        <w:t>ପାଞ୍ଚ</w:t>
      </w:r>
      <w:r>
        <w:rPr>
          <w:rFonts w:ascii="Times New Roman" w:hAnsi="Times New Roman" w:eastAsia="Times New Roman" w:cs="Times New Roman"/>
        </w:rPr>
        <w:t xml:space="preserve"> </w:t>
      </w:r>
      <w:r>
        <w:rPr>
          <w:rFonts w:ascii="Nirmala UI" w:hAnsi="Nirmala UI" w:eastAsia="Nirmala UI" w:cs="Nirmala UI"/>
        </w:rPr>
        <w:t>ଦିନ</w:t>
      </w:r>
      <w:r>
        <w:rPr>
          <w:rFonts w:ascii="Times New Roman" w:hAnsi="Times New Roman" w:eastAsia="Times New Roman" w:cs="Times New Roman"/>
        </w:rPr>
        <w:t xml:space="preserve"> </w:t>
      </w:r>
      <w:r>
        <w:rPr>
          <w:rFonts w:ascii="Nirmala UI" w:hAnsi="Nirmala UI" w:eastAsia="Nirmala UI" w:cs="Nirmala UI"/>
        </w:rPr>
        <w:t>ଆବର୍ତ୍ତ</w:t>
      </w:r>
      <w:r>
        <w:rPr>
          <w:rFonts w:ascii="Times New Roman" w:hAnsi="Times New Roman" w:eastAsia="Times New Roman" w:cs="Times New Roman"/>
        </w:rPr>
        <w:t xml:space="preserve"> </w:t>
      </w:r>
      <w:r>
        <w:rPr>
          <w:rFonts w:ascii="Nirmala UI" w:hAnsi="Nirmala UI" w:eastAsia="Nirmala UI" w:cs="Nirmala UI"/>
        </w:rPr>
        <w:t>କରୁଥିବା</w:t>
      </w:r>
      <w:r>
        <w:rPr>
          <w:rFonts w:ascii="Times New Roman" w:hAnsi="Times New Roman" w:eastAsia="Times New Roman" w:cs="Times New Roman"/>
        </w:rPr>
        <w:t xml:space="preserve">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ଦର୍ଶାଏ</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ତାହା</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ତିରିଶି</w:t>
      </w:r>
      <w:r>
        <w:rPr>
          <w:rFonts w:ascii="Times New Roman" w:hAnsi="Times New Roman" w:eastAsia="Times New Roman" w:cs="Times New Roman"/>
        </w:rPr>
        <w:t xml:space="preserve"> </w:t>
      </w:r>
      <w:r>
        <w:rPr>
          <w:rFonts w:ascii="Nirmala UI" w:hAnsi="Nirmala UI" w:eastAsia="Nirmala UI" w:cs="Nirmala UI"/>
        </w:rPr>
        <w:t>ଦିନର</w:t>
      </w:r>
      <w:r>
        <w:rPr>
          <w:rFonts w:ascii="Times New Roman" w:hAnsi="Times New Roman" w:eastAsia="Times New Roman" w:cs="Times New Roman"/>
        </w:rPr>
        <w:t xml:space="preserve"> </w:t>
      </w:r>
      <w:r>
        <w:rPr>
          <w:rFonts w:ascii="Nirmala UI" w:hAnsi="Nirmala UI" w:eastAsia="Nirmala UI" w:cs="Nirmala UI"/>
        </w:rPr>
        <w:t>ଦ୍ୱିତୀୟ</w:t>
      </w:r>
      <w:r>
        <w:rPr>
          <w:rFonts w:ascii="Times New Roman" w:hAnsi="Times New Roman" w:eastAsia="Times New Roman" w:cs="Times New Roman"/>
        </w:rPr>
        <w:t xml:space="preserve"> </w:t>
      </w:r>
      <w:r>
        <w:rPr>
          <w:rFonts w:ascii="Nirmala UI" w:hAnsi="Nirmala UI" w:eastAsia="Nirmala UI" w:cs="Nirmala UI"/>
        </w:rPr>
        <w:t>ପରୀକ୍ଷା</w:t>
      </w:r>
      <w:r>
        <w:rPr>
          <w:rFonts w:ascii="Times New Roman" w:hAnsi="Times New Roman" w:eastAsia="Times New Roman" w:cs="Times New Roman"/>
        </w:rPr>
        <w:t xml:space="preserve"> </w:t>
      </w:r>
      <w:r>
        <w:rPr>
          <w:rFonts w:ascii="Nirmala UI" w:hAnsi="Nirmala UI" w:eastAsia="Nirmala UI" w:cs="Nirmala UI"/>
        </w:rPr>
        <w:t>ଆସେ</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ପାଞ୍ଚ</w:t>
      </w:r>
      <w:r>
        <w:rPr>
          <w:rFonts w:ascii="Times New Roman" w:hAnsi="Times New Roman" w:eastAsia="Times New Roman" w:cs="Times New Roman"/>
        </w:rPr>
        <w:t xml:space="preserve"> </w:t>
      </w:r>
      <w:r>
        <w:rPr>
          <w:rFonts w:ascii="Nirmala UI" w:hAnsi="Nirmala UI" w:eastAsia="Nirmala UI" w:cs="Nirmala UI"/>
        </w:rPr>
        <w:t>ଦିନର</w:t>
      </w:r>
      <w:r>
        <w:rPr>
          <w:rFonts w:ascii="Times New Roman" w:hAnsi="Times New Roman" w:eastAsia="Times New Roman" w:cs="Times New Roman"/>
        </w:rPr>
        <w:t xml:space="preserve"> </w:t>
      </w:r>
      <w:r>
        <w:rPr>
          <w:rFonts w:ascii="Nirmala UI" w:hAnsi="Nirmala UI" w:eastAsia="Nirmala UI" w:cs="Nirmala UI"/>
        </w:rPr>
        <w:t>ତୃତୀୟ</w:t>
      </w:r>
      <w:r>
        <w:rPr>
          <w:rFonts w:ascii="Times New Roman" w:hAnsi="Times New Roman" w:eastAsia="Times New Roman" w:cs="Times New Roman"/>
        </w:rPr>
        <w:t xml:space="preserve"> </w:t>
      </w:r>
      <w:r>
        <w:rPr>
          <w:rFonts w:ascii="Nirmala UI" w:hAnsi="Nirmala UI" w:eastAsia="Nirmala UI" w:cs="Nirmala UI"/>
        </w:rPr>
        <w:t>ପଥଚିହ୍ନ</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ପହଞ୍ଚେ।</w:t>
      </w:r>
      <w:r>
        <w:rPr>
          <w:rFonts w:ascii="Times New Roman" w:hAnsi="Times New Roman" w:eastAsia="Times New Roman" w:cs="Times New Roman"/>
        </w:rPr>
        <w:t xml:space="preserve"> </w:t>
      </w:r>
      <w:r>
        <w:rPr>
          <w:rFonts w:ascii="Nirmala UI" w:hAnsi="Nirmala UI" w:eastAsia="Nirmala UI" w:cs="Nirmala UI"/>
        </w:rPr>
        <w:t>ପାଞ୍ଚ</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ତିରିଶି</w:t>
      </w:r>
      <w:r>
        <w:rPr>
          <w:rFonts w:ascii="Times New Roman" w:hAnsi="Times New Roman" w:eastAsia="Times New Roman" w:cs="Times New Roman"/>
        </w:rPr>
        <w:t xml:space="preserve">, </w:t>
      </w:r>
      <w:r>
        <w:rPr>
          <w:rFonts w:ascii="Nirmala UI" w:hAnsi="Nirmala UI" w:eastAsia="Nirmala UI" w:cs="Nirmala UI"/>
        </w:rPr>
        <w:t>ସହିତ</w:t>
      </w:r>
      <w:r>
        <w:rPr>
          <w:rFonts w:ascii="Times New Roman" w:hAnsi="Times New Roman" w:eastAsia="Times New Roman" w:cs="Times New Roman"/>
        </w:rPr>
        <w:t xml:space="preserve"> </w:t>
      </w:r>
      <w:r>
        <w:rPr>
          <w:rFonts w:ascii="Nirmala UI" w:hAnsi="Nirmala UI" w:eastAsia="Nirmala UI" w:cs="Nirmala UI"/>
        </w:rPr>
        <w:t>ପାଞ୍ଚ</w:t>
      </w:r>
      <w:r>
        <w:rPr>
          <w:rFonts w:ascii="Times New Roman" w:hAnsi="Times New Roman" w:eastAsia="Times New Roman" w:cs="Times New Roman"/>
        </w:rPr>
        <w:t xml:space="preserve"> </w:t>
      </w:r>
      <w:r>
        <w:rPr>
          <w:rFonts w:ascii="Nirmala UI" w:hAnsi="Nirmala UI" w:eastAsia="Nirmala UI" w:cs="Nirmala UI"/>
        </w:rPr>
        <w:t>ମିଶି</w:t>
      </w:r>
      <w:r>
        <w:rPr>
          <w:rFonts w:ascii="Times New Roman" w:hAnsi="Times New Roman" w:eastAsia="Times New Roman" w:cs="Times New Roman"/>
        </w:rPr>
        <w:t xml:space="preserve"> </w:t>
      </w:r>
      <w:r>
        <w:rPr>
          <w:rFonts w:ascii="Nirmala UI" w:hAnsi="Nirmala UI" w:eastAsia="Nirmala UI" w:cs="Nirmala UI"/>
        </w:rPr>
        <w:t>ଚାଳିଶି</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(5 + 30 + 5 = 40)</w:t>
      </w:r>
      <w:r>
        <w:rPr>
          <w:rFonts w:ascii="Nirmala UI" w:hAnsi="Nirmala UI" w:eastAsia="Nirmala UI" w:cs="Nirmala UI"/>
        </w:rPr>
        <w:t>।</w:t>
      </w:r>
    </w:p>
    <w:p>
      <w:pPr>
        <w:pStyle w:val="ArticleBody"/>
        <w:jc w:val="left"/>
      </w:pPr>
      <w:r>
        <w:rPr>
          <w:rFonts w:ascii="Nirmala UI" w:hAnsi="Nirmala UI" w:eastAsia="Nirmala UI" w:cs="Nirmala UI"/>
        </w:rPr>
        <w:t>ବର୍ତ୍ତମାନ</w:t>
      </w:r>
      <w:r>
        <w:rPr>
          <w:rFonts w:ascii="Times New Roman" w:hAnsi="Times New Roman" w:eastAsia="Times New Roman" w:cs="Times New Roman"/>
        </w:rPr>
        <w:t xml:space="preserve">, </w:t>
      </w:r>
      <w:r>
        <w:rPr>
          <w:rFonts w:ascii="Nirmala UI" w:hAnsi="Nirmala UI" w:eastAsia="Nirmala UI" w:cs="Nirmala UI"/>
        </w:rPr>
        <w:t>କ୍ରୀଷ୍ଟଙ୍କ</w:t>
      </w:r>
      <w:r>
        <w:rPr>
          <w:rFonts w:ascii="Times New Roman" w:hAnsi="Times New Roman" w:eastAsia="Times New Roman" w:cs="Times New Roman"/>
        </w:rPr>
        <w:t xml:space="preserve"> </w:t>
      </w:r>
      <w:r>
        <w:rPr>
          <w:rFonts w:ascii="Nirmala UI" w:hAnsi="Nirmala UI" w:eastAsia="Nirmala UI" w:cs="Nirmala UI"/>
        </w:rPr>
        <w:t>ବପ୍ତିସ୍ମାର</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ସତ୍ୱରେ</w:t>
      </w:r>
      <w:r>
        <w:rPr>
          <w:rFonts w:ascii="Times New Roman" w:hAnsi="Times New Roman" w:eastAsia="Times New Roman" w:cs="Times New Roman"/>
        </w:rPr>
        <w:t xml:space="preserve"> </w:t>
      </w:r>
      <w:r>
        <w:rPr>
          <w:rFonts w:ascii="Nirmala UI" w:hAnsi="Nirmala UI" w:eastAsia="Nirmala UI" w:cs="Nirmala UI"/>
        </w:rPr>
        <w:t>ଚାଳିଶି</w:t>
      </w:r>
      <w:r>
        <w:rPr>
          <w:rFonts w:ascii="Times New Roman" w:hAnsi="Times New Roman" w:eastAsia="Times New Roman" w:cs="Times New Roman"/>
        </w:rPr>
        <w:t xml:space="preserve"> </w:t>
      </w:r>
      <w:r>
        <w:rPr>
          <w:rFonts w:ascii="Nirmala UI" w:hAnsi="Nirmala UI" w:eastAsia="Nirmala UI" w:cs="Nirmala UI"/>
        </w:rPr>
        <w:t>ଦିନ</w:t>
      </w:r>
      <w:r>
        <w:rPr>
          <w:rFonts w:ascii="Times New Roman" w:hAnsi="Times New Roman" w:eastAsia="Times New Roman" w:cs="Times New Roman"/>
        </w:rPr>
        <w:t xml:space="preserve"> </w:t>
      </w:r>
      <w:r>
        <w:rPr>
          <w:rFonts w:ascii="Nirmala UI" w:hAnsi="Nirmala UI" w:eastAsia="Nirmala UI" w:cs="Nirmala UI"/>
        </w:rPr>
        <w:t>ଆସିଥିଲା</w:t>
      </w:r>
      <w:r>
        <w:rPr>
          <w:rFonts w:ascii="Times New Roman" w:hAnsi="Times New Roman" w:eastAsia="Times New Roman" w:cs="Times New Roman"/>
        </w:rPr>
        <w:t xml:space="preserve">, </w:t>
      </w:r>
      <w:r>
        <w:rPr>
          <w:rFonts w:ascii="Nirmala UI" w:hAnsi="Nirmala UI" w:eastAsia="Nirmala UI" w:cs="Nirmala UI"/>
        </w:rPr>
        <w:t>ଯାହାର</w:t>
      </w:r>
      <w:r>
        <w:rPr>
          <w:rFonts w:ascii="Times New Roman" w:hAnsi="Times New Roman" w:eastAsia="Times New Roman" w:cs="Times New Roman"/>
        </w:rPr>
        <w:t xml:space="preserve"> </w:t>
      </w:r>
      <w:r>
        <w:rPr>
          <w:rFonts w:ascii="Nirmala UI" w:hAnsi="Nirmala UI" w:eastAsia="Nirmala UI" w:cs="Nirmala UI"/>
        </w:rPr>
        <w:t>ସମାପ୍ତି</w:t>
      </w:r>
      <w:r>
        <w:rPr>
          <w:rFonts w:ascii="Times New Roman" w:hAnsi="Times New Roman" w:eastAsia="Times New Roman" w:cs="Times New Roman"/>
        </w:rPr>
        <w:t xml:space="preserve"> </w:t>
      </w:r>
      <w:r>
        <w:rPr>
          <w:rFonts w:ascii="Nirmala UI" w:hAnsi="Nirmala UI" w:eastAsia="Nirmala UI" w:cs="Nirmala UI"/>
        </w:rPr>
        <w:t>ତିନିଟି</w:t>
      </w:r>
      <w:r>
        <w:rPr>
          <w:rFonts w:ascii="Times New Roman" w:hAnsi="Times New Roman" w:eastAsia="Times New Roman" w:cs="Times New Roman"/>
        </w:rPr>
        <w:t xml:space="preserve"> </w:t>
      </w:r>
      <w:r>
        <w:rPr>
          <w:rFonts w:ascii="Nirmala UI" w:hAnsi="Nirmala UI" w:eastAsia="Nirmala UI" w:cs="Nirmala UI"/>
        </w:rPr>
        <w:t>ପରୀକ୍ଷାରେ</w:t>
      </w:r>
      <w:r>
        <w:rPr>
          <w:rFonts w:ascii="Times New Roman" w:hAnsi="Times New Roman" w:eastAsia="Times New Roman" w:cs="Times New Roman"/>
        </w:rPr>
        <w:t xml:space="preserve"> </w:t>
      </w:r>
      <w:r>
        <w:rPr>
          <w:rFonts w:ascii="Nirmala UI" w:hAnsi="Nirmala UI" w:eastAsia="Nirmala UI" w:cs="Nirmala UI"/>
        </w:rPr>
        <w:t>ହୋଇଥିଲା।</w:t>
      </w:r>
      <w:r>
        <w:rPr>
          <w:rFonts w:ascii="Times New Roman" w:hAnsi="Times New Roman" w:eastAsia="Times New Roman" w:cs="Times New Roman"/>
        </w:rPr>
        <w:t xml:space="preserve"> </w:t>
      </w:r>
      <w:r>
        <w:rPr>
          <w:rFonts w:ascii="Nirmala UI" w:hAnsi="Nirmala UI" w:eastAsia="Nirmala UI" w:cs="Nirmala UI"/>
        </w:rPr>
        <w:t>ପେନ୍ତେକୋଷ୍ଟ</w:t>
      </w:r>
      <w:r>
        <w:rPr>
          <w:rFonts w:ascii="Times New Roman" w:hAnsi="Times New Roman" w:eastAsia="Times New Roman" w:cs="Times New Roman"/>
        </w:rPr>
        <w:t xml:space="preserve"> </w:t>
      </w:r>
      <w:r>
        <w:rPr>
          <w:rFonts w:ascii="Nirmala UI" w:hAnsi="Nirmala UI" w:eastAsia="Nirmala UI" w:cs="Nirmala UI"/>
        </w:rPr>
        <w:t>ଋତୁ</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ଏକତ୍ର</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ଲେବୀୟ</w:t>
      </w:r>
      <w:r>
        <w:rPr>
          <w:rFonts w:ascii="Times New Roman" w:hAnsi="Times New Roman" w:eastAsia="Times New Roman" w:cs="Times New Roman"/>
        </w:rPr>
        <w:t xml:space="preserve"> </w:t>
      </w:r>
      <w:r>
        <w:rPr>
          <w:rFonts w:ascii="Nirmala UI" w:hAnsi="Nirmala UI" w:eastAsia="Nirmala UI" w:cs="Nirmala UI"/>
        </w:rPr>
        <w:t>ପୁସ୍ତକର</w:t>
      </w:r>
      <w:r>
        <w:rPr>
          <w:rFonts w:ascii="Times New Roman" w:hAnsi="Times New Roman" w:eastAsia="Times New Roman" w:cs="Times New Roman"/>
        </w:rPr>
        <w:t xml:space="preserve"> </w:t>
      </w:r>
      <w:r>
        <w:rPr>
          <w:rFonts w:ascii="Nirmala UI" w:hAnsi="Nirmala UI" w:eastAsia="Nirmala UI" w:cs="Nirmala UI"/>
        </w:rPr>
        <w:t>ତେଇଶ</w:t>
      </w:r>
      <w:r>
        <w:rPr>
          <w:rFonts w:ascii="Times New Roman" w:hAnsi="Times New Roman" w:eastAsia="Times New Roman" w:cs="Times New Roman"/>
        </w:rPr>
        <w:t xml:space="preserve"> </w:t>
      </w:r>
      <w:r>
        <w:rPr>
          <w:rFonts w:ascii="Nirmala UI" w:hAnsi="Nirmala UI" w:eastAsia="Nirmala UI" w:cs="Nirmala UI"/>
        </w:rPr>
        <w:t>ଅଧ୍ୟାୟର</w:t>
      </w:r>
      <w:r>
        <w:rPr>
          <w:rFonts w:ascii="Times New Roman" w:hAnsi="Times New Roman" w:eastAsia="Times New Roman" w:cs="Times New Roman"/>
        </w:rPr>
        <w:t xml:space="preserve"> </w:t>
      </w:r>
      <w:r>
        <w:rPr>
          <w:rFonts w:ascii="Nirmala UI" w:hAnsi="Nirmala UI" w:eastAsia="Nirmala UI" w:cs="Nirmala UI"/>
        </w:rPr>
        <w:t>ଗଠନରେ</w:t>
      </w:r>
      <w:r>
        <w:rPr>
          <w:rFonts w:ascii="Times New Roman" w:hAnsi="Times New Roman" w:eastAsia="Times New Roman" w:cs="Times New Roman"/>
        </w:rPr>
        <w:t xml:space="preserve"> </w:t>
      </w:r>
      <w:r>
        <w:rPr>
          <w:rFonts w:ascii="Nirmala UI" w:hAnsi="Nirmala UI" w:eastAsia="Nirmala UI" w:cs="Nirmala UI"/>
        </w:rPr>
        <w:t>ଅଧିକ</w:t>
      </w:r>
      <w:r>
        <w:rPr>
          <w:rFonts w:ascii="Times New Roman" w:hAnsi="Times New Roman" w:eastAsia="Times New Roman" w:cs="Times New Roman"/>
        </w:rPr>
        <w:t xml:space="preserve"> </w:t>
      </w:r>
      <w:r>
        <w:rPr>
          <w:rFonts w:ascii="Nirmala UI" w:hAnsi="Nirmala UI" w:eastAsia="Nirmala UI" w:cs="Nirmala UI"/>
        </w:rPr>
        <w:t>କିଛି</w:t>
      </w:r>
      <w:r>
        <w:rPr>
          <w:rFonts w:ascii="Times New Roman" w:hAnsi="Times New Roman" w:eastAsia="Times New Roman" w:cs="Times New Roman"/>
        </w:rPr>
        <w:t xml:space="preserve"> </w:t>
      </w:r>
      <w:r>
        <w:rPr>
          <w:rFonts w:ascii="Nirmala UI" w:hAnsi="Nirmala UI" w:eastAsia="Nirmala UI" w:cs="Nirmala UI"/>
        </w:rPr>
        <w:t>ଚିହ୍ନଟ</w:t>
      </w:r>
      <w:r>
        <w:rPr>
          <w:rFonts w:ascii="Times New Roman" w:hAnsi="Times New Roman" w:eastAsia="Times New Roman" w:cs="Times New Roman"/>
        </w:rPr>
        <w:t xml:space="preserve"> </w:t>
      </w:r>
      <w:r>
        <w:rPr>
          <w:rFonts w:ascii="Nirmala UI" w:hAnsi="Nirmala UI" w:eastAsia="Nirmala UI" w:cs="Nirmala UI"/>
        </w:rPr>
        <w:t>କରିହେବ</w:t>
      </w:r>
      <w:r>
        <w:rPr>
          <w:rFonts w:ascii="Times New Roman" w:hAnsi="Times New Roman" w:eastAsia="Times New Roman" w:cs="Times New Roman"/>
        </w:rPr>
        <w:t xml:space="preserve">; </w:t>
      </w:r>
      <w:r>
        <w:rPr>
          <w:rFonts w:ascii="Nirmala UI" w:hAnsi="Nirmala UI" w:eastAsia="Nirmala UI" w:cs="Nirmala UI"/>
        </w:rPr>
        <w:t>କିନ୍ତୁ</w:t>
      </w:r>
      <w:r>
        <w:rPr>
          <w:rFonts w:ascii="Times New Roman" w:hAnsi="Times New Roman" w:eastAsia="Times New Roman" w:cs="Times New Roman"/>
        </w:rPr>
        <w:t xml:space="preserve"> </w:t>
      </w:r>
      <w:r>
        <w:rPr>
          <w:rFonts w:ascii="Nirmala UI" w:hAnsi="Nirmala UI" w:eastAsia="Nirmala UI" w:cs="Nirmala UI"/>
        </w:rPr>
        <w:t>ଅନ୍ୟ</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ସ୍ତରରେ</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ଅଧ୍ୟାୟଟି</w:t>
      </w:r>
      <w:r>
        <w:rPr>
          <w:rFonts w:ascii="Times New Roman" w:hAnsi="Times New Roman" w:eastAsia="Times New Roman" w:cs="Times New Roman"/>
        </w:rPr>
        <w:t xml:space="preserve"> </w:t>
      </w:r>
      <w:r>
        <w:rPr>
          <w:rFonts w:ascii="Nirmala UI" w:hAnsi="Nirmala UI" w:eastAsia="Nirmala UI" w:cs="Nirmala UI"/>
        </w:rPr>
        <w:t>ମହାପବିତ୍ର</w:t>
      </w:r>
      <w:r>
        <w:rPr>
          <w:rFonts w:ascii="Times New Roman" w:hAnsi="Times New Roman" w:eastAsia="Times New Roman" w:cs="Times New Roman"/>
        </w:rPr>
        <w:t xml:space="preserve"> </w:t>
      </w:r>
      <w:r>
        <w:rPr>
          <w:rFonts w:ascii="Nirmala UI" w:hAnsi="Nirmala UI" w:eastAsia="Nirmala UI" w:cs="Nirmala UI"/>
        </w:rPr>
        <w:t>ସ୍ଥାନରେ</w:t>
      </w:r>
      <w:r>
        <w:rPr>
          <w:rFonts w:ascii="Times New Roman" w:hAnsi="Times New Roman" w:eastAsia="Times New Roman" w:cs="Times New Roman"/>
        </w:rPr>
        <w:t xml:space="preserve"> </w:t>
      </w:r>
      <w:r>
        <w:rPr>
          <w:rFonts w:ascii="Nirmala UI" w:hAnsi="Nirmala UI" w:eastAsia="Nirmala UI" w:cs="Nirmala UI"/>
        </w:rPr>
        <w:t>ଥିବା</w:t>
      </w:r>
      <w:r>
        <w:rPr>
          <w:rFonts w:ascii="Times New Roman" w:hAnsi="Times New Roman" w:eastAsia="Times New Roman" w:cs="Times New Roman"/>
        </w:rPr>
        <w:t xml:space="preserve"> </w:t>
      </w:r>
      <w:r>
        <w:rPr>
          <w:rFonts w:ascii="Nirmala UI" w:hAnsi="Nirmala UI" w:eastAsia="Nirmala UI" w:cs="Nirmala UI"/>
        </w:rPr>
        <w:t>ନିୟମ</w:t>
      </w:r>
      <w:r>
        <w:rPr>
          <w:rFonts w:ascii="Times New Roman" w:hAnsi="Times New Roman" w:eastAsia="Times New Roman" w:cs="Times New Roman"/>
        </w:rPr>
        <w:t xml:space="preserve"> </w:t>
      </w:r>
      <w:r>
        <w:rPr>
          <w:rFonts w:ascii="Nirmala UI" w:hAnsi="Nirmala UI" w:eastAsia="Nirmala UI" w:cs="Nirmala UI"/>
        </w:rPr>
        <w:t>ସିନ୍ଦୁକକୁ</w:t>
      </w:r>
      <w:r>
        <w:rPr>
          <w:rFonts w:ascii="Times New Roman" w:hAnsi="Times New Roman" w:eastAsia="Times New Roman" w:cs="Times New Roman"/>
        </w:rPr>
        <w:t xml:space="preserve"> </w:t>
      </w:r>
      <w:r>
        <w:rPr>
          <w:rFonts w:ascii="Nirmala UI" w:hAnsi="Nirmala UI" w:eastAsia="Nirmala UI" w:cs="Nirmala UI"/>
        </w:rPr>
        <w:t>ପ୍ରତିନିଧିତ୍ୱ</w:t>
      </w:r>
      <w:r>
        <w:rPr>
          <w:rFonts w:ascii="Times New Roman" w:hAnsi="Times New Roman" w:eastAsia="Times New Roman" w:cs="Times New Roman"/>
        </w:rPr>
        <w:t xml:space="preserve"> </w:t>
      </w:r>
      <w:r>
        <w:rPr>
          <w:rFonts w:ascii="Nirmala UI" w:hAnsi="Nirmala UI" w:eastAsia="Nirmala UI" w:cs="Nirmala UI"/>
        </w:rPr>
        <w:t>କରେ।</w:t>
      </w:r>
    </w:p>
    <w:p>
      <w:pPr>
        <w:pStyle w:val="ArticleBody"/>
        <w:jc w:val="left"/>
      </w:pPr>
      <w:r>
        <w:rPr>
          <w:rFonts w:ascii="Nirmala UI" w:hAnsi="Nirmala UI" w:eastAsia="Nirmala UI" w:cs="Nirmala UI"/>
        </w:rPr>
        <w:t>ଲେବ୍ୟବସ୍ଥା</w:t>
      </w:r>
      <w:r>
        <w:rPr>
          <w:rFonts w:ascii="Times New Roman" w:hAnsi="Times New Roman" w:eastAsia="Times New Roman" w:cs="Times New Roman"/>
        </w:rPr>
        <w:t xml:space="preserve"> </w:t>
      </w:r>
      <w:r>
        <w:rPr>
          <w:rFonts w:ascii="Nirmala UI" w:hAnsi="Nirmala UI" w:eastAsia="Nirmala UI" w:cs="Nirmala UI"/>
        </w:rPr>
        <w:t>ପୁସ୍ତକର</w:t>
      </w:r>
      <w:r>
        <w:rPr>
          <w:rFonts w:ascii="Times New Roman" w:hAnsi="Times New Roman" w:eastAsia="Times New Roman" w:cs="Times New Roman"/>
        </w:rPr>
        <w:t xml:space="preserve"> </w:t>
      </w:r>
      <w:r>
        <w:rPr>
          <w:rFonts w:ascii="Nirmala UI" w:hAnsi="Nirmala UI" w:eastAsia="Nirmala UI" w:cs="Nirmala UI"/>
        </w:rPr>
        <w:t>ତେଇଶତମ</w:t>
      </w:r>
      <w:r>
        <w:rPr>
          <w:rFonts w:ascii="Times New Roman" w:hAnsi="Times New Roman" w:eastAsia="Times New Roman" w:cs="Times New Roman"/>
        </w:rPr>
        <w:t xml:space="preserve"> </w:t>
      </w:r>
      <w:r>
        <w:rPr>
          <w:rFonts w:ascii="Nirmala UI" w:hAnsi="Nirmala UI" w:eastAsia="Nirmala UI" w:cs="Nirmala UI"/>
        </w:rPr>
        <w:t>ଅଧ୍ୟାୟରେ</w:t>
      </w:r>
      <w:r>
        <w:rPr>
          <w:rFonts w:ascii="Times New Roman" w:hAnsi="Times New Roman" w:eastAsia="Times New Roman" w:cs="Times New Roman"/>
        </w:rPr>
        <w:t xml:space="preserve"> </w:t>
      </w:r>
      <w:r>
        <w:rPr>
          <w:rFonts w:ascii="Nirmala UI" w:hAnsi="Nirmala UI" w:eastAsia="Nirmala UI" w:cs="Nirmala UI"/>
        </w:rPr>
        <w:t>ଥିବା</w:t>
      </w:r>
      <w:r>
        <w:rPr>
          <w:rFonts w:ascii="Times New Roman" w:hAnsi="Times New Roman" w:eastAsia="Times New Roman" w:cs="Times New Roman"/>
        </w:rPr>
        <w:t xml:space="preserve"> </w:t>
      </w:r>
      <w:r>
        <w:rPr>
          <w:rFonts w:ascii="Nirmala UI" w:hAnsi="Nirmala UI" w:eastAsia="Nirmala UI" w:cs="Nirmala UI"/>
        </w:rPr>
        <w:t>ବସନ୍ତ</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ଶରତ୍</w:t>
      </w:r>
      <w:r>
        <w:rPr>
          <w:rFonts w:ascii="Times New Roman" w:hAnsi="Times New Roman" w:eastAsia="Times New Roman" w:cs="Times New Roman"/>
        </w:rPr>
        <w:t xml:space="preserve"> </w:t>
      </w:r>
      <w:r>
        <w:rPr>
          <w:rFonts w:ascii="Nirmala UI" w:hAnsi="Nirmala UI" w:eastAsia="Nirmala UI" w:cs="Nirmala UI"/>
        </w:rPr>
        <w:t>ଉତ୍ସବଗୁଡ଼ିକୁ</w:t>
      </w:r>
      <w:r>
        <w:rPr>
          <w:rFonts w:ascii="Times New Roman" w:hAnsi="Times New Roman" w:eastAsia="Times New Roman" w:cs="Times New Roman"/>
        </w:rPr>
        <w:t xml:space="preserve"> </w:t>
      </w:r>
      <w:r>
        <w:rPr>
          <w:rFonts w:ascii="Nirmala UI" w:hAnsi="Nirmala UI" w:eastAsia="Nirmala UI" w:cs="Nirmala UI"/>
        </w:rPr>
        <w:t>ଦୁଇଟି</w:t>
      </w:r>
      <w:r>
        <w:rPr>
          <w:rFonts w:ascii="Times New Roman" w:hAnsi="Times New Roman" w:eastAsia="Times New Roman" w:cs="Times New Roman"/>
        </w:rPr>
        <w:t xml:space="preserve"> </w:t>
      </w:r>
      <w:r>
        <w:rPr>
          <w:rFonts w:ascii="Nirmala UI" w:hAnsi="Nirmala UI" w:eastAsia="Nirmala UI" w:cs="Nirmala UI"/>
        </w:rPr>
        <w:t>ସବ୍ବାଥର</w:t>
      </w:r>
      <w:r>
        <w:rPr>
          <w:rFonts w:ascii="Times New Roman" w:hAnsi="Times New Roman" w:eastAsia="Times New Roman" w:cs="Times New Roman"/>
        </w:rPr>
        <w:t xml:space="preserve"> </w:t>
      </w:r>
      <w:r>
        <w:rPr>
          <w:rFonts w:ascii="Nirmala UI" w:hAnsi="Nirmala UI" w:eastAsia="Nirmala UI" w:cs="Nirmala UI"/>
        </w:rPr>
        <w:t>ମଧ୍ୟଭାଗରେ</w:t>
      </w:r>
      <w:r>
        <w:rPr>
          <w:rFonts w:ascii="Times New Roman" w:hAnsi="Times New Roman" w:eastAsia="Times New Roman" w:cs="Times New Roman"/>
        </w:rPr>
        <w:t xml:space="preserve"> </w:t>
      </w:r>
      <w:r>
        <w:rPr>
          <w:rFonts w:ascii="Nirmala UI" w:hAnsi="Nirmala UI" w:eastAsia="Nirmala UI" w:cs="Nirmala UI"/>
        </w:rPr>
        <w:t>ସ୍ଥାପିତ</w:t>
      </w:r>
      <w:r>
        <w:rPr>
          <w:rFonts w:ascii="Times New Roman" w:hAnsi="Times New Roman" w:eastAsia="Times New Roman" w:cs="Times New Roman"/>
        </w:rPr>
        <w:t xml:space="preserve"> </w:t>
      </w:r>
      <w:r>
        <w:rPr>
          <w:rFonts w:ascii="Nirmala UI" w:hAnsi="Nirmala UI" w:eastAsia="Nirmala UI" w:cs="Nirmala UI"/>
        </w:rPr>
        <w:t>କରାଯାଇଛି।</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ଦୁଇଟି</w:t>
      </w:r>
      <w:r>
        <w:rPr>
          <w:rFonts w:ascii="Times New Roman" w:hAnsi="Times New Roman" w:eastAsia="Times New Roman" w:cs="Times New Roman"/>
        </w:rPr>
        <w:t xml:space="preserve"> </w:t>
      </w:r>
      <w:r>
        <w:rPr>
          <w:rFonts w:ascii="Nirmala UI" w:hAnsi="Nirmala UI" w:eastAsia="Nirmala UI" w:cs="Nirmala UI"/>
        </w:rPr>
        <w:t>ସବ୍ବାଥ</w:t>
      </w:r>
      <w:r>
        <w:rPr>
          <w:rFonts w:ascii="Times New Roman" w:hAnsi="Times New Roman" w:eastAsia="Times New Roman" w:cs="Times New Roman"/>
        </w:rPr>
        <w:t xml:space="preserve"> </w:t>
      </w:r>
      <w:r>
        <w:rPr>
          <w:rFonts w:ascii="Nirmala UI" w:hAnsi="Nirmala UI" w:eastAsia="Nirmala UI" w:cs="Nirmala UI"/>
        </w:rPr>
        <w:t>ଦୁଇ</w:t>
      </w:r>
      <w:r>
        <w:rPr>
          <w:rFonts w:ascii="Times New Roman" w:hAnsi="Times New Roman" w:eastAsia="Times New Roman" w:cs="Times New Roman"/>
        </w:rPr>
        <w:t xml:space="preserve"> </w:t>
      </w:r>
      <w:r>
        <w:rPr>
          <w:rFonts w:ascii="Nirmala UI" w:hAnsi="Nirmala UI" w:eastAsia="Nirmala UI" w:cs="Nirmala UI"/>
        </w:rPr>
        <w:t>ଆବରଣକାରୀ</w:t>
      </w:r>
      <w:r>
        <w:rPr>
          <w:rFonts w:ascii="Times New Roman" w:hAnsi="Times New Roman" w:eastAsia="Times New Roman" w:cs="Times New Roman"/>
        </w:rPr>
        <w:t xml:space="preserve"> </w:t>
      </w:r>
      <w:r>
        <w:rPr>
          <w:rFonts w:ascii="Nirmala UI" w:hAnsi="Nirmala UI" w:eastAsia="Nirmala UI" w:cs="Nirmala UI"/>
        </w:rPr>
        <w:t>କେରୁବଙ୍କୁ</w:t>
      </w:r>
      <w:r>
        <w:rPr>
          <w:rFonts w:ascii="Times New Roman" w:hAnsi="Times New Roman" w:eastAsia="Times New Roman" w:cs="Times New Roman"/>
        </w:rPr>
        <w:t xml:space="preserve"> </w:t>
      </w:r>
      <w:r>
        <w:rPr>
          <w:rFonts w:ascii="Nirmala UI" w:hAnsi="Nirmala UI" w:eastAsia="Nirmala UI" w:cs="Nirmala UI"/>
        </w:rPr>
        <w:t>ପ୍ରତିନିଧିତ୍ୱ</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ପେଣ୍ଟେକୋଷ୍ଟ</w:t>
      </w:r>
      <w:r>
        <w:rPr>
          <w:rFonts w:ascii="Times New Roman" w:hAnsi="Times New Roman" w:eastAsia="Times New Roman" w:cs="Times New Roman"/>
        </w:rPr>
        <w:t xml:space="preserve"> </w:t>
      </w:r>
      <w:r>
        <w:rPr>
          <w:rFonts w:ascii="Nirmala UI" w:hAnsi="Nirmala UI" w:eastAsia="Nirmala UI" w:cs="Nirmala UI"/>
        </w:rPr>
        <w:t>ଋତୁର</w:t>
      </w:r>
      <w:r>
        <w:rPr>
          <w:rFonts w:ascii="Times New Roman" w:hAnsi="Times New Roman" w:eastAsia="Times New Roman" w:cs="Times New Roman"/>
        </w:rPr>
        <w:t xml:space="preserve"> </w:t>
      </w:r>
      <w:r>
        <w:rPr>
          <w:rFonts w:ascii="Nirmala UI" w:hAnsi="Nirmala UI" w:eastAsia="Nirmala UI" w:cs="Nirmala UI"/>
        </w:rPr>
        <w:t>ପଥଚିହ୍ନଗୁଡ଼ିକ</w:t>
      </w:r>
      <w:r>
        <w:rPr>
          <w:rFonts w:ascii="Times New Roman" w:hAnsi="Times New Roman" w:eastAsia="Times New Roman" w:cs="Times New Roman"/>
        </w:rPr>
        <w:t xml:space="preserve">, </w:t>
      </w:r>
      <w:r>
        <w:rPr>
          <w:rFonts w:ascii="Nirmala UI" w:hAnsi="Nirmala UI" w:eastAsia="Nirmala UI" w:cs="Nirmala UI"/>
        </w:rPr>
        <w:t>ଯେଉଁମାନେ</w:t>
      </w:r>
      <w:r>
        <w:rPr>
          <w:rFonts w:ascii="Times New Roman" w:hAnsi="Times New Roman" w:eastAsia="Times New Roman" w:cs="Times New Roman"/>
        </w:rPr>
        <w:t xml:space="preserve"> </w:t>
      </w:r>
      <w:r>
        <w:rPr>
          <w:rFonts w:ascii="Nirmala UI" w:hAnsi="Nirmala UI" w:eastAsia="Nirmala UI" w:cs="Nirmala UI"/>
        </w:rPr>
        <w:t>ଲେବ୍ୟବସ୍ଥା</w:t>
      </w:r>
      <w:r>
        <w:rPr>
          <w:rFonts w:ascii="Times New Roman" w:hAnsi="Times New Roman" w:eastAsia="Times New Roman" w:cs="Times New Roman"/>
        </w:rPr>
        <w:t xml:space="preserve"> </w:t>
      </w:r>
      <w:r>
        <w:rPr>
          <w:rFonts w:ascii="Nirmala UI" w:hAnsi="Nirmala UI" w:eastAsia="Nirmala UI" w:cs="Nirmala UI"/>
        </w:rPr>
        <w:t>ତେଇଶ</w:t>
      </w:r>
      <w:r>
        <w:rPr>
          <w:rFonts w:ascii="Times New Roman" w:hAnsi="Times New Roman" w:eastAsia="Times New Roman" w:cs="Times New Roman"/>
        </w:rPr>
        <w:t xml:space="preserve"> </w:t>
      </w:r>
      <w:r>
        <w:rPr>
          <w:rFonts w:ascii="Nirmala UI" w:hAnsi="Nirmala UI" w:eastAsia="Nirmala UI" w:cs="Nirmala UI"/>
        </w:rPr>
        <w:t>ସହିତ</w:t>
      </w:r>
      <w:r>
        <w:rPr>
          <w:rFonts w:ascii="Times New Roman" w:hAnsi="Times New Roman" w:eastAsia="Times New Roman" w:cs="Times New Roman"/>
        </w:rPr>
        <w:t xml:space="preserve"> </w:t>
      </w:r>
      <w:r>
        <w:rPr>
          <w:rFonts w:ascii="Nirmala UI" w:hAnsi="Nirmala UI" w:eastAsia="Nirmala UI" w:cs="Nirmala UI"/>
        </w:rPr>
        <w:t>ସମନ୍ୱିତ</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ସନ୍ଧିବାକ୍ସ</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ଦୁଇ</w:t>
      </w:r>
      <w:r>
        <w:rPr>
          <w:rFonts w:ascii="Times New Roman" w:hAnsi="Times New Roman" w:eastAsia="Times New Roman" w:cs="Times New Roman"/>
        </w:rPr>
        <w:t xml:space="preserve"> </w:t>
      </w:r>
      <w:r>
        <w:rPr>
          <w:rFonts w:ascii="Nirmala UI" w:hAnsi="Nirmala UI" w:eastAsia="Nirmala UI" w:cs="Nirmala UI"/>
        </w:rPr>
        <w:t>ଆବରଣକାରୀ</w:t>
      </w:r>
      <w:r>
        <w:rPr>
          <w:rFonts w:ascii="Times New Roman" w:hAnsi="Times New Roman" w:eastAsia="Times New Roman" w:cs="Times New Roman"/>
        </w:rPr>
        <w:t xml:space="preserve"> </w:t>
      </w:r>
      <w:r>
        <w:rPr>
          <w:rFonts w:ascii="Nirmala UI" w:hAnsi="Nirmala UI" w:eastAsia="Nirmala UI" w:cs="Nirmala UI"/>
        </w:rPr>
        <w:t>କେରୁବଙ୍କୁ</w:t>
      </w:r>
      <w:r>
        <w:rPr>
          <w:rFonts w:ascii="Times New Roman" w:hAnsi="Times New Roman" w:eastAsia="Times New Roman" w:cs="Times New Roman"/>
        </w:rPr>
        <w:t xml:space="preserve"> </w:t>
      </w:r>
      <w:r>
        <w:rPr>
          <w:rFonts w:ascii="Nirmala UI" w:hAnsi="Nirmala UI" w:eastAsia="Nirmala UI" w:cs="Nirmala UI"/>
        </w:rPr>
        <w:t>ପ୍ରତିନିଧିତ୍ୱ</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ଯିହିଜ୍କିଏଲଙ୍କୁ</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ଅଧ୍ୟାୟରେ</w:t>
      </w:r>
      <w:r>
        <w:rPr>
          <w:rFonts w:ascii="Times New Roman" w:hAnsi="Times New Roman" w:eastAsia="Times New Roman" w:cs="Times New Roman"/>
        </w:rPr>
        <w:t xml:space="preserve"> </w:t>
      </w:r>
      <w:r>
        <w:rPr>
          <w:rFonts w:ascii="Nirmala UI" w:hAnsi="Nirmala UI" w:eastAsia="Nirmala UI" w:cs="Nirmala UI"/>
        </w:rPr>
        <w:t>ପବିତ୍ରସ୍ଥାନକୁ</w:t>
      </w:r>
      <w:r>
        <w:rPr>
          <w:rFonts w:ascii="Times New Roman" w:hAnsi="Times New Roman" w:eastAsia="Times New Roman" w:cs="Times New Roman"/>
        </w:rPr>
        <w:t xml:space="preserve"> </w:t>
      </w:r>
      <w:r>
        <w:rPr>
          <w:rFonts w:ascii="Nirmala UI" w:hAnsi="Nirmala UI" w:eastAsia="Nirmala UI" w:cs="Nirmala UI"/>
        </w:rPr>
        <w:t>ନିଆଯାଇଥାଏ</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ସେଠାକୁ</w:t>
      </w:r>
      <w:r>
        <w:rPr>
          <w:rFonts w:ascii="Times New Roman" w:hAnsi="Times New Roman" w:eastAsia="Times New Roman" w:cs="Times New Roman"/>
        </w:rPr>
        <w:t xml:space="preserve"> </w:t>
      </w:r>
      <w:r>
        <w:rPr>
          <w:rFonts w:ascii="Nirmala UI" w:hAnsi="Nirmala UI" w:eastAsia="Nirmala UI" w:cs="Nirmala UI"/>
        </w:rPr>
        <w:t>ନିଆଯାଇବାବେଳେ</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ଘେରାଉ</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ହେବାର</w:t>
      </w:r>
      <w:r>
        <w:rPr>
          <w:rFonts w:ascii="Times New Roman" w:hAnsi="Times New Roman" w:eastAsia="Times New Roman" w:cs="Times New Roman"/>
        </w:rPr>
        <w:t xml:space="preserve"> </w:t>
      </w:r>
      <w:r>
        <w:rPr>
          <w:rFonts w:ascii="Nirmala UI" w:hAnsi="Nirmala UI" w:eastAsia="Nirmala UI" w:cs="Nirmala UI"/>
        </w:rPr>
        <w:t>ପାଞ୍ଚ</w:t>
      </w:r>
      <w:r>
        <w:rPr>
          <w:rFonts w:ascii="Times New Roman" w:hAnsi="Times New Roman" w:eastAsia="Times New Roman" w:cs="Times New Roman"/>
        </w:rPr>
        <w:t xml:space="preserve"> </w:t>
      </w:r>
      <w:r>
        <w:rPr>
          <w:rFonts w:ascii="Nirmala UI" w:hAnsi="Nirmala UI" w:eastAsia="Nirmala UI" w:cs="Nirmala UI"/>
        </w:rPr>
        <w:t>ଦିନ</w:t>
      </w:r>
      <w:r>
        <w:rPr>
          <w:rFonts w:ascii="Times New Roman" w:hAnsi="Times New Roman" w:eastAsia="Times New Roman" w:cs="Times New Roman"/>
        </w:rPr>
        <w:t xml:space="preserve"> </w:t>
      </w:r>
      <w:r>
        <w:rPr>
          <w:rFonts w:ascii="Nirmala UI" w:hAnsi="Nirmala UI" w:eastAsia="Nirmala UI" w:cs="Nirmala UI"/>
        </w:rPr>
        <w:t>ପୂର୍ବରେ</w:t>
      </w:r>
      <w:r>
        <w:rPr>
          <w:rFonts w:ascii="Times New Roman" w:hAnsi="Times New Roman" w:eastAsia="Times New Roman" w:cs="Times New Roman"/>
        </w:rPr>
        <w:t xml:space="preserve"> </w:t>
      </w:r>
      <w:r>
        <w:rPr>
          <w:rFonts w:ascii="Nirmala UI" w:hAnsi="Nirmala UI" w:eastAsia="Nirmala UI" w:cs="Nirmala UI"/>
        </w:rPr>
        <w:t>ଅବସ୍ଥିତ</w:t>
      </w:r>
      <w:r>
        <w:rPr>
          <w:rFonts w:ascii="Times New Roman" w:hAnsi="Times New Roman" w:eastAsia="Times New Roman" w:cs="Times New Roman"/>
        </w:rPr>
        <w:t xml:space="preserve"> </w:t>
      </w:r>
      <w:r>
        <w:rPr>
          <w:rFonts w:ascii="Nirmala UI" w:hAnsi="Nirmala UI" w:eastAsia="Nirmala UI" w:cs="Nirmala UI"/>
        </w:rPr>
        <w:t>ଅଛନ୍ତି</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ଘେରାଉ</w:t>
      </w:r>
      <w:r>
        <w:rPr>
          <w:rFonts w:ascii="Times New Roman" w:hAnsi="Times New Roman" w:eastAsia="Times New Roman" w:cs="Times New Roman"/>
        </w:rPr>
        <w:t xml:space="preserve"> </w:t>
      </w:r>
      <w:r>
        <w:rPr>
          <w:rFonts w:ascii="Nirmala UI" w:hAnsi="Nirmala UI" w:eastAsia="Nirmala UI" w:cs="Nirmala UI"/>
        </w:rPr>
        <w:t>ଯେରୁଶାଲେମର</w:t>
      </w:r>
      <w:r>
        <w:rPr>
          <w:rFonts w:ascii="Times New Roman" w:hAnsi="Times New Roman" w:eastAsia="Times New Roman" w:cs="Times New Roman"/>
        </w:rPr>
        <w:t xml:space="preserve"> </w:t>
      </w:r>
      <w:r>
        <w:rPr>
          <w:rFonts w:ascii="Nirmala UI" w:hAnsi="Nirmala UI" w:eastAsia="Nirmala UI" w:cs="Nirmala UI"/>
        </w:rPr>
        <w:t>ବିନାଶକୁ</w:t>
      </w:r>
      <w:r>
        <w:rPr>
          <w:rFonts w:ascii="Times New Roman" w:hAnsi="Times New Roman" w:eastAsia="Times New Roman" w:cs="Times New Roman"/>
        </w:rPr>
        <w:t xml:space="preserve"> </w:t>
      </w:r>
      <w:r>
        <w:rPr>
          <w:rFonts w:ascii="Nirmala UI" w:hAnsi="Nirmala UI" w:eastAsia="Nirmala UI" w:cs="Nirmala UI"/>
        </w:rPr>
        <w:t>ନେଇଯାଏ</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ଶୀଘ୍ର</w:t>
      </w:r>
      <w:r>
        <w:rPr>
          <w:rFonts w:ascii="Times New Roman" w:hAnsi="Times New Roman" w:eastAsia="Times New Roman" w:cs="Times New Roman"/>
        </w:rPr>
        <w:t>-</w:t>
      </w:r>
      <w:r>
        <w:rPr>
          <w:rFonts w:ascii="Nirmala UI" w:hAnsi="Nirmala UI" w:eastAsia="Nirmala UI" w:cs="Nirmala UI"/>
        </w:rPr>
        <w:t>ଆସନ୍ନ</w:t>
      </w:r>
      <w:r>
        <w:rPr>
          <w:rFonts w:ascii="Times New Roman" w:hAnsi="Times New Roman" w:eastAsia="Times New Roman" w:cs="Times New Roman"/>
        </w:rPr>
        <w:t xml:space="preserve"> </w:t>
      </w:r>
      <w:r>
        <w:rPr>
          <w:rFonts w:ascii="Nirmala UI" w:hAnsi="Nirmala UI" w:eastAsia="Nirmala UI" w:cs="Nirmala UI"/>
        </w:rPr>
        <w:t>ରବିବାର</w:t>
      </w:r>
      <w:r>
        <w:rPr>
          <w:rFonts w:ascii="Times New Roman" w:hAnsi="Times New Roman" w:eastAsia="Times New Roman" w:cs="Times New Roman"/>
        </w:rPr>
        <w:t xml:space="preserve"> </w:t>
      </w:r>
      <w:r>
        <w:rPr>
          <w:rFonts w:ascii="Nirmala UI" w:hAnsi="Nirmala UI" w:eastAsia="Nirmala UI" w:cs="Nirmala UI"/>
        </w:rPr>
        <w:t>ଆଇନର</w:t>
      </w:r>
      <w:r>
        <w:rPr>
          <w:rFonts w:ascii="Times New Roman" w:hAnsi="Times New Roman" w:eastAsia="Times New Roman" w:cs="Times New Roman"/>
        </w:rPr>
        <w:t xml:space="preserve"> </w:t>
      </w:r>
      <w:r>
        <w:rPr>
          <w:rFonts w:ascii="Nirmala UI" w:hAnsi="Nirmala UI" w:eastAsia="Nirmala UI" w:cs="Nirmala UI"/>
        </w:rPr>
        <w:t>ପ୍ରତୀକ</w:t>
      </w:r>
      <w:r>
        <w:rPr>
          <w:rFonts w:ascii="Times New Roman" w:hAnsi="Times New Roman" w:eastAsia="Times New Roman" w:cs="Times New Roman"/>
        </w:rPr>
        <w:t xml:space="preserve"> </w:t>
      </w:r>
      <w:r>
        <w:rPr>
          <w:rFonts w:ascii="Nirmala UI" w:hAnsi="Nirmala UI" w:eastAsia="Nirmala UI" w:cs="Nirmala UI"/>
        </w:rPr>
        <w:t>ଅଟେ।</w:t>
      </w:r>
      <w:r>
        <w:rPr>
          <w:rFonts w:ascii="Times New Roman" w:hAnsi="Times New Roman" w:eastAsia="Times New Roman" w:cs="Times New Roman"/>
        </w:rPr>
        <w:t xml:space="preserve"> </w:t>
      </w:r>
      <w:r>
        <w:rPr>
          <w:rFonts w:ascii="Nirmala UI" w:hAnsi="Nirmala UI" w:eastAsia="Nirmala UI" w:cs="Nirmala UI"/>
        </w:rPr>
        <w:t>ରବିବାର</w:t>
      </w:r>
      <w:r>
        <w:rPr>
          <w:rFonts w:ascii="Times New Roman" w:hAnsi="Times New Roman" w:eastAsia="Times New Roman" w:cs="Times New Roman"/>
        </w:rPr>
        <w:t xml:space="preserve"> </w:t>
      </w:r>
      <w:r>
        <w:rPr>
          <w:rFonts w:ascii="Nirmala UI" w:hAnsi="Nirmala UI" w:eastAsia="Nirmala UI" w:cs="Nirmala UI"/>
        </w:rPr>
        <w:t>ଆଇନକୁ</w:t>
      </w:r>
      <w:r>
        <w:rPr>
          <w:rFonts w:ascii="Times New Roman" w:hAnsi="Times New Roman" w:eastAsia="Times New Roman" w:cs="Times New Roman"/>
        </w:rPr>
        <w:t xml:space="preserve"> </w:t>
      </w:r>
      <w:r>
        <w:rPr>
          <w:rFonts w:ascii="Nirmala UI" w:hAnsi="Nirmala UI" w:eastAsia="Nirmala UI" w:cs="Nirmala UI"/>
        </w:rPr>
        <w:t>ଲେବ୍ୟବସ୍ଥା</w:t>
      </w:r>
      <w:r>
        <w:rPr>
          <w:rFonts w:ascii="Times New Roman" w:hAnsi="Times New Roman" w:eastAsia="Times New Roman" w:cs="Times New Roman"/>
        </w:rPr>
        <w:t xml:space="preserve"> </w:t>
      </w:r>
      <w:r>
        <w:rPr>
          <w:rFonts w:ascii="Nirmala UI" w:hAnsi="Nirmala UI" w:eastAsia="Nirmala UI" w:cs="Nirmala UI"/>
        </w:rPr>
        <w:t>ତେଇଶରେ</w:t>
      </w:r>
      <w:r>
        <w:rPr>
          <w:rFonts w:ascii="Times New Roman" w:hAnsi="Times New Roman" w:eastAsia="Times New Roman" w:cs="Times New Roman"/>
        </w:rPr>
        <w:t xml:space="preserve"> </w:t>
      </w:r>
      <w:r>
        <w:rPr>
          <w:rFonts w:ascii="Nirmala UI" w:hAnsi="Nirmala UI" w:eastAsia="Nirmala UI" w:cs="Nirmala UI"/>
        </w:rPr>
        <w:t>ପେଣ୍ଟେକୋଷ୍ଟ</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ତମ୍ବୁଉତ୍ସବ</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ପ୍ରତିନିଧିତ୍ୱ</w:t>
      </w:r>
      <w:r>
        <w:rPr>
          <w:rFonts w:ascii="Times New Roman" w:hAnsi="Times New Roman" w:eastAsia="Times New Roman" w:cs="Times New Roman"/>
        </w:rPr>
        <w:t xml:space="preserve"> </w:t>
      </w:r>
      <w:r>
        <w:rPr>
          <w:rFonts w:ascii="Nirmala UI" w:hAnsi="Nirmala UI" w:eastAsia="Nirmala UI" w:cs="Nirmala UI"/>
        </w:rPr>
        <w:t>କରାଯାଇଛି।</w:t>
      </w:r>
      <w:r>
        <w:rPr>
          <w:rFonts w:ascii="Times New Roman" w:hAnsi="Times New Roman" w:eastAsia="Times New Roman" w:cs="Times New Roman"/>
        </w:rPr>
        <w:t xml:space="preserve"> </w:t>
      </w:r>
      <w:r>
        <w:rPr>
          <w:rFonts w:ascii="Nirmala UI" w:hAnsi="Nirmala UI" w:eastAsia="Nirmala UI" w:cs="Nirmala UI"/>
        </w:rPr>
        <w:t>ଯିହିଜ୍କିଏଲ</w:t>
      </w:r>
      <w:r>
        <w:rPr>
          <w:rFonts w:ascii="Times New Roman" w:hAnsi="Times New Roman" w:eastAsia="Times New Roman" w:cs="Times New Roman"/>
        </w:rPr>
        <w:t xml:space="preserve"> </w:t>
      </w:r>
      <w:r>
        <w:rPr>
          <w:rFonts w:ascii="Nirmala UI" w:hAnsi="Nirmala UI" w:eastAsia="Nirmala UI" w:cs="Nirmala UI"/>
        </w:rPr>
        <w:t>ତ୍ରିଶତମ</w:t>
      </w:r>
      <w:r>
        <w:rPr>
          <w:rFonts w:ascii="Times New Roman" w:hAnsi="Times New Roman" w:eastAsia="Times New Roman" w:cs="Times New Roman"/>
        </w:rPr>
        <w:t xml:space="preserve"> </w:t>
      </w:r>
      <w:r>
        <w:rPr>
          <w:rFonts w:ascii="Nirmala UI" w:hAnsi="Nirmala UI" w:eastAsia="Nirmala UI" w:cs="Nirmala UI"/>
        </w:rPr>
        <w:t>ବର୍ଷରେ</w:t>
      </w:r>
      <w:r>
        <w:rPr>
          <w:rFonts w:ascii="Times New Roman" w:hAnsi="Times New Roman" w:eastAsia="Times New Roman" w:cs="Times New Roman"/>
        </w:rPr>
        <w:t xml:space="preserve"> </w:t>
      </w:r>
      <w:r>
        <w:rPr>
          <w:rFonts w:ascii="Nirmala UI" w:hAnsi="Nirmala UI" w:eastAsia="Nirmala UI" w:cs="Nirmala UI"/>
        </w:rPr>
        <w:t>ଅଛନ୍ତି</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ତ୍ରିଶ</w:t>
      </w:r>
      <w:r>
        <w:rPr>
          <w:rFonts w:ascii="Times New Roman" w:hAnsi="Times New Roman" w:eastAsia="Times New Roman" w:cs="Times New Roman"/>
        </w:rPr>
        <w:t xml:space="preserve"> </w:t>
      </w:r>
      <w:r>
        <w:rPr>
          <w:rFonts w:ascii="Nirmala UI" w:hAnsi="Nirmala UI" w:eastAsia="Nirmala UI" w:cs="Nirmala UI"/>
        </w:rPr>
        <w:t>ମଲାଖି</w:t>
      </w:r>
      <w:r>
        <w:rPr>
          <w:rFonts w:ascii="Times New Roman" w:hAnsi="Times New Roman" w:eastAsia="Times New Roman" w:cs="Times New Roman"/>
        </w:rPr>
        <w:t xml:space="preserve"> </w:t>
      </w:r>
      <w:r>
        <w:rPr>
          <w:rFonts w:ascii="Nirmala UI" w:hAnsi="Nirmala UI" w:eastAsia="Nirmala UI" w:cs="Nirmala UI"/>
        </w:rPr>
        <w:t>ତିନିର</w:t>
      </w:r>
      <w:r>
        <w:rPr>
          <w:rFonts w:ascii="Times New Roman" w:hAnsi="Times New Roman" w:eastAsia="Times New Roman" w:cs="Times New Roman"/>
        </w:rPr>
        <w:t xml:space="preserve"> </w:t>
      </w:r>
      <w:r>
        <w:rPr>
          <w:rFonts w:ascii="Nirmala UI" w:hAnsi="Nirmala UI" w:eastAsia="Nirmala UI" w:cs="Nirmala UI"/>
        </w:rPr>
        <w:t>ଅଗ୍ନିକୁଣ୍ଡ</w:t>
      </w:r>
      <w:r>
        <w:rPr>
          <w:rFonts w:ascii="Times New Roman" w:hAnsi="Times New Roman" w:eastAsia="Times New Roman" w:cs="Times New Roman"/>
        </w:rPr>
        <w:t xml:space="preserve"> </w:t>
      </w:r>
      <w:r>
        <w:rPr>
          <w:rFonts w:ascii="Nirmala UI" w:hAnsi="Nirmala UI" w:eastAsia="Nirmala UI" w:cs="Nirmala UI"/>
        </w:rPr>
        <w:t>ଗଠନ</w:t>
      </w:r>
      <w:r>
        <w:rPr>
          <w:rFonts w:ascii="Times New Roman" w:hAnsi="Times New Roman" w:eastAsia="Times New Roman" w:cs="Times New Roman"/>
        </w:rPr>
        <w:t xml:space="preserve"> </w:t>
      </w:r>
      <w:r>
        <w:rPr>
          <w:rFonts w:ascii="Nirmala UI" w:hAnsi="Nirmala UI" w:eastAsia="Nirmala UI" w:cs="Nirmala UI"/>
        </w:rPr>
        <w:t>କରୁଥିବା</w:t>
      </w:r>
      <w:r>
        <w:rPr>
          <w:rFonts w:ascii="Times New Roman" w:hAnsi="Times New Roman" w:eastAsia="Times New Roman" w:cs="Times New Roman"/>
        </w:rPr>
        <w:t xml:space="preserve"> </w:t>
      </w:r>
      <w:r>
        <w:rPr>
          <w:rFonts w:ascii="Nirmala UI" w:hAnsi="Nirmala UI" w:eastAsia="Nirmala UI" w:cs="Nirmala UI"/>
        </w:rPr>
        <w:t>ତିନୋଟି</w:t>
      </w:r>
      <w:r>
        <w:rPr>
          <w:rFonts w:ascii="Times New Roman" w:hAnsi="Times New Roman" w:eastAsia="Times New Roman" w:cs="Times New Roman"/>
        </w:rPr>
        <w:t xml:space="preserve"> </w:t>
      </w:r>
      <w:r>
        <w:rPr>
          <w:rFonts w:ascii="Nirmala UI" w:hAnsi="Nirmala UI" w:eastAsia="Nirmala UI" w:cs="Nirmala UI"/>
        </w:rPr>
        <w:t>ପରୀକ୍ଷାମାନଙ୍କ</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ଦ୍ୱିତୀୟ</w:t>
      </w:r>
      <w:r>
        <w:rPr>
          <w:rFonts w:ascii="Times New Roman" w:hAnsi="Times New Roman" w:eastAsia="Times New Roman" w:cs="Times New Roman"/>
        </w:rPr>
        <w:t xml:space="preserve"> </w:t>
      </w:r>
      <w:r>
        <w:rPr>
          <w:rFonts w:ascii="Nirmala UI" w:hAnsi="Nirmala UI" w:eastAsia="Nirmala UI" w:cs="Nirmala UI"/>
        </w:rPr>
        <w:t>ପରୀକ୍ଷାର</w:t>
      </w:r>
      <w:r>
        <w:rPr>
          <w:rFonts w:ascii="Times New Roman" w:hAnsi="Times New Roman" w:eastAsia="Times New Roman" w:cs="Times New Roman"/>
        </w:rPr>
        <w:t xml:space="preserve"> </w:t>
      </w:r>
      <w:r>
        <w:rPr>
          <w:rFonts w:ascii="Nirmala UI" w:hAnsi="Nirmala UI" w:eastAsia="Nirmala UI" w:cs="Nirmala UI"/>
        </w:rPr>
        <w:t>ସମୟାବଧି</w:t>
      </w:r>
      <w:r>
        <w:rPr>
          <w:rFonts w:ascii="Times New Roman" w:hAnsi="Times New Roman" w:eastAsia="Times New Roman" w:cs="Times New Roman"/>
        </w:rPr>
        <w:t xml:space="preserve"> </w:t>
      </w:r>
      <w:r>
        <w:rPr>
          <w:rFonts w:ascii="Nirmala UI" w:hAnsi="Nirmala UI" w:eastAsia="Nirmala UI" w:cs="Nirmala UI"/>
        </w:rPr>
        <w:t>ଅଟେ।</w:t>
      </w:r>
      <w:r>
        <w:rPr>
          <w:rFonts w:ascii="Times New Roman" w:hAnsi="Times New Roman" w:eastAsia="Times New Roman" w:cs="Times New Roman"/>
        </w:rPr>
        <w:t xml:space="preserve"> </w:t>
      </w:r>
      <w:r>
        <w:rPr>
          <w:rFonts w:ascii="Nirmala UI" w:hAnsi="Nirmala UI" w:eastAsia="Nirmala UI" w:cs="Nirmala UI"/>
        </w:rPr>
        <w:t>ଦ୍ୱିତୀୟ</w:t>
      </w:r>
      <w:r>
        <w:rPr>
          <w:rFonts w:ascii="Times New Roman" w:hAnsi="Times New Roman" w:eastAsia="Times New Roman" w:cs="Times New Roman"/>
        </w:rPr>
        <w:t xml:space="preserve"> </w:t>
      </w:r>
      <w:r>
        <w:rPr>
          <w:rFonts w:ascii="Nirmala UI" w:hAnsi="Nirmala UI" w:eastAsia="Nirmala UI" w:cs="Nirmala UI"/>
        </w:rPr>
        <w:t>ପରୀକ୍ଷା</w:t>
      </w:r>
      <w:r>
        <w:rPr>
          <w:rFonts w:ascii="Times New Roman" w:hAnsi="Times New Roman" w:eastAsia="Times New Roman" w:cs="Times New Roman"/>
        </w:rPr>
        <w:t xml:space="preserve"> </w:t>
      </w:r>
      <w:r>
        <w:rPr>
          <w:rFonts w:ascii="Nirmala UI" w:hAnsi="Nirmala UI" w:eastAsia="Nirmala UI" w:cs="Nirmala UI"/>
        </w:rPr>
        <w:t>ତ୍ରିଶ</w:t>
      </w:r>
      <w:r>
        <w:rPr>
          <w:rFonts w:ascii="Times New Roman" w:hAnsi="Times New Roman" w:eastAsia="Times New Roman" w:cs="Times New Roman"/>
        </w:rPr>
        <w:t xml:space="preserve"> </w:t>
      </w:r>
      <w:r>
        <w:rPr>
          <w:rFonts w:ascii="Nirmala UI" w:hAnsi="Nirmala UI" w:eastAsia="Nirmala UI" w:cs="Nirmala UI"/>
        </w:rPr>
        <w:t>ଦିନ</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ପ୍ରତିନିଧିତ</w:t>
      </w:r>
      <w:r>
        <w:rPr>
          <w:rFonts w:ascii="Times New Roman" w:hAnsi="Times New Roman" w:eastAsia="Times New Roman" w:cs="Times New Roman"/>
        </w:rPr>
        <w:t xml:space="preserve">, </w:t>
      </w:r>
      <w:r>
        <w:rPr>
          <w:rFonts w:ascii="Nirmala UI" w:hAnsi="Nirmala UI" w:eastAsia="Nirmala UI" w:cs="Nirmala UI"/>
        </w:rPr>
        <w:t>ଯେପରି</w:t>
      </w:r>
      <w:r>
        <w:rPr>
          <w:rFonts w:ascii="Times New Roman" w:hAnsi="Times New Roman" w:eastAsia="Times New Roman" w:cs="Times New Roman"/>
        </w:rPr>
        <w:t xml:space="preserve"> </w:t>
      </w:r>
      <w:r>
        <w:rPr>
          <w:rFonts w:ascii="Nirmala UI" w:hAnsi="Nirmala UI" w:eastAsia="Nirmala UI" w:cs="Nirmala UI"/>
        </w:rPr>
        <w:t>ଯିହିଜ୍କିଏଲ</w:t>
      </w:r>
      <w:r>
        <w:rPr>
          <w:rFonts w:ascii="Times New Roman" w:hAnsi="Times New Roman" w:eastAsia="Times New Roman" w:cs="Times New Roman"/>
        </w:rPr>
        <w:t xml:space="preserve"> </w:t>
      </w:r>
      <w:r>
        <w:rPr>
          <w:rFonts w:ascii="Nirmala UI" w:hAnsi="Nirmala UI" w:eastAsia="Nirmala UI" w:cs="Nirmala UI"/>
        </w:rPr>
        <w:t>ଯୋଶିୟାଙ୍କ</w:t>
      </w:r>
      <w:r>
        <w:rPr>
          <w:rFonts w:ascii="Times New Roman" w:hAnsi="Times New Roman" w:eastAsia="Times New Roman" w:cs="Times New Roman"/>
        </w:rPr>
        <w:t xml:space="preserve"> </w:t>
      </w:r>
      <w:r>
        <w:rPr>
          <w:rFonts w:ascii="Nirmala UI" w:hAnsi="Nirmala UI" w:eastAsia="Nirmala UI" w:cs="Nirmala UI"/>
        </w:rPr>
        <w:t>ମହା</w:t>
      </w:r>
      <w:r>
        <w:rPr>
          <w:rFonts w:ascii="Times New Roman" w:hAnsi="Times New Roman" w:eastAsia="Times New Roman" w:cs="Times New Roman"/>
        </w:rPr>
        <w:t xml:space="preserve"> </w:t>
      </w:r>
      <w:r>
        <w:rPr>
          <w:rFonts w:ascii="Nirmala UI" w:hAnsi="Nirmala UI" w:eastAsia="Nirmala UI" w:cs="Nirmala UI"/>
        </w:rPr>
        <w:t>ନିସ୍ତାରପର୍ବରୁ</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ହୋଇଥିବା</w:t>
      </w:r>
      <w:r>
        <w:rPr>
          <w:rFonts w:ascii="Times New Roman" w:hAnsi="Times New Roman" w:eastAsia="Times New Roman" w:cs="Times New Roman"/>
        </w:rPr>
        <w:t xml:space="preserve"> </w:t>
      </w:r>
      <w:r>
        <w:rPr>
          <w:rFonts w:ascii="Nirmala UI" w:hAnsi="Nirmala UI" w:eastAsia="Nirmala UI" w:cs="Nirmala UI"/>
        </w:rPr>
        <w:t>ସତରହତମ</w:t>
      </w:r>
      <w:r>
        <w:rPr>
          <w:rFonts w:ascii="Times New Roman" w:hAnsi="Times New Roman" w:eastAsia="Times New Roman" w:cs="Times New Roman"/>
        </w:rPr>
        <w:t xml:space="preserve"> </w:t>
      </w:r>
      <w:r>
        <w:rPr>
          <w:rFonts w:ascii="Nirmala UI" w:hAnsi="Nirmala UI" w:eastAsia="Nirmala UI" w:cs="Nirmala UI"/>
        </w:rPr>
        <w:t>ଯୁବିଲୀ</w:t>
      </w:r>
      <w:r>
        <w:rPr>
          <w:rFonts w:ascii="Times New Roman" w:hAnsi="Times New Roman" w:eastAsia="Times New Roman" w:cs="Times New Roman"/>
        </w:rPr>
        <w:t xml:space="preserve"> </w:t>
      </w:r>
      <w:r>
        <w:rPr>
          <w:rFonts w:ascii="Nirmala UI" w:hAnsi="Nirmala UI" w:eastAsia="Nirmala UI" w:cs="Nirmala UI"/>
        </w:rPr>
        <w:t>ଚକ୍ରର</w:t>
      </w:r>
      <w:r>
        <w:rPr>
          <w:rFonts w:ascii="Times New Roman" w:hAnsi="Times New Roman" w:eastAsia="Times New Roman" w:cs="Times New Roman"/>
        </w:rPr>
        <w:t xml:space="preserve"> </w:t>
      </w:r>
      <w:r>
        <w:rPr>
          <w:rFonts w:ascii="Nirmala UI" w:hAnsi="Nirmala UI" w:eastAsia="Nirmala UI" w:cs="Nirmala UI"/>
        </w:rPr>
        <w:t>ତ୍ରିଶତମ</w:t>
      </w:r>
      <w:r>
        <w:rPr>
          <w:rFonts w:ascii="Times New Roman" w:hAnsi="Times New Roman" w:eastAsia="Times New Roman" w:cs="Times New Roman"/>
        </w:rPr>
        <w:t xml:space="preserve"> </w:t>
      </w:r>
      <w:r>
        <w:rPr>
          <w:rFonts w:ascii="Nirmala UI" w:hAnsi="Nirmala UI" w:eastAsia="Nirmala UI" w:cs="Nirmala UI"/>
        </w:rPr>
        <w:t>ବର୍ଷରେ</w:t>
      </w:r>
      <w:r>
        <w:rPr>
          <w:rFonts w:ascii="Times New Roman" w:hAnsi="Times New Roman" w:eastAsia="Times New Roman" w:cs="Times New Roman"/>
        </w:rPr>
        <w:t xml:space="preserve"> </w:t>
      </w:r>
      <w:r>
        <w:rPr>
          <w:rFonts w:ascii="Nirmala UI" w:hAnsi="Nirmala UI" w:eastAsia="Nirmala UI" w:cs="Nirmala UI"/>
        </w:rPr>
        <w:t>ଅଛନ୍ତି</w:t>
      </w:r>
      <w:r>
        <w:rPr>
          <w:rFonts w:ascii="Times New Roman" w:hAnsi="Times New Roman" w:eastAsia="Times New Roman" w:cs="Times New Roman"/>
        </w:rPr>
        <w:t xml:space="preserve">, </w:t>
      </w:r>
      <w:r>
        <w:rPr>
          <w:rFonts w:ascii="Nirmala UI" w:hAnsi="Nirmala UI" w:eastAsia="Nirmala UI" w:cs="Nirmala UI"/>
        </w:rPr>
        <w:t>ଯେପରି</w:t>
      </w:r>
      <w:r>
        <w:rPr>
          <w:rFonts w:ascii="Times New Roman" w:hAnsi="Times New Roman" w:eastAsia="Times New Roman" w:cs="Times New Roman"/>
        </w:rPr>
        <w:t xml:space="preserve"> </w:t>
      </w:r>
      <w:r>
        <w:rPr>
          <w:rFonts w:ascii="Nirmala UI" w:hAnsi="Nirmala UI" w:eastAsia="Nirmala UI" w:cs="Nirmala UI"/>
        </w:rPr>
        <w:t>ଇତିହାସକାରମାନେ</w:t>
      </w:r>
      <w:r>
        <w:rPr>
          <w:rFonts w:ascii="Times New Roman" w:hAnsi="Times New Roman" w:eastAsia="Times New Roman" w:cs="Times New Roman"/>
        </w:rPr>
        <w:t xml:space="preserve"> </w:t>
      </w:r>
      <w:r>
        <w:rPr>
          <w:rFonts w:ascii="Nirmala UI" w:hAnsi="Nirmala UI" w:eastAsia="Nirmala UI" w:cs="Nirmala UI"/>
        </w:rPr>
        <w:t>ତାହାକୁ</w:t>
      </w:r>
      <w:r>
        <w:rPr>
          <w:rFonts w:ascii="Times New Roman" w:hAnsi="Times New Roman" w:eastAsia="Times New Roman" w:cs="Times New Roman"/>
        </w:rPr>
        <w:t xml:space="preserve"> </w:t>
      </w:r>
      <w:r>
        <w:rPr>
          <w:rFonts w:ascii="Nirmala UI" w:hAnsi="Nirmala UI" w:eastAsia="Nirmala UI" w:cs="Nirmala UI"/>
        </w:rPr>
        <w:t>ଉଲ୍ଲେଖ</w:t>
      </w:r>
      <w:r>
        <w:rPr>
          <w:rFonts w:ascii="Times New Roman" w:hAnsi="Times New Roman" w:eastAsia="Times New Roman" w:cs="Times New Roman"/>
        </w:rPr>
        <w:t xml:space="preserve"> </w:t>
      </w:r>
      <w:r>
        <w:rPr>
          <w:rFonts w:ascii="Nirmala UI" w:hAnsi="Nirmala UI" w:eastAsia="Nirmala UI" w:cs="Nirmala UI"/>
        </w:rPr>
        <w:t>କରନ୍ତି।</w:t>
      </w:r>
      <w:r>
        <w:rPr>
          <w:rFonts w:ascii="Times New Roman" w:hAnsi="Times New Roman" w:eastAsia="Times New Roman" w:cs="Times New Roman"/>
        </w:rPr>
        <w:t xml:space="preserve"> </w:t>
      </w:r>
      <w:r>
        <w:rPr>
          <w:rFonts w:ascii="Nirmala UI" w:hAnsi="Nirmala UI" w:eastAsia="Nirmala UI" w:cs="Nirmala UI"/>
        </w:rPr>
        <w:t>ଯିହିଜ୍କିଏଲ</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ଅଠାର</w:t>
      </w:r>
      <w:r>
        <w:rPr>
          <w:rFonts w:ascii="Times New Roman" w:hAnsi="Times New Roman" w:eastAsia="Times New Roman" w:cs="Times New Roman"/>
        </w:rPr>
        <w:t xml:space="preserve"> </w:t>
      </w:r>
      <w:r>
        <w:rPr>
          <w:rFonts w:ascii="Nirmala UI" w:hAnsi="Nirmala UI" w:eastAsia="Nirmala UI" w:cs="Nirmala UI"/>
        </w:rPr>
        <w:t>ମାସ</w:t>
      </w:r>
      <w:r>
        <w:rPr>
          <w:rFonts w:ascii="Times New Roman" w:hAnsi="Times New Roman" w:eastAsia="Times New Roman" w:cs="Times New Roman"/>
        </w:rPr>
        <w:t xml:space="preserve"> </w:t>
      </w:r>
      <w:r>
        <w:rPr>
          <w:rFonts w:ascii="Nirmala UI" w:hAnsi="Nirmala UI" w:eastAsia="Nirmala UI" w:cs="Nirmala UI"/>
        </w:rPr>
        <w:t>ଦୀର୍ଘ</w:t>
      </w:r>
      <w:r>
        <w:rPr>
          <w:rFonts w:ascii="Times New Roman" w:hAnsi="Times New Roman" w:eastAsia="Times New Roman" w:cs="Times New Roman"/>
        </w:rPr>
        <w:t xml:space="preserve"> </w:t>
      </w:r>
      <w:r>
        <w:rPr>
          <w:rFonts w:ascii="Nirmala UI" w:hAnsi="Nirmala UI" w:eastAsia="Nirmala UI" w:cs="Nirmala UI"/>
        </w:rPr>
        <w:t>ଘେରାଉର</w:t>
      </w:r>
      <w:r>
        <w:rPr>
          <w:rFonts w:ascii="Times New Roman" w:hAnsi="Times New Roman" w:eastAsia="Times New Roman" w:cs="Times New Roman"/>
        </w:rPr>
        <w:t xml:space="preserve"> </w:t>
      </w:r>
      <w:r>
        <w:rPr>
          <w:rFonts w:ascii="Nirmala UI" w:hAnsi="Nirmala UI" w:eastAsia="Nirmala UI" w:cs="Nirmala UI"/>
        </w:rPr>
        <w:t>ପାଞ୍ଚ</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ପୂର୍ବରେ</w:t>
      </w:r>
      <w:r>
        <w:rPr>
          <w:rFonts w:ascii="Times New Roman" w:hAnsi="Times New Roman" w:eastAsia="Times New Roman" w:cs="Times New Roman"/>
        </w:rPr>
        <w:t xml:space="preserve"> </w:t>
      </w:r>
      <w:r>
        <w:rPr>
          <w:rFonts w:ascii="Nirmala UI" w:hAnsi="Nirmala UI" w:eastAsia="Nirmala UI" w:cs="Nirmala UI"/>
        </w:rPr>
        <w:t>ଅଛନ୍ତି</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ମନ୍ଦିର</w:t>
      </w:r>
      <w:r>
        <w:rPr>
          <w:rFonts w:ascii="Times New Roman" w:hAnsi="Times New Roman" w:eastAsia="Times New Roman" w:cs="Times New Roman"/>
        </w:rPr>
        <w:t xml:space="preserve"> </w:t>
      </w:r>
      <w:r>
        <w:rPr>
          <w:rFonts w:ascii="Nirmala UI" w:hAnsi="Nirmala UI" w:eastAsia="Nirmala UI" w:cs="Nirmala UI"/>
        </w:rPr>
        <w:t>ଭିତରେ</w:t>
      </w:r>
      <w:r>
        <w:rPr>
          <w:rFonts w:ascii="Times New Roman" w:hAnsi="Times New Roman" w:eastAsia="Times New Roman" w:cs="Times New Roman"/>
        </w:rPr>
        <w:t xml:space="preserve"> </w:t>
      </w:r>
      <w:r>
        <w:rPr>
          <w:rFonts w:ascii="Nirmala UI" w:hAnsi="Nirmala UI" w:eastAsia="Nirmala UI" w:cs="Nirmala UI"/>
        </w:rPr>
        <w:t>ଅଛନ୍ତି</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ଅବଶିଷ୍ଟମାନଙ୍କୁ</w:t>
      </w:r>
      <w:r>
        <w:rPr>
          <w:rFonts w:ascii="Times New Roman" w:hAnsi="Times New Roman" w:eastAsia="Times New Roman" w:cs="Times New Roman"/>
        </w:rPr>
        <w:t xml:space="preserve"> </w:t>
      </w:r>
      <w:r>
        <w:rPr>
          <w:rFonts w:ascii="Nirmala UI" w:hAnsi="Nirmala UI" w:eastAsia="Nirmala UI" w:cs="Nirmala UI"/>
        </w:rPr>
        <w:t>ଶୁଦ୍ଧ</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ପରିଶୋଧନ</w:t>
      </w:r>
      <w:r>
        <w:rPr>
          <w:rFonts w:ascii="Times New Roman" w:hAnsi="Times New Roman" w:eastAsia="Times New Roman" w:cs="Times New Roman"/>
        </w:rPr>
        <w:t xml:space="preserve"> </w:t>
      </w:r>
      <w:r>
        <w:rPr>
          <w:rFonts w:ascii="Nirmala UI" w:hAnsi="Nirmala UI" w:eastAsia="Nirmala UI" w:cs="Nirmala UI"/>
        </w:rPr>
        <w:t>କରୁଥିବା</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ତିନୋଟି</w:t>
      </w:r>
      <w:r>
        <w:rPr>
          <w:rFonts w:ascii="Times New Roman" w:hAnsi="Times New Roman" w:eastAsia="Times New Roman" w:cs="Times New Roman"/>
        </w:rPr>
        <w:t xml:space="preserve"> </w:t>
      </w:r>
      <w:r>
        <w:rPr>
          <w:rFonts w:ascii="Nirmala UI" w:hAnsi="Nirmala UI" w:eastAsia="Nirmala UI" w:cs="Nirmala UI"/>
        </w:rPr>
        <w:t>ପରୀକ୍ଷାର</w:t>
      </w:r>
      <w:r>
        <w:rPr>
          <w:rFonts w:ascii="Times New Roman" w:hAnsi="Times New Roman" w:eastAsia="Times New Roman" w:cs="Times New Roman"/>
        </w:rPr>
        <w:t xml:space="preserve"> </w:t>
      </w:r>
      <w:r>
        <w:rPr>
          <w:rFonts w:ascii="Nirmala UI" w:hAnsi="Nirmala UI" w:eastAsia="Nirmala UI" w:cs="Nirmala UI"/>
        </w:rPr>
        <w:t>ମଧ୍ୟଭାଗ</w:t>
      </w:r>
      <w:r>
        <w:rPr>
          <w:rFonts w:ascii="Times New Roman" w:hAnsi="Times New Roman" w:eastAsia="Times New Roman" w:cs="Times New Roman"/>
        </w:rPr>
        <w:t xml:space="preserve"> </w:t>
      </w:r>
      <w:r>
        <w:rPr>
          <w:rFonts w:ascii="Nirmala UI" w:hAnsi="Nirmala UI" w:eastAsia="Nirmala UI" w:cs="Nirmala UI"/>
        </w:rPr>
        <w:t>ଅଟେ।</w:t>
      </w:r>
      <w:r>
        <w:rPr>
          <w:rFonts w:ascii="Times New Roman" w:hAnsi="Times New Roman" w:eastAsia="Times New Roman" w:cs="Times New Roman"/>
        </w:rPr>
        <w:t xml:space="preserve"> </w:t>
      </w:r>
      <w:r>
        <w:rPr>
          <w:rFonts w:ascii="Nirmala UI" w:hAnsi="Nirmala UI" w:eastAsia="Nirmala UI" w:cs="Nirmala UI"/>
        </w:rPr>
        <w:t>ପିତର</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କୈସରିଆ</w:t>
      </w:r>
      <w:r>
        <w:rPr>
          <w:rFonts w:ascii="Times New Roman" w:hAnsi="Times New Roman" w:eastAsia="Times New Roman" w:cs="Times New Roman"/>
        </w:rPr>
        <w:t>-</w:t>
      </w:r>
      <w:r>
        <w:rPr>
          <w:rFonts w:ascii="Nirmala UI" w:hAnsi="Nirmala UI" w:eastAsia="Nirmala UI" w:cs="Nirmala UI"/>
        </w:rPr>
        <w:t>ଫିଲିପ୍ପୀ</w:t>
      </w:r>
      <w:r>
        <w:rPr>
          <w:rFonts w:ascii="Times New Roman" w:hAnsi="Times New Roman" w:eastAsia="Times New Roman" w:cs="Times New Roman"/>
        </w:rPr>
        <w:t xml:space="preserve"> (</w:t>
      </w:r>
      <w:r>
        <w:rPr>
          <w:rFonts w:ascii="Nirmala UI" w:hAnsi="Nirmala UI" w:eastAsia="Nirmala UI" w:cs="Nirmala UI"/>
        </w:rPr>
        <w:t>ପାନିଅମ</w:t>
      </w:r>
      <w:r>
        <w:rPr>
          <w:rFonts w:ascii="Times New Roman" w:hAnsi="Times New Roman" w:eastAsia="Times New Roman" w:cs="Times New Roman"/>
        </w:rPr>
        <w:t xml:space="preserve">) </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ସେହିପରି</w:t>
      </w:r>
      <w:r>
        <w:rPr>
          <w:rFonts w:ascii="Times New Roman" w:hAnsi="Times New Roman" w:eastAsia="Times New Roman" w:cs="Times New Roman"/>
        </w:rPr>
        <w:t xml:space="preserve"> </w:t>
      </w:r>
      <w:r>
        <w:rPr>
          <w:rFonts w:ascii="Nirmala UI" w:hAnsi="Nirmala UI" w:eastAsia="Nirmala UI" w:cs="Nirmala UI"/>
        </w:rPr>
        <w:t>ତିନୋଟି</w:t>
      </w:r>
      <w:r>
        <w:rPr>
          <w:rFonts w:ascii="Times New Roman" w:hAnsi="Times New Roman" w:eastAsia="Times New Roman" w:cs="Times New Roman"/>
        </w:rPr>
        <w:t xml:space="preserve"> </w:t>
      </w:r>
      <w:r>
        <w:rPr>
          <w:rFonts w:ascii="Nirmala UI" w:hAnsi="Nirmala UI" w:eastAsia="Nirmala UI" w:cs="Nirmala UI"/>
        </w:rPr>
        <w:t>ପରୀକ୍ଷାର</w:t>
      </w:r>
      <w:r>
        <w:rPr>
          <w:rFonts w:ascii="Times New Roman" w:hAnsi="Times New Roman" w:eastAsia="Times New Roman" w:cs="Times New Roman"/>
        </w:rPr>
        <w:t xml:space="preserve"> </w:t>
      </w:r>
      <w:r>
        <w:rPr>
          <w:rFonts w:ascii="Nirmala UI" w:hAnsi="Nirmala UI" w:eastAsia="Nirmala UI" w:cs="Nirmala UI"/>
        </w:rPr>
        <w:t>ମଧ୍ୟଭାଗରେ</w:t>
      </w:r>
      <w:r>
        <w:rPr>
          <w:rFonts w:ascii="Times New Roman" w:hAnsi="Times New Roman" w:eastAsia="Times New Roman" w:cs="Times New Roman"/>
        </w:rPr>
        <w:t xml:space="preserve">, </w:t>
      </w:r>
      <w:r>
        <w:rPr>
          <w:rFonts w:ascii="Nirmala UI" w:hAnsi="Nirmala UI" w:eastAsia="Nirmala UI" w:cs="Nirmala UI"/>
        </w:rPr>
        <w:t>ଯାହାକି</w:t>
      </w:r>
      <w:r>
        <w:rPr>
          <w:rFonts w:ascii="Times New Roman" w:hAnsi="Times New Roman" w:eastAsia="Times New Roman" w:cs="Times New Roman"/>
        </w:rPr>
        <w:t xml:space="preserve"> </w:t>
      </w:r>
      <w:r>
        <w:rPr>
          <w:rFonts w:ascii="Nirmala UI" w:hAnsi="Nirmala UI" w:eastAsia="Nirmala UI" w:cs="Nirmala UI"/>
        </w:rPr>
        <w:t>ପାନିଅମ</w:t>
      </w:r>
      <w:r>
        <w:rPr>
          <w:rFonts w:ascii="Times New Roman" w:hAnsi="Times New Roman" w:eastAsia="Times New Roman" w:cs="Times New Roman"/>
        </w:rPr>
        <w:t xml:space="preserve"> (</w:t>
      </w:r>
      <w:r>
        <w:rPr>
          <w:rFonts w:ascii="Nirmala UI" w:hAnsi="Nirmala UI" w:eastAsia="Nirmala UI" w:cs="Nirmala UI"/>
        </w:rPr>
        <w:t>କୈସରିଆ</w:t>
      </w:r>
      <w:r>
        <w:rPr>
          <w:rFonts w:ascii="Times New Roman" w:hAnsi="Times New Roman" w:eastAsia="Times New Roman" w:cs="Times New Roman"/>
        </w:rPr>
        <w:t>-</w:t>
      </w:r>
      <w:r>
        <w:rPr>
          <w:rFonts w:ascii="Nirmala UI" w:hAnsi="Nirmala UI" w:eastAsia="Nirmala UI" w:cs="Nirmala UI"/>
        </w:rPr>
        <w:t>ଫିଲିପ୍ପୀ</w:t>
      </w:r>
      <w:r>
        <w:rPr>
          <w:rFonts w:ascii="Times New Roman" w:hAnsi="Times New Roman" w:eastAsia="Times New Roman" w:cs="Times New Roman"/>
        </w:rPr>
        <w:t xml:space="preserve">), </w:t>
      </w:r>
      <w:r>
        <w:rPr>
          <w:rFonts w:ascii="Nirmala UI" w:hAnsi="Nirmala UI" w:eastAsia="Nirmala UI" w:cs="Nirmala UI"/>
        </w:rPr>
        <w:t>ରୂପାନ୍ତରଣର</w:t>
      </w:r>
      <w:r>
        <w:rPr>
          <w:rFonts w:ascii="Times New Roman" w:hAnsi="Times New Roman" w:eastAsia="Times New Roman" w:cs="Times New Roman"/>
        </w:rPr>
        <w:t xml:space="preserve"> </w:t>
      </w:r>
      <w:r>
        <w:rPr>
          <w:rFonts w:ascii="Nirmala UI" w:hAnsi="Nirmala UI" w:eastAsia="Nirmala UI" w:cs="Nirmala UI"/>
        </w:rPr>
        <w:t>ପର୍ବତ</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କ୍ରୁଶ</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ପ୍ରତିନିଧିତ</w:t>
      </w:r>
      <w:r>
        <w:rPr>
          <w:rFonts w:ascii="Times New Roman" w:hAnsi="Times New Roman" w:eastAsia="Times New Roman" w:cs="Times New Roman"/>
        </w:rPr>
        <w:t xml:space="preserve"> </w:t>
      </w:r>
      <w:r>
        <w:rPr>
          <w:rFonts w:ascii="Nirmala UI" w:hAnsi="Nirmala UI" w:eastAsia="Nirmala UI" w:cs="Nirmala UI"/>
        </w:rPr>
        <w:t>ହୋଇଛି।</w:t>
      </w:r>
    </w:p>
    <w:p>
      <w:pPr>
        <w:pStyle w:val="ArticleBody"/>
        <w:jc w:val="left"/>
      </w:pPr>
      <w:r>
        <w:rPr>
          <w:rFonts w:ascii="Nirmala UI" w:hAnsi="Nirmala UI" w:eastAsia="Nirmala UI" w:cs="Nirmala UI"/>
        </w:rPr>
        <w:t>୫୯୨</w:t>
      </w:r>
      <w:r>
        <w:rPr>
          <w:rFonts w:ascii="Times New Roman" w:hAnsi="Times New Roman" w:eastAsia="Times New Roman" w:cs="Times New Roman"/>
        </w:rPr>
        <w:t xml:space="preserve"> </w:t>
      </w:r>
      <w:r>
        <w:rPr>
          <w:rFonts w:ascii="Nirmala UI" w:hAnsi="Nirmala UI" w:eastAsia="Nirmala UI" w:cs="Nirmala UI"/>
        </w:rPr>
        <w:t>ଖ୍ରୀଷ୍ଟପୂର୍ବରେ</w:t>
      </w:r>
      <w:r>
        <w:rPr>
          <w:rFonts w:ascii="Times New Roman" w:hAnsi="Times New Roman" w:eastAsia="Times New Roman" w:cs="Times New Roman"/>
        </w:rPr>
        <w:t xml:space="preserve"> </w:t>
      </w:r>
      <w:r>
        <w:rPr>
          <w:rFonts w:ascii="Nirmala UI" w:hAnsi="Nirmala UI" w:eastAsia="Nirmala UI" w:cs="Nirmala UI"/>
        </w:rPr>
        <w:t>ଯିହିଜ୍କିଏଲ୍</w:t>
      </w:r>
      <w:r>
        <w:rPr>
          <w:rFonts w:ascii="Times New Roman" w:hAnsi="Times New Roman" w:eastAsia="Times New Roman" w:cs="Times New Roman"/>
        </w:rPr>
        <w:t xml:space="preserve"> </w:t>
      </w:r>
      <w:r>
        <w:rPr>
          <w:rFonts w:ascii="Nirmala UI" w:hAnsi="Nirmala UI" w:eastAsia="Nirmala UI" w:cs="Nirmala UI"/>
        </w:rPr>
        <w:t>ଅଲୌକିକ</w:t>
      </w:r>
      <w:r>
        <w:rPr>
          <w:rFonts w:ascii="Times New Roman" w:hAnsi="Times New Roman" w:eastAsia="Times New Roman" w:cs="Times New Roman"/>
        </w:rPr>
        <w:t xml:space="preserve"> </w:t>
      </w:r>
      <w:r>
        <w:rPr>
          <w:rFonts w:ascii="Nirmala UI" w:hAnsi="Nirmala UI" w:eastAsia="Nirmala UI" w:cs="Nirmala UI"/>
        </w:rPr>
        <w:t>ଭାବରେ</w:t>
      </w:r>
      <w:r>
        <w:rPr>
          <w:rFonts w:ascii="Times New Roman" w:hAnsi="Times New Roman" w:eastAsia="Times New Roman" w:cs="Times New Roman"/>
        </w:rPr>
        <w:t xml:space="preserve"> “</w:t>
      </w:r>
      <w:r>
        <w:rPr>
          <w:rFonts w:ascii="Nirmala UI" w:hAnsi="Nirmala UI" w:eastAsia="Nirmala UI" w:cs="Nirmala UI"/>
        </w:rPr>
        <w:t>ମୂକ</w:t>
      </w:r>
      <w:r>
        <w:rPr>
          <w:rFonts w:ascii="Times New Roman" w:hAnsi="Times New Roman" w:eastAsia="Times New Roman" w:cs="Times New Roman"/>
        </w:rPr>
        <w:t xml:space="preserve">” </w:t>
      </w:r>
      <w:r>
        <w:rPr>
          <w:rFonts w:ascii="Nirmala UI" w:hAnsi="Nirmala UI" w:eastAsia="Nirmala UI" w:cs="Nirmala UI"/>
        </w:rPr>
        <w:t>କରାଯାଇଥିଲେ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ପରମେଶ୍ୱର</w:t>
      </w:r>
      <w:r>
        <w:rPr>
          <w:rFonts w:ascii="Times New Roman" w:hAnsi="Times New Roman" w:eastAsia="Times New Roman" w:cs="Times New Roman"/>
        </w:rPr>
        <w:t xml:space="preserve"> </w:t>
      </w:r>
      <w:r>
        <w:rPr>
          <w:rFonts w:ascii="Nirmala UI" w:hAnsi="Nirmala UI" w:eastAsia="Nirmala UI" w:cs="Nirmala UI"/>
        </w:rPr>
        <w:t>ତାଙ୍କର</w:t>
      </w:r>
      <w:r>
        <w:rPr>
          <w:rFonts w:ascii="Times New Roman" w:hAnsi="Times New Roman" w:eastAsia="Times New Roman" w:cs="Times New Roman"/>
        </w:rPr>
        <w:t xml:space="preserve"> </w:t>
      </w:r>
      <w:r>
        <w:rPr>
          <w:rFonts w:ascii="Nirmala UI" w:hAnsi="Nirmala UI" w:eastAsia="Nirmala UI" w:cs="Nirmala UI"/>
        </w:rPr>
        <w:t>ମୁଖ</w:t>
      </w:r>
      <w:r>
        <w:rPr>
          <w:rFonts w:ascii="Times New Roman" w:hAnsi="Times New Roman" w:eastAsia="Times New Roman" w:cs="Times New Roman"/>
        </w:rPr>
        <w:t xml:space="preserve"> </w:t>
      </w:r>
      <w:r>
        <w:rPr>
          <w:rFonts w:ascii="Nirmala UI" w:hAnsi="Nirmala UI" w:eastAsia="Nirmala UI" w:cs="Nirmala UI"/>
        </w:rPr>
        <w:t>ଖୋଲିଦେଲେ</w:t>
      </w:r>
      <w:r>
        <w:rPr>
          <w:rFonts w:ascii="Times New Roman" w:hAnsi="Times New Roman" w:eastAsia="Times New Roman" w:cs="Times New Roman"/>
        </w:rPr>
        <w:t xml:space="preserve"> </w:t>
      </w:r>
      <w:r>
        <w:rPr>
          <w:rFonts w:ascii="Nirmala UI" w:hAnsi="Nirmala UI" w:eastAsia="Nirmala UI" w:cs="Nirmala UI"/>
        </w:rPr>
        <w:t>ମାତ୍ର</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କଥା</w:t>
      </w:r>
      <w:r>
        <w:rPr>
          <w:rFonts w:ascii="Times New Roman" w:hAnsi="Times New Roman" w:eastAsia="Times New Roman" w:cs="Times New Roman"/>
        </w:rPr>
        <w:t xml:space="preserve"> </w:t>
      </w:r>
      <w:r>
        <w:rPr>
          <w:rFonts w:ascii="Nirmala UI" w:hAnsi="Nirmala UI" w:eastAsia="Nirmala UI" w:cs="Nirmala UI"/>
        </w:rPr>
        <w:t>କହୁଥିଲେ।</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ଅବସ୍ଥା</w:t>
      </w:r>
      <w:r>
        <w:rPr>
          <w:rFonts w:ascii="Times New Roman" w:hAnsi="Times New Roman" w:eastAsia="Times New Roman" w:cs="Times New Roman"/>
        </w:rPr>
        <w:t xml:space="preserve"> </w:t>
      </w:r>
      <w:r>
        <w:rPr>
          <w:rFonts w:ascii="Nirmala UI" w:hAnsi="Nirmala UI" w:eastAsia="Nirmala UI" w:cs="Nirmala UI"/>
        </w:rPr>
        <w:t>୫୮୫</w:t>
      </w:r>
      <w:r>
        <w:rPr>
          <w:rFonts w:ascii="Times New Roman" w:hAnsi="Times New Roman" w:eastAsia="Times New Roman" w:cs="Times New Roman"/>
        </w:rPr>
        <w:t>/</w:t>
      </w:r>
      <w:r>
        <w:rPr>
          <w:rFonts w:ascii="Nirmala UI" w:hAnsi="Nirmala UI" w:eastAsia="Nirmala UI" w:cs="Nirmala UI"/>
        </w:rPr>
        <w:t>୬</w:t>
      </w:r>
      <w:r>
        <w:rPr>
          <w:rFonts w:ascii="Times New Roman" w:hAnsi="Times New Roman" w:eastAsia="Times New Roman" w:cs="Times New Roman"/>
        </w:rPr>
        <w:t xml:space="preserve"> </w:t>
      </w:r>
      <w:r>
        <w:rPr>
          <w:rFonts w:ascii="Nirmala UI" w:hAnsi="Nirmala UI" w:eastAsia="Nirmala UI" w:cs="Nirmala UI"/>
        </w:rPr>
        <w:t>ଖ୍ରୀଷ୍ଟପୂର୍ବରେ</w:t>
      </w:r>
      <w:r>
        <w:rPr>
          <w:rFonts w:ascii="Times New Roman" w:hAnsi="Times New Roman" w:eastAsia="Times New Roman" w:cs="Times New Roman"/>
        </w:rPr>
        <w:t xml:space="preserve"> </w:t>
      </w:r>
      <w:r>
        <w:rPr>
          <w:rFonts w:ascii="Nirmala UI" w:hAnsi="Nirmala UI" w:eastAsia="Nirmala UI" w:cs="Nirmala UI"/>
        </w:rPr>
        <w:t>ଯେରୁଶାଲେମର</w:t>
      </w:r>
      <w:r>
        <w:rPr>
          <w:rFonts w:ascii="Times New Roman" w:hAnsi="Times New Roman" w:eastAsia="Times New Roman" w:cs="Times New Roman"/>
        </w:rPr>
        <w:t xml:space="preserve"> </w:t>
      </w:r>
      <w:r>
        <w:rPr>
          <w:rFonts w:ascii="Nirmala UI" w:hAnsi="Nirmala UI" w:eastAsia="Nirmala UI" w:cs="Nirmala UI"/>
        </w:rPr>
        <w:t>ପତନ</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ଚାଲିଥିଲା।</w:t>
      </w:r>
      <w:r>
        <w:rPr>
          <w:rFonts w:ascii="Times New Roman" w:hAnsi="Times New Roman" w:eastAsia="Times New Roman" w:cs="Times New Roman"/>
        </w:rPr>
        <w:t xml:space="preserve"> </w:t>
      </w:r>
      <w:r>
        <w:rPr>
          <w:rFonts w:ascii="Nirmala UI" w:hAnsi="Nirmala UI" w:eastAsia="Nirmala UI" w:cs="Nirmala UI"/>
        </w:rPr>
        <w:t>ଅବରୋଧ</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ହୋଇଥିବା</w:t>
      </w:r>
      <w:r>
        <w:rPr>
          <w:rFonts w:ascii="Times New Roman" w:hAnsi="Times New Roman" w:eastAsia="Times New Roman" w:cs="Times New Roman"/>
        </w:rPr>
        <w:t xml:space="preserve"> </w:t>
      </w:r>
      <w:r>
        <w:rPr>
          <w:rFonts w:ascii="Nirmala UI" w:hAnsi="Nirmala UI" w:eastAsia="Nirmala UI" w:cs="Nirmala UI"/>
        </w:rPr>
        <w:t>ଦିନ</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ଦିନ</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ଚକ୍ଷୁମଣିର</w:t>
      </w:r>
      <w:r>
        <w:rPr>
          <w:rFonts w:ascii="Times New Roman" w:hAnsi="Times New Roman" w:eastAsia="Times New Roman" w:cs="Times New Roman"/>
        </w:rPr>
        <w:t xml:space="preserve"> </w:t>
      </w:r>
      <w:r>
        <w:rPr>
          <w:rFonts w:ascii="Nirmala UI" w:hAnsi="Nirmala UI" w:eastAsia="Nirmala UI" w:cs="Nirmala UI"/>
        </w:rPr>
        <w:t>ଆକାଙ୍କ୍ଷା</w:t>
      </w:r>
      <w:r>
        <w:rPr>
          <w:rFonts w:ascii="Times New Roman" w:hAnsi="Times New Roman" w:eastAsia="Times New Roman" w:cs="Times New Roman"/>
        </w:rPr>
        <w:t xml:space="preserve">” </w:t>
      </w:r>
      <w:r>
        <w:rPr>
          <w:rFonts w:ascii="Nirmala UI" w:hAnsi="Nirmala UI" w:eastAsia="Nirmala UI" w:cs="Nirmala UI"/>
        </w:rPr>
        <w:t>ମୃତ୍ୟୁବରଣ</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ଦିନ</w:t>
      </w:r>
      <w:r>
        <w:rPr>
          <w:rFonts w:ascii="Times New Roman" w:hAnsi="Times New Roman" w:eastAsia="Times New Roman" w:cs="Times New Roman"/>
        </w:rPr>
        <w:t xml:space="preserve"> </w:t>
      </w:r>
      <w:r>
        <w:rPr>
          <w:rFonts w:ascii="Nirmala UI" w:hAnsi="Nirmala UI" w:eastAsia="Nirmala UI" w:cs="Nirmala UI"/>
        </w:rPr>
        <w:t>ପରମେଶ୍ୱର</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କହିବାକୁ</w:t>
      </w:r>
      <w:r>
        <w:rPr>
          <w:rFonts w:ascii="Times New Roman" w:hAnsi="Times New Roman" w:eastAsia="Times New Roman" w:cs="Times New Roman"/>
        </w:rPr>
        <w:t xml:space="preserve"> </w:t>
      </w:r>
      <w:r>
        <w:rPr>
          <w:rFonts w:ascii="Nirmala UI" w:hAnsi="Nirmala UI" w:eastAsia="Nirmala UI" w:cs="Nirmala UI"/>
        </w:rPr>
        <w:t>କରାଇଥିଲେ</w:t>
      </w:r>
      <w:r>
        <w:rPr>
          <w:rFonts w:ascii="Times New Roman" w:hAnsi="Times New Roman" w:eastAsia="Times New Roman" w:cs="Times New Roman"/>
        </w:rPr>
        <w:t xml:space="preserve">; </w:t>
      </w:r>
      <w:r>
        <w:rPr>
          <w:rFonts w:ascii="Nirmala UI" w:hAnsi="Nirmala UI" w:eastAsia="Nirmala UI" w:cs="Nirmala UI"/>
        </w:rPr>
        <w:t>କିନ୍ତୁ</w:t>
      </w:r>
      <w:r>
        <w:rPr>
          <w:rFonts w:ascii="Times New Roman" w:hAnsi="Times New Roman" w:eastAsia="Times New Roman" w:cs="Times New Roman"/>
        </w:rPr>
        <w:t xml:space="preserve"> </w:t>
      </w:r>
      <w:r>
        <w:rPr>
          <w:rFonts w:ascii="Nirmala UI" w:hAnsi="Nirmala UI" w:eastAsia="Nirmala UI" w:cs="Nirmala UI"/>
        </w:rPr>
        <w:t>ଇସ୍ରାଏଲର</w:t>
      </w:r>
      <w:r>
        <w:rPr>
          <w:rFonts w:ascii="Times New Roman" w:hAnsi="Times New Roman" w:eastAsia="Times New Roman" w:cs="Times New Roman"/>
        </w:rPr>
        <w:t xml:space="preserve"> “</w:t>
      </w:r>
      <w:r>
        <w:rPr>
          <w:rFonts w:ascii="Nirmala UI" w:hAnsi="Nirmala UI" w:eastAsia="Nirmala UI" w:cs="Nirmala UI"/>
        </w:rPr>
        <w:t>ଚକ୍ଷୁମଣିର</w:t>
      </w:r>
      <w:r>
        <w:rPr>
          <w:rFonts w:ascii="Times New Roman" w:hAnsi="Times New Roman" w:eastAsia="Times New Roman" w:cs="Times New Roman"/>
        </w:rPr>
        <w:t xml:space="preserve"> </w:t>
      </w:r>
      <w:r>
        <w:rPr>
          <w:rFonts w:ascii="Nirmala UI" w:hAnsi="Nirmala UI" w:eastAsia="Nirmala UI" w:cs="Nirmala UI"/>
        </w:rPr>
        <w:t>ଆକାଙ୍କ୍ଷା</w:t>
      </w:r>
      <w:r>
        <w:rPr>
          <w:rFonts w:ascii="Times New Roman" w:hAnsi="Times New Roman" w:eastAsia="Times New Roman" w:cs="Times New Roman"/>
        </w:rPr>
        <w:t xml:space="preserve">” </w:t>
      </w:r>
      <w:r>
        <w:rPr>
          <w:rFonts w:ascii="Nirmala UI" w:hAnsi="Nirmala UI" w:eastAsia="Nirmala UI" w:cs="Nirmala UI"/>
        </w:rPr>
        <w:t>ଯେରୁଶାଲେମ</w:t>
      </w:r>
      <w:r>
        <w:rPr>
          <w:rFonts w:ascii="Times New Roman" w:hAnsi="Times New Roman" w:eastAsia="Times New Roman" w:cs="Times New Roman"/>
        </w:rPr>
        <w:t xml:space="preserve"> </w:t>
      </w:r>
      <w:r>
        <w:rPr>
          <w:rFonts w:ascii="Nirmala UI" w:hAnsi="Nirmala UI" w:eastAsia="Nirmala UI" w:cs="Nirmala UI"/>
        </w:rPr>
        <w:t>ପତିତ</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ସ୍ୱେଚ୍ଛାରେ</w:t>
      </w:r>
      <w:r>
        <w:rPr>
          <w:rFonts w:ascii="Times New Roman" w:hAnsi="Times New Roman" w:eastAsia="Times New Roman" w:cs="Times New Roman"/>
        </w:rPr>
        <w:t xml:space="preserve"> </w:t>
      </w:r>
      <w:r>
        <w:rPr>
          <w:rFonts w:ascii="Nirmala UI" w:hAnsi="Nirmala UI" w:eastAsia="Nirmala UI" w:cs="Nirmala UI"/>
        </w:rPr>
        <w:t>କହିବାକୁ</w:t>
      </w:r>
      <w:r>
        <w:rPr>
          <w:rFonts w:ascii="Times New Roman" w:hAnsi="Times New Roman" w:eastAsia="Times New Roman" w:cs="Times New Roman"/>
        </w:rPr>
        <w:t xml:space="preserve"> </w:t>
      </w:r>
      <w:r>
        <w:rPr>
          <w:rFonts w:ascii="Nirmala UI" w:hAnsi="Nirmala UI" w:eastAsia="Nirmala UI" w:cs="Nirmala UI"/>
        </w:rPr>
        <w:t>ଅନୁମତି</w:t>
      </w:r>
      <w:r>
        <w:rPr>
          <w:rFonts w:ascii="Times New Roman" w:hAnsi="Times New Roman" w:eastAsia="Times New Roman" w:cs="Times New Roman"/>
        </w:rPr>
        <w:t xml:space="preserve"> </w:t>
      </w:r>
      <w:r>
        <w:rPr>
          <w:rFonts w:ascii="Nirmala UI" w:hAnsi="Nirmala UI" w:eastAsia="Nirmala UI" w:cs="Nirmala UI"/>
        </w:rPr>
        <w:t>ଦିଆଯାଇନଥିଲା।</w:t>
      </w:r>
      <w:r>
        <w:rPr>
          <w:rFonts w:ascii="Times New Roman" w:hAnsi="Times New Roman" w:eastAsia="Times New Roman" w:cs="Times New Roman"/>
        </w:rPr>
        <w:t xml:space="preserve"> </w:t>
      </w:r>
      <w:r>
        <w:rPr>
          <w:rFonts w:ascii="Nirmala UI" w:hAnsi="Nirmala UI" w:eastAsia="Nirmala UI" w:cs="Nirmala UI"/>
        </w:rPr>
        <w:t>ଯେରୁଶାଲେମର</w:t>
      </w:r>
      <w:r>
        <w:rPr>
          <w:rFonts w:ascii="Times New Roman" w:hAnsi="Times New Roman" w:eastAsia="Times New Roman" w:cs="Times New Roman"/>
        </w:rPr>
        <w:t xml:space="preserve"> </w:t>
      </w:r>
      <w:r>
        <w:rPr>
          <w:rFonts w:ascii="Nirmala UI" w:hAnsi="Nirmala UI" w:eastAsia="Nirmala UI" w:cs="Nirmala UI"/>
        </w:rPr>
        <w:t>ପତନ</w:t>
      </w:r>
      <w:r>
        <w:rPr>
          <w:rFonts w:ascii="Times New Roman" w:hAnsi="Times New Roman" w:eastAsia="Times New Roman" w:cs="Times New Roman"/>
        </w:rPr>
        <w:t xml:space="preserve"> </w:t>
      </w:r>
      <w:r>
        <w:rPr>
          <w:rFonts w:ascii="Nirmala UI" w:hAnsi="Nirmala UI" w:eastAsia="Nirmala UI" w:cs="Nirmala UI"/>
        </w:rPr>
        <w:t>ଶୀଘ୍ର</w:t>
      </w:r>
      <w:r>
        <w:rPr>
          <w:rFonts w:ascii="Times New Roman" w:hAnsi="Times New Roman" w:eastAsia="Times New Roman" w:cs="Times New Roman"/>
        </w:rPr>
        <w:t xml:space="preserve"> </w:t>
      </w:r>
      <w:r>
        <w:rPr>
          <w:rFonts w:ascii="Nirmala UI" w:hAnsi="Nirmala UI" w:eastAsia="Nirmala UI" w:cs="Nirmala UI"/>
        </w:rPr>
        <w:t>ଆସୁଥିବା</w:t>
      </w:r>
      <w:r>
        <w:rPr>
          <w:rFonts w:ascii="Times New Roman" w:hAnsi="Times New Roman" w:eastAsia="Times New Roman" w:cs="Times New Roman"/>
        </w:rPr>
        <w:t xml:space="preserve"> </w:t>
      </w:r>
      <w:r>
        <w:rPr>
          <w:rFonts w:ascii="Nirmala UI" w:hAnsi="Nirmala UI" w:eastAsia="Nirmala UI" w:cs="Nirmala UI"/>
        </w:rPr>
        <w:t>ରବିବାର</w:t>
      </w:r>
      <w:r>
        <w:rPr>
          <w:rFonts w:ascii="Times New Roman" w:hAnsi="Times New Roman" w:eastAsia="Times New Roman" w:cs="Times New Roman"/>
        </w:rPr>
        <w:t xml:space="preserve"> </w:t>
      </w:r>
      <w:r>
        <w:rPr>
          <w:rFonts w:ascii="Nirmala UI" w:hAnsi="Nirmala UI" w:eastAsia="Nirmala UI" w:cs="Nirmala UI"/>
        </w:rPr>
        <w:t>ଆଇନର</w:t>
      </w:r>
      <w:r>
        <w:rPr>
          <w:rFonts w:ascii="Times New Roman" w:hAnsi="Times New Roman" w:eastAsia="Times New Roman" w:cs="Times New Roman"/>
        </w:rPr>
        <w:t xml:space="preserve"> </w:t>
      </w:r>
      <w:r>
        <w:rPr>
          <w:rFonts w:ascii="Nirmala UI" w:hAnsi="Nirmala UI" w:eastAsia="Nirmala UI" w:cs="Nirmala UI"/>
        </w:rPr>
        <w:t>ପ୍ରତୀକ</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ସନ୍ଦର୍ଭରେ</w:t>
      </w:r>
      <w:r>
        <w:rPr>
          <w:rFonts w:ascii="Times New Roman" w:hAnsi="Times New Roman" w:eastAsia="Times New Roman" w:cs="Times New Roman"/>
        </w:rPr>
        <w:t xml:space="preserve"> </w:t>
      </w:r>
      <w:r>
        <w:rPr>
          <w:rFonts w:ascii="Nirmala UI" w:hAnsi="Nirmala UI" w:eastAsia="Nirmala UI" w:cs="Nirmala UI"/>
        </w:rPr>
        <w:t>ଯୋହନ</w:t>
      </w:r>
      <w:r>
        <w:rPr>
          <w:rFonts w:ascii="Times New Roman" w:hAnsi="Times New Roman" w:eastAsia="Times New Roman" w:cs="Times New Roman"/>
        </w:rPr>
        <w:t xml:space="preserve"> </w:t>
      </w:r>
      <w:r>
        <w:rPr>
          <w:rFonts w:ascii="Nirmala UI" w:hAnsi="Nirmala UI" w:eastAsia="Nirmala UI" w:cs="Nirmala UI"/>
        </w:rPr>
        <w:t>ବପ୍ତିସ୍ତାଙ୍କ</w:t>
      </w:r>
      <w:r>
        <w:rPr>
          <w:rFonts w:ascii="Times New Roman" w:hAnsi="Times New Roman" w:eastAsia="Times New Roman" w:cs="Times New Roman"/>
        </w:rPr>
        <w:t xml:space="preserve"> </w:t>
      </w:r>
      <w:r>
        <w:rPr>
          <w:rFonts w:ascii="Nirmala UI" w:hAnsi="Nirmala UI" w:eastAsia="Nirmala UI" w:cs="Nirmala UI"/>
        </w:rPr>
        <w:t>ପିତା</w:t>
      </w:r>
      <w:r>
        <w:rPr>
          <w:rFonts w:ascii="Times New Roman" w:hAnsi="Times New Roman" w:eastAsia="Times New Roman" w:cs="Times New Roman"/>
        </w:rPr>
        <w:t>—</w:t>
      </w:r>
      <w:r>
        <w:rPr>
          <w:rFonts w:ascii="Nirmala UI" w:hAnsi="Nirmala UI" w:eastAsia="Nirmala UI" w:cs="Nirmala UI"/>
        </w:rPr>
        <w:t>ଅଷ୍ଟମ</w:t>
      </w:r>
      <w:r>
        <w:rPr>
          <w:rFonts w:ascii="Times New Roman" w:hAnsi="Times New Roman" w:eastAsia="Times New Roman" w:cs="Times New Roman"/>
        </w:rPr>
        <w:t xml:space="preserve"> </w:t>
      </w:r>
      <w:r>
        <w:rPr>
          <w:rFonts w:ascii="Nirmala UI" w:hAnsi="Nirmala UI" w:eastAsia="Nirmala UI" w:cs="Nirmala UI"/>
        </w:rPr>
        <w:t>ପାଳିର</w:t>
      </w:r>
      <w:r>
        <w:rPr>
          <w:rFonts w:ascii="Times New Roman" w:hAnsi="Times New Roman" w:eastAsia="Times New Roman" w:cs="Times New Roman"/>
        </w:rPr>
        <w:t xml:space="preserve"> </w:t>
      </w:r>
      <w:r>
        <w:rPr>
          <w:rFonts w:ascii="Nirmala UI" w:hAnsi="Nirmala UI" w:eastAsia="Nirmala UI" w:cs="Nirmala UI"/>
        </w:rPr>
        <w:t>ଜଣେ</w:t>
      </w:r>
      <w:r>
        <w:rPr>
          <w:rFonts w:ascii="Times New Roman" w:hAnsi="Times New Roman" w:eastAsia="Times New Roman" w:cs="Times New Roman"/>
        </w:rPr>
        <w:t xml:space="preserve"> </w:t>
      </w:r>
      <w:r>
        <w:rPr>
          <w:rFonts w:ascii="Nirmala UI" w:hAnsi="Nirmala UI" w:eastAsia="Nirmala UI" w:cs="Nirmala UI"/>
        </w:rPr>
        <w:t>ଯାଜକ</w:t>
      </w:r>
      <w:r>
        <w:rPr>
          <w:rFonts w:ascii="Times New Roman" w:hAnsi="Times New Roman" w:eastAsia="Times New Roman" w:cs="Times New Roman"/>
        </w:rPr>
        <w:t>—</w:t>
      </w:r>
      <w:r>
        <w:rPr>
          <w:rFonts w:ascii="Nirmala UI" w:hAnsi="Nirmala UI" w:eastAsia="Nirmala UI" w:cs="Nirmala UI"/>
        </w:rPr>
        <w:t>ମନ୍ଦିରରେ</w:t>
      </w:r>
      <w:r>
        <w:rPr>
          <w:rFonts w:ascii="Times New Roman" w:hAnsi="Times New Roman" w:eastAsia="Times New Roman" w:cs="Times New Roman"/>
        </w:rPr>
        <w:t xml:space="preserve"> </w:t>
      </w:r>
      <w:r>
        <w:rPr>
          <w:rFonts w:ascii="Nirmala UI" w:hAnsi="Nirmala UI" w:eastAsia="Nirmala UI" w:cs="Nirmala UI"/>
        </w:rPr>
        <w:t>ସେବା</w:t>
      </w:r>
      <w:r>
        <w:rPr>
          <w:rFonts w:ascii="Times New Roman" w:hAnsi="Times New Roman" w:eastAsia="Times New Roman" w:cs="Times New Roman"/>
        </w:rPr>
        <w:t xml:space="preserve"> </w:t>
      </w:r>
      <w:r>
        <w:rPr>
          <w:rFonts w:ascii="Nirmala UI" w:hAnsi="Nirmala UI" w:eastAsia="Nirmala UI" w:cs="Nirmala UI"/>
        </w:rPr>
        <w:t>କରୁଥିବାବେଳେ</w:t>
      </w:r>
      <w:r>
        <w:rPr>
          <w:rFonts w:ascii="Times New Roman" w:hAnsi="Times New Roman" w:eastAsia="Times New Roman" w:cs="Times New Roman"/>
        </w:rPr>
        <w:t xml:space="preserve"> </w:t>
      </w:r>
      <w:r>
        <w:rPr>
          <w:rFonts w:ascii="Nirmala UI" w:hAnsi="Nirmala UI" w:eastAsia="Nirmala UI" w:cs="Nirmala UI"/>
        </w:rPr>
        <w:t>ମୂକ</w:t>
      </w:r>
      <w:r>
        <w:rPr>
          <w:rFonts w:ascii="Times New Roman" w:hAnsi="Times New Roman" w:eastAsia="Times New Roman" w:cs="Times New Roman"/>
        </w:rPr>
        <w:t xml:space="preserve"> </w:t>
      </w:r>
      <w:r>
        <w:rPr>
          <w:rFonts w:ascii="Nirmala UI" w:hAnsi="Nirmala UI" w:eastAsia="Nirmala UI" w:cs="Nirmala UI"/>
        </w:rPr>
        <w:t>କରାଯାଇଥିଲେ</w:t>
      </w:r>
      <w:r>
        <w:rPr>
          <w:rFonts w:ascii="Times New Roman" w:hAnsi="Times New Roman" w:eastAsia="Times New Roman" w:cs="Times New Roman"/>
        </w:rPr>
        <w:t xml:space="preserve">; </w:t>
      </w:r>
      <w:r>
        <w:rPr>
          <w:rFonts w:ascii="Nirmala UI" w:hAnsi="Nirmala UI" w:eastAsia="Nirmala UI" w:cs="Nirmala UI"/>
        </w:rPr>
        <w:t>ଯିହିଜ୍କିଏଲ୍</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ସେଠାରେ</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ଦର୍ଶନରେ</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ସେମଧ୍ୟ</w:t>
      </w:r>
      <w:r>
        <w:rPr>
          <w:rFonts w:ascii="Times New Roman" w:hAnsi="Times New Roman" w:eastAsia="Times New Roman" w:cs="Times New Roman"/>
        </w:rPr>
        <w:t xml:space="preserve"> </w:t>
      </w:r>
      <w:r>
        <w:rPr>
          <w:rFonts w:ascii="Nirmala UI" w:hAnsi="Nirmala UI" w:eastAsia="Nirmala UI" w:cs="Nirmala UI"/>
        </w:rPr>
        <w:t>ପ୍ରାୟ</w:t>
      </w:r>
      <w:r>
        <w:rPr>
          <w:rFonts w:ascii="Times New Roman" w:hAnsi="Times New Roman" w:eastAsia="Times New Roman" w:cs="Times New Roman"/>
        </w:rPr>
        <w:t xml:space="preserve"> </w:t>
      </w:r>
      <w:r>
        <w:rPr>
          <w:rFonts w:ascii="Nirmala UI" w:hAnsi="Nirmala UI" w:eastAsia="Nirmala UI" w:cs="Nirmala UI"/>
        </w:rPr>
        <w:t>ନଅ</w:t>
      </w:r>
      <w:r>
        <w:rPr>
          <w:rFonts w:ascii="Times New Roman" w:hAnsi="Times New Roman" w:eastAsia="Times New Roman" w:cs="Times New Roman"/>
        </w:rPr>
        <w:t xml:space="preserve"> </w:t>
      </w:r>
      <w:r>
        <w:rPr>
          <w:rFonts w:ascii="Nirmala UI" w:hAnsi="Nirmala UI" w:eastAsia="Nirmala UI" w:cs="Nirmala UI"/>
        </w:rPr>
        <w:t>ମାସ</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ମୂକ</w:t>
      </w:r>
      <w:r>
        <w:rPr>
          <w:rFonts w:ascii="Times New Roman" w:hAnsi="Times New Roman" w:eastAsia="Times New Roman" w:cs="Times New Roman"/>
        </w:rPr>
        <w:t xml:space="preserve"> </w:t>
      </w:r>
      <w:r>
        <w:rPr>
          <w:rFonts w:ascii="Nirmala UI" w:hAnsi="Nirmala UI" w:eastAsia="Nirmala UI" w:cs="Nirmala UI"/>
        </w:rPr>
        <w:t>ରହିଥିଲେ।</w:t>
      </w:r>
      <w:r>
        <w:rPr>
          <w:rFonts w:ascii="Times New Roman" w:hAnsi="Times New Roman" w:eastAsia="Times New Roman" w:cs="Times New Roman"/>
        </w:rPr>
        <w:t xml:space="preserve"> </w:t>
      </w:r>
      <w:r>
        <w:rPr>
          <w:rFonts w:ascii="Nirmala UI" w:hAnsi="Nirmala UI" w:eastAsia="Nirmala UI" w:cs="Nirmala UI"/>
        </w:rPr>
        <w:t>ଯୋହନଙ୍କ</w:t>
      </w:r>
      <w:r>
        <w:rPr>
          <w:rFonts w:ascii="Times New Roman" w:hAnsi="Times New Roman" w:eastAsia="Times New Roman" w:cs="Times New Roman"/>
        </w:rPr>
        <w:t xml:space="preserve"> </w:t>
      </w:r>
      <w:r>
        <w:rPr>
          <w:rFonts w:ascii="Nirmala UI" w:hAnsi="Nirmala UI" w:eastAsia="Nirmala UI" w:cs="Nirmala UI"/>
        </w:rPr>
        <w:t>ଜନ୍ମ</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ଅଷ୍ଟମ</w:t>
      </w:r>
      <w:r>
        <w:rPr>
          <w:rFonts w:ascii="Times New Roman" w:hAnsi="Times New Roman" w:eastAsia="Times New Roman" w:cs="Times New Roman"/>
        </w:rPr>
        <w:t xml:space="preserve"> </w:t>
      </w:r>
      <w:r>
        <w:rPr>
          <w:rFonts w:ascii="Nirmala UI" w:hAnsi="Nirmala UI" w:eastAsia="Nirmala UI" w:cs="Nirmala UI"/>
        </w:rPr>
        <w:t>ଦିନରେ</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ଯୋହନଙ୍କ</w:t>
      </w:r>
      <w:r>
        <w:rPr>
          <w:rFonts w:ascii="Times New Roman" w:hAnsi="Times New Roman" w:eastAsia="Times New Roman" w:cs="Times New Roman"/>
        </w:rPr>
        <w:t xml:space="preserve"> </w:t>
      </w:r>
      <w:r>
        <w:rPr>
          <w:rFonts w:ascii="Nirmala UI" w:hAnsi="Nirmala UI" w:eastAsia="Nirmala UI" w:cs="Nirmala UI"/>
        </w:rPr>
        <w:t>ସୁନ୍ନତ</w:t>
      </w:r>
      <w:r>
        <w:rPr>
          <w:rFonts w:ascii="Times New Roman" w:hAnsi="Times New Roman" w:eastAsia="Times New Roman" w:cs="Times New Roman"/>
        </w:rPr>
        <w:t xml:space="preserve"> </w:t>
      </w:r>
      <w:r>
        <w:rPr>
          <w:rFonts w:ascii="Nirmala UI" w:hAnsi="Nirmala UI" w:eastAsia="Nirmala UI" w:cs="Nirmala UI"/>
        </w:rPr>
        <w:t>ହେଉଥିଲା</w:t>
      </w:r>
      <w:r>
        <w:rPr>
          <w:rFonts w:ascii="Times New Roman" w:hAnsi="Times New Roman" w:eastAsia="Times New Roman" w:cs="Times New Roman"/>
        </w:rPr>
        <w:t xml:space="preserve">, </w:t>
      </w:r>
      <w:r>
        <w:rPr>
          <w:rFonts w:ascii="Nirmala UI" w:hAnsi="Nirmala UI" w:eastAsia="Nirmala UI" w:cs="Nirmala UI"/>
        </w:rPr>
        <w:t>ସେତେବେଳେ</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କହିବାକୁ</w:t>
      </w:r>
      <w:r>
        <w:rPr>
          <w:rFonts w:ascii="Times New Roman" w:hAnsi="Times New Roman" w:eastAsia="Times New Roman" w:cs="Times New Roman"/>
        </w:rPr>
        <w:t xml:space="preserve"> </w:t>
      </w:r>
      <w:r>
        <w:rPr>
          <w:rFonts w:ascii="Nirmala UI" w:hAnsi="Nirmala UI" w:eastAsia="Nirmala UI" w:cs="Nirmala UI"/>
        </w:rPr>
        <w:t>ଅନୁମତି</w:t>
      </w:r>
      <w:r>
        <w:rPr>
          <w:rFonts w:ascii="Times New Roman" w:hAnsi="Times New Roman" w:eastAsia="Times New Roman" w:cs="Times New Roman"/>
        </w:rPr>
        <w:t xml:space="preserve"> </w:t>
      </w:r>
      <w:r>
        <w:rPr>
          <w:rFonts w:ascii="Nirmala UI" w:hAnsi="Nirmala UI" w:eastAsia="Nirmala UI" w:cs="Nirmala UI"/>
        </w:rPr>
        <w:t>ମିଳିଲା।</w:t>
      </w:r>
      <w:r>
        <w:rPr>
          <w:rFonts w:ascii="Times New Roman" w:hAnsi="Times New Roman" w:eastAsia="Times New Roman" w:cs="Times New Roman"/>
        </w:rPr>
        <w:t xml:space="preserve"> </w:t>
      </w:r>
      <w:r>
        <w:rPr>
          <w:rFonts w:ascii="Nirmala UI" w:hAnsi="Nirmala UI" w:eastAsia="Nirmala UI" w:cs="Nirmala UI"/>
        </w:rPr>
        <w:t>ପବିତ୍ରାଳୟରେ</w:t>
      </w:r>
      <w:r>
        <w:rPr>
          <w:rFonts w:ascii="Times New Roman" w:hAnsi="Times New Roman" w:eastAsia="Times New Roman" w:cs="Times New Roman"/>
        </w:rPr>
        <w:t xml:space="preserve"> </w:t>
      </w:r>
      <w:r>
        <w:rPr>
          <w:rFonts w:ascii="Nirmala UI" w:hAnsi="Nirmala UI" w:eastAsia="Nirmala UI" w:cs="Nirmala UI"/>
        </w:rPr>
        <w:t>ଥିବାବେଳେ</w:t>
      </w:r>
      <w:r>
        <w:rPr>
          <w:rFonts w:ascii="Times New Roman" w:hAnsi="Times New Roman" w:eastAsia="Times New Roman" w:cs="Times New Roman"/>
        </w:rPr>
        <w:t xml:space="preserve"> </w:t>
      </w:r>
      <w:r>
        <w:rPr>
          <w:rFonts w:ascii="Nirmala UI" w:hAnsi="Nirmala UI" w:eastAsia="Nirmala UI" w:cs="Nirmala UI"/>
        </w:rPr>
        <w:t>ମୂକ</w:t>
      </w:r>
      <w:r>
        <w:rPr>
          <w:rFonts w:ascii="Times New Roman" w:hAnsi="Times New Roman" w:eastAsia="Times New Roman" w:cs="Times New Roman"/>
        </w:rPr>
        <w:t xml:space="preserve"> </w:t>
      </w:r>
      <w:r>
        <w:rPr>
          <w:rFonts w:ascii="Nirmala UI" w:hAnsi="Nirmala UI" w:eastAsia="Nirmala UI" w:cs="Nirmala UI"/>
        </w:rPr>
        <w:t>କରାଯାଇଥିବା</w:t>
      </w:r>
      <w:r>
        <w:rPr>
          <w:rFonts w:ascii="Times New Roman" w:hAnsi="Times New Roman" w:eastAsia="Times New Roman" w:cs="Times New Roman"/>
        </w:rPr>
        <w:t xml:space="preserve"> </w:t>
      </w:r>
      <w:r>
        <w:rPr>
          <w:rFonts w:ascii="Nirmala UI" w:hAnsi="Nirmala UI" w:eastAsia="Nirmala UI" w:cs="Nirmala UI"/>
        </w:rPr>
        <w:t>ଦୁଇଜଣ</w:t>
      </w:r>
      <w:r>
        <w:rPr>
          <w:rFonts w:ascii="Times New Roman" w:hAnsi="Times New Roman" w:eastAsia="Times New Roman" w:cs="Times New Roman"/>
        </w:rPr>
        <w:t xml:space="preserve"> </w:t>
      </w:r>
      <w:r>
        <w:rPr>
          <w:rFonts w:ascii="Nirmala UI" w:hAnsi="Nirmala UI" w:eastAsia="Nirmala UI" w:cs="Nirmala UI"/>
        </w:rPr>
        <w:t>ଭବିଷ୍ୟଦ୍ଦକ୍ତା।</w:t>
      </w:r>
      <w:r>
        <w:rPr>
          <w:rFonts w:ascii="Times New Roman" w:hAnsi="Times New Roman" w:eastAsia="Times New Roman" w:cs="Times New Roman"/>
        </w:rPr>
        <w:t xml:space="preserve"> </w:t>
      </w:r>
      <w:r>
        <w:rPr>
          <w:rFonts w:ascii="Nirmala UI" w:hAnsi="Nirmala UI" w:eastAsia="Nirmala UI" w:cs="Nirmala UI"/>
        </w:rPr>
        <w:t>ପବିତ୍ରାଳୟରେ</w:t>
      </w:r>
      <w:r>
        <w:rPr>
          <w:rFonts w:ascii="Times New Roman" w:hAnsi="Times New Roman" w:eastAsia="Times New Roman" w:cs="Times New Roman"/>
        </w:rPr>
        <w:t xml:space="preserve"> </w:t>
      </w:r>
      <w:r>
        <w:rPr>
          <w:rFonts w:ascii="Nirmala UI" w:hAnsi="Nirmala UI" w:eastAsia="Nirmala UI" w:cs="Nirmala UI"/>
        </w:rPr>
        <w:t>ଖ୍ରୀଷ୍ଟଙ୍କୁ</w:t>
      </w:r>
      <w:r>
        <w:rPr>
          <w:rFonts w:ascii="Times New Roman" w:hAnsi="Times New Roman" w:eastAsia="Times New Roman" w:cs="Times New Roman"/>
        </w:rPr>
        <w:t xml:space="preserve"> </w:t>
      </w:r>
      <w:r>
        <w:rPr>
          <w:rFonts w:ascii="Nirmala UI" w:hAnsi="Nirmala UI" w:eastAsia="Nirmala UI" w:cs="Nirmala UI"/>
        </w:rPr>
        <w:t>ଦେଖୁଥିବାବେଳେ</w:t>
      </w:r>
      <w:r>
        <w:rPr>
          <w:rFonts w:ascii="Times New Roman" w:hAnsi="Times New Roman" w:eastAsia="Times New Roman" w:cs="Times New Roman"/>
        </w:rPr>
        <w:t xml:space="preserve"> </w:t>
      </w:r>
      <w:r>
        <w:rPr>
          <w:rFonts w:ascii="Nirmala UI" w:hAnsi="Nirmala UI" w:eastAsia="Nirmala UI" w:cs="Nirmala UI"/>
        </w:rPr>
        <w:t>ମୂକ</w:t>
      </w:r>
      <w:r>
        <w:rPr>
          <w:rFonts w:ascii="Times New Roman" w:hAnsi="Times New Roman" w:eastAsia="Times New Roman" w:cs="Times New Roman"/>
        </w:rPr>
        <w:t xml:space="preserve"> </w:t>
      </w:r>
      <w:r>
        <w:rPr>
          <w:rFonts w:ascii="Nirmala UI" w:hAnsi="Nirmala UI" w:eastAsia="Nirmala UI" w:cs="Nirmala UI"/>
        </w:rPr>
        <w:t>କରାଯାଇଥିବା</w:t>
      </w:r>
      <w:r>
        <w:rPr>
          <w:rFonts w:ascii="Times New Roman" w:hAnsi="Times New Roman" w:eastAsia="Times New Roman" w:cs="Times New Roman"/>
        </w:rPr>
        <w:t xml:space="preserve"> </w:t>
      </w:r>
      <w:r>
        <w:rPr>
          <w:rFonts w:ascii="Nirmala UI" w:hAnsi="Nirmala UI" w:eastAsia="Nirmala UI" w:cs="Nirmala UI"/>
        </w:rPr>
        <w:t>ତୃତୀୟ</w:t>
      </w:r>
      <w:r>
        <w:rPr>
          <w:rFonts w:ascii="Times New Roman" w:hAnsi="Times New Roman" w:eastAsia="Times New Roman" w:cs="Times New Roman"/>
        </w:rPr>
        <w:t xml:space="preserve"> </w:t>
      </w:r>
      <w:r>
        <w:rPr>
          <w:rFonts w:ascii="Nirmala UI" w:hAnsi="Nirmala UI" w:eastAsia="Nirmala UI" w:cs="Nirmala UI"/>
        </w:rPr>
        <w:t>ଭବିଷ୍ୟଦ୍ଦକ୍ତା</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ଦାନିଏଲ୍।</w:t>
      </w:r>
      <w:r>
        <w:rPr>
          <w:rFonts w:ascii="Times New Roman" w:hAnsi="Times New Roman" w:eastAsia="Times New Roman" w:cs="Times New Roman"/>
        </w:rPr>
        <w:t xml:space="preserve"> </w:t>
      </w:r>
      <w:r>
        <w:rPr>
          <w:rFonts w:ascii="Nirmala UI" w:hAnsi="Nirmala UI" w:eastAsia="Nirmala UI" w:cs="Nirmala UI"/>
        </w:rPr>
        <w:t>ଦଶମ</w:t>
      </w:r>
      <w:r>
        <w:rPr>
          <w:rFonts w:ascii="Times New Roman" w:hAnsi="Times New Roman" w:eastAsia="Times New Roman" w:cs="Times New Roman"/>
        </w:rPr>
        <w:t xml:space="preserve"> </w:t>
      </w:r>
      <w:r>
        <w:rPr>
          <w:rFonts w:ascii="Nirmala UI" w:hAnsi="Nirmala UI" w:eastAsia="Nirmala UI" w:cs="Nirmala UI"/>
        </w:rPr>
        <w:t>ଅଧ୍ୟାୟରେ</w:t>
      </w:r>
      <w:r>
        <w:rPr>
          <w:rFonts w:ascii="Times New Roman" w:hAnsi="Times New Roman" w:eastAsia="Times New Roman" w:cs="Times New Roman"/>
        </w:rPr>
        <w:t xml:space="preserve">, </w:t>
      </w:r>
      <w:r>
        <w:rPr>
          <w:rFonts w:ascii="Nirmala UI" w:hAnsi="Nirmala UI" w:eastAsia="Nirmala UI" w:cs="Nirmala UI"/>
        </w:rPr>
        <w:t>ଦାନିଏଲ୍</w:t>
      </w:r>
      <w:r>
        <w:rPr>
          <w:rFonts w:ascii="Times New Roman" w:hAnsi="Times New Roman" w:eastAsia="Times New Roman" w:cs="Times New Roman"/>
        </w:rPr>
        <w:t xml:space="preserve"> </w:t>
      </w:r>
      <w:r>
        <w:rPr>
          <w:rFonts w:ascii="Nirmala UI" w:hAnsi="Nirmala UI" w:eastAsia="Nirmala UI" w:cs="Nirmala UI"/>
        </w:rPr>
        <w:t>ପବିତ୍ରାଳୟରେ</w:t>
      </w:r>
      <w:r>
        <w:rPr>
          <w:rFonts w:ascii="Times New Roman" w:hAnsi="Times New Roman" w:eastAsia="Times New Roman" w:cs="Times New Roman"/>
        </w:rPr>
        <w:t xml:space="preserve"> </w:t>
      </w:r>
      <w:r>
        <w:rPr>
          <w:rFonts w:ascii="Nirmala UI" w:hAnsi="Nirmala UI" w:eastAsia="Nirmala UI" w:cs="Nirmala UI"/>
        </w:rPr>
        <w:t>ଅଛନ୍ତି</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ତିନିଥର</w:t>
      </w:r>
      <w:r>
        <w:rPr>
          <w:rFonts w:ascii="Times New Roman" w:hAnsi="Times New Roman" w:eastAsia="Times New Roman" w:cs="Times New Roman"/>
        </w:rPr>
        <w:t xml:space="preserve"> </w:t>
      </w:r>
      <w:r>
        <w:rPr>
          <w:rFonts w:ascii="Nirmala UI" w:hAnsi="Nirmala UI" w:eastAsia="Nirmala UI" w:cs="Nirmala UI"/>
        </w:rPr>
        <w:t>ସ୍ପର୍ଶ</w:t>
      </w:r>
      <w:r>
        <w:rPr>
          <w:rFonts w:ascii="Times New Roman" w:hAnsi="Times New Roman" w:eastAsia="Times New Roman" w:cs="Times New Roman"/>
        </w:rPr>
        <w:t xml:space="preserve"> </w:t>
      </w:r>
      <w:r>
        <w:rPr>
          <w:rFonts w:ascii="Nirmala UI" w:hAnsi="Nirmala UI" w:eastAsia="Nirmala UI" w:cs="Nirmala UI"/>
        </w:rPr>
        <w:t>ହେଉଥିବା</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ଦ୍ୱିତୀୟଥର</w:t>
      </w:r>
      <w:r>
        <w:rPr>
          <w:rFonts w:ascii="Times New Roman" w:hAnsi="Times New Roman" w:eastAsia="Times New Roman" w:cs="Times New Roman"/>
        </w:rPr>
        <w:t xml:space="preserve"> </w:t>
      </w:r>
      <w:r>
        <w:rPr>
          <w:rFonts w:ascii="Nirmala UI" w:hAnsi="Nirmala UI" w:eastAsia="Nirmala UI" w:cs="Nirmala UI"/>
        </w:rPr>
        <w:t>ସ୍ପର୍ଶ</w:t>
      </w:r>
      <w:r>
        <w:rPr>
          <w:rFonts w:ascii="Times New Roman" w:hAnsi="Times New Roman" w:eastAsia="Times New Roman" w:cs="Times New Roman"/>
        </w:rPr>
        <w:t xml:space="preserve"> </w:t>
      </w:r>
      <w:r>
        <w:rPr>
          <w:rFonts w:ascii="Nirmala UI" w:hAnsi="Nirmala UI" w:eastAsia="Nirmala UI" w:cs="Nirmala UI"/>
        </w:rPr>
        <w:t>ପାଉଥିବା</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ମୂକ</w:t>
      </w:r>
      <w:r>
        <w:rPr>
          <w:rFonts w:ascii="Times New Roman" w:hAnsi="Times New Roman" w:eastAsia="Times New Roman" w:cs="Times New Roman"/>
        </w:rPr>
        <w:t xml:space="preserve"> </w:t>
      </w:r>
      <w:r>
        <w:rPr>
          <w:rFonts w:ascii="Nirmala UI" w:hAnsi="Nirmala UI" w:eastAsia="Nirmala UI" w:cs="Nirmala UI"/>
        </w:rPr>
        <w:t>କରାଯାନ୍ତି।</w:t>
      </w:r>
      <w:r>
        <w:rPr>
          <w:rFonts w:ascii="Times New Roman" w:hAnsi="Times New Roman" w:eastAsia="Times New Roman" w:cs="Times New Roman"/>
        </w:rPr>
        <w:t xml:space="preserve"> </w:t>
      </w:r>
      <w:r>
        <w:rPr>
          <w:rFonts w:ascii="Nirmala UI" w:hAnsi="Nirmala UI" w:eastAsia="Nirmala UI" w:cs="Nirmala UI"/>
        </w:rPr>
        <w:t>ମଧ୍ୟବିନ୍ଦୁରେ</w:t>
      </w:r>
      <w:r>
        <w:rPr>
          <w:rFonts w:ascii="Times New Roman" w:hAnsi="Times New Roman" w:eastAsia="Times New Roman" w:cs="Times New Roman"/>
        </w:rPr>
        <w:t xml:space="preserve"> </w:t>
      </w:r>
      <w:r>
        <w:rPr>
          <w:rFonts w:ascii="Nirmala UI" w:hAnsi="Nirmala UI" w:eastAsia="Nirmala UI" w:cs="Nirmala UI"/>
        </w:rPr>
        <w:t>ଦାନିଏଲ୍</w:t>
      </w:r>
      <w:r>
        <w:rPr>
          <w:rFonts w:ascii="Times New Roman" w:hAnsi="Times New Roman" w:eastAsia="Times New Roman" w:cs="Times New Roman"/>
        </w:rPr>
        <w:t xml:space="preserve"> </w:t>
      </w:r>
      <w:r>
        <w:rPr>
          <w:rFonts w:ascii="Nirmala UI" w:hAnsi="Nirmala UI" w:eastAsia="Nirmala UI" w:cs="Nirmala UI"/>
        </w:rPr>
        <w:t>ମୂକ</w:t>
      </w:r>
      <w:r>
        <w:rPr>
          <w:rFonts w:ascii="Times New Roman" w:hAnsi="Times New Roman" w:eastAsia="Times New Roman" w:cs="Times New Roman"/>
        </w:rPr>
        <w:t xml:space="preserve"> </w:t>
      </w:r>
      <w:r>
        <w:rPr>
          <w:rFonts w:ascii="Nirmala UI" w:hAnsi="Nirmala UI" w:eastAsia="Nirmala UI" w:cs="Nirmala UI"/>
        </w:rPr>
        <w:t>କରାଯାନ୍ତି।</w:t>
      </w:r>
    </w:p>
    <w:p>
      <w:pPr>
        <w:pStyle w:val="ArticleScripture"/>
        <w:jc w:val="left"/>
      </w:pP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ମୋତେ</w:t>
      </w:r>
      <w:r>
        <w:rPr>
          <w:rFonts w:ascii="Times New Roman" w:hAnsi="Times New Roman" w:eastAsia="Times New Roman" w:cs="Times New Roman"/>
        </w:rPr>
        <w:t xml:space="preserve"> </w:t>
      </w:r>
      <w:r>
        <w:rPr>
          <w:rFonts w:ascii="Nirmala UI" w:hAnsi="Nirmala UI" w:eastAsia="Nirmala UI" w:cs="Nirmala UI"/>
        </w:rPr>
        <w:t>ଏପରି</w:t>
      </w:r>
      <w:r>
        <w:rPr>
          <w:rFonts w:ascii="Times New Roman" w:hAnsi="Times New Roman" w:eastAsia="Times New Roman" w:cs="Times New Roman"/>
        </w:rPr>
        <w:t xml:space="preserve"> </w:t>
      </w:r>
      <w:r>
        <w:rPr>
          <w:rFonts w:ascii="Nirmala UI" w:hAnsi="Nirmala UI" w:eastAsia="Nirmala UI" w:cs="Nirmala UI"/>
        </w:rPr>
        <w:t>କଥା</w:t>
      </w:r>
      <w:r>
        <w:rPr>
          <w:rFonts w:ascii="Times New Roman" w:hAnsi="Times New Roman" w:eastAsia="Times New Roman" w:cs="Times New Roman"/>
        </w:rPr>
        <w:t xml:space="preserve"> </w:t>
      </w:r>
      <w:r>
        <w:rPr>
          <w:rFonts w:ascii="Nirmala UI" w:hAnsi="Nirmala UI" w:eastAsia="Nirmala UI" w:cs="Nirmala UI"/>
        </w:rPr>
        <w:t>କହିଥିବାବେଳେ</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ମୁହଁ</w:t>
      </w:r>
      <w:r>
        <w:rPr>
          <w:rFonts w:ascii="Times New Roman" w:hAnsi="Times New Roman" w:eastAsia="Times New Roman" w:cs="Times New Roman"/>
        </w:rPr>
        <w:t xml:space="preserve"> </w:t>
      </w:r>
      <w:r>
        <w:rPr>
          <w:rFonts w:ascii="Nirmala UI" w:hAnsi="Nirmala UI" w:eastAsia="Nirmala UI" w:cs="Nirmala UI"/>
        </w:rPr>
        <w:t>ଭୂମିପଟେ</w:t>
      </w:r>
      <w:r>
        <w:rPr>
          <w:rFonts w:ascii="Times New Roman" w:hAnsi="Times New Roman" w:eastAsia="Times New Roman" w:cs="Times New Roman"/>
        </w:rPr>
        <w:t xml:space="preserve"> </w:t>
      </w:r>
      <w:r>
        <w:rPr>
          <w:rFonts w:ascii="Nirmala UI" w:hAnsi="Nirmala UI" w:eastAsia="Nirmala UI" w:cs="Nirmala UI"/>
        </w:rPr>
        <w:t>ନମାଇଦେଲି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ନିର୍ବାକ</w:t>
      </w:r>
      <w:r>
        <w:rPr>
          <w:rFonts w:ascii="Times New Roman" w:hAnsi="Times New Roman" w:eastAsia="Times New Roman" w:cs="Times New Roman"/>
        </w:rPr>
        <w:t xml:space="preserve"> </w:t>
      </w:r>
      <w:r>
        <w:rPr>
          <w:rFonts w:ascii="Nirmala UI" w:hAnsi="Nirmala UI" w:eastAsia="Nirmala UI" w:cs="Nirmala UI"/>
        </w:rPr>
        <w:t>ହୋଇଗଲି।</w:t>
      </w:r>
      <w:r>
        <w:rPr>
          <w:rFonts w:ascii="Times New Roman" w:hAnsi="Times New Roman" w:eastAsia="Times New Roman" w:cs="Times New Roman"/>
        </w:rPr>
        <w:t xml:space="preserve"> </w:t>
      </w:r>
      <w:r>
        <w:rPr>
          <w:rFonts w:ascii="Nirmala UI" w:hAnsi="Nirmala UI" w:eastAsia="Nirmala UI" w:cs="Nirmala UI"/>
        </w:rPr>
        <w:t>ଆଉ</w:t>
      </w:r>
      <w:r>
        <w:rPr>
          <w:rFonts w:ascii="Times New Roman" w:hAnsi="Times New Roman" w:eastAsia="Times New Roman" w:cs="Times New Roman"/>
        </w:rPr>
        <w:t xml:space="preserve"> </w:t>
      </w:r>
      <w:r>
        <w:rPr>
          <w:rFonts w:ascii="Nirmala UI" w:hAnsi="Nirmala UI" w:eastAsia="Nirmala UI" w:cs="Nirmala UI"/>
        </w:rPr>
        <w:t>ଦେଖ</w:t>
      </w:r>
      <w:r>
        <w:rPr>
          <w:rFonts w:ascii="Times New Roman" w:hAnsi="Times New Roman" w:eastAsia="Times New Roman" w:cs="Times New Roman"/>
        </w:rPr>
        <w:t xml:space="preserve">, </w:t>
      </w:r>
      <w:r>
        <w:rPr>
          <w:rFonts w:ascii="Nirmala UI" w:hAnsi="Nirmala UI" w:eastAsia="Nirmala UI" w:cs="Nirmala UI"/>
        </w:rPr>
        <w:t>ମଣିଷପୁତ୍ରମାନଙ୍କ</w:t>
      </w:r>
      <w:r>
        <w:rPr>
          <w:rFonts w:ascii="Times New Roman" w:hAnsi="Times New Roman" w:eastAsia="Times New Roman" w:cs="Times New Roman"/>
        </w:rPr>
        <w:t xml:space="preserve"> </w:t>
      </w:r>
      <w:r>
        <w:rPr>
          <w:rFonts w:ascii="Nirmala UI" w:hAnsi="Nirmala UI" w:eastAsia="Nirmala UI" w:cs="Nirmala UI"/>
        </w:rPr>
        <w:t>ସଦୃଶ</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ରୂପ</w:t>
      </w:r>
      <w:r>
        <w:rPr>
          <w:rFonts w:ascii="Times New Roman" w:hAnsi="Times New Roman" w:eastAsia="Times New Roman" w:cs="Times New Roman"/>
        </w:rPr>
        <w:t xml:space="preserve"> </w:t>
      </w:r>
      <w:r>
        <w:rPr>
          <w:rFonts w:ascii="Nirmala UI" w:hAnsi="Nirmala UI" w:eastAsia="Nirmala UI" w:cs="Nirmala UI"/>
        </w:rPr>
        <w:t>ମୋର</w:t>
      </w:r>
      <w:r>
        <w:rPr>
          <w:rFonts w:ascii="Times New Roman" w:hAnsi="Times New Roman" w:eastAsia="Times New Roman" w:cs="Times New Roman"/>
        </w:rPr>
        <w:t xml:space="preserve"> </w:t>
      </w:r>
      <w:r>
        <w:rPr>
          <w:rFonts w:ascii="Nirmala UI" w:hAnsi="Nirmala UI" w:eastAsia="Nirmala UI" w:cs="Nirmala UI"/>
        </w:rPr>
        <w:t>ଠୋଠକୁ</w:t>
      </w:r>
      <w:r>
        <w:rPr>
          <w:rFonts w:ascii="Times New Roman" w:hAnsi="Times New Roman" w:eastAsia="Times New Roman" w:cs="Times New Roman"/>
        </w:rPr>
        <w:t xml:space="preserve"> </w:t>
      </w:r>
      <w:r>
        <w:rPr>
          <w:rFonts w:ascii="Nirmala UI" w:hAnsi="Nirmala UI" w:eastAsia="Nirmala UI" w:cs="Nirmala UI"/>
        </w:rPr>
        <w:t>ସ୍ପର୍ଶ</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ତାପରେ</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ମୋର</w:t>
      </w:r>
      <w:r>
        <w:rPr>
          <w:rFonts w:ascii="Times New Roman" w:hAnsi="Times New Roman" w:eastAsia="Times New Roman" w:cs="Times New Roman"/>
        </w:rPr>
        <w:t xml:space="preserve"> </w:t>
      </w:r>
      <w:r>
        <w:rPr>
          <w:rFonts w:ascii="Nirmala UI" w:hAnsi="Nirmala UI" w:eastAsia="Nirmala UI" w:cs="Nirmala UI"/>
        </w:rPr>
        <w:t>ମୁଖ</w:t>
      </w:r>
      <w:r>
        <w:rPr>
          <w:rFonts w:ascii="Times New Roman" w:hAnsi="Times New Roman" w:eastAsia="Times New Roman" w:cs="Times New Roman"/>
        </w:rPr>
        <w:t xml:space="preserve"> </w:t>
      </w:r>
      <w:r>
        <w:rPr>
          <w:rFonts w:ascii="Nirmala UI" w:hAnsi="Nirmala UI" w:eastAsia="Nirmala UI" w:cs="Nirmala UI"/>
        </w:rPr>
        <w:t>ଖୋଲି</w:t>
      </w:r>
      <w:r>
        <w:rPr>
          <w:rFonts w:ascii="Times New Roman" w:hAnsi="Times New Roman" w:eastAsia="Times New Roman" w:cs="Times New Roman"/>
        </w:rPr>
        <w:t xml:space="preserve"> </w:t>
      </w:r>
      <w:r>
        <w:rPr>
          <w:rFonts w:ascii="Nirmala UI" w:hAnsi="Nirmala UI" w:eastAsia="Nirmala UI" w:cs="Nirmala UI"/>
        </w:rPr>
        <w:t>କହିଲି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ମୋର</w:t>
      </w:r>
      <w:r>
        <w:rPr>
          <w:rFonts w:ascii="Times New Roman" w:hAnsi="Times New Roman" w:eastAsia="Times New Roman" w:cs="Times New Roman"/>
        </w:rPr>
        <w:t xml:space="preserve"> </w:t>
      </w:r>
      <w:r>
        <w:rPr>
          <w:rFonts w:ascii="Nirmala UI" w:hAnsi="Nirmala UI" w:eastAsia="Nirmala UI" w:cs="Nirmala UI"/>
        </w:rPr>
        <w:t>ସମ୍ମୁଖରେ</w:t>
      </w:r>
      <w:r>
        <w:rPr>
          <w:rFonts w:ascii="Times New Roman" w:hAnsi="Times New Roman" w:eastAsia="Times New Roman" w:cs="Times New Roman"/>
        </w:rPr>
        <w:t xml:space="preserve"> </w:t>
      </w:r>
      <w:r>
        <w:rPr>
          <w:rFonts w:ascii="Nirmala UI" w:hAnsi="Nirmala UI" w:eastAsia="Nirmala UI" w:cs="Nirmala UI"/>
        </w:rPr>
        <w:t>ଦାଁଡ଼ିଥିବା</w:t>
      </w:r>
      <w:r>
        <w:rPr>
          <w:rFonts w:ascii="Times New Roman" w:hAnsi="Times New Roman" w:eastAsia="Times New Roman" w:cs="Times New Roman"/>
        </w:rPr>
        <w:t xml:space="preserve"> </w:t>
      </w:r>
      <w:r>
        <w:rPr>
          <w:rFonts w:ascii="Nirmala UI" w:hAnsi="Nirmala UI" w:eastAsia="Nirmala UI" w:cs="Nirmala UI"/>
        </w:rPr>
        <w:t>ଜଣଙ୍କୁ</w:t>
      </w:r>
      <w:r>
        <w:rPr>
          <w:rFonts w:ascii="Times New Roman" w:hAnsi="Times New Roman" w:eastAsia="Times New Roman" w:cs="Times New Roman"/>
        </w:rPr>
        <w:t xml:space="preserve"> </w:t>
      </w:r>
      <w:r>
        <w:rPr>
          <w:rFonts w:ascii="Nirmala UI" w:hAnsi="Nirmala UI" w:eastAsia="Nirmala UI" w:cs="Nirmala UI"/>
        </w:rPr>
        <w:t>କହିଲି</w:t>
      </w:r>
      <w:r>
        <w:rPr>
          <w:rFonts w:ascii="Times New Roman" w:hAnsi="Times New Roman" w:eastAsia="Times New Roman" w:cs="Times New Roman"/>
        </w:rPr>
        <w:t xml:space="preserve">, </w:t>
      </w:r>
      <w:r>
        <w:rPr>
          <w:rFonts w:ascii="Nirmala UI" w:hAnsi="Nirmala UI" w:eastAsia="Nirmala UI" w:cs="Nirmala UI"/>
        </w:rPr>
        <w:t>ହେ</w:t>
      </w:r>
      <w:r>
        <w:rPr>
          <w:rFonts w:ascii="Times New Roman" w:hAnsi="Times New Roman" w:eastAsia="Times New Roman" w:cs="Times New Roman"/>
        </w:rPr>
        <w:t xml:space="preserve"> </w:t>
      </w:r>
      <w:r>
        <w:rPr>
          <w:rFonts w:ascii="Nirmala UI" w:hAnsi="Nirmala UI" w:eastAsia="Nirmala UI" w:cs="Nirmala UI"/>
        </w:rPr>
        <w:t>ମୋର</w:t>
      </w:r>
      <w:r>
        <w:rPr>
          <w:rFonts w:ascii="Times New Roman" w:hAnsi="Times New Roman" w:eastAsia="Times New Roman" w:cs="Times New Roman"/>
        </w:rPr>
        <w:t xml:space="preserve"> </w:t>
      </w:r>
      <w:r>
        <w:rPr>
          <w:rFonts w:ascii="Nirmala UI" w:hAnsi="Nirmala UI" w:eastAsia="Nirmala UI" w:cs="Nirmala UI"/>
        </w:rPr>
        <w:t>ପ୍ରଭୁ</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ଦର୍ଶନର</w:t>
      </w:r>
      <w:r>
        <w:rPr>
          <w:rFonts w:ascii="Times New Roman" w:hAnsi="Times New Roman" w:eastAsia="Times New Roman" w:cs="Times New Roman"/>
        </w:rPr>
        <w:t xml:space="preserve"> </w:t>
      </w:r>
      <w:r>
        <w:rPr>
          <w:rFonts w:ascii="Nirmala UI" w:hAnsi="Nirmala UI" w:eastAsia="Nirmala UI" w:cs="Nirmala UI"/>
        </w:rPr>
        <w:t>କାରଣରୁ</w:t>
      </w:r>
      <w:r>
        <w:rPr>
          <w:rFonts w:ascii="Times New Roman" w:hAnsi="Times New Roman" w:eastAsia="Times New Roman" w:cs="Times New Roman"/>
        </w:rPr>
        <w:t xml:space="preserve"> </w:t>
      </w:r>
      <w:r>
        <w:rPr>
          <w:rFonts w:ascii="Nirmala UI" w:hAnsi="Nirmala UI" w:eastAsia="Nirmala UI" w:cs="Nirmala UI"/>
        </w:rPr>
        <w:t>ମୋର</w:t>
      </w:r>
      <w:r>
        <w:rPr>
          <w:rFonts w:ascii="Times New Roman" w:hAnsi="Times New Roman" w:eastAsia="Times New Roman" w:cs="Times New Roman"/>
        </w:rPr>
        <w:t xml:space="preserve"> </w:t>
      </w:r>
      <w:r>
        <w:rPr>
          <w:rFonts w:ascii="Nirmala UI" w:hAnsi="Nirmala UI" w:eastAsia="Nirmala UI" w:cs="Nirmala UI"/>
        </w:rPr>
        <w:t>ବେଦନାମାନେ</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ଫେରିଆସିଛି</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କୌଣସି</w:t>
      </w:r>
      <w:r>
        <w:rPr>
          <w:rFonts w:ascii="Times New Roman" w:hAnsi="Times New Roman" w:eastAsia="Times New Roman" w:cs="Times New Roman"/>
        </w:rPr>
        <w:t xml:space="preserve"> </w:t>
      </w:r>
      <w:r>
        <w:rPr>
          <w:rFonts w:ascii="Nirmala UI" w:hAnsi="Nirmala UI" w:eastAsia="Nirmala UI" w:cs="Nirmala UI"/>
        </w:rPr>
        <w:t>ଶକ୍ତି</w:t>
      </w:r>
      <w:r>
        <w:rPr>
          <w:rFonts w:ascii="Times New Roman" w:hAnsi="Times New Roman" w:eastAsia="Times New Roman" w:cs="Times New Roman"/>
        </w:rPr>
        <w:t xml:space="preserve"> </w:t>
      </w:r>
      <w:r>
        <w:rPr>
          <w:rFonts w:ascii="Nirmala UI" w:hAnsi="Nirmala UI" w:eastAsia="Nirmala UI" w:cs="Nirmala UI"/>
        </w:rPr>
        <w:t>ଧାରଣ</w:t>
      </w:r>
      <w:r>
        <w:rPr>
          <w:rFonts w:ascii="Times New Roman" w:hAnsi="Times New Roman" w:eastAsia="Times New Roman" w:cs="Times New Roman"/>
        </w:rPr>
        <w:t xml:space="preserve"> </w:t>
      </w:r>
      <w:r>
        <w:rPr>
          <w:rFonts w:ascii="Nirmala UI" w:hAnsi="Nirmala UI" w:eastAsia="Nirmala UI" w:cs="Nirmala UI"/>
        </w:rPr>
        <w:t>କରିନାହିଁ।</w:t>
      </w:r>
      <w:r>
        <w:rPr>
          <w:rFonts w:ascii="Times New Roman" w:hAnsi="Times New Roman" w:eastAsia="Times New Roman" w:cs="Times New Roman"/>
        </w:rPr>
        <w:t xml:space="preserve"> </w:t>
      </w:r>
      <w:r>
        <w:rPr>
          <w:rFonts w:ascii="Nirmala UI" w:hAnsi="Nirmala UI" w:eastAsia="Nirmala UI" w:cs="Nirmala UI"/>
        </w:rPr>
        <w:t>ଦାନିଏଲ</w:t>
      </w:r>
      <w:r>
        <w:rPr>
          <w:rFonts w:ascii="Times New Roman" w:hAnsi="Times New Roman" w:eastAsia="Times New Roman" w:cs="Times New Roman"/>
        </w:rPr>
        <w:t xml:space="preserve"> 10:15, 16.</w:t>
      </w:r>
    </w:p>
    <w:p>
      <w:pPr>
        <w:pStyle w:val="ArticleHeading"/>
        <w:jc w:val="left"/>
      </w:pPr>
      <w:r>
        <w:rPr>
          <w:rFonts w:ascii="Arial" w:hAnsi="Arial" w:eastAsia="Arial" w:cs="Arial"/>
        </w:rPr>
        <w:t>Dubbachuu</w:t>
      </w:r>
    </w:p>
    <w:p>
      <w:pPr>
        <w:pStyle w:val="ArticleBody"/>
        <w:jc w:val="left"/>
      </w:pPr>
      <w:r>
        <w:rPr>
          <w:rFonts w:ascii="Times New Roman" w:hAnsi="Times New Roman" w:eastAsia="Times New Roman" w:cs="Times New Roman"/>
        </w:rPr>
        <w:t>“</w:t>
      </w:r>
      <w:r>
        <w:rPr>
          <w:rFonts w:ascii="Nirmala UI" w:hAnsi="Nirmala UI" w:eastAsia="Nirmala UI" w:cs="Nirmala UI"/>
        </w:rPr>
        <w:t>କହିବା</w:t>
      </w:r>
      <w:r>
        <w:rPr>
          <w:rFonts w:ascii="Times New Roman" w:hAnsi="Times New Roman" w:eastAsia="Times New Roman" w:cs="Times New Roman"/>
        </w:rPr>
        <w:t>”</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ପ୍ରତୀକତ୍ୱ</w:t>
      </w:r>
      <w:r>
        <w:rPr>
          <w:rFonts w:ascii="Times New Roman" w:hAnsi="Times New Roman" w:eastAsia="Times New Roman" w:cs="Times New Roman"/>
        </w:rPr>
        <w:t xml:space="preserve"> </w:t>
      </w:r>
      <w:r>
        <w:rPr>
          <w:rFonts w:ascii="Nirmala UI" w:hAnsi="Nirmala UI" w:eastAsia="Nirmala UI" w:cs="Nirmala UI"/>
        </w:rPr>
        <w:t>ଶୀଘ୍ର</w:t>
      </w:r>
      <w:r>
        <w:rPr>
          <w:rFonts w:ascii="Times New Roman" w:hAnsi="Times New Roman" w:eastAsia="Times New Roman" w:cs="Times New Roman"/>
        </w:rPr>
        <w:t xml:space="preserve"> </w:t>
      </w:r>
      <w:r>
        <w:rPr>
          <w:rFonts w:ascii="Nirmala UI" w:hAnsi="Nirmala UI" w:eastAsia="Nirmala UI" w:cs="Nirmala UI"/>
        </w:rPr>
        <w:t>ଆସୁଥିବା</w:t>
      </w:r>
      <w:r>
        <w:rPr>
          <w:rFonts w:ascii="Times New Roman" w:hAnsi="Times New Roman" w:eastAsia="Times New Roman" w:cs="Times New Roman"/>
        </w:rPr>
        <w:t xml:space="preserve"> </w:t>
      </w:r>
      <w:r>
        <w:rPr>
          <w:rFonts w:ascii="Nirmala UI" w:hAnsi="Nirmala UI" w:eastAsia="Nirmala UI" w:cs="Nirmala UI"/>
        </w:rPr>
        <w:t>ରବିବାର</w:t>
      </w:r>
      <w:r>
        <w:rPr>
          <w:rFonts w:ascii="Times New Roman" w:hAnsi="Times New Roman" w:eastAsia="Times New Roman" w:cs="Times New Roman"/>
        </w:rPr>
        <w:t xml:space="preserve"> </w:t>
      </w:r>
      <w:r>
        <w:rPr>
          <w:rFonts w:ascii="Nirmala UI" w:hAnsi="Nirmala UI" w:eastAsia="Nirmala UI" w:cs="Nirmala UI"/>
        </w:rPr>
        <w:t>ଆଇନ</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ଚିହ୍ନିତ</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ଯୁକ୍ତରାଷ୍ଟ୍ର</w:t>
      </w:r>
      <w:r>
        <w:rPr>
          <w:rFonts w:ascii="Times New Roman" w:hAnsi="Times New Roman" w:eastAsia="Times New Roman" w:cs="Times New Roman"/>
        </w:rPr>
        <w:t xml:space="preserve"> </w:t>
      </w:r>
      <w:r>
        <w:rPr>
          <w:rFonts w:ascii="Nirmala UI" w:hAnsi="Nirmala UI" w:eastAsia="Nirmala UI" w:cs="Nirmala UI"/>
        </w:rPr>
        <w:t>ଡ୍ରାଗନ</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କହେ</w:t>
      </w:r>
      <w:r>
        <w:rPr>
          <w:rFonts w:ascii="Times New Roman" w:hAnsi="Times New Roman" w:eastAsia="Times New Roman" w:cs="Times New Roman"/>
        </w:rPr>
        <w:t xml:space="preserve">, </w:t>
      </w:r>
      <w:r>
        <w:rPr>
          <w:rFonts w:ascii="Nirmala UI" w:hAnsi="Nirmala UI" w:eastAsia="Nirmala UI" w:cs="Nirmala UI"/>
        </w:rPr>
        <w:t>ବିଲାମଙ୍କର</w:t>
      </w:r>
      <w:r>
        <w:rPr>
          <w:rFonts w:ascii="Times New Roman" w:hAnsi="Times New Roman" w:eastAsia="Times New Roman" w:cs="Times New Roman"/>
        </w:rPr>
        <w:t xml:space="preserve"> </w:t>
      </w:r>
      <w:r>
        <w:rPr>
          <w:rFonts w:ascii="Nirmala UI" w:hAnsi="Nirmala UI" w:eastAsia="Nirmala UI" w:cs="Nirmala UI"/>
        </w:rPr>
        <w:t>ଗଧା</w:t>
      </w:r>
      <w:r>
        <w:rPr>
          <w:rFonts w:ascii="Times New Roman" w:hAnsi="Times New Roman" w:eastAsia="Times New Roman" w:cs="Times New Roman"/>
        </w:rPr>
        <w:t xml:space="preserve"> </w:t>
      </w:r>
      <w:r>
        <w:rPr>
          <w:rFonts w:ascii="Nirmala UI" w:hAnsi="Nirmala UI" w:eastAsia="Nirmala UI" w:cs="Nirmala UI"/>
        </w:rPr>
        <w:t>କହେ</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ହବକ୍କୂକଙ୍କର</w:t>
      </w:r>
      <w:r>
        <w:rPr>
          <w:rFonts w:ascii="Times New Roman" w:hAnsi="Times New Roman" w:eastAsia="Times New Roman" w:cs="Times New Roman"/>
        </w:rPr>
        <w:t xml:space="preserve"> </w:t>
      </w:r>
      <w:r>
        <w:rPr>
          <w:rFonts w:ascii="Nirmala UI" w:hAnsi="Nirmala UI" w:eastAsia="Nirmala UI" w:cs="Nirmala UI"/>
        </w:rPr>
        <w:t>ଦର୍ଶନ</w:t>
      </w:r>
      <w:r>
        <w:rPr>
          <w:rFonts w:ascii="Times New Roman" w:hAnsi="Times New Roman" w:eastAsia="Times New Roman" w:cs="Times New Roman"/>
        </w:rPr>
        <w:t xml:space="preserve"> </w:t>
      </w:r>
      <w:r>
        <w:rPr>
          <w:rFonts w:ascii="Nirmala UI" w:hAnsi="Nirmala UI" w:eastAsia="Nirmala UI" w:cs="Nirmala UI"/>
        </w:rPr>
        <w:t>କହେ</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ମିଥ୍ୟା</w:t>
      </w:r>
      <w:r>
        <w:rPr>
          <w:rFonts w:ascii="Times New Roman" w:hAnsi="Times New Roman" w:eastAsia="Times New Roman" w:cs="Times New Roman"/>
        </w:rPr>
        <w:t xml:space="preserve"> </w:t>
      </w:r>
      <w:r>
        <w:rPr>
          <w:rFonts w:ascii="Nirmala UI" w:hAnsi="Nirmala UI" w:eastAsia="Nirmala UI" w:cs="Nirmala UI"/>
        </w:rPr>
        <w:t>କହେନାହିଁ।</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ତିନିଜଣ</w:t>
      </w:r>
      <w:r>
        <w:rPr>
          <w:rFonts w:ascii="Times New Roman" w:hAnsi="Times New Roman" w:eastAsia="Times New Roman" w:cs="Times New Roman"/>
        </w:rPr>
        <w:t xml:space="preserve"> </w:t>
      </w:r>
      <w:r>
        <w:rPr>
          <w:rFonts w:ascii="Nirmala UI" w:hAnsi="Nirmala UI" w:eastAsia="Nirmala UI" w:cs="Nirmala UI"/>
        </w:rPr>
        <w:t>ନିର୍ବାକ</w:t>
      </w:r>
      <w:r>
        <w:rPr>
          <w:rFonts w:ascii="Times New Roman" w:hAnsi="Times New Roman" w:eastAsia="Times New Roman" w:cs="Times New Roman"/>
        </w:rPr>
        <w:t xml:space="preserve"> </w:t>
      </w:r>
      <w:r>
        <w:rPr>
          <w:rFonts w:ascii="Nirmala UI" w:hAnsi="Nirmala UI" w:eastAsia="Nirmala UI" w:cs="Nirmala UI"/>
        </w:rPr>
        <w:t>ଭବିଷ୍ୟଦ୍ବକ୍ତା</w:t>
      </w:r>
      <w:r>
        <w:rPr>
          <w:rFonts w:ascii="Times New Roman" w:hAnsi="Times New Roman" w:eastAsia="Times New Roman" w:cs="Times New Roman"/>
        </w:rPr>
        <w:t xml:space="preserve"> </w:t>
      </w:r>
      <w:r>
        <w:rPr>
          <w:rFonts w:ascii="Nirmala UI" w:hAnsi="Nirmala UI" w:eastAsia="Nirmala UI" w:cs="Nirmala UI"/>
        </w:rPr>
        <w:t>ଅଭୟାରଣ୍ୟରେ</w:t>
      </w:r>
      <w:r>
        <w:rPr>
          <w:rFonts w:ascii="Times New Roman" w:hAnsi="Times New Roman" w:eastAsia="Times New Roman" w:cs="Times New Roman"/>
        </w:rPr>
        <w:t xml:space="preserve"> </w:t>
      </w:r>
      <w:r>
        <w:rPr>
          <w:rFonts w:ascii="Nirmala UI" w:hAnsi="Nirmala UI" w:eastAsia="Nirmala UI" w:cs="Nirmala UI"/>
        </w:rPr>
        <w:t>ଥିବାବେଳେ</w:t>
      </w:r>
      <w:r>
        <w:rPr>
          <w:rFonts w:ascii="Times New Roman" w:hAnsi="Times New Roman" w:eastAsia="Times New Roman" w:cs="Times New Roman"/>
        </w:rPr>
        <w:t xml:space="preserve"> </w:t>
      </w:r>
      <w:r>
        <w:rPr>
          <w:rFonts w:ascii="Nirmala UI" w:hAnsi="Nirmala UI" w:eastAsia="Nirmala UI" w:cs="Nirmala UI"/>
        </w:rPr>
        <w:t>ନିର୍ବାକ</w:t>
      </w:r>
      <w:r>
        <w:rPr>
          <w:rFonts w:ascii="Times New Roman" w:hAnsi="Times New Roman" w:eastAsia="Times New Roman" w:cs="Times New Roman"/>
        </w:rPr>
        <w:t xml:space="preserve"> </w:t>
      </w:r>
      <w:r>
        <w:rPr>
          <w:rFonts w:ascii="Nirmala UI" w:hAnsi="Nirmala UI" w:eastAsia="Nirmala UI" w:cs="Nirmala UI"/>
        </w:rPr>
        <w:t>କରାଯାନ୍ତି</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ଯିରୁଶାଲେମର</w:t>
      </w:r>
      <w:r>
        <w:rPr>
          <w:rFonts w:ascii="Times New Roman" w:hAnsi="Times New Roman" w:eastAsia="Times New Roman" w:cs="Times New Roman"/>
        </w:rPr>
        <w:t xml:space="preserve"> </w:t>
      </w:r>
      <w:r>
        <w:rPr>
          <w:rFonts w:ascii="Nirmala UI" w:hAnsi="Nirmala UI" w:eastAsia="Nirmala UI" w:cs="Nirmala UI"/>
        </w:rPr>
        <w:t>ଧ୍ୱଂସ</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କହନ୍ତି।</w:t>
      </w:r>
      <w:r>
        <w:rPr>
          <w:rFonts w:ascii="Times New Roman" w:hAnsi="Times New Roman" w:eastAsia="Times New Roman" w:cs="Times New Roman"/>
        </w:rPr>
        <w:t xml:space="preserve"> </w:t>
      </w:r>
      <w:r>
        <w:rPr>
          <w:rFonts w:ascii="Nirmala UI" w:hAnsi="Nirmala UI" w:eastAsia="Nirmala UI" w:cs="Nirmala UI"/>
        </w:rPr>
        <w:t>ଜଖରିୟାଙ୍କ</w:t>
      </w:r>
      <w:r>
        <w:rPr>
          <w:rFonts w:ascii="Times New Roman" w:hAnsi="Times New Roman" w:eastAsia="Times New Roman" w:cs="Times New Roman"/>
        </w:rPr>
        <w:t xml:space="preserve"> </w:t>
      </w:r>
      <w:r>
        <w:rPr>
          <w:rFonts w:ascii="Nirmala UI" w:hAnsi="Nirmala UI" w:eastAsia="Nirmala UI" w:cs="Nirmala UI"/>
        </w:rPr>
        <w:t>ମାମଲାରେ</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କହନ୍ତି</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ପୁତ୍ରଙ୍କ</w:t>
      </w:r>
      <w:r>
        <w:rPr>
          <w:rFonts w:ascii="Times New Roman" w:hAnsi="Times New Roman" w:eastAsia="Times New Roman" w:cs="Times New Roman"/>
        </w:rPr>
        <w:t xml:space="preserve"> </w:t>
      </w:r>
      <w:r>
        <w:rPr>
          <w:rFonts w:ascii="Nirmala UI" w:hAnsi="Nirmala UI" w:eastAsia="Nirmala UI" w:cs="Nirmala UI"/>
        </w:rPr>
        <w:t>ନୂତନ</w:t>
      </w:r>
      <w:r>
        <w:rPr>
          <w:rFonts w:ascii="Times New Roman" w:hAnsi="Times New Roman" w:eastAsia="Times New Roman" w:cs="Times New Roman"/>
        </w:rPr>
        <w:t xml:space="preserve"> </w:t>
      </w:r>
      <w:r>
        <w:rPr>
          <w:rFonts w:ascii="Nirmala UI" w:hAnsi="Nirmala UI" w:eastAsia="Nirmala UI" w:cs="Nirmala UI"/>
        </w:rPr>
        <w:t>ନାମ</w:t>
      </w:r>
      <w:r>
        <w:rPr>
          <w:rFonts w:ascii="Times New Roman" w:hAnsi="Times New Roman" w:eastAsia="Times New Roman" w:cs="Times New Roman"/>
        </w:rPr>
        <w:t xml:space="preserve"> </w:t>
      </w:r>
      <w:r>
        <w:rPr>
          <w:rFonts w:ascii="Nirmala UI" w:hAnsi="Nirmala UI" w:eastAsia="Nirmala UI" w:cs="Nirmala UI"/>
        </w:rPr>
        <w:t>ଠିକ</w:t>
      </w:r>
      <w:r>
        <w:rPr>
          <w:rFonts w:ascii="Times New Roman" w:hAnsi="Times New Roman" w:eastAsia="Times New Roman" w:cs="Times New Roman"/>
        </w:rPr>
        <w:t xml:space="preserve"> </w:t>
      </w:r>
      <w:r>
        <w:rPr>
          <w:rFonts w:ascii="Nirmala UI" w:hAnsi="Nirmala UI" w:eastAsia="Nirmala UI" w:cs="Nirmala UI"/>
        </w:rPr>
        <w:t>ଅଟେ</w:t>
      </w:r>
      <w:r>
        <w:rPr>
          <w:rFonts w:ascii="Times New Roman" w:hAnsi="Times New Roman" w:eastAsia="Times New Roman" w:cs="Times New Roman"/>
        </w:rPr>
        <w:t xml:space="preserve">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ଚିହ୍ନିତ</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ଏହିପରି</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ନୂତନ</w:t>
      </w:r>
      <w:r>
        <w:rPr>
          <w:rFonts w:ascii="Times New Roman" w:hAnsi="Times New Roman" w:eastAsia="Times New Roman" w:cs="Times New Roman"/>
        </w:rPr>
        <w:t xml:space="preserve"> </w:t>
      </w:r>
      <w:r>
        <w:rPr>
          <w:rFonts w:ascii="Nirmala UI" w:hAnsi="Nirmala UI" w:eastAsia="Nirmala UI" w:cs="Nirmala UI"/>
        </w:rPr>
        <w:t>ନାମ</w:t>
      </w:r>
      <w:r>
        <w:rPr>
          <w:rFonts w:ascii="Times New Roman" w:hAnsi="Times New Roman" w:eastAsia="Times New Roman" w:cs="Times New Roman"/>
        </w:rPr>
        <w:t xml:space="preserve"> </w:t>
      </w:r>
      <w:r>
        <w:rPr>
          <w:rFonts w:ascii="Nirmala UI" w:hAnsi="Nirmala UI" w:eastAsia="Nirmala UI" w:cs="Nirmala UI"/>
        </w:rPr>
        <w:t>ପ୍ରାପ୍ତ</w:t>
      </w:r>
      <w:r>
        <w:rPr>
          <w:rFonts w:ascii="Times New Roman" w:hAnsi="Times New Roman" w:eastAsia="Times New Roman" w:cs="Times New Roman"/>
        </w:rPr>
        <w:t xml:space="preserve"> </w:t>
      </w:r>
      <w:r>
        <w:rPr>
          <w:rFonts w:ascii="Nirmala UI" w:hAnsi="Nirmala UI" w:eastAsia="Nirmala UI" w:cs="Nirmala UI"/>
        </w:rPr>
        <w:t>ଫିଲାଦେଲ୍ଫିୟମାନଙ୍କର</w:t>
      </w:r>
      <w:r>
        <w:rPr>
          <w:rFonts w:ascii="Times New Roman" w:hAnsi="Times New Roman" w:eastAsia="Times New Roman" w:cs="Times New Roman"/>
        </w:rPr>
        <w:t xml:space="preserve"> </w:t>
      </w:r>
      <w:r>
        <w:rPr>
          <w:rFonts w:ascii="Nirmala UI" w:hAnsi="Nirmala UI" w:eastAsia="Nirmala UI" w:cs="Nirmala UI"/>
        </w:rPr>
        <w:t>ଆଦର୍ଶରୂପ</w:t>
      </w:r>
      <w:r>
        <w:rPr>
          <w:rFonts w:ascii="Times New Roman" w:hAnsi="Times New Roman" w:eastAsia="Times New Roman" w:cs="Times New Roman"/>
        </w:rPr>
        <w:t xml:space="preserve"> </w:t>
      </w:r>
      <w:r>
        <w:rPr>
          <w:rFonts w:ascii="Nirmala UI" w:hAnsi="Nirmala UI" w:eastAsia="Nirmala UI" w:cs="Nirmala UI"/>
        </w:rPr>
        <w:t>ହୁଅନ୍ତି।</w:t>
      </w:r>
    </w:p>
    <w:p>
      <w:pPr>
        <w:pStyle w:val="ArticleScripture"/>
        <w:jc w:val="left"/>
      </w:pPr>
      <w:r>
        <w:rPr>
          <w:rFonts w:ascii="Nirmala UI" w:hAnsi="Nirmala UI" w:eastAsia="Nirmala UI" w:cs="Nirmala UI"/>
        </w:rPr>
        <w:t>ଜେ</w:t>
      </w:r>
      <w:r>
        <w:rPr>
          <w:rFonts w:ascii="Times New Roman" w:hAnsi="Times New Roman" w:eastAsia="Times New Roman" w:cs="Times New Roman"/>
        </w:rPr>
        <w:t xml:space="preserve"> </w:t>
      </w:r>
      <w:r>
        <w:rPr>
          <w:rFonts w:ascii="Nirmala UI" w:hAnsi="Nirmala UI" w:eastAsia="Nirmala UI" w:cs="Nirmala UI"/>
        </w:rPr>
        <w:t>ପରାଜୟ</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ତାହାଙ୍କୁ</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ମୋର</w:t>
      </w:r>
      <w:r>
        <w:rPr>
          <w:rFonts w:ascii="Times New Roman" w:hAnsi="Times New Roman" w:eastAsia="Times New Roman" w:cs="Times New Roman"/>
        </w:rPr>
        <w:t xml:space="preserve"> </w:t>
      </w:r>
      <w:r>
        <w:rPr>
          <w:rFonts w:ascii="Nirmala UI" w:hAnsi="Nirmala UI" w:eastAsia="Nirmala UI" w:cs="Nirmala UI"/>
        </w:rPr>
        <w:t>ପରମେଶ୍ୱରଙ୍କ</w:t>
      </w:r>
      <w:r>
        <w:rPr>
          <w:rFonts w:ascii="Times New Roman" w:hAnsi="Times New Roman" w:eastAsia="Times New Roman" w:cs="Times New Roman"/>
        </w:rPr>
        <w:t xml:space="preserve"> </w:t>
      </w:r>
      <w:r>
        <w:rPr>
          <w:rFonts w:ascii="Nirmala UI" w:hAnsi="Nirmala UI" w:eastAsia="Nirmala UI" w:cs="Nirmala UI"/>
        </w:rPr>
        <w:t>ମନ୍ଦିରରେ</w:t>
      </w:r>
      <w:r>
        <w:rPr>
          <w:rFonts w:ascii="Times New Roman" w:hAnsi="Times New Roman" w:eastAsia="Times New Roman" w:cs="Times New Roman"/>
        </w:rPr>
        <w:t xml:space="preserve"> </w:t>
      </w:r>
      <w:r>
        <w:rPr>
          <w:rFonts w:ascii="Nirmala UI" w:hAnsi="Nirmala UI" w:eastAsia="Nirmala UI" w:cs="Nirmala UI"/>
        </w:rPr>
        <w:t>ଗୋଟିଏ</w:t>
      </w:r>
      <w:r>
        <w:rPr>
          <w:rFonts w:ascii="Times New Roman" w:hAnsi="Times New Roman" w:eastAsia="Times New Roman" w:cs="Times New Roman"/>
        </w:rPr>
        <w:t xml:space="preserve"> </w:t>
      </w:r>
      <w:r>
        <w:rPr>
          <w:rFonts w:ascii="Nirmala UI" w:hAnsi="Nirmala UI" w:eastAsia="Nirmala UI" w:cs="Nirmala UI"/>
        </w:rPr>
        <w:t>ସ୍ତମ୍ଭ</w:t>
      </w:r>
      <w:r>
        <w:rPr>
          <w:rFonts w:ascii="Times New Roman" w:hAnsi="Times New Roman" w:eastAsia="Times New Roman" w:cs="Times New Roman"/>
        </w:rPr>
        <w:t xml:space="preserve"> </w:t>
      </w:r>
      <w:r>
        <w:rPr>
          <w:rFonts w:ascii="Nirmala UI" w:hAnsi="Nirmala UI" w:eastAsia="Nirmala UI" w:cs="Nirmala UI"/>
        </w:rPr>
        <w:t>କରିଦେବି</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ଆଉ</w:t>
      </w:r>
      <w:r>
        <w:rPr>
          <w:rFonts w:ascii="Times New Roman" w:hAnsi="Times New Roman" w:eastAsia="Times New Roman" w:cs="Times New Roman"/>
        </w:rPr>
        <w:t xml:space="preserve"> </w:t>
      </w:r>
      <w:r>
        <w:rPr>
          <w:rFonts w:ascii="Nirmala UI" w:hAnsi="Nirmala UI" w:eastAsia="Nirmala UI" w:cs="Nirmala UI"/>
        </w:rPr>
        <w:t>କେବେ</w:t>
      </w:r>
      <w:r>
        <w:rPr>
          <w:rFonts w:ascii="Times New Roman" w:hAnsi="Times New Roman" w:eastAsia="Times New Roman" w:cs="Times New Roman"/>
        </w:rPr>
        <w:t xml:space="preserve"> </w:t>
      </w:r>
      <w:r>
        <w:rPr>
          <w:rFonts w:ascii="Nirmala UI" w:hAnsi="Nirmala UI" w:eastAsia="Nirmala UI" w:cs="Nirmala UI"/>
        </w:rPr>
        <w:t>ବାହାରକୁ</w:t>
      </w:r>
      <w:r>
        <w:rPr>
          <w:rFonts w:ascii="Times New Roman" w:hAnsi="Times New Roman" w:eastAsia="Times New Roman" w:cs="Times New Roman"/>
        </w:rPr>
        <w:t xml:space="preserve"> </w:t>
      </w:r>
      <w:r>
        <w:rPr>
          <w:rFonts w:ascii="Nirmala UI" w:hAnsi="Nirmala UI" w:eastAsia="Nirmala UI" w:cs="Nirmala UI"/>
        </w:rPr>
        <w:t>ଯିବେ</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ତାହାଙ୍କ</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ମୋର</w:t>
      </w:r>
      <w:r>
        <w:rPr>
          <w:rFonts w:ascii="Times New Roman" w:hAnsi="Times New Roman" w:eastAsia="Times New Roman" w:cs="Times New Roman"/>
        </w:rPr>
        <w:t xml:space="preserve"> </w:t>
      </w:r>
      <w:r>
        <w:rPr>
          <w:rFonts w:ascii="Nirmala UI" w:hAnsi="Nirmala UI" w:eastAsia="Nirmala UI" w:cs="Nirmala UI"/>
        </w:rPr>
        <w:t>ପରମେଶ୍ୱରଙ୍କ</w:t>
      </w:r>
      <w:r>
        <w:rPr>
          <w:rFonts w:ascii="Times New Roman" w:hAnsi="Times New Roman" w:eastAsia="Times New Roman" w:cs="Times New Roman"/>
        </w:rPr>
        <w:t xml:space="preserve"> </w:t>
      </w:r>
      <w:r>
        <w:rPr>
          <w:rFonts w:ascii="Nirmala UI" w:hAnsi="Nirmala UI" w:eastAsia="Nirmala UI" w:cs="Nirmala UI"/>
        </w:rPr>
        <w:t>ନାମ</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ମୋର</w:t>
      </w:r>
      <w:r>
        <w:rPr>
          <w:rFonts w:ascii="Times New Roman" w:hAnsi="Times New Roman" w:eastAsia="Times New Roman" w:cs="Times New Roman"/>
        </w:rPr>
        <w:t xml:space="preserve"> </w:t>
      </w:r>
      <w:r>
        <w:rPr>
          <w:rFonts w:ascii="Nirmala UI" w:hAnsi="Nirmala UI" w:eastAsia="Nirmala UI" w:cs="Nirmala UI"/>
        </w:rPr>
        <w:t>ପରମେଶ୍ୱରଙ୍କ</w:t>
      </w:r>
      <w:r>
        <w:rPr>
          <w:rFonts w:ascii="Times New Roman" w:hAnsi="Times New Roman" w:eastAsia="Times New Roman" w:cs="Times New Roman"/>
        </w:rPr>
        <w:t xml:space="preserve"> </w:t>
      </w:r>
      <w:r>
        <w:rPr>
          <w:rFonts w:ascii="Nirmala UI" w:hAnsi="Nirmala UI" w:eastAsia="Nirmala UI" w:cs="Nirmala UI"/>
        </w:rPr>
        <w:t>ସହରର</w:t>
      </w:r>
      <w:r>
        <w:rPr>
          <w:rFonts w:ascii="Times New Roman" w:hAnsi="Times New Roman" w:eastAsia="Times New Roman" w:cs="Times New Roman"/>
        </w:rPr>
        <w:t xml:space="preserve"> </w:t>
      </w:r>
      <w:r>
        <w:rPr>
          <w:rFonts w:ascii="Nirmala UI" w:hAnsi="Nirmala UI" w:eastAsia="Nirmala UI" w:cs="Nirmala UI"/>
        </w:rPr>
        <w:t>ନାମ</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ନବ</w:t>
      </w:r>
      <w:r>
        <w:rPr>
          <w:rFonts w:ascii="Times New Roman" w:hAnsi="Times New Roman" w:eastAsia="Times New Roman" w:cs="Times New Roman"/>
        </w:rPr>
        <w:t xml:space="preserve"> </w:t>
      </w:r>
      <w:r>
        <w:rPr>
          <w:rFonts w:ascii="Nirmala UI" w:hAnsi="Nirmala UI" w:eastAsia="Nirmala UI" w:cs="Nirmala UI"/>
        </w:rPr>
        <w:t>ଯିରୁଶାଲେମ</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ମୋର</w:t>
      </w:r>
      <w:r>
        <w:rPr>
          <w:rFonts w:ascii="Times New Roman" w:hAnsi="Times New Roman" w:eastAsia="Times New Roman" w:cs="Times New Roman"/>
        </w:rPr>
        <w:t xml:space="preserve"> </w:t>
      </w:r>
      <w:r>
        <w:rPr>
          <w:rFonts w:ascii="Nirmala UI" w:hAnsi="Nirmala UI" w:eastAsia="Nirmala UI" w:cs="Nirmala UI"/>
        </w:rPr>
        <w:t>ପରମେଶ୍ୱରଙ୍କ</w:t>
      </w:r>
      <w:r>
        <w:rPr>
          <w:rFonts w:ascii="Times New Roman" w:hAnsi="Times New Roman" w:eastAsia="Times New Roman" w:cs="Times New Roman"/>
        </w:rPr>
        <w:t xml:space="preserve"> </w:t>
      </w:r>
      <w:r>
        <w:rPr>
          <w:rFonts w:ascii="Nirmala UI" w:hAnsi="Nirmala UI" w:eastAsia="Nirmala UI" w:cs="Nirmala UI"/>
        </w:rPr>
        <w:t>ପାଖରୁ</w:t>
      </w:r>
      <w:r>
        <w:rPr>
          <w:rFonts w:ascii="Times New Roman" w:hAnsi="Times New Roman" w:eastAsia="Times New Roman" w:cs="Times New Roman"/>
        </w:rPr>
        <w:t xml:space="preserve"> </w:t>
      </w:r>
      <w:r>
        <w:rPr>
          <w:rFonts w:ascii="Nirmala UI" w:hAnsi="Nirmala UI" w:eastAsia="Nirmala UI" w:cs="Nirmala UI"/>
        </w:rPr>
        <w:t>ସ୍ୱର୍ଗରୁ</w:t>
      </w:r>
      <w:r>
        <w:rPr>
          <w:rFonts w:ascii="Times New Roman" w:hAnsi="Times New Roman" w:eastAsia="Times New Roman" w:cs="Times New Roman"/>
        </w:rPr>
        <w:t xml:space="preserve"> </w:t>
      </w:r>
      <w:r>
        <w:rPr>
          <w:rFonts w:ascii="Nirmala UI" w:hAnsi="Nirmala UI" w:eastAsia="Nirmala UI" w:cs="Nirmala UI"/>
        </w:rPr>
        <w:t>ଅବତରଣ</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ଲେଖିବି</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ତାହାଙ୍କ</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ମୋର</w:t>
      </w:r>
      <w:r>
        <w:rPr>
          <w:rFonts w:ascii="Times New Roman" w:hAnsi="Times New Roman" w:eastAsia="Times New Roman" w:cs="Times New Roman"/>
        </w:rPr>
        <w:t xml:space="preserve"> </w:t>
      </w:r>
      <w:r>
        <w:rPr>
          <w:rFonts w:ascii="Nirmala UI" w:hAnsi="Nirmala UI" w:eastAsia="Nirmala UI" w:cs="Nirmala UI"/>
        </w:rPr>
        <w:t>ନୂତନ</w:t>
      </w:r>
      <w:r>
        <w:rPr>
          <w:rFonts w:ascii="Times New Roman" w:hAnsi="Times New Roman" w:eastAsia="Times New Roman" w:cs="Times New Roman"/>
        </w:rPr>
        <w:t xml:space="preserve"> </w:t>
      </w:r>
      <w:r>
        <w:rPr>
          <w:rFonts w:ascii="Nirmala UI" w:hAnsi="Nirmala UI" w:eastAsia="Nirmala UI" w:cs="Nirmala UI"/>
        </w:rPr>
        <w:t>ନାମ</w:t>
      </w:r>
      <w:r>
        <w:rPr>
          <w:rFonts w:ascii="Times New Roman" w:hAnsi="Times New Roman" w:eastAsia="Times New Roman" w:cs="Times New Roman"/>
        </w:rPr>
        <w:t xml:space="preserve"> </w:t>
      </w:r>
      <w:r>
        <w:rPr>
          <w:rFonts w:ascii="Nirmala UI" w:hAnsi="Nirmala UI" w:eastAsia="Nirmala UI" w:cs="Nirmala UI"/>
        </w:rPr>
        <w:t>ଲେଖିବି।</w:t>
      </w:r>
      <w:r>
        <w:rPr>
          <w:rFonts w:ascii="Times New Roman" w:hAnsi="Times New Roman" w:eastAsia="Times New Roman" w:cs="Times New Roman"/>
        </w:rPr>
        <w:t xml:space="preserve"> </w:t>
      </w:r>
      <w:r>
        <w:rPr>
          <w:rFonts w:ascii="Nirmala UI" w:hAnsi="Nirmala UI" w:eastAsia="Nirmala UI" w:cs="Nirmala UI"/>
        </w:rPr>
        <w:t>ପ୍ରକାଶିତ</w:t>
      </w:r>
      <w:r>
        <w:rPr>
          <w:rFonts w:ascii="Times New Roman" w:hAnsi="Times New Roman" w:eastAsia="Times New Roman" w:cs="Times New Roman"/>
        </w:rPr>
        <w:t xml:space="preserve"> </w:t>
      </w:r>
      <w:r>
        <w:rPr>
          <w:rFonts w:ascii="Nirmala UI" w:hAnsi="Nirmala UI" w:eastAsia="Nirmala UI" w:cs="Nirmala UI"/>
        </w:rPr>
        <w:t>ବାକ୍ୟ</w:t>
      </w:r>
      <w:r>
        <w:rPr>
          <w:rFonts w:ascii="Times New Roman" w:hAnsi="Times New Roman" w:eastAsia="Times New Roman" w:cs="Times New Roman"/>
        </w:rPr>
        <w:t xml:space="preserve"> 3:12.</w:t>
      </w:r>
    </w:p>
    <w:p>
      <w:pPr>
        <w:pStyle w:val="ArticleBody"/>
        <w:jc w:val="left"/>
      </w:pPr>
      <w:r>
        <w:rPr>
          <w:rFonts w:ascii="Nirmala UI" w:hAnsi="Nirmala UI" w:eastAsia="Nirmala UI" w:cs="Nirmala UI"/>
        </w:rPr>
        <w:t>ଜଖରିୟାଙ୍କୁ</w:t>
      </w:r>
      <w:r>
        <w:rPr>
          <w:rFonts w:ascii="Times New Roman" w:hAnsi="Times New Roman" w:eastAsia="Times New Roman" w:cs="Times New Roman"/>
        </w:rPr>
        <w:t xml:space="preserve"> </w:t>
      </w:r>
      <w:r>
        <w:rPr>
          <w:rFonts w:ascii="Nirmala UI" w:hAnsi="Nirmala UI" w:eastAsia="Nirmala UI" w:cs="Nirmala UI"/>
        </w:rPr>
        <w:t>ଯୋହନଙ୍କ</w:t>
      </w:r>
      <w:r>
        <w:rPr>
          <w:rFonts w:ascii="Times New Roman" w:hAnsi="Times New Roman" w:eastAsia="Times New Roman" w:cs="Times New Roman"/>
        </w:rPr>
        <w:t xml:space="preserve"> </w:t>
      </w:r>
      <w:r>
        <w:rPr>
          <w:rFonts w:ascii="Nirmala UI" w:hAnsi="Nirmala UI" w:eastAsia="Nirmala UI" w:cs="Nirmala UI"/>
        </w:rPr>
        <w:t>ନୂତନ</w:t>
      </w:r>
      <w:r>
        <w:rPr>
          <w:rFonts w:ascii="Times New Roman" w:hAnsi="Times New Roman" w:eastAsia="Times New Roman" w:cs="Times New Roman"/>
        </w:rPr>
        <w:t xml:space="preserve"> </w:t>
      </w:r>
      <w:r>
        <w:rPr>
          <w:rFonts w:ascii="Nirmala UI" w:hAnsi="Nirmala UI" w:eastAsia="Nirmala UI" w:cs="Nirmala UI"/>
        </w:rPr>
        <w:t>ପରିବାରୀକ</w:t>
      </w:r>
      <w:r>
        <w:rPr>
          <w:rFonts w:ascii="Times New Roman" w:hAnsi="Times New Roman" w:eastAsia="Times New Roman" w:cs="Times New Roman"/>
        </w:rPr>
        <w:t xml:space="preserve"> </w:t>
      </w:r>
      <w:r>
        <w:rPr>
          <w:rFonts w:ascii="Nirmala UI" w:hAnsi="Nirmala UI" w:eastAsia="Nirmala UI" w:cs="Nirmala UI"/>
        </w:rPr>
        <w:t>ନାମ</w:t>
      </w:r>
      <w:r>
        <w:rPr>
          <w:rFonts w:ascii="Times New Roman" w:hAnsi="Times New Roman" w:eastAsia="Times New Roman" w:cs="Times New Roman"/>
        </w:rPr>
        <w:t xml:space="preserve"> </w:t>
      </w:r>
      <w:r>
        <w:rPr>
          <w:rFonts w:ascii="Nirmala UI" w:hAnsi="Nirmala UI" w:eastAsia="Nirmala UI" w:cs="Nirmala UI"/>
        </w:rPr>
        <w:t>ଲେଖିବା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ଗୋଟିଏ</w:t>
      </w:r>
      <w:r>
        <w:rPr>
          <w:rFonts w:ascii="Times New Roman" w:hAnsi="Times New Roman" w:eastAsia="Times New Roman" w:cs="Times New Roman"/>
        </w:rPr>
        <w:t xml:space="preserve"> </w:t>
      </w:r>
      <w:r>
        <w:rPr>
          <w:rFonts w:ascii="Nirmala UI" w:hAnsi="Nirmala UI" w:eastAsia="Nirmala UI" w:cs="Nirmala UI"/>
        </w:rPr>
        <w:t>ଫଳକ</w:t>
      </w:r>
      <w:r>
        <w:rPr>
          <w:rFonts w:ascii="Times New Roman" w:hAnsi="Times New Roman" w:eastAsia="Times New Roman" w:cs="Times New Roman"/>
        </w:rPr>
        <w:t xml:space="preserve"> </w:t>
      </w:r>
      <w:r>
        <w:rPr>
          <w:rFonts w:ascii="Nirmala UI" w:hAnsi="Nirmala UI" w:eastAsia="Nirmala UI" w:cs="Nirmala UI"/>
        </w:rPr>
        <w:t>ଦିଆଯାଇଥିଲା।</w:t>
      </w:r>
    </w:p>
    <w:p>
      <w:pPr>
        <w:pStyle w:val="ArticleScripture"/>
        <w:jc w:val="left"/>
      </w:pPr>
      <w:r>
        <w:rPr>
          <w:rFonts w:ascii="Leelawadee UI" w:hAnsi="Leelawadee UI" w:eastAsia="Leelawadee UI" w:cs="Leelawadee UI"/>
        </w:rPr>
        <w:t>ແລະເກີດຂຶ້ນວ່າ</w:t>
      </w:r>
      <w:r>
        <w:rPr>
          <w:rFonts w:ascii="Times New Roman" w:hAnsi="Times New Roman" w:eastAsia="Times New Roman" w:cs="Times New Roman"/>
        </w:rPr>
        <w:t xml:space="preserve"> </w:t>
      </w:r>
      <w:r>
        <w:rPr>
          <w:rFonts w:ascii="Leelawadee UI" w:hAnsi="Leelawadee UI" w:eastAsia="Leelawadee UI" w:cs="Leelawadee UI"/>
        </w:rPr>
        <w:t>ໃນວັນທີແປດ</w:t>
      </w:r>
      <w:r>
        <w:rPr>
          <w:rFonts w:ascii="Times New Roman" w:hAnsi="Times New Roman" w:eastAsia="Times New Roman" w:cs="Times New Roman"/>
        </w:rPr>
        <w:t xml:space="preserve"> </w:t>
      </w:r>
      <w:r>
        <w:rPr>
          <w:rFonts w:ascii="Leelawadee UI" w:hAnsi="Leelawadee UI" w:eastAsia="Leelawadee UI" w:cs="Leelawadee UI"/>
        </w:rPr>
        <w:t>ພວກເຂົາໄດ້ມາເພື່ອຂລິບເນື້ອໜັງຫຸ້ມປາຍຂອງເດັກນ້ອຍ</w:t>
      </w:r>
      <w:r>
        <w:rPr>
          <w:rFonts w:ascii="Times New Roman" w:hAnsi="Times New Roman" w:eastAsia="Times New Roman" w:cs="Times New Roman"/>
        </w:rPr>
        <w:t xml:space="preserve">; </w:t>
      </w:r>
      <w:r>
        <w:rPr>
          <w:rFonts w:ascii="Leelawadee UI" w:hAnsi="Leelawadee UI" w:eastAsia="Leelawadee UI" w:cs="Leelawadee UI"/>
        </w:rPr>
        <w:t>ແລະພວກເຂົາເອີ້ນເຂົາວ່າ</w:t>
      </w:r>
      <w:r>
        <w:rPr>
          <w:rFonts w:ascii="Times New Roman" w:hAnsi="Times New Roman" w:eastAsia="Times New Roman" w:cs="Times New Roman"/>
        </w:rPr>
        <w:t xml:space="preserve"> </w:t>
      </w:r>
      <w:r>
        <w:rPr>
          <w:rFonts w:ascii="Leelawadee UI" w:hAnsi="Leelawadee UI" w:eastAsia="Leelawadee UI" w:cs="Leelawadee UI"/>
        </w:rPr>
        <w:t>ຊາກາຣີຢາ</w:t>
      </w:r>
      <w:r>
        <w:rPr>
          <w:rFonts w:ascii="Times New Roman" w:hAnsi="Times New Roman" w:eastAsia="Times New Roman" w:cs="Times New Roman"/>
        </w:rPr>
        <w:t xml:space="preserve"> </w:t>
      </w:r>
      <w:r>
        <w:rPr>
          <w:rFonts w:ascii="Leelawadee UI" w:hAnsi="Leelawadee UI" w:eastAsia="Leelawadee UI" w:cs="Leelawadee UI"/>
        </w:rPr>
        <w:t>ຕາມຊື່ຂອງບິດາຂອງເຂົາ</w:t>
      </w:r>
      <w:r>
        <w:rPr>
          <w:rFonts w:ascii="Times New Roman" w:hAnsi="Times New Roman" w:eastAsia="Times New Roman" w:cs="Times New Roman"/>
        </w:rPr>
        <w:t xml:space="preserve">. </w:t>
      </w:r>
      <w:r>
        <w:rPr>
          <w:rFonts w:ascii="Leelawadee UI" w:hAnsi="Leelawadee UI" w:eastAsia="Leelawadee UI" w:cs="Leelawadee UI"/>
        </w:rPr>
        <w:t>ແຕ່ມານດາຂອງເຂົາຕອບແລະກ່າວວ່າ</w:t>
      </w:r>
      <w:r>
        <w:rPr>
          <w:rFonts w:ascii="Times New Roman" w:hAnsi="Times New Roman" w:eastAsia="Times New Roman" w:cs="Times New Roman"/>
        </w:rPr>
        <w:t xml:space="preserve">, </w:t>
      </w:r>
      <w:r>
        <w:rPr>
          <w:rFonts w:ascii="Leelawadee UI" w:hAnsi="Leelawadee UI" w:eastAsia="Leelawadee UI" w:cs="Leelawadee UI"/>
        </w:rPr>
        <w:t>ບໍ່ແມ່ນດັ່ງນັ້ນ</w:t>
      </w:r>
      <w:r>
        <w:rPr>
          <w:rFonts w:ascii="Times New Roman" w:hAnsi="Times New Roman" w:eastAsia="Times New Roman" w:cs="Times New Roman"/>
        </w:rPr>
        <w:t xml:space="preserve">; </w:t>
      </w:r>
      <w:r>
        <w:rPr>
          <w:rFonts w:ascii="Leelawadee UI" w:hAnsi="Leelawadee UI" w:eastAsia="Leelawadee UI" w:cs="Leelawadee UI"/>
        </w:rPr>
        <w:t>ແຕ່ເຂົາຈະຖືກເອີ້ນວ່າ</w:t>
      </w:r>
      <w:r>
        <w:rPr>
          <w:rFonts w:ascii="Times New Roman" w:hAnsi="Times New Roman" w:eastAsia="Times New Roman" w:cs="Times New Roman"/>
        </w:rPr>
        <w:t xml:space="preserve"> </w:t>
      </w:r>
      <w:r>
        <w:rPr>
          <w:rFonts w:ascii="Leelawadee UI" w:hAnsi="Leelawadee UI" w:eastAsia="Leelawadee UI" w:cs="Leelawadee UI"/>
        </w:rPr>
        <w:t>ໂຢຮັນ</w:t>
      </w:r>
      <w:r>
        <w:rPr>
          <w:rFonts w:ascii="Times New Roman" w:hAnsi="Times New Roman" w:eastAsia="Times New Roman" w:cs="Times New Roman"/>
        </w:rPr>
        <w:t xml:space="preserve">. </w:t>
      </w:r>
      <w:r>
        <w:rPr>
          <w:rFonts w:ascii="Leelawadee UI" w:hAnsi="Leelawadee UI" w:eastAsia="Leelawadee UI" w:cs="Leelawadee UI"/>
        </w:rPr>
        <w:t>ແລະພວກເຂົາໄດ້ກ່າວແກ່ນາງວ່າ</w:t>
      </w:r>
      <w:r>
        <w:rPr>
          <w:rFonts w:ascii="Times New Roman" w:hAnsi="Times New Roman" w:eastAsia="Times New Roman" w:cs="Times New Roman"/>
        </w:rPr>
        <w:t xml:space="preserve">, </w:t>
      </w:r>
      <w:r>
        <w:rPr>
          <w:rFonts w:ascii="Leelawadee UI" w:hAnsi="Leelawadee UI" w:eastAsia="Leelawadee UI" w:cs="Leelawadee UI"/>
        </w:rPr>
        <w:t>ໃນພວກຍາດຂອງເຈົ້າບໍ່ມີຜູ້ໃດທີ່ຖືກເອີ້ນດ້ວຍຊື່ນີ້</w:t>
      </w:r>
      <w:r>
        <w:rPr>
          <w:rFonts w:ascii="Times New Roman" w:hAnsi="Times New Roman" w:eastAsia="Times New Roman" w:cs="Times New Roman"/>
        </w:rPr>
        <w:t xml:space="preserve">. </w:t>
      </w:r>
      <w:r>
        <w:rPr>
          <w:rFonts w:ascii="Leelawadee UI" w:hAnsi="Leelawadee UI" w:eastAsia="Leelawadee UI" w:cs="Leelawadee UI"/>
        </w:rPr>
        <w:t>ແລ້ວພວກເຂົາກໍໄດ້ເຮັດເຄື່ອງໝາຍຖາມບິດາຂອງເດັກວ່າ</w:t>
      </w:r>
      <w:r>
        <w:rPr>
          <w:rFonts w:ascii="Times New Roman" w:hAnsi="Times New Roman" w:eastAsia="Times New Roman" w:cs="Times New Roman"/>
        </w:rPr>
        <w:t xml:space="preserve"> </w:t>
      </w:r>
      <w:r>
        <w:rPr>
          <w:rFonts w:ascii="Leelawadee UI" w:hAnsi="Leelawadee UI" w:eastAsia="Leelawadee UI" w:cs="Leelawadee UI"/>
        </w:rPr>
        <w:t>ລາວປະສົງໃຫ້ເອີ້ນເດັກນັ້ນວ່າຢ່າງໃດ</w:t>
      </w:r>
      <w:r>
        <w:rPr>
          <w:rFonts w:ascii="Times New Roman" w:hAnsi="Times New Roman" w:eastAsia="Times New Roman" w:cs="Times New Roman"/>
        </w:rPr>
        <w:t xml:space="preserve">. </w:t>
      </w:r>
      <w:r>
        <w:rPr>
          <w:rFonts w:ascii="Leelawadee UI" w:hAnsi="Leelawadee UI" w:eastAsia="Leelawadee UI" w:cs="Leelawadee UI"/>
        </w:rPr>
        <w:t>ແລະລາວໄດ້ຂໍແຜ່ນຂຽນ</w:t>
      </w:r>
      <w:r>
        <w:rPr>
          <w:rFonts w:ascii="Times New Roman" w:hAnsi="Times New Roman" w:eastAsia="Times New Roman" w:cs="Times New Roman"/>
        </w:rPr>
        <w:t xml:space="preserve"> </w:t>
      </w:r>
      <w:r>
        <w:rPr>
          <w:rFonts w:ascii="Leelawadee UI" w:hAnsi="Leelawadee UI" w:eastAsia="Leelawadee UI" w:cs="Leelawadee UI"/>
        </w:rPr>
        <w:t>ແລະຂຽນວ່າ</w:t>
      </w:r>
      <w:r>
        <w:rPr>
          <w:rFonts w:ascii="Times New Roman" w:hAnsi="Times New Roman" w:eastAsia="Times New Roman" w:cs="Times New Roman"/>
        </w:rPr>
        <w:t xml:space="preserve">, </w:t>
      </w:r>
      <w:r>
        <w:rPr>
          <w:rFonts w:ascii="Leelawadee UI" w:hAnsi="Leelawadee UI" w:eastAsia="Leelawadee UI" w:cs="Leelawadee UI"/>
        </w:rPr>
        <w:t>ຊື່ຂອງເຂົາຄື</w:t>
      </w:r>
      <w:r>
        <w:rPr>
          <w:rFonts w:ascii="Times New Roman" w:hAnsi="Times New Roman" w:eastAsia="Times New Roman" w:cs="Times New Roman"/>
        </w:rPr>
        <w:t xml:space="preserve"> </w:t>
      </w:r>
      <w:r>
        <w:rPr>
          <w:rFonts w:ascii="Leelawadee UI" w:hAnsi="Leelawadee UI" w:eastAsia="Leelawadee UI" w:cs="Leelawadee UI"/>
        </w:rPr>
        <w:t>ໂຢຮັນ</w:t>
      </w:r>
      <w:r>
        <w:rPr>
          <w:rFonts w:ascii="Times New Roman" w:hAnsi="Times New Roman" w:eastAsia="Times New Roman" w:cs="Times New Roman"/>
        </w:rPr>
        <w:t xml:space="preserve">. </w:t>
      </w:r>
      <w:r>
        <w:rPr>
          <w:rFonts w:ascii="Leelawadee UI" w:hAnsi="Leelawadee UI" w:eastAsia="Leelawadee UI" w:cs="Leelawadee UI"/>
        </w:rPr>
        <w:t>ແລະທຸກຄົນກໍປະຫລາດໃຈຍິ່ງ</w:t>
      </w:r>
      <w:r>
        <w:rPr>
          <w:rFonts w:ascii="Times New Roman" w:hAnsi="Times New Roman" w:eastAsia="Times New Roman" w:cs="Times New Roman"/>
        </w:rPr>
        <w:t xml:space="preserve">. </w:t>
      </w:r>
      <w:r>
        <w:rPr>
          <w:rFonts w:ascii="Leelawadee UI" w:hAnsi="Leelawadee UI" w:eastAsia="Leelawadee UI" w:cs="Leelawadee UI"/>
        </w:rPr>
        <w:t>ໃນທັນໃດນັ້ນ</w:t>
      </w:r>
      <w:r>
        <w:rPr>
          <w:rFonts w:ascii="Times New Roman" w:hAnsi="Times New Roman" w:eastAsia="Times New Roman" w:cs="Times New Roman"/>
        </w:rPr>
        <w:t xml:space="preserve"> </w:t>
      </w:r>
      <w:r>
        <w:rPr>
          <w:rFonts w:ascii="Leelawadee UI" w:hAnsi="Leelawadee UI" w:eastAsia="Leelawadee UI" w:cs="Leelawadee UI"/>
        </w:rPr>
        <w:t>ປາກຂອງລາວກໍເປີດອອກ</w:t>
      </w:r>
      <w:r>
        <w:rPr>
          <w:rFonts w:ascii="Times New Roman" w:hAnsi="Times New Roman" w:eastAsia="Times New Roman" w:cs="Times New Roman"/>
        </w:rPr>
        <w:t xml:space="preserve"> </w:t>
      </w:r>
      <w:r>
        <w:rPr>
          <w:rFonts w:ascii="Leelawadee UI" w:hAnsi="Leelawadee UI" w:eastAsia="Leelawadee UI" w:cs="Leelawadee UI"/>
        </w:rPr>
        <w:t>ແລະລີ້ນຂອງລາວກໍຖືກປົດປ່ອຍ</w:t>
      </w:r>
      <w:r>
        <w:rPr>
          <w:rFonts w:ascii="Times New Roman" w:hAnsi="Times New Roman" w:eastAsia="Times New Roman" w:cs="Times New Roman"/>
        </w:rPr>
        <w:t xml:space="preserve">; </w:t>
      </w:r>
      <w:r>
        <w:rPr>
          <w:rFonts w:ascii="Leelawadee UI" w:hAnsi="Leelawadee UI" w:eastAsia="Leelawadee UI" w:cs="Leelawadee UI"/>
        </w:rPr>
        <w:t>ແລະລາວໄດ້ເວົ້າ</w:t>
      </w:r>
      <w:r>
        <w:rPr>
          <w:rFonts w:ascii="Times New Roman" w:hAnsi="Times New Roman" w:eastAsia="Times New Roman" w:cs="Times New Roman"/>
        </w:rPr>
        <w:t xml:space="preserve"> </w:t>
      </w:r>
      <w:r>
        <w:rPr>
          <w:rFonts w:ascii="Leelawadee UI" w:hAnsi="Leelawadee UI" w:eastAsia="Leelawadee UI" w:cs="Leelawadee UI"/>
        </w:rPr>
        <w:t>ແລະສັນລະເສີນພຣະເຈົ້າ</w:t>
      </w:r>
      <w:r>
        <w:rPr>
          <w:rFonts w:ascii="Times New Roman" w:hAnsi="Times New Roman" w:eastAsia="Times New Roman" w:cs="Times New Roman"/>
        </w:rPr>
        <w:t xml:space="preserve">. </w:t>
      </w:r>
      <w:r>
        <w:rPr>
          <w:rFonts w:ascii="Leelawadee UI" w:hAnsi="Leelawadee UI" w:eastAsia="Leelawadee UI" w:cs="Leelawadee UI"/>
        </w:rPr>
        <w:t>ລູກາ</w:t>
      </w:r>
      <w:r>
        <w:rPr>
          <w:rFonts w:ascii="Times New Roman" w:hAnsi="Times New Roman" w:eastAsia="Times New Roman" w:cs="Times New Roman"/>
        </w:rPr>
        <w:t xml:space="preserve"> 1:59–64.</w:t>
      </w:r>
    </w:p>
    <w:p>
      <w:pPr>
        <w:pStyle w:val="ArticleBody"/>
        <w:jc w:val="left"/>
      </w:pPr>
      <w:r>
        <w:rPr>
          <w:rFonts w:ascii="Nirmala UI" w:hAnsi="Nirmala UI" w:eastAsia="Nirmala UI" w:cs="Nirmala UI"/>
        </w:rPr>
        <w:t>ଯୋହନଙ୍କର</w:t>
      </w:r>
      <w:r>
        <w:rPr>
          <w:rFonts w:ascii="Times New Roman" w:hAnsi="Times New Roman" w:eastAsia="Times New Roman" w:cs="Times New Roman"/>
        </w:rPr>
        <w:t xml:space="preserve"> </w:t>
      </w:r>
      <w:r>
        <w:rPr>
          <w:rFonts w:ascii="Nirmala UI" w:hAnsi="Nirmala UI" w:eastAsia="Nirmala UI" w:cs="Nirmala UI"/>
        </w:rPr>
        <w:t>ନୂତନ</w:t>
      </w:r>
      <w:r>
        <w:rPr>
          <w:rFonts w:ascii="Times New Roman" w:hAnsi="Times New Roman" w:eastAsia="Times New Roman" w:cs="Times New Roman"/>
        </w:rPr>
        <w:t xml:space="preserve"> </w:t>
      </w:r>
      <w:r>
        <w:rPr>
          <w:rFonts w:ascii="Nirmala UI" w:hAnsi="Nirmala UI" w:eastAsia="Nirmala UI" w:cs="Nirmala UI"/>
        </w:rPr>
        <w:t>ନାମ</w:t>
      </w:r>
      <w:r>
        <w:rPr>
          <w:rFonts w:ascii="Times New Roman" w:hAnsi="Times New Roman" w:eastAsia="Times New Roman" w:cs="Times New Roman"/>
        </w:rPr>
        <w:t xml:space="preserve"> </w:t>
      </w:r>
      <w:r>
        <w:rPr>
          <w:rFonts w:ascii="Nirmala UI" w:hAnsi="Nirmala UI" w:eastAsia="Nirmala UI" w:cs="Nirmala UI"/>
        </w:rPr>
        <w:t>ଫିଲାଦେଲଫିୟା</w:t>
      </w:r>
      <w:r>
        <w:rPr>
          <w:rFonts w:ascii="Times New Roman" w:hAnsi="Times New Roman" w:eastAsia="Times New Roman" w:cs="Times New Roman"/>
        </w:rPr>
        <w:t xml:space="preserve"> </w:t>
      </w:r>
      <w:r>
        <w:rPr>
          <w:rFonts w:ascii="Nirmala UI" w:hAnsi="Nirmala UI" w:eastAsia="Nirmala UI" w:cs="Nirmala UI"/>
        </w:rPr>
        <w:t>ଚର୍ଚ୍ଚ</w:t>
      </w:r>
      <w:r>
        <w:rPr>
          <w:rFonts w:ascii="Times New Roman" w:hAnsi="Times New Roman" w:eastAsia="Times New Roman" w:cs="Times New Roman"/>
        </w:rPr>
        <w:t xml:space="preserve"> </w:t>
      </w:r>
      <w:r>
        <w:rPr>
          <w:rFonts w:ascii="Nirmala UI" w:hAnsi="Nirmala UI" w:eastAsia="Nirmala UI" w:cs="Nirmala UI"/>
        </w:rPr>
        <w:t>ସହିତ</w:t>
      </w:r>
      <w:r>
        <w:rPr>
          <w:rFonts w:ascii="Times New Roman" w:hAnsi="Times New Roman" w:eastAsia="Times New Roman" w:cs="Times New Roman"/>
        </w:rPr>
        <w:t xml:space="preserve"> </w:t>
      </w:r>
      <w:r>
        <w:rPr>
          <w:rFonts w:ascii="Nirmala UI" w:hAnsi="Nirmala UI" w:eastAsia="Nirmala UI" w:cs="Nirmala UI"/>
        </w:rPr>
        <w:t>ସମଞ୍ଜସ</w:t>
      </w:r>
      <w:r>
        <w:rPr>
          <w:rFonts w:ascii="Times New Roman" w:hAnsi="Times New Roman" w:eastAsia="Times New Roman" w:cs="Times New Roman"/>
        </w:rPr>
        <w:t xml:space="preserve"> </w:t>
      </w:r>
      <w:r>
        <w:rPr>
          <w:rFonts w:ascii="Nirmala UI" w:hAnsi="Nirmala UI" w:eastAsia="Nirmala UI" w:cs="Nirmala UI"/>
        </w:rPr>
        <w:t>ରଖେ</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ଜଖରିୟା</w:t>
      </w:r>
      <w:r>
        <w:rPr>
          <w:rFonts w:ascii="Times New Roman" w:hAnsi="Times New Roman" w:eastAsia="Times New Roman" w:cs="Times New Roman"/>
        </w:rPr>
        <w:t xml:space="preserve"> </w:t>
      </w:r>
      <w:r>
        <w:rPr>
          <w:rFonts w:ascii="Nirmala UI" w:hAnsi="Nirmala UI" w:eastAsia="Nirmala UI" w:cs="Nirmala UI"/>
        </w:rPr>
        <w:t>ନାମ</w:t>
      </w:r>
      <w:r>
        <w:rPr>
          <w:rFonts w:ascii="Times New Roman" w:hAnsi="Times New Roman" w:eastAsia="Times New Roman" w:cs="Times New Roman"/>
        </w:rPr>
        <w:t xml:space="preserve"> </w:t>
      </w:r>
      <w:r>
        <w:rPr>
          <w:rFonts w:ascii="Nirmala UI" w:hAnsi="Nirmala UI" w:eastAsia="Nirmala UI" w:cs="Nirmala UI"/>
        </w:rPr>
        <w:t>ତୃତୀୟ</w:t>
      </w:r>
      <w:r>
        <w:rPr>
          <w:rFonts w:ascii="Times New Roman" w:hAnsi="Times New Roman" w:eastAsia="Times New Roman" w:cs="Times New Roman"/>
        </w:rPr>
        <w:t xml:space="preserve"> </w:t>
      </w:r>
      <w:r>
        <w:rPr>
          <w:rFonts w:ascii="Nirmala UI" w:hAnsi="Nirmala UI" w:eastAsia="Nirmala UI" w:cs="Nirmala UI"/>
        </w:rPr>
        <w:t>ଦୂତଙ୍କ</w:t>
      </w:r>
      <w:r>
        <w:rPr>
          <w:rFonts w:ascii="Times New Roman" w:hAnsi="Times New Roman" w:eastAsia="Times New Roman" w:cs="Times New Roman"/>
        </w:rPr>
        <w:t xml:space="preserve"> </w:t>
      </w:r>
      <w:r>
        <w:rPr>
          <w:rFonts w:ascii="Nirmala UI" w:hAnsi="Nirmala UI" w:eastAsia="Nirmala UI" w:cs="Nirmala UI"/>
        </w:rPr>
        <w:t>ସନ୍ଦେଶ</w:t>
      </w:r>
      <w:r>
        <w:rPr>
          <w:rFonts w:ascii="Times New Roman" w:hAnsi="Times New Roman" w:eastAsia="Times New Roman" w:cs="Times New Roman"/>
        </w:rPr>
        <w:t xml:space="preserve"> </w:t>
      </w:r>
      <w:r>
        <w:rPr>
          <w:rFonts w:ascii="Nirmala UI" w:hAnsi="Nirmala UI" w:eastAsia="Nirmala UI" w:cs="Nirmala UI"/>
        </w:rPr>
        <w:t>ପ୍ରତି</w:t>
      </w:r>
      <w:r>
        <w:rPr>
          <w:rFonts w:ascii="Times New Roman" w:hAnsi="Times New Roman" w:eastAsia="Times New Roman" w:cs="Times New Roman"/>
        </w:rPr>
        <w:t xml:space="preserve"> </w:t>
      </w:r>
      <w:r>
        <w:rPr>
          <w:rFonts w:ascii="Nirmala UI" w:hAnsi="Nirmala UI" w:eastAsia="Nirmala UI" w:cs="Nirmala UI"/>
        </w:rPr>
        <w:t>ଜଖରିୟାଙ୍କର</w:t>
      </w:r>
      <w:r>
        <w:rPr>
          <w:rFonts w:ascii="Times New Roman" w:hAnsi="Times New Roman" w:eastAsia="Times New Roman" w:cs="Times New Roman"/>
        </w:rPr>
        <w:t xml:space="preserve"> </w:t>
      </w:r>
      <w:r>
        <w:rPr>
          <w:rFonts w:ascii="Nirmala UI" w:hAnsi="Nirmala UI" w:eastAsia="Nirmala UI" w:cs="Nirmala UI"/>
        </w:rPr>
        <w:t>ଅବିଶ୍ୱାସ</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ପ୍ରତିନିଧିତ</w:t>
      </w:r>
      <w:r>
        <w:rPr>
          <w:rFonts w:ascii="Times New Roman" w:hAnsi="Times New Roman" w:eastAsia="Times New Roman" w:cs="Times New Roman"/>
        </w:rPr>
        <w:t xml:space="preserve"> </w:t>
      </w:r>
      <w:r>
        <w:rPr>
          <w:rFonts w:ascii="Nirmala UI" w:hAnsi="Nirmala UI" w:eastAsia="Nirmala UI" w:cs="Nirmala UI"/>
        </w:rPr>
        <w:t>ଲାଓଦିକିୟା</w:t>
      </w:r>
      <w:r>
        <w:rPr>
          <w:rFonts w:ascii="Times New Roman" w:hAnsi="Times New Roman" w:eastAsia="Times New Roman" w:cs="Times New Roman"/>
        </w:rPr>
        <w:t xml:space="preserve"> </w:t>
      </w:r>
      <w:r>
        <w:rPr>
          <w:rFonts w:ascii="Nirmala UI" w:hAnsi="Nirmala UI" w:eastAsia="Nirmala UI" w:cs="Nirmala UI"/>
        </w:rPr>
        <w:t>ସହିତ</w:t>
      </w:r>
      <w:r>
        <w:rPr>
          <w:rFonts w:ascii="Times New Roman" w:hAnsi="Times New Roman" w:eastAsia="Times New Roman" w:cs="Times New Roman"/>
        </w:rPr>
        <w:t xml:space="preserve"> </w:t>
      </w:r>
      <w:r>
        <w:rPr>
          <w:rFonts w:ascii="Nirmala UI" w:hAnsi="Nirmala UI" w:eastAsia="Nirmala UI" w:cs="Nirmala UI"/>
        </w:rPr>
        <w:t>ସମଞ୍ଜସ</w:t>
      </w:r>
      <w:r>
        <w:rPr>
          <w:rFonts w:ascii="Times New Roman" w:hAnsi="Times New Roman" w:eastAsia="Times New Roman" w:cs="Times New Roman"/>
        </w:rPr>
        <w:t xml:space="preserve"> </w:t>
      </w:r>
      <w:r>
        <w:rPr>
          <w:rFonts w:ascii="Nirmala UI" w:hAnsi="Nirmala UI" w:eastAsia="Nirmala UI" w:cs="Nirmala UI"/>
        </w:rPr>
        <w:t>ରଖେ।</w:t>
      </w:r>
      <w:r>
        <w:rPr>
          <w:rFonts w:ascii="Times New Roman" w:hAnsi="Times New Roman" w:eastAsia="Times New Roman" w:cs="Times New Roman"/>
        </w:rPr>
        <w:t xml:space="preserve"> </w:t>
      </w:r>
      <w:r>
        <w:rPr>
          <w:rFonts w:ascii="Nirmala UI" w:hAnsi="Nirmala UI" w:eastAsia="Nirmala UI" w:cs="Nirmala UI"/>
        </w:rPr>
        <w:t>ସମସ୍ତ</w:t>
      </w:r>
      <w:r>
        <w:rPr>
          <w:rFonts w:ascii="Times New Roman" w:hAnsi="Times New Roman" w:eastAsia="Times New Roman" w:cs="Times New Roman"/>
        </w:rPr>
        <w:t xml:space="preserve"> </w:t>
      </w:r>
      <w:r>
        <w:rPr>
          <w:rFonts w:ascii="Nirmala UI" w:hAnsi="Nirmala UI" w:eastAsia="Nirmala UI" w:cs="Nirmala UI"/>
        </w:rPr>
        <w:t>ଭବିଷ୍ୟଦ୍ଦର୍ଶୀମାନେ</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ଦିନଗୁଡ଼ିକୁ</w:t>
      </w:r>
      <w:r>
        <w:rPr>
          <w:rFonts w:ascii="Times New Roman" w:hAnsi="Times New Roman" w:eastAsia="Times New Roman" w:cs="Times New Roman"/>
        </w:rPr>
        <w:t xml:space="preserve"> </w:t>
      </w:r>
      <w:r>
        <w:rPr>
          <w:rFonts w:ascii="Nirmala UI" w:hAnsi="Nirmala UI" w:eastAsia="Nirmala UI" w:cs="Nirmala UI"/>
        </w:rPr>
        <w:t>ସମ୍ବୋଧନ</w:t>
      </w:r>
      <w:r>
        <w:rPr>
          <w:rFonts w:ascii="Times New Roman" w:hAnsi="Times New Roman" w:eastAsia="Times New Roman" w:cs="Times New Roman"/>
        </w:rPr>
        <w:t xml:space="preserve"> </w:t>
      </w:r>
      <w:r>
        <w:rPr>
          <w:rFonts w:ascii="Nirmala UI" w:hAnsi="Nirmala UI" w:eastAsia="Nirmala UI" w:cs="Nirmala UI"/>
        </w:rPr>
        <w:t>କରନ୍ତି</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ଦିନଗୁଡ଼ିକ</w:t>
      </w:r>
      <w:r>
        <w:rPr>
          <w:rFonts w:ascii="Times New Roman" w:hAnsi="Times New Roman" w:eastAsia="Times New Roman" w:cs="Times New Roman"/>
        </w:rPr>
        <w:t xml:space="preserve"> </w:t>
      </w:r>
      <w:r>
        <w:rPr>
          <w:rFonts w:ascii="Nirmala UI" w:hAnsi="Nirmala UI" w:eastAsia="Nirmala UI" w:cs="Nirmala UI"/>
        </w:rPr>
        <w:t>ହେଉଛି</w:t>
      </w:r>
      <w:r>
        <w:rPr>
          <w:rFonts w:ascii="Times New Roman" w:hAnsi="Times New Roman" w:eastAsia="Times New Roman" w:cs="Times New Roman"/>
        </w:rPr>
        <w:t xml:space="preserve"> </w:t>
      </w:r>
      <w:r>
        <w:rPr>
          <w:rFonts w:ascii="Nirmala UI" w:hAnsi="Nirmala UI" w:eastAsia="Nirmala UI" w:cs="Nirmala UI"/>
        </w:rPr>
        <w:t>ତୃତୀୟ</w:t>
      </w:r>
      <w:r>
        <w:rPr>
          <w:rFonts w:ascii="Times New Roman" w:hAnsi="Times New Roman" w:eastAsia="Times New Roman" w:cs="Times New Roman"/>
        </w:rPr>
        <w:t xml:space="preserve"> </w:t>
      </w:r>
      <w:r>
        <w:rPr>
          <w:rFonts w:ascii="Nirmala UI" w:hAnsi="Nirmala UI" w:eastAsia="Nirmala UI" w:cs="Nirmala UI"/>
        </w:rPr>
        <w:t>ଦୂତଙ୍କର</w:t>
      </w:r>
      <w:r>
        <w:rPr>
          <w:rFonts w:ascii="Times New Roman" w:hAnsi="Times New Roman" w:eastAsia="Times New Roman" w:cs="Times New Roman"/>
        </w:rPr>
        <w:t xml:space="preserve"> </w:t>
      </w:r>
      <w:r>
        <w:rPr>
          <w:rFonts w:ascii="Nirmala UI" w:hAnsi="Nirmala UI" w:eastAsia="Nirmala UI" w:cs="Nirmala UI"/>
        </w:rPr>
        <w:t>ଇତିହାସ।</w:t>
      </w:r>
      <w:r>
        <w:rPr>
          <w:rFonts w:ascii="Times New Roman" w:hAnsi="Times New Roman" w:eastAsia="Times New Roman" w:cs="Times New Roman"/>
        </w:rPr>
        <w:t xml:space="preserve"> </w:t>
      </w:r>
      <w:r>
        <w:rPr>
          <w:rFonts w:ascii="Nirmala UI" w:hAnsi="Nirmala UI" w:eastAsia="Nirmala UI" w:cs="Nirmala UI"/>
        </w:rPr>
        <w:t>ତେଣୁ</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ଦୂତ</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ସନ୍ଦେଶକୁ</w:t>
      </w:r>
      <w:r>
        <w:rPr>
          <w:rFonts w:ascii="Times New Roman" w:hAnsi="Times New Roman" w:eastAsia="Times New Roman" w:cs="Times New Roman"/>
        </w:rPr>
        <w:t xml:space="preserve"> </w:t>
      </w:r>
      <w:r>
        <w:rPr>
          <w:rFonts w:ascii="Nirmala UI" w:hAnsi="Nirmala UI" w:eastAsia="Nirmala UI" w:cs="Nirmala UI"/>
        </w:rPr>
        <w:t>ଆଣିଥିଲେ</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ନିଶ୍ଚୟ</w:t>
      </w:r>
      <w:r>
        <w:rPr>
          <w:rFonts w:ascii="Times New Roman" w:hAnsi="Times New Roman" w:eastAsia="Times New Roman" w:cs="Times New Roman"/>
        </w:rPr>
        <w:t xml:space="preserve"> </w:t>
      </w:r>
      <w:r>
        <w:rPr>
          <w:rFonts w:ascii="Nirmala UI" w:hAnsi="Nirmala UI" w:eastAsia="Nirmala UI" w:cs="Nirmala UI"/>
        </w:rPr>
        <w:t>ତୃତୀୟ</w:t>
      </w:r>
      <w:r>
        <w:rPr>
          <w:rFonts w:ascii="Times New Roman" w:hAnsi="Times New Roman" w:eastAsia="Times New Roman" w:cs="Times New Roman"/>
        </w:rPr>
        <w:t xml:space="preserve"> </w:t>
      </w:r>
      <w:r>
        <w:rPr>
          <w:rFonts w:ascii="Nirmala UI" w:hAnsi="Nirmala UI" w:eastAsia="Nirmala UI" w:cs="Nirmala UI"/>
        </w:rPr>
        <w:t>ଦୂତ</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ଉଚିତ।</w:t>
      </w:r>
      <w:r>
        <w:rPr>
          <w:rFonts w:ascii="Times New Roman" w:hAnsi="Times New Roman" w:eastAsia="Times New Roman" w:cs="Times New Roman"/>
        </w:rPr>
        <w:t xml:space="preserve"> </w:t>
      </w:r>
      <w:r>
        <w:rPr>
          <w:rFonts w:ascii="Nirmala UI" w:hAnsi="Nirmala UI" w:eastAsia="Nirmala UI" w:cs="Nirmala UI"/>
        </w:rPr>
        <w:t>ଜଖରିୟା</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ବୁଝିବାକୁ</w:t>
      </w:r>
      <w:r>
        <w:rPr>
          <w:rFonts w:ascii="Times New Roman" w:hAnsi="Times New Roman" w:eastAsia="Times New Roman" w:cs="Times New Roman"/>
        </w:rPr>
        <w:t xml:space="preserve"> </w:t>
      </w:r>
      <w:r>
        <w:rPr>
          <w:rFonts w:ascii="Nirmala UI" w:hAnsi="Nirmala UI" w:eastAsia="Nirmala UI" w:cs="Nirmala UI"/>
        </w:rPr>
        <w:t>ଅସ୍ୱୀକାର</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ପ୍ରଭୁ</w:t>
      </w:r>
      <w:r>
        <w:rPr>
          <w:rFonts w:ascii="Times New Roman" w:hAnsi="Times New Roman" w:eastAsia="Times New Roman" w:cs="Times New Roman"/>
        </w:rPr>
        <w:t xml:space="preserve"> </w:t>
      </w:r>
      <w:r>
        <w:rPr>
          <w:rFonts w:ascii="Nirmala UI" w:hAnsi="Nirmala UI" w:eastAsia="Nirmala UI" w:cs="Nirmala UI"/>
        </w:rPr>
        <w:t>ଲାଓଦିକିୟ</w:t>
      </w:r>
      <w:r>
        <w:rPr>
          <w:rFonts w:ascii="Times New Roman" w:hAnsi="Times New Roman" w:eastAsia="Times New Roman" w:cs="Times New Roman"/>
        </w:rPr>
        <w:t xml:space="preserve"> </w:t>
      </w:r>
      <w:r>
        <w:rPr>
          <w:rFonts w:ascii="Nirmala UI" w:hAnsi="Nirmala UI" w:eastAsia="Nirmala UI" w:cs="Nirmala UI"/>
        </w:rPr>
        <w:t>ସପ୍ତମ</w:t>
      </w:r>
      <w:r>
        <w:rPr>
          <w:rFonts w:ascii="Times New Roman" w:hAnsi="Times New Roman" w:eastAsia="Times New Roman" w:cs="Times New Roman"/>
        </w:rPr>
        <w:t>-</w:t>
      </w:r>
      <w:r>
        <w:rPr>
          <w:rFonts w:ascii="Nirmala UI" w:hAnsi="Nirmala UI" w:eastAsia="Nirmala UI" w:cs="Nirmala UI"/>
        </w:rPr>
        <w:t>ଦିନ</w:t>
      </w:r>
      <w:r>
        <w:rPr>
          <w:rFonts w:ascii="Times New Roman" w:hAnsi="Times New Roman" w:eastAsia="Times New Roman" w:cs="Times New Roman"/>
        </w:rPr>
        <w:t xml:space="preserve"> </w:t>
      </w:r>
      <w:r>
        <w:rPr>
          <w:rFonts w:ascii="Nirmala UI" w:hAnsi="Nirmala UI" w:eastAsia="Nirmala UI" w:cs="Nirmala UI"/>
        </w:rPr>
        <w:t>ଆଡଭେଣ୍ଟିଷ୍ଟ</w:t>
      </w:r>
      <w:r>
        <w:rPr>
          <w:rFonts w:ascii="Times New Roman" w:hAnsi="Times New Roman" w:eastAsia="Times New Roman" w:cs="Times New Roman"/>
        </w:rPr>
        <w:t xml:space="preserve"> </w:t>
      </w:r>
      <w:r>
        <w:rPr>
          <w:rFonts w:ascii="Nirmala UI" w:hAnsi="Nirmala UI" w:eastAsia="Nirmala UI" w:cs="Nirmala UI"/>
        </w:rPr>
        <w:t>ଚର୍ଚ୍ଚକୁ</w:t>
      </w:r>
      <w:r>
        <w:rPr>
          <w:rFonts w:ascii="Times New Roman" w:hAnsi="Times New Roman" w:eastAsia="Times New Roman" w:cs="Times New Roman"/>
        </w:rPr>
        <w:t xml:space="preserve"> </w:t>
      </w:r>
      <w:r>
        <w:rPr>
          <w:rFonts w:ascii="Nirmala UI" w:hAnsi="Nirmala UI" w:eastAsia="Nirmala UI" w:cs="Nirmala UI"/>
        </w:rPr>
        <w:t>ଅତିକ୍ରମ</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ଯିବେ।</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ଭବିଷ୍ୟଦ୍ଦର୍ଶୀମାନଙ୍କ</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କଣ୍ଠସ୍ୱରର</w:t>
      </w:r>
      <w:r>
        <w:rPr>
          <w:rFonts w:ascii="Times New Roman" w:hAnsi="Times New Roman" w:eastAsia="Times New Roman" w:cs="Times New Roman"/>
        </w:rPr>
        <w:t xml:space="preserve"> </w:t>
      </w:r>
      <w:r>
        <w:rPr>
          <w:rFonts w:ascii="Nirmala UI" w:hAnsi="Nirmala UI" w:eastAsia="Nirmala UI" w:cs="Nirmala UI"/>
        </w:rPr>
        <w:t>ପୁନରୁଦ୍ଧାର</w:t>
      </w:r>
      <w:r>
        <w:rPr>
          <w:rFonts w:ascii="Times New Roman" w:hAnsi="Times New Roman" w:eastAsia="Times New Roman" w:cs="Times New Roman"/>
        </w:rPr>
        <w:t xml:space="preserve"> </w:t>
      </w:r>
      <w:r>
        <w:rPr>
          <w:rFonts w:ascii="Nirmala UI" w:hAnsi="Nirmala UI" w:eastAsia="Nirmala UI" w:cs="Nirmala UI"/>
        </w:rPr>
        <w:t>ବିଷୟରେ</w:t>
      </w:r>
      <w:r>
        <w:rPr>
          <w:rFonts w:ascii="Times New Roman" w:hAnsi="Times New Roman" w:eastAsia="Times New Roman" w:cs="Times New Roman"/>
        </w:rPr>
        <w:t xml:space="preserve"> </w:t>
      </w:r>
      <w:r>
        <w:rPr>
          <w:rFonts w:ascii="Nirmala UI" w:hAnsi="Nirmala UI" w:eastAsia="Nirmala UI" w:cs="Nirmala UI"/>
        </w:rPr>
        <w:t>କହିବାକୁ</w:t>
      </w:r>
      <w:r>
        <w:rPr>
          <w:rFonts w:ascii="Times New Roman" w:hAnsi="Times New Roman" w:eastAsia="Times New Roman" w:cs="Times New Roman"/>
        </w:rPr>
        <w:t xml:space="preserve"> </w:t>
      </w:r>
      <w:r>
        <w:rPr>
          <w:rFonts w:ascii="Nirmala UI" w:hAnsi="Nirmala UI" w:eastAsia="Nirmala UI" w:cs="Nirmala UI"/>
        </w:rPr>
        <w:t>ଆଉ</w:t>
      </w:r>
      <w:r>
        <w:rPr>
          <w:rFonts w:ascii="Times New Roman" w:hAnsi="Times New Roman" w:eastAsia="Times New Roman" w:cs="Times New Roman"/>
        </w:rPr>
        <w:t xml:space="preserve"> </w:t>
      </w:r>
      <w:r>
        <w:rPr>
          <w:rFonts w:ascii="Nirmala UI" w:hAnsi="Nirmala UI" w:eastAsia="Nirmala UI" w:cs="Nirmala UI"/>
        </w:rPr>
        <w:t>ଅନେକ</w:t>
      </w:r>
      <w:r>
        <w:rPr>
          <w:rFonts w:ascii="Times New Roman" w:hAnsi="Times New Roman" w:eastAsia="Times New Roman" w:cs="Times New Roman"/>
        </w:rPr>
        <w:t xml:space="preserve"> </w:t>
      </w:r>
      <w:r>
        <w:rPr>
          <w:rFonts w:ascii="Nirmala UI" w:hAnsi="Nirmala UI" w:eastAsia="Nirmala UI" w:cs="Nirmala UI"/>
        </w:rPr>
        <w:t>କଥା</w:t>
      </w:r>
      <w:r>
        <w:rPr>
          <w:rFonts w:ascii="Times New Roman" w:hAnsi="Times New Roman" w:eastAsia="Times New Roman" w:cs="Times New Roman"/>
        </w:rPr>
        <w:t xml:space="preserve"> </w:t>
      </w:r>
      <w:r>
        <w:rPr>
          <w:rFonts w:ascii="Nirmala UI" w:hAnsi="Nirmala UI" w:eastAsia="Nirmala UI" w:cs="Nirmala UI"/>
        </w:rPr>
        <w:t>ଅଛି</w:t>
      </w:r>
      <w:r>
        <w:rPr>
          <w:rFonts w:ascii="Times New Roman" w:hAnsi="Times New Roman" w:eastAsia="Times New Roman" w:cs="Times New Roman"/>
        </w:rPr>
        <w:t xml:space="preserve">, </w:t>
      </w:r>
      <w:r>
        <w:rPr>
          <w:rFonts w:ascii="Nirmala UI" w:hAnsi="Nirmala UI" w:eastAsia="Nirmala UI" w:cs="Nirmala UI"/>
        </w:rPr>
        <w:t>କିନ୍ତୁ</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ଯୋଶିୟାଙ୍କର</w:t>
      </w:r>
      <w:r>
        <w:rPr>
          <w:rFonts w:ascii="Times New Roman" w:hAnsi="Times New Roman" w:eastAsia="Times New Roman" w:cs="Times New Roman"/>
        </w:rPr>
        <w:t xml:space="preserve"> </w:t>
      </w:r>
      <w:r>
        <w:rPr>
          <w:rFonts w:ascii="Nirmala UI" w:hAnsi="Nirmala UI" w:eastAsia="Nirmala UI" w:cs="Nirmala UI"/>
        </w:rPr>
        <w:t>ଭବିଷ୍ୟବାଣୀମୂଳକ</w:t>
      </w:r>
      <w:r>
        <w:rPr>
          <w:rFonts w:ascii="Times New Roman" w:hAnsi="Times New Roman" w:eastAsia="Times New Roman" w:cs="Times New Roman"/>
        </w:rPr>
        <w:t xml:space="preserve"> </w:t>
      </w:r>
      <w:r>
        <w:rPr>
          <w:rFonts w:ascii="Nirmala UI" w:hAnsi="Nirmala UI" w:eastAsia="Nirmala UI" w:cs="Nirmala UI"/>
        </w:rPr>
        <w:t>ରେଖାର</w:t>
      </w:r>
      <w:r>
        <w:rPr>
          <w:rFonts w:ascii="Times New Roman" w:hAnsi="Times New Roman" w:eastAsia="Times New Roman" w:cs="Times New Roman"/>
        </w:rPr>
        <w:t xml:space="preserve"> </w:t>
      </w:r>
      <w:r>
        <w:rPr>
          <w:rFonts w:ascii="Nirmala UI" w:hAnsi="Nirmala UI" w:eastAsia="Nirmala UI" w:cs="Nirmala UI"/>
        </w:rPr>
        <w:t>ବୁଝାମଣା</w:t>
      </w:r>
      <w:r>
        <w:rPr>
          <w:rFonts w:ascii="Times New Roman" w:hAnsi="Times New Roman" w:eastAsia="Times New Roman" w:cs="Times New Roman"/>
        </w:rPr>
        <w:t xml:space="preserve"> </w:t>
      </w:r>
      <w:r>
        <w:rPr>
          <w:rFonts w:ascii="Nirmala UI" w:hAnsi="Nirmala UI" w:eastAsia="Nirmala UI" w:cs="Nirmala UI"/>
        </w:rPr>
        <w:t>ଦିଗକୁ</w:t>
      </w:r>
      <w:r>
        <w:rPr>
          <w:rFonts w:ascii="Times New Roman" w:hAnsi="Times New Roman" w:eastAsia="Times New Roman" w:cs="Times New Roman"/>
        </w:rPr>
        <w:t xml:space="preserve"> </w:t>
      </w:r>
      <w:r>
        <w:rPr>
          <w:rFonts w:ascii="Nirmala UI" w:hAnsi="Nirmala UI" w:eastAsia="Nirmala UI" w:cs="Nirmala UI"/>
        </w:rPr>
        <w:t>ଆଗକୁ</w:t>
      </w:r>
      <w:r>
        <w:rPr>
          <w:rFonts w:ascii="Times New Roman" w:hAnsi="Times New Roman" w:eastAsia="Times New Roman" w:cs="Times New Roman"/>
        </w:rPr>
        <w:t xml:space="preserve"> </w:t>
      </w:r>
      <w:r>
        <w:rPr>
          <w:rFonts w:ascii="Nirmala UI" w:hAnsi="Nirmala UI" w:eastAsia="Nirmala UI" w:cs="Nirmala UI"/>
        </w:rPr>
        <w:t>ବଢ଼ିବାକୁ</w:t>
      </w:r>
      <w:r>
        <w:rPr>
          <w:rFonts w:ascii="Times New Roman" w:hAnsi="Times New Roman" w:eastAsia="Times New Roman" w:cs="Times New Roman"/>
        </w:rPr>
        <w:t xml:space="preserve"> </w:t>
      </w:r>
      <w:r>
        <w:rPr>
          <w:rFonts w:ascii="Nirmala UI" w:hAnsi="Nirmala UI" w:eastAsia="Nirmala UI" w:cs="Nirmala UI"/>
        </w:rPr>
        <w:t>ଜାରି</w:t>
      </w:r>
      <w:r>
        <w:rPr>
          <w:rFonts w:ascii="Times New Roman" w:hAnsi="Times New Roman" w:eastAsia="Times New Roman" w:cs="Times New Roman"/>
        </w:rPr>
        <w:t xml:space="preserve"> </w:t>
      </w:r>
      <w:r>
        <w:rPr>
          <w:rFonts w:ascii="Nirmala UI" w:hAnsi="Nirmala UI" w:eastAsia="Nirmala UI" w:cs="Nirmala UI"/>
        </w:rPr>
        <w:t>ରଖିବୁ।</w:t>
      </w:r>
    </w:p>
    <w:p>
      <w:pPr>
        <w:pStyle w:val="ArticleHeading"/>
        <w:jc w:val="left"/>
      </w:pPr>
      <w:r>
        <w:rPr>
          <w:rFonts w:ascii="Nirmala UI" w:hAnsi="Nirmala UI" w:eastAsia="Nirmala UI" w:cs="Nirmala UI"/>
        </w:rPr>
        <w:t>କିୟୋଷୀୟାଙ୍କର</w:t>
      </w:r>
      <w:r>
        <w:rPr>
          <w:rFonts w:ascii="Arial" w:hAnsi="Arial" w:eastAsia="Arial" w:cs="Arial"/>
        </w:rPr>
        <w:t xml:space="preserve"> </w:t>
      </w:r>
      <w:r>
        <w:rPr>
          <w:rFonts w:ascii="Nirmala UI" w:hAnsi="Nirmala UI" w:eastAsia="Nirmala UI" w:cs="Nirmala UI"/>
        </w:rPr>
        <w:t>ଚକ୍ର</w:t>
      </w:r>
    </w:p>
    <w:p>
      <w:pPr>
        <w:pStyle w:val="ArticleBody"/>
        <w:jc w:val="left"/>
      </w:pP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w:t>
      </w:r>
      <w:r>
        <w:rPr>
          <w:rFonts w:ascii="Nirmala UI" w:hAnsi="Nirmala UI" w:eastAsia="Nirmala UI" w:cs="Nirmala UI"/>
        </w:rPr>
        <w:t>ପୂ</w:t>
      </w:r>
      <w:r>
        <w:rPr>
          <w:rFonts w:ascii="Times New Roman" w:hAnsi="Times New Roman" w:eastAsia="Times New Roman" w:cs="Times New Roman"/>
        </w:rPr>
        <w:t xml:space="preserve">. 622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ଯୋଶିୟଙ୍କ</w:t>
      </w:r>
      <w:r>
        <w:rPr>
          <w:rFonts w:ascii="Times New Roman" w:hAnsi="Times New Roman" w:eastAsia="Times New Roman" w:cs="Times New Roman"/>
        </w:rPr>
        <w:t xml:space="preserve"> </w:t>
      </w:r>
      <w:r>
        <w:rPr>
          <w:rFonts w:ascii="Nirmala UI" w:hAnsi="Nirmala UI" w:eastAsia="Nirmala UI" w:cs="Nirmala UI"/>
        </w:rPr>
        <w:t>ପାସ୍</w:t>
      </w:r>
      <w:r>
        <w:rPr>
          <w:rFonts w:ascii="Times New Roman" w:hAnsi="Times New Roman" w:eastAsia="Times New Roman" w:cs="Times New Roman"/>
        </w:rPr>
        <w:t>‌</w:t>
      </w:r>
      <w:r>
        <w:rPr>
          <w:rFonts w:ascii="Nirmala UI" w:hAnsi="Nirmala UI" w:eastAsia="Nirmala UI" w:cs="Nirmala UI"/>
        </w:rPr>
        <w:t>ଓଭରରେ</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ହୋଇଥିବା</w:t>
      </w:r>
      <w:r>
        <w:rPr>
          <w:rFonts w:ascii="Times New Roman" w:hAnsi="Times New Roman" w:eastAsia="Times New Roman" w:cs="Times New Roman"/>
        </w:rPr>
        <w:t xml:space="preserve"> </w:t>
      </w:r>
      <w:r>
        <w:rPr>
          <w:rFonts w:ascii="Nirmala UI" w:hAnsi="Nirmala UI" w:eastAsia="Nirmala UI" w:cs="Nirmala UI"/>
        </w:rPr>
        <w:t>ସପ୍ତଦଶ</w:t>
      </w:r>
      <w:r>
        <w:rPr>
          <w:rFonts w:ascii="Times New Roman" w:hAnsi="Times New Roman" w:eastAsia="Times New Roman" w:cs="Times New Roman"/>
        </w:rPr>
        <w:t xml:space="preserve"> </w:t>
      </w:r>
      <w:r>
        <w:rPr>
          <w:rFonts w:ascii="Nirmala UI" w:hAnsi="Nirmala UI" w:eastAsia="Nirmala UI" w:cs="Nirmala UI"/>
        </w:rPr>
        <w:t>ଯୁବିଲୀ</w:t>
      </w:r>
      <w:r>
        <w:rPr>
          <w:rFonts w:ascii="Times New Roman" w:hAnsi="Times New Roman" w:eastAsia="Times New Roman" w:cs="Times New Roman"/>
        </w:rPr>
        <w:t xml:space="preserve"> </w:t>
      </w:r>
      <w:r>
        <w:rPr>
          <w:rFonts w:ascii="Nirmala UI" w:hAnsi="Nirmala UI" w:eastAsia="Nirmala UI" w:cs="Nirmala UI"/>
        </w:rPr>
        <w:t>ଚକ୍ରକୁ</w:t>
      </w:r>
      <w:r>
        <w:rPr>
          <w:rFonts w:ascii="Times New Roman" w:hAnsi="Times New Roman" w:eastAsia="Times New Roman" w:cs="Times New Roman"/>
        </w:rPr>
        <w:t xml:space="preserve"> </w:t>
      </w:r>
      <w:r>
        <w:rPr>
          <w:rFonts w:ascii="Nirmala UI" w:hAnsi="Nirmala UI" w:eastAsia="Nirmala UI" w:cs="Nirmala UI"/>
        </w:rPr>
        <w:t>ଆଲୋଚନା</w:t>
      </w:r>
      <w:r>
        <w:rPr>
          <w:rFonts w:ascii="Times New Roman" w:hAnsi="Times New Roman" w:eastAsia="Times New Roman" w:cs="Times New Roman"/>
        </w:rPr>
        <w:t xml:space="preserve"> </w:t>
      </w:r>
      <w:r>
        <w:rPr>
          <w:rFonts w:ascii="Nirmala UI" w:hAnsi="Nirmala UI" w:eastAsia="Nirmala UI" w:cs="Nirmala UI"/>
        </w:rPr>
        <w:t>କରିଛୁ</w:t>
      </w:r>
      <w:r>
        <w:rPr>
          <w:rFonts w:ascii="Times New Roman" w:hAnsi="Times New Roman" w:eastAsia="Times New Roman" w:cs="Times New Roman"/>
        </w:rPr>
        <w:t xml:space="preserve">, </w:t>
      </w:r>
      <w:r>
        <w:rPr>
          <w:rFonts w:ascii="Nirmala UI" w:hAnsi="Nirmala UI" w:eastAsia="Nirmala UI" w:cs="Nirmala UI"/>
        </w:rPr>
        <w:t>କିନ୍ତୁ</w:t>
      </w:r>
      <w:r>
        <w:rPr>
          <w:rFonts w:ascii="Times New Roman" w:hAnsi="Times New Roman" w:eastAsia="Times New Roman" w:cs="Times New Roman"/>
        </w:rPr>
        <w:t xml:space="preserve"> </w:t>
      </w:r>
      <w:r>
        <w:rPr>
          <w:rFonts w:ascii="Nirmala UI" w:hAnsi="Nirmala UI" w:eastAsia="Nirmala UI" w:cs="Nirmala UI"/>
        </w:rPr>
        <w:t>ଯୋଶିୟଙ୍କ</w:t>
      </w:r>
      <w:r>
        <w:rPr>
          <w:rFonts w:ascii="Times New Roman" w:hAnsi="Times New Roman" w:eastAsia="Times New Roman" w:cs="Times New Roman"/>
        </w:rPr>
        <w:t xml:space="preserve"> </w:t>
      </w:r>
      <w:r>
        <w:rPr>
          <w:rFonts w:ascii="Nirmala UI" w:hAnsi="Nirmala UI" w:eastAsia="Nirmala UI" w:cs="Nirmala UI"/>
        </w:rPr>
        <w:t>ବଂଶରେଖା</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w:t>
      </w:r>
      <w:r>
        <w:rPr>
          <w:rFonts w:ascii="Nirmala UI" w:hAnsi="Nirmala UI" w:eastAsia="Nirmala UI" w:cs="Nirmala UI"/>
        </w:rPr>
        <w:t>ପୂ</w:t>
      </w:r>
      <w:r>
        <w:rPr>
          <w:rFonts w:ascii="Times New Roman" w:hAnsi="Times New Roman" w:eastAsia="Times New Roman" w:cs="Times New Roman"/>
        </w:rPr>
        <w:t xml:space="preserve">. 622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ବହୁ</w:t>
      </w:r>
      <w:r>
        <w:rPr>
          <w:rFonts w:ascii="Times New Roman" w:hAnsi="Times New Roman" w:eastAsia="Times New Roman" w:cs="Times New Roman"/>
        </w:rPr>
        <w:t xml:space="preserve"> </w:t>
      </w:r>
      <w:r>
        <w:rPr>
          <w:rFonts w:ascii="Nirmala UI" w:hAnsi="Nirmala UI" w:eastAsia="Nirmala UI" w:cs="Nirmala UI"/>
        </w:rPr>
        <w:t>ପୂର୍ବରୁ</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ଇସ୍ରାଏଲର</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ବିଦ୍ରୋହ</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ସାଉଲଙ୍କୁ</w:t>
      </w:r>
      <w:r>
        <w:rPr>
          <w:rFonts w:ascii="Times New Roman" w:hAnsi="Times New Roman" w:eastAsia="Times New Roman" w:cs="Times New Roman"/>
        </w:rPr>
        <w:t xml:space="preserve"> </w:t>
      </w:r>
      <w:r>
        <w:rPr>
          <w:rFonts w:ascii="Nirmala UI" w:hAnsi="Nirmala UI" w:eastAsia="Nirmala UI" w:cs="Nirmala UI"/>
        </w:rPr>
        <w:t>ଇସ୍ରାଏଲର</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ରାଜା</w:t>
      </w:r>
      <w:r>
        <w:rPr>
          <w:rFonts w:ascii="Times New Roman" w:hAnsi="Times New Roman" w:eastAsia="Times New Roman" w:cs="Times New Roman"/>
        </w:rPr>
        <w:t xml:space="preserve"> </w:t>
      </w:r>
      <w:r>
        <w:rPr>
          <w:rFonts w:ascii="Nirmala UI" w:hAnsi="Nirmala UI" w:eastAsia="Nirmala UI" w:cs="Nirmala UI"/>
        </w:rPr>
        <w:t>ଭାବେ</w:t>
      </w:r>
      <w:r>
        <w:rPr>
          <w:rFonts w:ascii="Times New Roman" w:hAnsi="Times New Roman" w:eastAsia="Times New Roman" w:cs="Times New Roman"/>
        </w:rPr>
        <w:t xml:space="preserve"> </w:t>
      </w:r>
      <w:r>
        <w:rPr>
          <w:rFonts w:ascii="Nirmala UI" w:hAnsi="Nirmala UI" w:eastAsia="Nirmala UI" w:cs="Nirmala UI"/>
        </w:rPr>
        <w:t>ସିଂହାସନରେ</w:t>
      </w:r>
      <w:r>
        <w:rPr>
          <w:rFonts w:ascii="Times New Roman" w:hAnsi="Times New Roman" w:eastAsia="Times New Roman" w:cs="Times New Roman"/>
        </w:rPr>
        <w:t xml:space="preserve"> </w:t>
      </w:r>
      <w:r>
        <w:rPr>
          <w:rFonts w:ascii="Nirmala UI" w:hAnsi="Nirmala UI" w:eastAsia="Nirmala UI" w:cs="Nirmala UI"/>
        </w:rPr>
        <w:t>ଆଣିଲା</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ରାଜା</w:t>
      </w:r>
      <w:r>
        <w:rPr>
          <w:rFonts w:ascii="Times New Roman" w:hAnsi="Times New Roman" w:eastAsia="Times New Roman" w:cs="Times New Roman"/>
        </w:rPr>
        <w:t xml:space="preserve"> </w:t>
      </w:r>
      <w:r>
        <w:rPr>
          <w:rFonts w:ascii="Nirmala UI" w:hAnsi="Nirmala UI" w:eastAsia="Nirmala UI" w:cs="Nirmala UI"/>
        </w:rPr>
        <w:t>ସାଉଲ</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ଚାଳିଶି</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ରାଜ୍ୟ</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ତାହାକୁ</w:t>
      </w:r>
      <w:r>
        <w:rPr>
          <w:rFonts w:ascii="Times New Roman" w:hAnsi="Times New Roman" w:eastAsia="Times New Roman" w:cs="Times New Roman"/>
        </w:rPr>
        <w:t xml:space="preserve"> </w:t>
      </w:r>
      <w:r>
        <w:rPr>
          <w:rFonts w:ascii="Nirmala UI" w:hAnsi="Nirmala UI" w:eastAsia="Nirmala UI" w:cs="Nirmala UI"/>
        </w:rPr>
        <w:t>ଚିହ୍ନିତ</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ତାହାପରେ</w:t>
      </w:r>
      <w:r>
        <w:rPr>
          <w:rFonts w:ascii="Times New Roman" w:hAnsi="Times New Roman" w:eastAsia="Times New Roman" w:cs="Times New Roman"/>
        </w:rPr>
        <w:t xml:space="preserve"> </w:t>
      </w:r>
      <w:r>
        <w:rPr>
          <w:rFonts w:ascii="Nirmala UI" w:hAnsi="Nirmala UI" w:eastAsia="Nirmala UI" w:cs="Nirmala UI"/>
        </w:rPr>
        <w:t>ରାଜା</w:t>
      </w:r>
      <w:r>
        <w:rPr>
          <w:rFonts w:ascii="Times New Roman" w:hAnsi="Times New Roman" w:eastAsia="Times New Roman" w:cs="Times New Roman"/>
        </w:rPr>
        <w:t xml:space="preserve"> </w:t>
      </w:r>
      <w:r>
        <w:rPr>
          <w:rFonts w:ascii="Nirmala UI" w:hAnsi="Nirmala UI" w:eastAsia="Nirmala UI" w:cs="Nirmala UI"/>
        </w:rPr>
        <w:t>ଦାଉଦ</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ଚାଳିଶି</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ରାଜ୍ୟ</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ତାହା</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ତାହାପରେ</w:t>
      </w:r>
      <w:r>
        <w:rPr>
          <w:rFonts w:ascii="Times New Roman" w:hAnsi="Times New Roman" w:eastAsia="Times New Roman" w:cs="Times New Roman"/>
        </w:rPr>
        <w:t xml:space="preserve"> </w:t>
      </w:r>
      <w:r>
        <w:rPr>
          <w:rFonts w:ascii="Nirmala UI" w:hAnsi="Nirmala UI" w:eastAsia="Nirmala UI" w:cs="Nirmala UI"/>
        </w:rPr>
        <w:t>ସୋଲୋମନ</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ଚାଳିଶି</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ରାଜ୍ୟ</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ତାହା</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ଯେପରି</w:t>
      </w:r>
      <w:r>
        <w:rPr>
          <w:rFonts w:ascii="Times New Roman" w:hAnsi="Times New Roman" w:eastAsia="Times New Roman" w:cs="Times New Roman"/>
        </w:rPr>
        <w:t xml:space="preserve"> </w:t>
      </w:r>
      <w:r>
        <w:rPr>
          <w:rFonts w:ascii="Nirmala UI" w:hAnsi="Nirmala UI" w:eastAsia="Nirmala UI" w:cs="Nirmala UI"/>
        </w:rPr>
        <w:t>ଭାବେ</w:t>
      </w:r>
      <w:r>
        <w:rPr>
          <w:rFonts w:ascii="Times New Roman" w:hAnsi="Times New Roman" w:eastAsia="Times New Roman" w:cs="Times New Roman"/>
        </w:rPr>
        <w:t xml:space="preserve"> </w:t>
      </w:r>
      <w:r>
        <w:rPr>
          <w:rFonts w:ascii="Nirmala UI" w:hAnsi="Nirmala UI" w:eastAsia="Nirmala UI" w:cs="Nirmala UI"/>
        </w:rPr>
        <w:t>ଈଶ୍ୱରଙ୍କୁ</w:t>
      </w:r>
      <w:r>
        <w:rPr>
          <w:rFonts w:ascii="Times New Roman" w:hAnsi="Times New Roman" w:eastAsia="Times New Roman" w:cs="Times New Roman"/>
        </w:rPr>
        <w:t xml:space="preserve"> </w:t>
      </w:r>
      <w:r>
        <w:rPr>
          <w:rFonts w:ascii="Nirmala UI" w:hAnsi="Nirmala UI" w:eastAsia="Nirmala UI" w:cs="Nirmala UI"/>
        </w:rPr>
        <w:t>ପ୍ରତ୍ୟାଖ୍ୟାନ</w:t>
      </w:r>
      <w:r>
        <w:rPr>
          <w:rFonts w:ascii="Times New Roman" w:hAnsi="Times New Roman" w:eastAsia="Times New Roman" w:cs="Times New Roman"/>
        </w:rPr>
        <w:t xml:space="preserve"> </w:t>
      </w:r>
      <w:r>
        <w:rPr>
          <w:rFonts w:ascii="Nirmala UI" w:hAnsi="Nirmala UI" w:eastAsia="Nirmala UI" w:cs="Nirmala UI"/>
        </w:rPr>
        <w:t>କରାଗଲା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ଭବିଷ୍ୟଦ୍ଦକ୍ତା</w:t>
      </w:r>
      <w:r>
        <w:rPr>
          <w:rFonts w:ascii="Times New Roman" w:hAnsi="Times New Roman" w:eastAsia="Times New Roman" w:cs="Times New Roman"/>
        </w:rPr>
        <w:t xml:space="preserve"> </w:t>
      </w:r>
      <w:r>
        <w:rPr>
          <w:rFonts w:ascii="Nirmala UI" w:hAnsi="Nirmala UI" w:eastAsia="Nirmala UI" w:cs="Nirmala UI"/>
        </w:rPr>
        <w:t>ସାମୁଏଲଙ୍କୁ</w:t>
      </w:r>
      <w:r>
        <w:rPr>
          <w:rFonts w:ascii="Times New Roman" w:hAnsi="Times New Roman" w:eastAsia="Times New Roman" w:cs="Times New Roman"/>
        </w:rPr>
        <w:t xml:space="preserve"> </w:t>
      </w:r>
      <w:r>
        <w:rPr>
          <w:rFonts w:ascii="Nirmala UI" w:hAnsi="Nirmala UI" w:eastAsia="Nirmala UI" w:cs="Nirmala UI"/>
        </w:rPr>
        <w:t>ଗଭୀର</w:t>
      </w:r>
      <w:r>
        <w:rPr>
          <w:rFonts w:ascii="Times New Roman" w:hAnsi="Times New Roman" w:eastAsia="Times New Roman" w:cs="Times New Roman"/>
        </w:rPr>
        <w:t xml:space="preserve"> </w:t>
      </w:r>
      <w:r>
        <w:rPr>
          <w:rFonts w:ascii="Nirmala UI" w:hAnsi="Nirmala UI" w:eastAsia="Nirmala UI" w:cs="Nirmala UI"/>
        </w:rPr>
        <w:t>ଭାବେ</w:t>
      </w:r>
      <w:r>
        <w:rPr>
          <w:rFonts w:ascii="Times New Roman" w:hAnsi="Times New Roman" w:eastAsia="Times New Roman" w:cs="Times New Roman"/>
        </w:rPr>
        <w:t xml:space="preserve"> </w:t>
      </w:r>
      <w:r>
        <w:rPr>
          <w:rFonts w:ascii="Nirmala UI" w:hAnsi="Nirmala UI" w:eastAsia="Nirmala UI" w:cs="Nirmala UI"/>
        </w:rPr>
        <w:t>ଆଘାତ</w:t>
      </w:r>
      <w:r>
        <w:rPr>
          <w:rFonts w:ascii="Times New Roman" w:hAnsi="Times New Roman" w:eastAsia="Times New Roman" w:cs="Times New Roman"/>
        </w:rPr>
        <w:t xml:space="preserve"> </w:t>
      </w:r>
      <w:r>
        <w:rPr>
          <w:rFonts w:ascii="Nirmala UI" w:hAnsi="Nirmala UI" w:eastAsia="Nirmala UI" w:cs="Nirmala UI"/>
        </w:rPr>
        <w:t>କରିଲା</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ଘଟଣା</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w:t>
      </w:r>
      <w:r>
        <w:rPr>
          <w:rFonts w:ascii="Nirmala UI" w:hAnsi="Nirmala UI" w:eastAsia="Nirmala UI" w:cs="Nirmala UI"/>
        </w:rPr>
        <w:t>ପୂ</w:t>
      </w:r>
      <w:r>
        <w:rPr>
          <w:rFonts w:ascii="Times New Roman" w:hAnsi="Times New Roman" w:eastAsia="Times New Roman" w:cs="Times New Roman"/>
        </w:rPr>
        <w:t xml:space="preserve">. 1097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ଘଟିଥିଲା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ସେହିଠାରୁ</w:t>
      </w:r>
      <w:r>
        <w:rPr>
          <w:rFonts w:ascii="Times New Roman" w:hAnsi="Times New Roman" w:eastAsia="Times New Roman" w:cs="Times New Roman"/>
        </w:rPr>
        <w:t xml:space="preserve"> </w:t>
      </w:r>
      <w:r>
        <w:rPr>
          <w:rFonts w:ascii="Nirmala UI" w:hAnsi="Nirmala UI" w:eastAsia="Nirmala UI" w:cs="Nirmala UI"/>
        </w:rPr>
        <w:t>ବିଦ୍ରୋହର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ଭବିଷ୍ୟଦ୍ଦବାଣୀମୂଳକ</w:t>
      </w:r>
      <w:r>
        <w:rPr>
          <w:rFonts w:ascii="Times New Roman" w:hAnsi="Times New Roman" w:eastAsia="Times New Roman" w:cs="Times New Roman"/>
        </w:rPr>
        <w:t xml:space="preserve"> </w:t>
      </w:r>
      <w:r>
        <w:rPr>
          <w:rFonts w:ascii="Nirmala UI" w:hAnsi="Nirmala UI" w:eastAsia="Nirmala UI" w:cs="Nirmala UI"/>
        </w:rPr>
        <w:t>ରେଖା</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ହୋଇଥିଲା</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କ୍ରୁଶରେ</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ଯିହୂଦୀମାନେ</w:t>
      </w:r>
      <w:r>
        <w:rPr>
          <w:rFonts w:ascii="Times New Roman" w:hAnsi="Times New Roman" w:eastAsia="Times New Roman" w:cs="Times New Roman"/>
        </w:rPr>
        <w:t xml:space="preserve"> </w:t>
      </w:r>
      <w:r>
        <w:rPr>
          <w:rFonts w:ascii="Nirmala UI" w:hAnsi="Nirmala UI" w:eastAsia="Nirmala UI" w:cs="Nirmala UI"/>
        </w:rPr>
        <w:t>ଘୋଷଣା</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ସିଜର</w:t>
      </w:r>
      <w:r>
        <w:rPr>
          <w:rFonts w:ascii="Times New Roman" w:hAnsi="Times New Roman" w:eastAsia="Times New Roman" w:cs="Times New Roman"/>
        </w:rPr>
        <w:t xml:space="preserve"> </w:t>
      </w:r>
      <w:r>
        <w:rPr>
          <w:rFonts w:ascii="Nirmala UI" w:hAnsi="Nirmala UI" w:eastAsia="Nirmala UI" w:cs="Nirmala UI"/>
        </w:rPr>
        <w:t>ବ୍ୟତୀତ</w:t>
      </w:r>
      <w:r>
        <w:rPr>
          <w:rFonts w:ascii="Times New Roman" w:hAnsi="Times New Roman" w:eastAsia="Times New Roman" w:cs="Times New Roman"/>
        </w:rPr>
        <w:t xml:space="preserve"> </w:t>
      </w:r>
      <w:r>
        <w:rPr>
          <w:rFonts w:ascii="Nirmala UI" w:hAnsi="Nirmala UI" w:eastAsia="Nirmala UI" w:cs="Nirmala UI"/>
        </w:rPr>
        <w:t>ତାଙ୍କର</w:t>
      </w:r>
      <w:r>
        <w:rPr>
          <w:rFonts w:ascii="Times New Roman" w:hAnsi="Times New Roman" w:eastAsia="Times New Roman" w:cs="Times New Roman"/>
        </w:rPr>
        <w:t xml:space="preserve"> </w:t>
      </w:r>
      <w:r>
        <w:rPr>
          <w:rFonts w:ascii="Nirmala UI" w:hAnsi="Nirmala UI" w:eastAsia="Nirmala UI" w:cs="Nirmala UI"/>
        </w:rPr>
        <w:t>କୌଣସି</w:t>
      </w:r>
      <w:r>
        <w:rPr>
          <w:rFonts w:ascii="Times New Roman" w:hAnsi="Times New Roman" w:eastAsia="Times New Roman" w:cs="Times New Roman"/>
        </w:rPr>
        <w:t xml:space="preserve"> </w:t>
      </w:r>
      <w:r>
        <w:rPr>
          <w:rFonts w:ascii="Nirmala UI" w:hAnsi="Nirmala UI" w:eastAsia="Nirmala UI" w:cs="Nirmala UI"/>
        </w:rPr>
        <w:t>ରାଜା</w:t>
      </w:r>
      <w:r>
        <w:rPr>
          <w:rFonts w:ascii="Times New Roman" w:hAnsi="Times New Roman" w:eastAsia="Times New Roman" w:cs="Times New Roman"/>
        </w:rPr>
        <w:t xml:space="preserve"> </w:t>
      </w:r>
      <w:r>
        <w:rPr>
          <w:rFonts w:ascii="Nirmala UI" w:hAnsi="Nirmala UI" w:eastAsia="Nirmala UI" w:cs="Nirmala UI"/>
        </w:rPr>
        <w:t>ନାହିଁ।</w:t>
      </w:r>
    </w:p>
    <w:p>
      <w:pPr>
        <w:pStyle w:val="ArticleScripture"/>
        <w:jc w:val="left"/>
      </w:pPr>
      <w:r>
        <w:rPr>
          <w:rFonts w:ascii="Times New Roman" w:hAnsi="Times New Roman" w:eastAsia="Times New Roman" w:cs="Times New Roman"/>
        </w:rPr>
        <w:t>Lakin ular qichqirdilar: “Uni yoʻq qiling, uni yoʻq qiling, xochga mixlang.” Pilat ularga dedi: “Shohingizni xochga mixlaymi?” Bosh ruhoniylar javob berdilar: “Qaysardan boshqa shohimiz yoʻq.” Yuhanno 19:15.</w:t>
      </w:r>
    </w:p>
    <w:p>
      <w:pPr>
        <w:pStyle w:val="ArticleBody"/>
        <w:jc w:val="left"/>
      </w:pPr>
      <w:r>
        <w:rPr>
          <w:rFonts w:ascii="Times New Roman" w:hAnsi="Times New Roman" w:eastAsia="Times New Roman" w:cs="Times New Roman"/>
        </w:rPr>
        <w:t xml:space="preserve">1097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ତିନିଜଣ</w:t>
      </w:r>
      <w:r>
        <w:rPr>
          <w:rFonts w:ascii="Times New Roman" w:hAnsi="Times New Roman" w:eastAsia="Times New Roman" w:cs="Times New Roman"/>
        </w:rPr>
        <w:t xml:space="preserve"> </w:t>
      </w:r>
      <w:r>
        <w:rPr>
          <w:rFonts w:ascii="Nirmala UI" w:hAnsi="Nirmala UI" w:eastAsia="Nirmala UI" w:cs="Nirmala UI"/>
        </w:rPr>
        <w:t>ରାଜା</w:t>
      </w:r>
      <w:r>
        <w:rPr>
          <w:rFonts w:ascii="Times New Roman" w:hAnsi="Times New Roman" w:eastAsia="Times New Roman" w:cs="Times New Roman"/>
        </w:rPr>
        <w:t xml:space="preserve"> </w:t>
      </w:r>
      <w:r>
        <w:rPr>
          <w:rFonts w:ascii="Nirmala UI" w:hAnsi="Nirmala UI" w:eastAsia="Nirmala UI" w:cs="Nirmala UI"/>
        </w:rPr>
        <w:t>ପ୍ରତ୍ୟେକେ</w:t>
      </w:r>
      <w:r>
        <w:rPr>
          <w:rFonts w:ascii="Times New Roman" w:hAnsi="Times New Roman" w:eastAsia="Times New Roman" w:cs="Times New Roman"/>
        </w:rPr>
        <w:t xml:space="preserve"> </w:t>
      </w:r>
      <w:r>
        <w:rPr>
          <w:rFonts w:ascii="Nirmala UI" w:hAnsi="Nirmala UI" w:eastAsia="Nirmala UI" w:cs="Nirmala UI"/>
        </w:rPr>
        <w:t>ଚାଳିଶି</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ଶାସନ</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977 BC</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ସୋଲୋମନଙ୍କ</w:t>
      </w:r>
      <w:r>
        <w:rPr>
          <w:rFonts w:ascii="Times New Roman" w:hAnsi="Times New Roman" w:eastAsia="Times New Roman" w:cs="Times New Roman"/>
        </w:rPr>
        <w:t xml:space="preserve"> </w:t>
      </w:r>
      <w:r>
        <w:rPr>
          <w:rFonts w:ascii="Nirmala UI" w:hAnsi="Nirmala UI" w:eastAsia="Nirmala UI" w:cs="Nirmala UI"/>
        </w:rPr>
        <w:t>ମୃତ୍ୟୁ</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ରାଜ୍ୟ</w:t>
      </w:r>
      <w:r>
        <w:rPr>
          <w:rFonts w:ascii="Times New Roman" w:hAnsi="Times New Roman" w:eastAsia="Times New Roman" w:cs="Times New Roman"/>
        </w:rPr>
        <w:t xml:space="preserve"> </w:t>
      </w:r>
      <w:r>
        <w:rPr>
          <w:rFonts w:ascii="Nirmala UI" w:hAnsi="Nirmala UI" w:eastAsia="Nirmala UI" w:cs="Nirmala UI"/>
        </w:rPr>
        <w:t>ଉତ୍ତର</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ଦକ୍ଷିଣରେ</w:t>
      </w:r>
      <w:r>
        <w:rPr>
          <w:rFonts w:ascii="Times New Roman" w:hAnsi="Times New Roman" w:eastAsia="Times New Roman" w:cs="Times New Roman"/>
        </w:rPr>
        <w:t xml:space="preserve"> </w:t>
      </w:r>
      <w:r>
        <w:rPr>
          <w:rFonts w:ascii="Nirmala UI" w:hAnsi="Nirmala UI" w:eastAsia="Nirmala UI" w:cs="Nirmala UI"/>
        </w:rPr>
        <w:t>ବିଭକ୍ତ</w:t>
      </w:r>
      <w:r>
        <w:rPr>
          <w:rFonts w:ascii="Times New Roman" w:hAnsi="Times New Roman" w:eastAsia="Times New Roman" w:cs="Times New Roman"/>
        </w:rPr>
        <w:t xml:space="preserve"> </w:t>
      </w:r>
      <w:r>
        <w:rPr>
          <w:rFonts w:ascii="Nirmala UI" w:hAnsi="Nirmala UI" w:eastAsia="Nirmala UI" w:cs="Nirmala UI"/>
        </w:rPr>
        <w:t>ହେଲା।</w:t>
      </w:r>
    </w:p>
    <w:p>
      <w:pPr>
        <w:pStyle w:val="ArticleScripture"/>
        <w:jc w:val="left"/>
      </w:pPr>
      <w:r>
        <w:rPr>
          <w:rFonts w:ascii="Segoe UI Historic" w:hAnsi="Segoe UI Historic" w:eastAsia="Segoe UI Historic" w:cs="Segoe UI Historic"/>
        </w:rPr>
        <w:t>ܘܡܢ</w:t>
      </w:r>
      <w:r>
        <w:rPr>
          <w:rFonts w:ascii="Times New Roman" w:hAnsi="Times New Roman" w:eastAsia="Times New Roman" w:cs="Times New Roman"/>
        </w:rPr>
        <w:t xml:space="preserve"> </w:t>
      </w:r>
      <w:r>
        <w:rPr>
          <w:rFonts w:ascii="Segoe UI Historic" w:hAnsi="Segoe UI Historic" w:eastAsia="Segoe UI Historic" w:cs="Segoe UI Historic"/>
        </w:rPr>
        <w:t>ܒܬܪ</w:t>
      </w:r>
      <w:r>
        <w:rPr>
          <w:rFonts w:ascii="Times New Roman" w:hAnsi="Times New Roman" w:eastAsia="Times New Roman" w:cs="Times New Roman"/>
        </w:rPr>
        <w:t xml:space="preserve"> </w:t>
      </w:r>
      <w:r>
        <w:rPr>
          <w:rFonts w:ascii="Segoe UI Historic" w:hAnsi="Segoe UI Historic" w:eastAsia="Segoe UI Historic" w:cs="Segoe UI Historic"/>
        </w:rPr>
        <w:t>ܗܟܢܐ</w:t>
      </w:r>
      <w:r>
        <w:rPr>
          <w:rFonts w:ascii="Times New Roman" w:hAnsi="Times New Roman" w:eastAsia="Times New Roman" w:cs="Times New Roman"/>
        </w:rPr>
        <w:t xml:space="preserve"> </w:t>
      </w:r>
      <w:r>
        <w:rPr>
          <w:rFonts w:ascii="Segoe UI Historic" w:hAnsi="Segoe UI Historic" w:eastAsia="Segoe UI Historic" w:cs="Segoe UI Historic"/>
        </w:rPr>
        <w:t>ܒܥܘ</w:t>
      </w:r>
      <w:r>
        <w:rPr>
          <w:rFonts w:ascii="Times New Roman" w:hAnsi="Times New Roman" w:eastAsia="Times New Roman" w:cs="Times New Roman"/>
        </w:rPr>
        <w:t xml:space="preserve"> </w:t>
      </w:r>
      <w:r>
        <w:rPr>
          <w:rFonts w:ascii="Segoe UI Historic" w:hAnsi="Segoe UI Historic" w:eastAsia="Segoe UI Historic" w:cs="Segoe UI Historic"/>
        </w:rPr>
        <w:t>ܠܗܘܢ</w:t>
      </w:r>
      <w:r>
        <w:rPr>
          <w:rFonts w:ascii="Times New Roman" w:hAnsi="Times New Roman" w:eastAsia="Times New Roman" w:cs="Times New Roman"/>
        </w:rPr>
        <w:t xml:space="preserve"> </w:t>
      </w:r>
      <w:r>
        <w:rPr>
          <w:rFonts w:ascii="Segoe UI Historic" w:hAnsi="Segoe UI Historic" w:eastAsia="Segoe UI Historic" w:cs="Segoe UI Historic"/>
        </w:rPr>
        <w:t>ܡܠܟܐ</w:t>
      </w:r>
      <w:r>
        <w:rPr>
          <w:rFonts w:ascii="Times New Roman" w:hAnsi="Times New Roman" w:eastAsia="Times New Roman" w:cs="Times New Roman"/>
        </w:rPr>
        <w:t xml:space="preserve">؛ </w:t>
      </w:r>
      <w:r>
        <w:rPr>
          <w:rFonts w:ascii="Segoe UI Historic" w:hAnsi="Segoe UI Historic" w:eastAsia="Segoe UI Historic" w:cs="Segoe UI Historic"/>
        </w:rPr>
        <w:t>ܘܐܠܗܐ</w:t>
      </w:r>
      <w:r>
        <w:rPr>
          <w:rFonts w:ascii="Times New Roman" w:hAnsi="Times New Roman" w:eastAsia="Times New Roman" w:cs="Times New Roman"/>
        </w:rPr>
        <w:t xml:space="preserve"> </w:t>
      </w:r>
      <w:r>
        <w:rPr>
          <w:rFonts w:ascii="Segoe UI Historic" w:hAnsi="Segoe UI Historic" w:eastAsia="Segoe UI Historic" w:cs="Segoe UI Historic"/>
        </w:rPr>
        <w:t>ܝܗܒ</w:t>
      </w:r>
      <w:r>
        <w:rPr>
          <w:rFonts w:ascii="Times New Roman" w:hAnsi="Times New Roman" w:eastAsia="Times New Roman" w:cs="Times New Roman"/>
        </w:rPr>
        <w:t xml:space="preserve"> </w:t>
      </w:r>
      <w:r>
        <w:rPr>
          <w:rFonts w:ascii="Segoe UI Historic" w:hAnsi="Segoe UI Historic" w:eastAsia="Segoe UI Historic" w:cs="Segoe UI Historic"/>
        </w:rPr>
        <w:t>ܠܗܘܢ</w:t>
      </w:r>
      <w:r>
        <w:rPr>
          <w:rFonts w:ascii="Times New Roman" w:hAnsi="Times New Roman" w:eastAsia="Times New Roman" w:cs="Times New Roman"/>
        </w:rPr>
        <w:t xml:space="preserve"> </w:t>
      </w:r>
      <w:r>
        <w:rPr>
          <w:rFonts w:ascii="Segoe UI Historic" w:hAnsi="Segoe UI Historic" w:eastAsia="Segoe UI Historic" w:cs="Segoe UI Historic"/>
        </w:rPr>
        <w:t>ܠܫܐܘܠ</w:t>
      </w:r>
      <w:r>
        <w:rPr>
          <w:rFonts w:ascii="Times New Roman" w:hAnsi="Times New Roman" w:eastAsia="Times New Roman" w:cs="Times New Roman"/>
        </w:rPr>
        <w:t xml:space="preserve"> </w:t>
      </w:r>
      <w:r>
        <w:rPr>
          <w:rFonts w:ascii="Segoe UI Historic" w:hAnsi="Segoe UI Historic" w:eastAsia="Segoe UI Historic" w:cs="Segoe UI Historic"/>
        </w:rPr>
        <w:t>ܒܪ</w:t>
      </w:r>
      <w:r>
        <w:rPr>
          <w:rFonts w:ascii="Times New Roman" w:hAnsi="Times New Roman" w:eastAsia="Times New Roman" w:cs="Times New Roman"/>
        </w:rPr>
        <w:t xml:space="preserve"> </w:t>
      </w:r>
      <w:r>
        <w:rPr>
          <w:rFonts w:ascii="Segoe UI Historic" w:hAnsi="Segoe UI Historic" w:eastAsia="Segoe UI Historic" w:cs="Segoe UI Historic"/>
        </w:rPr>
        <w:t>ܩܝܫ</w:t>
      </w:r>
      <w:r>
        <w:rPr>
          <w:rFonts w:ascii="Times New Roman" w:hAnsi="Times New Roman" w:eastAsia="Times New Roman" w:cs="Times New Roman"/>
        </w:rPr>
        <w:t xml:space="preserve">، </w:t>
      </w:r>
      <w:r>
        <w:rPr>
          <w:rFonts w:ascii="Segoe UI Historic" w:hAnsi="Segoe UI Historic" w:eastAsia="Segoe UI Historic" w:cs="Segoe UI Historic"/>
        </w:rPr>
        <w:t>ܓܒܪܐ</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ܫܒܛܐ</w:t>
      </w:r>
      <w:r>
        <w:rPr>
          <w:rFonts w:ascii="Times New Roman" w:hAnsi="Times New Roman" w:eastAsia="Times New Roman" w:cs="Times New Roman"/>
        </w:rPr>
        <w:t xml:space="preserve"> </w:t>
      </w:r>
      <w:r>
        <w:rPr>
          <w:rFonts w:ascii="Segoe UI Historic" w:hAnsi="Segoe UI Historic" w:eastAsia="Segoe UI Historic" w:cs="Segoe UI Historic"/>
        </w:rPr>
        <w:t>ܕܒܢܝܡܝܢ</w:t>
      </w:r>
      <w:r>
        <w:rPr>
          <w:rFonts w:ascii="Times New Roman" w:hAnsi="Times New Roman" w:eastAsia="Times New Roman" w:cs="Times New Roman"/>
        </w:rPr>
        <w:t xml:space="preserve">، </w:t>
      </w:r>
      <w:r>
        <w:rPr>
          <w:rFonts w:ascii="Segoe UI Historic" w:hAnsi="Segoe UI Historic" w:eastAsia="Segoe UI Historic" w:cs="Segoe UI Historic"/>
        </w:rPr>
        <w:t>ܠܡܕܬܐ</w:t>
      </w:r>
      <w:r>
        <w:rPr>
          <w:rFonts w:ascii="Times New Roman" w:hAnsi="Times New Roman" w:eastAsia="Times New Roman" w:cs="Times New Roman"/>
        </w:rPr>
        <w:t xml:space="preserve"> </w:t>
      </w:r>
      <w:r>
        <w:rPr>
          <w:rFonts w:ascii="Segoe UI Historic" w:hAnsi="Segoe UI Historic" w:eastAsia="Segoe UI Historic" w:cs="Segoe UI Historic"/>
        </w:rPr>
        <w:t>ܕܐܪܒܥܝܢ</w:t>
      </w:r>
      <w:r>
        <w:rPr>
          <w:rFonts w:ascii="Times New Roman" w:hAnsi="Times New Roman" w:eastAsia="Times New Roman" w:cs="Times New Roman"/>
        </w:rPr>
        <w:t xml:space="preserve"> </w:t>
      </w:r>
      <w:r>
        <w:rPr>
          <w:rFonts w:ascii="Segoe UI Historic" w:hAnsi="Segoe UI Historic" w:eastAsia="Segoe UI Historic" w:cs="Segoe UI Historic"/>
        </w:rPr>
        <w:t>ܫܢܝܢ</w:t>
      </w:r>
      <w:r>
        <w:rPr>
          <w:rFonts w:ascii="Times New Roman" w:hAnsi="Times New Roman" w:eastAsia="Times New Roman" w:cs="Times New Roman"/>
        </w:rPr>
        <w:t xml:space="preserve">. </w:t>
      </w:r>
      <w:r>
        <w:rPr>
          <w:rFonts w:ascii="Segoe UI Historic" w:hAnsi="Segoe UI Historic" w:eastAsia="Segoe UI Historic" w:cs="Segoe UI Historic"/>
        </w:rPr>
        <w:t>ܡܥܒܕܢܘܬܐ</w:t>
      </w:r>
      <w:r>
        <w:rPr>
          <w:rFonts w:ascii="Times New Roman" w:hAnsi="Times New Roman" w:eastAsia="Times New Roman" w:cs="Times New Roman"/>
        </w:rPr>
        <w:t xml:space="preserve"> 13:21.</w:t>
      </w:r>
    </w:p>
    <w:p>
      <w:pPr>
        <w:pStyle w:val="ArticleScripture"/>
        <w:jc w:val="left"/>
      </w:pPr>
      <w:r>
        <w:rPr>
          <w:rFonts w:ascii="Nirmala UI" w:hAnsi="Nirmala UI" w:eastAsia="Nirmala UI" w:cs="Nirmala UI"/>
        </w:rPr>
        <w:t>ଦାଉଦ</w:t>
      </w:r>
      <w:r>
        <w:rPr>
          <w:rFonts w:ascii="Times New Roman" w:hAnsi="Times New Roman" w:eastAsia="Times New Roman" w:cs="Times New Roman"/>
        </w:rPr>
        <w:t xml:space="preserve"> </w:t>
      </w:r>
      <w:r>
        <w:rPr>
          <w:rFonts w:ascii="Nirmala UI" w:hAnsi="Nirmala UI" w:eastAsia="Nirmala UI" w:cs="Nirmala UI"/>
        </w:rPr>
        <w:t>ରାଜ୍ୟ</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କଲାବେଳେ</w:t>
      </w:r>
      <w:r>
        <w:rPr>
          <w:rFonts w:ascii="Times New Roman" w:hAnsi="Times New Roman" w:eastAsia="Times New Roman" w:cs="Times New Roman"/>
        </w:rPr>
        <w:t xml:space="preserve"> </w:t>
      </w:r>
      <w:r>
        <w:rPr>
          <w:rFonts w:ascii="Nirmala UI" w:hAnsi="Nirmala UI" w:eastAsia="Nirmala UI" w:cs="Nirmala UI"/>
        </w:rPr>
        <w:t>ତାହାର</w:t>
      </w:r>
      <w:r>
        <w:rPr>
          <w:rFonts w:ascii="Times New Roman" w:hAnsi="Times New Roman" w:eastAsia="Times New Roman" w:cs="Times New Roman"/>
        </w:rPr>
        <w:t xml:space="preserve"> </w:t>
      </w:r>
      <w:r>
        <w:rPr>
          <w:rFonts w:ascii="Nirmala UI" w:hAnsi="Nirmala UI" w:eastAsia="Nirmala UI" w:cs="Nirmala UI"/>
        </w:rPr>
        <w:t>ବୟସ</w:t>
      </w:r>
      <w:r>
        <w:rPr>
          <w:rFonts w:ascii="Times New Roman" w:hAnsi="Times New Roman" w:eastAsia="Times New Roman" w:cs="Times New Roman"/>
        </w:rPr>
        <w:t xml:space="preserve"> </w:t>
      </w:r>
      <w:r>
        <w:rPr>
          <w:rFonts w:ascii="Nirmala UI" w:hAnsi="Nirmala UI" w:eastAsia="Nirmala UI" w:cs="Nirmala UI"/>
        </w:rPr>
        <w:t>ତିରିଶି</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ଚାଳିଶି</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ରାଜ୍ୟ</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ହେବ୍ରୋନରେ</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ଯିହୂଦା</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ସାତ</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ଛଅ</w:t>
      </w:r>
      <w:r>
        <w:rPr>
          <w:rFonts w:ascii="Times New Roman" w:hAnsi="Times New Roman" w:eastAsia="Times New Roman" w:cs="Times New Roman"/>
        </w:rPr>
        <w:t xml:space="preserve"> </w:t>
      </w:r>
      <w:r>
        <w:rPr>
          <w:rFonts w:ascii="Nirmala UI" w:hAnsi="Nirmala UI" w:eastAsia="Nirmala UI" w:cs="Nirmala UI"/>
        </w:rPr>
        <w:t>ମାସ</w:t>
      </w:r>
      <w:r>
        <w:rPr>
          <w:rFonts w:ascii="Times New Roman" w:hAnsi="Times New Roman" w:eastAsia="Times New Roman" w:cs="Times New Roman"/>
        </w:rPr>
        <w:t xml:space="preserve"> </w:t>
      </w:r>
      <w:r>
        <w:rPr>
          <w:rFonts w:ascii="Nirmala UI" w:hAnsi="Nirmala UI" w:eastAsia="Nirmala UI" w:cs="Nirmala UI"/>
        </w:rPr>
        <w:t>ରାଜ୍ୟ</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ଯିରୁଶାଲେମରେ</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ସମସ୍ତ</w:t>
      </w:r>
      <w:r>
        <w:rPr>
          <w:rFonts w:ascii="Times New Roman" w:hAnsi="Times New Roman" w:eastAsia="Times New Roman" w:cs="Times New Roman"/>
        </w:rPr>
        <w:t xml:space="preserve"> </w:t>
      </w:r>
      <w:r>
        <w:rPr>
          <w:rFonts w:ascii="Nirmala UI" w:hAnsi="Nirmala UI" w:eastAsia="Nirmala UI" w:cs="Nirmala UI"/>
        </w:rPr>
        <w:t>ଇସ୍ରାଏଲ</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ଯିହୂଦା</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ତେତିସ</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ରାଜ୍ୟ</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2 </w:t>
      </w:r>
      <w:r>
        <w:rPr>
          <w:rFonts w:ascii="Nirmala UI" w:hAnsi="Nirmala UI" w:eastAsia="Nirmala UI" w:cs="Nirmala UI"/>
        </w:rPr>
        <w:t>ସାମୁଏଲ</w:t>
      </w:r>
      <w:r>
        <w:rPr>
          <w:rFonts w:ascii="Times New Roman" w:hAnsi="Times New Roman" w:eastAsia="Times New Roman" w:cs="Times New Roman"/>
        </w:rPr>
        <w:t xml:space="preserve"> 2:4, 5.</w:t>
      </w:r>
    </w:p>
    <w:p>
      <w:pPr>
        <w:pStyle w:val="ArticleBody"/>
        <w:jc w:val="left"/>
      </w:pPr>
      <w:r>
        <w:rPr>
          <w:rFonts w:ascii="Nirmala UI" w:hAnsi="Nirmala UI" w:eastAsia="Nirmala UI" w:cs="Nirmala UI"/>
        </w:rPr>
        <w:t>ସଲୋମନଙ୍କର</w:t>
      </w:r>
      <w:r>
        <w:rPr>
          <w:rFonts w:ascii="Times New Roman" w:hAnsi="Times New Roman" w:eastAsia="Times New Roman" w:cs="Times New Roman"/>
        </w:rPr>
        <w:t xml:space="preserve"> </w:t>
      </w:r>
      <w:r>
        <w:rPr>
          <w:rFonts w:ascii="Nirmala UI" w:hAnsi="Nirmala UI" w:eastAsia="Nirmala UI" w:cs="Nirmala UI"/>
        </w:rPr>
        <w:t>ଶାସନ</w:t>
      </w:r>
      <w:r>
        <w:rPr>
          <w:rFonts w:ascii="Times New Roman" w:hAnsi="Times New Roman" w:eastAsia="Times New Roman" w:cs="Times New Roman"/>
        </w:rPr>
        <w:t xml:space="preserve"> 971 </w:t>
      </w:r>
      <w:r>
        <w:rPr>
          <w:rFonts w:ascii="Nirmala UI" w:hAnsi="Nirmala UI" w:eastAsia="Nirmala UI" w:cs="Nirmala UI"/>
        </w:rPr>
        <w:t>ଖ୍ରୀଷ୍ଟପୂର୍ବରେ</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ହୋଇଥିଲା</w:t>
      </w:r>
      <w:r>
        <w:rPr>
          <w:rFonts w:ascii="Times New Roman" w:hAnsi="Times New Roman" w:eastAsia="Times New Roman" w:cs="Times New Roman"/>
        </w:rPr>
        <w:t xml:space="preserve">; </w:t>
      </w:r>
      <w:r>
        <w:rPr>
          <w:rFonts w:ascii="Nirmala UI" w:hAnsi="Nirmala UI" w:eastAsia="Nirmala UI" w:cs="Nirmala UI"/>
        </w:rPr>
        <w:t>ସଲୋମନଙ୍କ</w:t>
      </w:r>
      <w:r>
        <w:rPr>
          <w:rFonts w:ascii="Times New Roman" w:hAnsi="Times New Roman" w:eastAsia="Times New Roman" w:cs="Times New Roman"/>
        </w:rPr>
        <w:t xml:space="preserve"> </w:t>
      </w:r>
      <w:r>
        <w:rPr>
          <w:rFonts w:ascii="Nirmala UI" w:hAnsi="Nirmala UI" w:eastAsia="Nirmala UI" w:cs="Nirmala UI"/>
        </w:rPr>
        <w:t>ଶାସନର</w:t>
      </w:r>
      <w:r>
        <w:rPr>
          <w:rFonts w:ascii="Times New Roman" w:hAnsi="Times New Roman" w:eastAsia="Times New Roman" w:cs="Times New Roman"/>
        </w:rPr>
        <w:t xml:space="preserve"> </w:t>
      </w:r>
      <w:r>
        <w:rPr>
          <w:rFonts w:ascii="Nirmala UI" w:hAnsi="Nirmala UI" w:eastAsia="Nirmala UI" w:cs="Nirmala UI"/>
        </w:rPr>
        <w:t>ଚତୁର୍ଥ</w:t>
      </w:r>
      <w:r>
        <w:rPr>
          <w:rFonts w:ascii="Times New Roman" w:hAnsi="Times New Roman" w:eastAsia="Times New Roman" w:cs="Times New Roman"/>
        </w:rPr>
        <w:t xml:space="preserve"> </w:t>
      </w:r>
      <w:r>
        <w:rPr>
          <w:rFonts w:ascii="Nirmala UI" w:hAnsi="Nirmala UI" w:eastAsia="Nirmala UI" w:cs="Nirmala UI"/>
        </w:rPr>
        <w:t>ବର୍ଷରେ</w:t>
      </w:r>
      <w:r>
        <w:rPr>
          <w:rFonts w:ascii="Times New Roman" w:hAnsi="Times New Roman" w:eastAsia="Times New Roman" w:cs="Times New Roman"/>
        </w:rPr>
        <w:t xml:space="preserve"> (967 </w:t>
      </w:r>
      <w:r>
        <w:rPr>
          <w:rFonts w:ascii="Nirmala UI" w:hAnsi="Nirmala UI" w:eastAsia="Nirmala UI" w:cs="Nirmala UI"/>
        </w:rPr>
        <w:t>ଖ୍ରୀଷ୍ଟପୂର୍ବ</w:t>
      </w:r>
      <w:r>
        <w:rPr>
          <w:rFonts w:ascii="Times New Roman" w:hAnsi="Times New Roman" w:eastAsia="Times New Roman" w:cs="Times New Roman"/>
        </w:rPr>
        <w:t xml:space="preserve">) </w:t>
      </w:r>
      <w:r>
        <w:rPr>
          <w:rFonts w:ascii="Nirmala UI" w:hAnsi="Nirmala UI" w:eastAsia="Nirmala UI" w:cs="Nirmala UI"/>
        </w:rPr>
        <w:t>ମନ୍ଦିରର</w:t>
      </w:r>
      <w:r>
        <w:rPr>
          <w:rFonts w:ascii="Times New Roman" w:hAnsi="Times New Roman" w:eastAsia="Times New Roman" w:cs="Times New Roman"/>
        </w:rPr>
        <w:t xml:space="preserve"> </w:t>
      </w:r>
      <w:r>
        <w:rPr>
          <w:rFonts w:ascii="Nirmala UI" w:hAnsi="Nirmala UI" w:eastAsia="Nirmala UI" w:cs="Nirmala UI"/>
        </w:rPr>
        <w:t>ଭିତ୍ତି</w:t>
      </w:r>
      <w:r>
        <w:rPr>
          <w:rFonts w:ascii="Times New Roman" w:hAnsi="Times New Roman" w:eastAsia="Times New Roman" w:cs="Times New Roman"/>
        </w:rPr>
        <w:t xml:space="preserve"> </w:t>
      </w:r>
      <w:r>
        <w:rPr>
          <w:rFonts w:ascii="Nirmala UI" w:hAnsi="Nirmala UI" w:eastAsia="Nirmala UI" w:cs="Nirmala UI"/>
        </w:rPr>
        <w:t>ପ୍ରସ୍ତର</w:t>
      </w:r>
      <w:r>
        <w:rPr>
          <w:rFonts w:ascii="Times New Roman" w:hAnsi="Times New Roman" w:eastAsia="Times New Roman" w:cs="Times New Roman"/>
        </w:rPr>
        <w:t xml:space="preserve"> </w:t>
      </w:r>
      <w:r>
        <w:rPr>
          <w:rFonts w:ascii="Nirmala UI" w:hAnsi="Nirmala UI" w:eastAsia="Nirmala UI" w:cs="Nirmala UI"/>
        </w:rPr>
        <w:t>ସ୍ଥାପିତ</w:t>
      </w:r>
      <w:r>
        <w:rPr>
          <w:rFonts w:ascii="Times New Roman" w:hAnsi="Times New Roman" w:eastAsia="Times New Roman" w:cs="Times New Roman"/>
        </w:rPr>
        <w:t xml:space="preserve"> </w:t>
      </w:r>
      <w:r>
        <w:rPr>
          <w:rFonts w:ascii="Nirmala UI" w:hAnsi="Nirmala UI" w:eastAsia="Nirmala UI" w:cs="Nirmala UI"/>
        </w:rPr>
        <w:t>ହୋଇଥିଲା।</w:t>
      </w:r>
      <w:r>
        <w:rPr>
          <w:rFonts w:ascii="Times New Roman" w:hAnsi="Times New Roman" w:eastAsia="Times New Roman" w:cs="Times New Roman"/>
        </w:rPr>
        <w:t xml:space="preserve"> </w:t>
      </w:r>
      <w:r>
        <w:rPr>
          <w:rFonts w:ascii="Nirmala UI" w:hAnsi="Nirmala UI" w:eastAsia="Nirmala UI" w:cs="Nirmala UI"/>
        </w:rPr>
        <w:t>ନିର୍ମାଣକାର୍ଯ୍ୟ</w:t>
      </w:r>
      <w:r>
        <w:rPr>
          <w:rFonts w:ascii="Times New Roman" w:hAnsi="Times New Roman" w:eastAsia="Times New Roman" w:cs="Times New Roman"/>
        </w:rPr>
        <w:t xml:space="preserve"> </w:t>
      </w:r>
      <w:r>
        <w:rPr>
          <w:rFonts w:ascii="Nirmala UI" w:hAnsi="Nirmala UI" w:eastAsia="Nirmala UI" w:cs="Nirmala UI"/>
        </w:rPr>
        <w:t>ସାତ</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ଧରି</w:t>
      </w:r>
      <w:r>
        <w:rPr>
          <w:rFonts w:ascii="Times New Roman" w:hAnsi="Times New Roman" w:eastAsia="Times New Roman" w:cs="Times New Roman"/>
        </w:rPr>
        <w:t xml:space="preserve"> </w:t>
      </w:r>
      <w:r>
        <w:rPr>
          <w:rFonts w:ascii="Nirmala UI" w:hAnsi="Nirmala UI" w:eastAsia="Nirmala UI" w:cs="Nirmala UI"/>
        </w:rPr>
        <w:t>ଚାଲିଥିଲା</w:t>
      </w:r>
      <w:r>
        <w:rPr>
          <w:rFonts w:ascii="Times New Roman" w:hAnsi="Times New Roman" w:eastAsia="Times New Roman" w:cs="Times New Roman"/>
        </w:rPr>
        <w:t xml:space="preserve"> (1 Kings 6:37–38),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ସଲୋମନଙ୍କ</w:t>
      </w:r>
      <w:r>
        <w:rPr>
          <w:rFonts w:ascii="Times New Roman" w:hAnsi="Times New Roman" w:eastAsia="Times New Roman" w:cs="Times New Roman"/>
        </w:rPr>
        <w:t xml:space="preserve"> </w:t>
      </w:r>
      <w:r>
        <w:rPr>
          <w:rFonts w:ascii="Nirmala UI" w:hAnsi="Nirmala UI" w:eastAsia="Nirmala UI" w:cs="Nirmala UI"/>
        </w:rPr>
        <w:t>ଏକାଦଶ</w:t>
      </w:r>
      <w:r>
        <w:rPr>
          <w:rFonts w:ascii="Times New Roman" w:hAnsi="Times New Roman" w:eastAsia="Times New Roman" w:cs="Times New Roman"/>
        </w:rPr>
        <w:t xml:space="preserve"> </w:t>
      </w:r>
      <w:r>
        <w:rPr>
          <w:rFonts w:ascii="Nirmala UI" w:hAnsi="Nirmala UI" w:eastAsia="Nirmala UI" w:cs="Nirmala UI"/>
        </w:rPr>
        <w:t>ବର୍ଷର</w:t>
      </w:r>
      <w:r>
        <w:rPr>
          <w:rFonts w:ascii="Times New Roman" w:hAnsi="Times New Roman" w:eastAsia="Times New Roman" w:cs="Times New Roman"/>
        </w:rPr>
        <w:t xml:space="preserve"> </w:t>
      </w:r>
      <w:r>
        <w:rPr>
          <w:rFonts w:ascii="Nirmala UI" w:hAnsi="Nirmala UI" w:eastAsia="Nirmala UI" w:cs="Nirmala UI"/>
        </w:rPr>
        <w:t>ଅଷ୍ଟମ</w:t>
      </w:r>
      <w:r>
        <w:rPr>
          <w:rFonts w:ascii="Times New Roman" w:hAnsi="Times New Roman" w:eastAsia="Times New Roman" w:cs="Times New Roman"/>
        </w:rPr>
        <w:t xml:space="preserve"> </w:t>
      </w:r>
      <w:r>
        <w:rPr>
          <w:rFonts w:ascii="Nirmala UI" w:hAnsi="Nirmala UI" w:eastAsia="Nirmala UI" w:cs="Nirmala UI"/>
        </w:rPr>
        <w:t>ମାସରେ</w:t>
      </w:r>
      <w:r>
        <w:rPr>
          <w:rFonts w:ascii="Times New Roman" w:hAnsi="Times New Roman" w:eastAsia="Times New Roman" w:cs="Times New Roman"/>
        </w:rPr>
        <w:t xml:space="preserve"> </w:t>
      </w:r>
      <w:r>
        <w:rPr>
          <w:rFonts w:ascii="Nirmala UI" w:hAnsi="Nirmala UI" w:eastAsia="Nirmala UI" w:cs="Nirmala UI"/>
        </w:rPr>
        <w:t>ମନ୍ଦିର</w:t>
      </w:r>
      <w:r>
        <w:rPr>
          <w:rFonts w:ascii="Times New Roman" w:hAnsi="Times New Roman" w:eastAsia="Times New Roman" w:cs="Times New Roman"/>
        </w:rPr>
        <w:t xml:space="preserve"> </w:t>
      </w:r>
      <w:r>
        <w:rPr>
          <w:rFonts w:ascii="Nirmala UI" w:hAnsi="Nirmala UI" w:eastAsia="Nirmala UI" w:cs="Nirmala UI"/>
        </w:rPr>
        <w:t>ସମ୍ପୂର୍ଣ୍ଣ</w:t>
      </w:r>
      <w:r>
        <w:rPr>
          <w:rFonts w:ascii="Times New Roman" w:hAnsi="Times New Roman" w:eastAsia="Times New Roman" w:cs="Times New Roman"/>
        </w:rPr>
        <w:t xml:space="preserve"> </w:t>
      </w:r>
      <w:r>
        <w:rPr>
          <w:rFonts w:ascii="Nirmala UI" w:hAnsi="Nirmala UI" w:eastAsia="Nirmala UI" w:cs="Nirmala UI"/>
        </w:rPr>
        <w:t>ହୋଇଥିଲା।</w:t>
      </w:r>
      <w:r>
        <w:rPr>
          <w:rFonts w:ascii="Times New Roman" w:hAnsi="Times New Roman" w:eastAsia="Times New Roman" w:cs="Times New Roman"/>
        </w:rPr>
        <w:t xml:space="preserve"> </w:t>
      </w:r>
      <w:r>
        <w:rPr>
          <w:rFonts w:ascii="Nirmala UI" w:hAnsi="Nirmala UI" w:eastAsia="Nirmala UI" w:cs="Nirmala UI"/>
        </w:rPr>
        <w:t>ଔପଚାରିକ</w:t>
      </w:r>
      <w:r>
        <w:rPr>
          <w:rFonts w:ascii="Times New Roman" w:hAnsi="Times New Roman" w:eastAsia="Times New Roman" w:cs="Times New Roman"/>
        </w:rPr>
        <w:t xml:space="preserve"> </w:t>
      </w:r>
      <w:r>
        <w:rPr>
          <w:rFonts w:ascii="Nirmala UI" w:hAnsi="Nirmala UI" w:eastAsia="Nirmala UI" w:cs="Nirmala UI"/>
        </w:rPr>
        <w:t>ଉତ୍ସର୍ଗ</w:t>
      </w:r>
      <w:r>
        <w:rPr>
          <w:rFonts w:ascii="Times New Roman" w:hAnsi="Times New Roman" w:eastAsia="Times New Roman" w:cs="Times New Roman"/>
        </w:rPr>
        <w:t xml:space="preserve"> </w:t>
      </w:r>
      <w:r>
        <w:rPr>
          <w:rFonts w:ascii="Nirmala UI" w:hAnsi="Nirmala UI" w:eastAsia="Nirmala UI" w:cs="Nirmala UI"/>
        </w:rPr>
        <w:t>ସପ୍ତମ</w:t>
      </w:r>
      <w:r>
        <w:rPr>
          <w:rFonts w:ascii="Times New Roman" w:hAnsi="Times New Roman" w:eastAsia="Times New Roman" w:cs="Times New Roman"/>
        </w:rPr>
        <w:t xml:space="preserve"> </w:t>
      </w:r>
      <w:r>
        <w:rPr>
          <w:rFonts w:ascii="Nirmala UI" w:hAnsi="Nirmala UI" w:eastAsia="Nirmala UI" w:cs="Nirmala UI"/>
        </w:rPr>
        <w:t>ମାସରେ</w:t>
      </w:r>
      <w:r>
        <w:rPr>
          <w:rFonts w:ascii="Times New Roman" w:hAnsi="Times New Roman" w:eastAsia="Times New Roman" w:cs="Times New Roman"/>
        </w:rPr>
        <w:t xml:space="preserve"> (</w:t>
      </w:r>
      <w:r>
        <w:rPr>
          <w:rFonts w:ascii="Nirmala UI" w:hAnsi="Nirmala UI" w:eastAsia="Nirmala UI" w:cs="Nirmala UI"/>
        </w:rPr>
        <w:t>ଏଥାନୀମ</w:t>
      </w:r>
      <w:r>
        <w:rPr>
          <w:rFonts w:ascii="Times New Roman" w:hAnsi="Times New Roman" w:eastAsia="Times New Roman" w:cs="Times New Roman"/>
        </w:rPr>
        <w:t xml:space="preserve"> </w:t>
      </w:r>
      <w:r>
        <w:rPr>
          <w:rFonts w:ascii="Nirmala UI" w:hAnsi="Nirmala UI" w:eastAsia="Nirmala UI" w:cs="Nirmala UI"/>
        </w:rPr>
        <w:t>ମାସରେ</w:t>
      </w:r>
      <w:r>
        <w:rPr>
          <w:rFonts w:ascii="Times New Roman" w:hAnsi="Times New Roman" w:eastAsia="Times New Roman" w:cs="Times New Roman"/>
        </w:rPr>
        <w:t xml:space="preserve">), </w:t>
      </w:r>
      <w:r>
        <w:rPr>
          <w:rFonts w:ascii="Nirmala UI" w:hAnsi="Nirmala UI" w:eastAsia="Nirmala UI" w:cs="Nirmala UI"/>
        </w:rPr>
        <w:t>ତମ୍ବୁ</w:t>
      </w:r>
      <w:r>
        <w:rPr>
          <w:rFonts w:ascii="Times New Roman" w:hAnsi="Times New Roman" w:eastAsia="Times New Roman" w:cs="Times New Roman"/>
        </w:rPr>
        <w:t xml:space="preserve"> </w:t>
      </w:r>
      <w:r>
        <w:rPr>
          <w:rFonts w:ascii="Nirmala UI" w:hAnsi="Nirmala UI" w:eastAsia="Nirmala UI" w:cs="Nirmala UI"/>
        </w:rPr>
        <w:t>ପର୍ବ</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ସମ୍ପନ୍ନ</w:t>
      </w:r>
      <w:r>
        <w:rPr>
          <w:rFonts w:ascii="Times New Roman" w:hAnsi="Times New Roman" w:eastAsia="Times New Roman" w:cs="Times New Roman"/>
        </w:rPr>
        <w:t xml:space="preserve"> </w:t>
      </w:r>
      <w:r>
        <w:rPr>
          <w:rFonts w:ascii="Nirmala UI" w:hAnsi="Nirmala UI" w:eastAsia="Nirmala UI" w:cs="Nirmala UI"/>
        </w:rPr>
        <w:t>ହୋଇଥିଲା</w:t>
      </w:r>
      <w:r>
        <w:rPr>
          <w:rFonts w:ascii="Times New Roman" w:hAnsi="Times New Roman" w:eastAsia="Times New Roman" w:cs="Times New Roman"/>
        </w:rPr>
        <w:t xml:space="preserve"> (1 Kings 8; 2 Chronicles 5–7)</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ରାଜାମାନେ</w:t>
      </w:r>
      <w:r>
        <w:rPr>
          <w:rFonts w:ascii="Times New Roman" w:hAnsi="Times New Roman" w:eastAsia="Times New Roman" w:cs="Times New Roman"/>
        </w:rPr>
        <w:t xml:space="preserve">, </w:t>
      </w:r>
      <w:r>
        <w:rPr>
          <w:rFonts w:ascii="Nirmala UI" w:hAnsi="Nirmala UI" w:eastAsia="Nirmala UI" w:cs="Nirmala UI"/>
        </w:rPr>
        <w:t>ମନ୍ଦିର</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ଜାତି</w:t>
      </w:r>
      <w:r>
        <w:rPr>
          <w:rFonts w:ascii="Times New Roman" w:hAnsi="Times New Roman" w:eastAsia="Times New Roman" w:cs="Times New Roman"/>
        </w:rPr>
        <w:t>—</w:t>
      </w:r>
      <w:r>
        <w:rPr>
          <w:rFonts w:ascii="Nirmala UI" w:hAnsi="Nirmala UI" w:eastAsia="Nirmala UI" w:cs="Nirmala UI"/>
        </w:rPr>
        <w:t>ଏହାଙ୍କ</w:t>
      </w:r>
      <w:r>
        <w:rPr>
          <w:rFonts w:ascii="Times New Roman" w:hAnsi="Times New Roman" w:eastAsia="Times New Roman" w:cs="Times New Roman"/>
        </w:rPr>
        <w:t xml:space="preserve"> </w:t>
      </w:r>
      <w:r>
        <w:rPr>
          <w:rFonts w:ascii="Nirmala UI" w:hAnsi="Nirmala UI" w:eastAsia="Nirmala UI" w:cs="Nirmala UI"/>
        </w:rPr>
        <w:t>ପ୍ରତ୍ୟେକର</w:t>
      </w:r>
      <w:r>
        <w:rPr>
          <w:rFonts w:ascii="Times New Roman" w:hAnsi="Times New Roman" w:eastAsia="Times New Roman" w:cs="Times New Roman"/>
        </w:rPr>
        <w:t xml:space="preserve"> </w:t>
      </w:r>
      <w:r>
        <w:rPr>
          <w:rFonts w:ascii="Nirmala UI" w:hAnsi="Nirmala UI" w:eastAsia="Nirmala UI" w:cs="Nirmala UI"/>
        </w:rPr>
        <w:t>ଇତିହାସରେ</w:t>
      </w:r>
      <w:r>
        <w:rPr>
          <w:rFonts w:ascii="Times New Roman" w:hAnsi="Times New Roman" w:eastAsia="Times New Roman" w:cs="Times New Roman"/>
        </w:rPr>
        <w:t xml:space="preserve"> </w:t>
      </w:r>
      <w:r>
        <w:rPr>
          <w:rFonts w:ascii="Nirmala UI" w:hAnsi="Nirmala UI" w:eastAsia="Nirmala UI" w:cs="Nirmala UI"/>
        </w:rPr>
        <w:t>ଚାରିଶେ</w:t>
      </w:r>
      <w:r>
        <w:rPr>
          <w:rFonts w:ascii="Times New Roman" w:hAnsi="Times New Roman" w:eastAsia="Times New Roman" w:cs="Times New Roman"/>
        </w:rPr>
        <w:t xml:space="preserve"> </w:t>
      </w:r>
      <w:r>
        <w:rPr>
          <w:rFonts w:ascii="Nirmala UI" w:hAnsi="Nirmala UI" w:eastAsia="Nirmala UI" w:cs="Nirmala UI"/>
        </w:rPr>
        <w:t>ନବେ</w:t>
      </w:r>
      <w:r>
        <w:rPr>
          <w:rFonts w:ascii="Times New Roman" w:hAnsi="Times New Roman" w:eastAsia="Times New Roman" w:cs="Times New Roman"/>
        </w:rPr>
        <w:t xml:space="preserve"> </w:t>
      </w:r>
      <w:r>
        <w:rPr>
          <w:rFonts w:ascii="Nirmala UI" w:hAnsi="Nirmala UI" w:eastAsia="Nirmala UI" w:cs="Nirmala UI"/>
        </w:rPr>
        <w:t>ବର୍ଷର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ଅବଧି</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ପ୍ରତିନିଧିତ</w:t>
      </w:r>
      <w:r>
        <w:rPr>
          <w:rFonts w:ascii="Times New Roman" w:hAnsi="Times New Roman" w:eastAsia="Times New Roman" w:cs="Times New Roman"/>
        </w:rPr>
        <w:t xml:space="preserve"> </w:t>
      </w:r>
      <w:r>
        <w:rPr>
          <w:rFonts w:ascii="Nirmala UI" w:hAnsi="Nirmala UI" w:eastAsia="Nirmala UI" w:cs="Nirmala UI"/>
        </w:rPr>
        <w:t>ହୋଇଛି</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ସ୍ପଷ୍ଟରୂପେ</w:t>
      </w:r>
      <w:r>
        <w:rPr>
          <w:rFonts w:ascii="Times New Roman" w:hAnsi="Times New Roman" w:eastAsia="Times New Roman" w:cs="Times New Roman"/>
        </w:rPr>
        <w:t xml:space="preserve"> </w:t>
      </w:r>
      <w:r>
        <w:rPr>
          <w:rFonts w:ascii="Nirmala UI" w:hAnsi="Nirmala UI" w:eastAsia="Nirmala UI" w:cs="Nirmala UI"/>
        </w:rPr>
        <w:t>ରାଜାମାନେ</w:t>
      </w:r>
      <w:r>
        <w:rPr>
          <w:rFonts w:ascii="Times New Roman" w:hAnsi="Times New Roman" w:eastAsia="Times New Roman" w:cs="Times New Roman"/>
        </w:rPr>
        <w:t xml:space="preserve">, </w:t>
      </w:r>
      <w:r>
        <w:rPr>
          <w:rFonts w:ascii="Nirmala UI" w:hAnsi="Nirmala UI" w:eastAsia="Nirmala UI" w:cs="Nirmala UI"/>
        </w:rPr>
        <w:t>ମନ୍ଦିର</w:t>
      </w:r>
      <w:r>
        <w:rPr>
          <w:rFonts w:ascii="Times New Roman" w:hAnsi="Times New Roman" w:eastAsia="Times New Roman" w:cs="Times New Roman"/>
        </w:rPr>
        <w:t xml:space="preserve"> </w:t>
      </w:r>
      <w:r>
        <w:rPr>
          <w:rFonts w:ascii="Nirmala UI" w:hAnsi="Nirmala UI" w:eastAsia="Nirmala UI" w:cs="Nirmala UI"/>
        </w:rPr>
        <w:t>କିମ୍ବା</w:t>
      </w:r>
      <w:r>
        <w:rPr>
          <w:rFonts w:ascii="Times New Roman" w:hAnsi="Times New Roman" w:eastAsia="Times New Roman" w:cs="Times New Roman"/>
        </w:rPr>
        <w:t xml:space="preserve"> </w:t>
      </w:r>
      <w:r>
        <w:rPr>
          <w:rFonts w:ascii="Nirmala UI" w:hAnsi="Nirmala UI" w:eastAsia="Nirmala UI" w:cs="Nirmala UI"/>
        </w:rPr>
        <w:t>ଜାତି</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ସମ୍ବନ୍ଧିତ</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ଭବିଷ୍ୟଦ୍ଦବାଣୀମୂଳକ</w:t>
      </w:r>
      <w:r>
        <w:rPr>
          <w:rFonts w:ascii="Times New Roman" w:hAnsi="Times New Roman" w:eastAsia="Times New Roman" w:cs="Times New Roman"/>
        </w:rPr>
        <w:t xml:space="preserve"> </w:t>
      </w:r>
      <w:r>
        <w:rPr>
          <w:rFonts w:ascii="Nirmala UI" w:hAnsi="Nirmala UI" w:eastAsia="Nirmala UI" w:cs="Nirmala UI"/>
        </w:rPr>
        <w:t>ଅବଧିକୁ</w:t>
      </w:r>
      <w:r>
        <w:rPr>
          <w:rFonts w:ascii="Times New Roman" w:hAnsi="Times New Roman" w:eastAsia="Times New Roman" w:cs="Times New Roman"/>
        </w:rPr>
        <w:t xml:space="preserve"> </w:t>
      </w:r>
      <w:r>
        <w:rPr>
          <w:rFonts w:ascii="Nirmala UI" w:hAnsi="Nirmala UI" w:eastAsia="Nirmala UI" w:cs="Nirmala UI"/>
        </w:rPr>
        <w:t>ଚିହ୍ନିତ</w:t>
      </w:r>
      <w:r>
        <w:rPr>
          <w:rFonts w:ascii="Times New Roman" w:hAnsi="Times New Roman" w:eastAsia="Times New Roman" w:cs="Times New Roman"/>
        </w:rPr>
        <w:t xml:space="preserve"> </w:t>
      </w:r>
      <w:r>
        <w:rPr>
          <w:rFonts w:ascii="Nirmala UI" w:hAnsi="Nirmala UI" w:eastAsia="Nirmala UI" w:cs="Nirmala UI"/>
        </w:rPr>
        <w:t>କରେ।</w:t>
      </w:r>
    </w:p>
    <w:p>
      <w:pPr>
        <w:pStyle w:val="ArticleBody"/>
        <w:jc w:val="left"/>
      </w:pPr>
      <w:r>
        <w:rPr>
          <w:rFonts w:ascii="Nirmala UI" w:hAnsi="Nirmala UI" w:eastAsia="Nirmala UI" w:cs="Nirmala UI"/>
        </w:rPr>
        <w:t>ଦାନିଏଲଙ୍କୁ</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ପୂ</w:t>
      </w:r>
      <w:r>
        <w:rPr>
          <w:rFonts w:ascii="Times New Roman" w:hAnsi="Times New Roman" w:eastAsia="Times New Roman" w:cs="Times New Roman"/>
        </w:rPr>
        <w:t xml:space="preserve">. </w:t>
      </w:r>
      <w:r>
        <w:rPr>
          <w:rFonts w:ascii="Nirmala UI" w:hAnsi="Nirmala UI" w:eastAsia="Nirmala UI" w:cs="Nirmala UI"/>
        </w:rPr>
        <w:t>୬୦୭</w:t>
      </w:r>
      <w:r>
        <w:rPr>
          <w:rFonts w:ascii="Times New Roman" w:hAnsi="Times New Roman" w:eastAsia="Times New Roman" w:cs="Times New Roman"/>
        </w:rPr>
        <w:t xml:space="preserve">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ବନ୍ଦୀ</w:t>
      </w:r>
      <w:r>
        <w:rPr>
          <w:rFonts w:ascii="Times New Roman" w:hAnsi="Times New Roman" w:eastAsia="Times New Roman" w:cs="Times New Roman"/>
        </w:rPr>
        <w:t xml:space="preserve"> </w:t>
      </w:r>
      <w:r>
        <w:rPr>
          <w:rFonts w:ascii="Nirmala UI" w:hAnsi="Nirmala UI" w:eastAsia="Nirmala UI" w:cs="Nirmala UI"/>
        </w:rPr>
        <w:t>କରାଯାଇଥିଲା</w:t>
      </w:r>
      <w:r>
        <w:rPr>
          <w:rFonts w:ascii="Times New Roman" w:hAnsi="Times New Roman" w:eastAsia="Times New Roman" w:cs="Times New Roman"/>
        </w:rPr>
        <w:t xml:space="preserve">, </w:t>
      </w:r>
      <w:r>
        <w:rPr>
          <w:rFonts w:ascii="Nirmala UI" w:hAnsi="Nirmala UI" w:eastAsia="Nirmala UI" w:cs="Nirmala UI"/>
        </w:rPr>
        <w:t>ଯଦ୍ୟପି</w:t>
      </w:r>
      <w:r>
        <w:rPr>
          <w:rFonts w:ascii="Times New Roman" w:hAnsi="Times New Roman" w:eastAsia="Times New Roman" w:cs="Times New Roman"/>
        </w:rPr>
        <w:t xml:space="preserve"> </w:t>
      </w:r>
      <w:r>
        <w:rPr>
          <w:rFonts w:ascii="Nirmala UI" w:hAnsi="Nirmala UI" w:eastAsia="Nirmala UI" w:cs="Nirmala UI"/>
        </w:rPr>
        <w:t>ବାଇବେଲୀୟ</w:t>
      </w:r>
      <w:r>
        <w:rPr>
          <w:rFonts w:ascii="Times New Roman" w:hAnsi="Times New Roman" w:eastAsia="Times New Roman" w:cs="Times New Roman"/>
        </w:rPr>
        <w:t xml:space="preserve"> </w:t>
      </w:r>
      <w:r>
        <w:rPr>
          <w:rFonts w:ascii="Nirmala UI" w:hAnsi="Nirmala UI" w:eastAsia="Nirmala UI" w:cs="Nirmala UI"/>
        </w:rPr>
        <w:t>କାଳଗଣନାକାରମାନଙ୍କର</w:t>
      </w:r>
      <w:r>
        <w:rPr>
          <w:rFonts w:ascii="Times New Roman" w:hAnsi="Times New Roman" w:eastAsia="Times New Roman" w:cs="Times New Roman"/>
        </w:rPr>
        <w:t xml:space="preserve"> </w:t>
      </w:r>
      <w:r>
        <w:rPr>
          <w:rFonts w:ascii="Nirmala UI" w:hAnsi="Nirmala UI" w:eastAsia="Nirmala UI" w:cs="Nirmala UI"/>
        </w:rPr>
        <w:t>ଅଧିକାଂଶ</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ପୂ</w:t>
      </w:r>
      <w:r>
        <w:rPr>
          <w:rFonts w:ascii="Times New Roman" w:hAnsi="Times New Roman" w:eastAsia="Times New Roman" w:cs="Times New Roman"/>
        </w:rPr>
        <w:t xml:space="preserve">. </w:t>
      </w:r>
      <w:r>
        <w:rPr>
          <w:rFonts w:ascii="Nirmala UI" w:hAnsi="Nirmala UI" w:eastAsia="Nirmala UI" w:cs="Nirmala UI"/>
        </w:rPr>
        <w:t>୬୦୫</w:t>
      </w:r>
      <w:r>
        <w:rPr>
          <w:rFonts w:ascii="Times New Roman" w:hAnsi="Times New Roman" w:eastAsia="Times New Roman" w:cs="Times New Roman"/>
        </w:rPr>
        <w:t xml:space="preserve"> </w:t>
      </w:r>
      <w:r>
        <w:rPr>
          <w:rFonts w:ascii="Nirmala UI" w:hAnsi="Nirmala UI" w:eastAsia="Nirmala UI" w:cs="Nirmala UI"/>
        </w:rPr>
        <w:t>ମସିହାକୁ</w:t>
      </w:r>
      <w:r>
        <w:rPr>
          <w:rFonts w:ascii="Times New Roman" w:hAnsi="Times New Roman" w:eastAsia="Times New Roman" w:cs="Times New Roman"/>
        </w:rPr>
        <w:t xml:space="preserve"> </w:t>
      </w:r>
      <w:r>
        <w:rPr>
          <w:rFonts w:ascii="Nirmala UI" w:hAnsi="Nirmala UI" w:eastAsia="Nirmala UI" w:cs="Nirmala UI"/>
        </w:rPr>
        <w:t>ଚିହ୍ନଟ</w:t>
      </w:r>
      <w:r>
        <w:rPr>
          <w:rFonts w:ascii="Times New Roman" w:hAnsi="Times New Roman" w:eastAsia="Times New Roman" w:cs="Times New Roman"/>
        </w:rPr>
        <w:t xml:space="preserve"> </w:t>
      </w:r>
      <w:r>
        <w:rPr>
          <w:rFonts w:ascii="Nirmala UI" w:hAnsi="Nirmala UI" w:eastAsia="Nirmala UI" w:cs="Nirmala UI"/>
        </w:rPr>
        <w:t>କରନ୍ତି।</w:t>
      </w:r>
      <w:r>
        <w:rPr>
          <w:rFonts w:ascii="Times New Roman" w:hAnsi="Times New Roman" w:eastAsia="Times New Roman" w:cs="Times New Roman"/>
        </w:rPr>
        <w:t xml:space="preserve"> </w:t>
      </w:r>
      <w:r>
        <w:rPr>
          <w:rFonts w:ascii="Nirmala UI" w:hAnsi="Nirmala UI" w:eastAsia="Nirmala UI" w:cs="Nirmala UI"/>
        </w:rPr>
        <w:t>ଐତିହାସିକ</w:t>
      </w:r>
      <w:r>
        <w:rPr>
          <w:rFonts w:ascii="Times New Roman" w:hAnsi="Times New Roman" w:eastAsia="Times New Roman" w:cs="Times New Roman"/>
        </w:rPr>
        <w:t xml:space="preserve"> </w:t>
      </w:r>
      <w:r>
        <w:rPr>
          <w:rFonts w:ascii="Nirmala UI" w:hAnsi="Nirmala UI" w:eastAsia="Nirmala UI" w:cs="Nirmala UI"/>
        </w:rPr>
        <w:t>ଅଭିଲେଖ</w:t>
      </w:r>
      <w:r>
        <w:rPr>
          <w:rFonts w:ascii="Times New Roman" w:hAnsi="Times New Roman" w:eastAsia="Times New Roman" w:cs="Times New Roman"/>
        </w:rPr>
        <w:t xml:space="preserve"> </w:t>
      </w:r>
      <w:r>
        <w:rPr>
          <w:rFonts w:ascii="Nirmala UI" w:hAnsi="Nirmala UI" w:eastAsia="Nirmala UI" w:cs="Nirmala UI"/>
        </w:rPr>
        <w:t>ଭବିଷ୍ୟଦ୍ବାଣୀମୂଳକ</w:t>
      </w:r>
      <w:r>
        <w:rPr>
          <w:rFonts w:ascii="Times New Roman" w:hAnsi="Times New Roman" w:eastAsia="Times New Roman" w:cs="Times New Roman"/>
        </w:rPr>
        <w:t xml:space="preserve"> </w:t>
      </w:r>
      <w:r>
        <w:rPr>
          <w:rFonts w:ascii="Nirmala UI" w:hAnsi="Nirmala UI" w:eastAsia="Nirmala UI" w:cs="Nirmala UI"/>
        </w:rPr>
        <w:t>ସାକ୍ଷ୍ୟ</w:t>
      </w:r>
      <w:r>
        <w:rPr>
          <w:rFonts w:ascii="Times New Roman" w:hAnsi="Times New Roman" w:eastAsia="Times New Roman" w:cs="Times New Roman"/>
        </w:rPr>
        <w:t xml:space="preserve"> </w:t>
      </w:r>
      <w:r>
        <w:rPr>
          <w:rFonts w:ascii="Nirmala UI" w:hAnsi="Nirmala UI" w:eastAsia="Nirmala UI" w:cs="Nirmala UI"/>
        </w:rPr>
        <w:t>ସହିତ</w:t>
      </w:r>
      <w:r>
        <w:rPr>
          <w:rFonts w:ascii="Times New Roman" w:hAnsi="Times New Roman" w:eastAsia="Times New Roman" w:cs="Times New Roman"/>
        </w:rPr>
        <w:t xml:space="preserve"> </w:t>
      </w:r>
      <w:r>
        <w:rPr>
          <w:rFonts w:ascii="Nirmala UI" w:hAnsi="Nirmala UI" w:eastAsia="Nirmala UI" w:cs="Nirmala UI"/>
        </w:rPr>
        <w:t>ସମନ୍ୱିତ</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ଆବଶ୍ୟକ</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ପୂ</w:t>
      </w:r>
      <w:r>
        <w:rPr>
          <w:rFonts w:ascii="Times New Roman" w:hAnsi="Times New Roman" w:eastAsia="Times New Roman" w:cs="Times New Roman"/>
        </w:rPr>
        <w:t xml:space="preserve">. </w:t>
      </w:r>
      <w:r>
        <w:rPr>
          <w:rFonts w:ascii="Nirmala UI" w:hAnsi="Nirmala UI" w:eastAsia="Nirmala UI" w:cs="Nirmala UI"/>
        </w:rPr>
        <w:t>୧୦୯୭</w:t>
      </w:r>
      <w:r>
        <w:rPr>
          <w:rFonts w:ascii="Times New Roman" w:hAnsi="Times New Roman" w:eastAsia="Times New Roman" w:cs="Times New Roman"/>
        </w:rPr>
        <w:t xml:space="preserve">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ରାଜା</w:t>
      </w:r>
      <w:r>
        <w:rPr>
          <w:rFonts w:ascii="Times New Roman" w:hAnsi="Times New Roman" w:eastAsia="Times New Roman" w:cs="Times New Roman"/>
        </w:rPr>
        <w:t xml:space="preserve"> </w:t>
      </w:r>
      <w:r>
        <w:rPr>
          <w:rFonts w:ascii="Nirmala UI" w:hAnsi="Nirmala UI" w:eastAsia="Nirmala UI" w:cs="Nirmala UI"/>
        </w:rPr>
        <w:t>ପାଇବାର</w:t>
      </w:r>
      <w:r>
        <w:rPr>
          <w:rFonts w:ascii="Times New Roman" w:hAnsi="Times New Roman" w:eastAsia="Times New Roman" w:cs="Times New Roman"/>
        </w:rPr>
        <w:t xml:space="preserve"> </w:t>
      </w:r>
      <w:r>
        <w:rPr>
          <w:rFonts w:ascii="Nirmala UI" w:hAnsi="Nirmala UI" w:eastAsia="Nirmala UI" w:cs="Nirmala UI"/>
        </w:rPr>
        <w:t>ଆକାଙ୍କ୍ଷାରୁ</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ହେଉଥିବା</w:t>
      </w:r>
      <w:r>
        <w:rPr>
          <w:rFonts w:ascii="Times New Roman" w:hAnsi="Times New Roman" w:eastAsia="Times New Roman" w:cs="Times New Roman"/>
        </w:rPr>
        <w:t xml:space="preserve"> </w:t>
      </w:r>
      <w:r>
        <w:rPr>
          <w:rFonts w:ascii="Nirmala UI" w:hAnsi="Nirmala UI" w:eastAsia="Nirmala UI" w:cs="Nirmala UI"/>
        </w:rPr>
        <w:t>ଇତିହାସ</w:t>
      </w:r>
      <w:r>
        <w:rPr>
          <w:rFonts w:ascii="Times New Roman" w:hAnsi="Times New Roman" w:eastAsia="Times New Roman" w:cs="Times New Roman"/>
        </w:rPr>
        <w:t>-</w:t>
      </w:r>
      <w:r>
        <w:rPr>
          <w:rFonts w:ascii="Nirmala UI" w:hAnsi="Nirmala UI" w:eastAsia="Nirmala UI" w:cs="Nirmala UI"/>
        </w:rPr>
        <w:t>ରେଖା</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ଐତିହାସିକ</w:t>
      </w:r>
      <w:r>
        <w:rPr>
          <w:rFonts w:ascii="Times New Roman" w:hAnsi="Times New Roman" w:eastAsia="Times New Roman" w:cs="Times New Roman"/>
        </w:rPr>
        <w:t xml:space="preserve"> </w:t>
      </w:r>
      <w:r>
        <w:rPr>
          <w:rFonts w:ascii="Nirmala UI" w:hAnsi="Nirmala UI" w:eastAsia="Nirmala UI" w:cs="Nirmala UI"/>
        </w:rPr>
        <w:t>ଭାବେ</w:t>
      </w:r>
      <w:r>
        <w:rPr>
          <w:rFonts w:ascii="Times New Roman" w:hAnsi="Times New Roman" w:eastAsia="Times New Roman" w:cs="Times New Roman"/>
        </w:rPr>
        <w:t xml:space="preserve"> </w:t>
      </w:r>
      <w:r>
        <w:rPr>
          <w:rFonts w:ascii="Nirmala UI" w:hAnsi="Nirmala UI" w:eastAsia="Nirmala UI" w:cs="Nirmala UI"/>
        </w:rPr>
        <w:t>ଚିହ୍ନିତ</w:t>
      </w:r>
      <w:r>
        <w:rPr>
          <w:rFonts w:ascii="Times New Roman" w:hAnsi="Times New Roman" w:eastAsia="Times New Roman" w:cs="Times New Roman"/>
        </w:rPr>
        <w:t xml:space="preserve"> </w:t>
      </w:r>
      <w:r>
        <w:rPr>
          <w:rFonts w:ascii="Nirmala UI" w:hAnsi="Nirmala UI" w:eastAsia="Nirmala UI" w:cs="Nirmala UI"/>
        </w:rPr>
        <w:t>ଘଟଣାଗୁଡ଼ିକର</w:t>
      </w:r>
      <w:r>
        <w:rPr>
          <w:rFonts w:ascii="Times New Roman" w:hAnsi="Times New Roman" w:eastAsia="Times New Roman" w:cs="Times New Roman"/>
        </w:rPr>
        <w:t xml:space="preserve"> </w:t>
      </w:r>
      <w:r>
        <w:rPr>
          <w:rFonts w:ascii="Nirmala UI" w:hAnsi="Nirmala UI" w:eastAsia="Nirmala UI" w:cs="Nirmala UI"/>
        </w:rPr>
        <w:t>ପ୍ରତୀକାତ୍ମକତା</w:t>
      </w:r>
      <w:r>
        <w:rPr>
          <w:rFonts w:ascii="Times New Roman" w:hAnsi="Times New Roman" w:eastAsia="Times New Roman" w:cs="Times New Roman"/>
        </w:rPr>
        <w:t xml:space="preserve">, </w:t>
      </w:r>
      <w:r>
        <w:rPr>
          <w:rFonts w:ascii="Nirmala UI" w:hAnsi="Nirmala UI" w:eastAsia="Nirmala UI" w:cs="Nirmala UI"/>
        </w:rPr>
        <w:t>ଅନେକ</w:t>
      </w:r>
      <w:r>
        <w:rPr>
          <w:rFonts w:ascii="Times New Roman" w:hAnsi="Times New Roman" w:eastAsia="Times New Roman" w:cs="Times New Roman"/>
        </w:rPr>
        <w:t xml:space="preserve"> </w:t>
      </w:r>
      <w:r>
        <w:rPr>
          <w:rFonts w:ascii="Nirmala UI" w:hAnsi="Nirmala UI" w:eastAsia="Nirmala UI" w:cs="Nirmala UI"/>
        </w:rPr>
        <w:t>ଭବିଷ୍ୟଦ୍ବାଣୀମୂଳକ</w:t>
      </w:r>
      <w:r>
        <w:rPr>
          <w:rFonts w:ascii="Times New Roman" w:hAnsi="Times New Roman" w:eastAsia="Times New Roman" w:cs="Times New Roman"/>
        </w:rPr>
        <w:t xml:space="preserve"> </w:t>
      </w:r>
      <w:r>
        <w:rPr>
          <w:rFonts w:ascii="Nirmala UI" w:hAnsi="Nirmala UI" w:eastAsia="Nirmala UI" w:cs="Nirmala UI"/>
        </w:rPr>
        <w:t>ସାକ୍ଷୀଙ୍କ</w:t>
      </w:r>
      <w:r>
        <w:rPr>
          <w:rFonts w:ascii="Times New Roman" w:hAnsi="Times New Roman" w:eastAsia="Times New Roman" w:cs="Times New Roman"/>
        </w:rPr>
        <w:t xml:space="preserve"> </w:t>
      </w:r>
      <w:r>
        <w:rPr>
          <w:rFonts w:ascii="Nirmala UI" w:hAnsi="Nirmala UI" w:eastAsia="Nirmala UI" w:cs="Nirmala UI"/>
        </w:rPr>
        <w:t>ଆଧାରରେ</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ଦାବି</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ପୂ</w:t>
      </w:r>
      <w:r>
        <w:rPr>
          <w:rFonts w:ascii="Times New Roman" w:hAnsi="Times New Roman" w:eastAsia="Times New Roman" w:cs="Times New Roman"/>
        </w:rPr>
        <w:t xml:space="preserve">. </w:t>
      </w:r>
      <w:r>
        <w:rPr>
          <w:rFonts w:ascii="Nirmala UI" w:hAnsi="Nirmala UI" w:eastAsia="Nirmala UI" w:cs="Nirmala UI"/>
        </w:rPr>
        <w:t>୬୦୭</w:t>
      </w:r>
      <w:r>
        <w:rPr>
          <w:rFonts w:ascii="Times New Roman" w:hAnsi="Times New Roman" w:eastAsia="Times New Roman" w:cs="Times New Roman"/>
        </w:rPr>
        <w:t xml:space="preserve"> </w:t>
      </w:r>
      <w:r>
        <w:rPr>
          <w:rFonts w:ascii="Nirmala UI" w:hAnsi="Nirmala UI" w:eastAsia="Nirmala UI" w:cs="Nirmala UI"/>
        </w:rPr>
        <w:t>ମସିହା</w:t>
      </w:r>
      <w:r>
        <w:rPr>
          <w:rFonts w:ascii="Times New Roman" w:hAnsi="Times New Roman" w:eastAsia="Times New Roman" w:cs="Times New Roman"/>
        </w:rPr>
        <w:t xml:space="preserve"> </w:t>
      </w:r>
      <w:r>
        <w:rPr>
          <w:rFonts w:ascii="Nirmala UI" w:hAnsi="Nirmala UI" w:eastAsia="Nirmala UI" w:cs="Nirmala UI"/>
        </w:rPr>
        <w:t>ହିଁ</w:t>
      </w:r>
      <w:r>
        <w:rPr>
          <w:rFonts w:ascii="Times New Roman" w:hAnsi="Times New Roman" w:eastAsia="Times New Roman" w:cs="Times New Roman"/>
        </w:rPr>
        <w:t xml:space="preserve"> </w:t>
      </w:r>
      <w:r>
        <w:rPr>
          <w:rFonts w:ascii="Nirmala UI" w:hAnsi="Nirmala UI" w:eastAsia="Nirmala UI" w:cs="Nirmala UI"/>
        </w:rPr>
        <w:t>ସଠିକ୍</w:t>
      </w:r>
      <w:r>
        <w:rPr>
          <w:rFonts w:ascii="Times New Roman" w:hAnsi="Times New Roman" w:eastAsia="Times New Roman" w:cs="Times New Roman"/>
        </w:rPr>
        <w:t xml:space="preserve"> </w:t>
      </w:r>
      <w:r>
        <w:rPr>
          <w:rFonts w:ascii="Nirmala UI" w:hAnsi="Nirmala UI" w:eastAsia="Nirmala UI" w:cs="Nirmala UI"/>
        </w:rPr>
        <w:t>ପ୍ରୟୋଗ</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ପୂ</w:t>
      </w:r>
      <w:r>
        <w:rPr>
          <w:rFonts w:ascii="Times New Roman" w:hAnsi="Times New Roman" w:eastAsia="Times New Roman" w:cs="Times New Roman"/>
        </w:rPr>
        <w:t xml:space="preserve">. </w:t>
      </w:r>
      <w:r>
        <w:rPr>
          <w:rFonts w:ascii="Nirmala UI" w:hAnsi="Nirmala UI" w:eastAsia="Nirmala UI" w:cs="Nirmala UI"/>
        </w:rPr>
        <w:t>୬୦୫</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ପୂ</w:t>
      </w:r>
      <w:r>
        <w:rPr>
          <w:rFonts w:ascii="Times New Roman" w:hAnsi="Times New Roman" w:eastAsia="Times New Roman" w:cs="Times New Roman"/>
        </w:rPr>
        <w:t xml:space="preserve">. </w:t>
      </w:r>
      <w:r>
        <w:rPr>
          <w:rFonts w:ascii="Nirmala UI" w:hAnsi="Nirmala UI" w:eastAsia="Nirmala UI" w:cs="Nirmala UI"/>
        </w:rPr>
        <w:t>୬୦୭</w:t>
      </w:r>
      <w:r>
        <w:rPr>
          <w:rFonts w:ascii="Times New Roman" w:hAnsi="Times New Roman" w:eastAsia="Times New Roman" w:cs="Times New Roman"/>
        </w:rPr>
        <w:t xml:space="preserve"> </w:t>
      </w:r>
      <w:r>
        <w:rPr>
          <w:rFonts w:ascii="Nirmala UI" w:hAnsi="Nirmala UI" w:eastAsia="Nirmala UI" w:cs="Nirmala UI"/>
        </w:rPr>
        <w:t>ମସିହା</w:t>
      </w:r>
      <w:r>
        <w:rPr>
          <w:rFonts w:ascii="Times New Roman" w:hAnsi="Times New Roman" w:eastAsia="Times New Roman" w:cs="Times New Roman"/>
        </w:rPr>
        <w:t xml:space="preserve"> </w:t>
      </w:r>
      <w:r>
        <w:rPr>
          <w:rFonts w:ascii="Nirmala UI" w:hAnsi="Nirmala UI" w:eastAsia="Nirmala UI" w:cs="Nirmala UI"/>
        </w:rPr>
        <w:t>ରାଜାମାନଙ୍କର</w:t>
      </w:r>
      <w:r>
        <w:rPr>
          <w:rFonts w:ascii="Times New Roman" w:hAnsi="Times New Roman" w:eastAsia="Times New Roman" w:cs="Times New Roman"/>
        </w:rPr>
        <w:t xml:space="preserve"> </w:t>
      </w:r>
      <w:r>
        <w:rPr>
          <w:rFonts w:ascii="Nirmala UI" w:hAnsi="Nirmala UI" w:eastAsia="Nirmala UI" w:cs="Nirmala UI"/>
        </w:rPr>
        <w:t>ରେଖାରେ</w:t>
      </w:r>
      <w:r>
        <w:rPr>
          <w:rFonts w:ascii="Times New Roman" w:hAnsi="Times New Roman" w:eastAsia="Times New Roman" w:cs="Times New Roman"/>
        </w:rPr>
        <w:t xml:space="preserve"> </w:t>
      </w:r>
      <w:r>
        <w:rPr>
          <w:rFonts w:ascii="Nirmala UI" w:hAnsi="Nirmala UI" w:eastAsia="Nirmala UI" w:cs="Nirmala UI"/>
        </w:rPr>
        <w:t>ଚାରିଶେ</w:t>
      </w:r>
      <w:r>
        <w:rPr>
          <w:rFonts w:ascii="Times New Roman" w:hAnsi="Times New Roman" w:eastAsia="Times New Roman" w:cs="Times New Roman"/>
        </w:rPr>
        <w:t xml:space="preserve"> </w:t>
      </w:r>
      <w:r>
        <w:rPr>
          <w:rFonts w:ascii="Nirmala UI" w:hAnsi="Nirmala UI" w:eastAsia="Nirmala UI" w:cs="Nirmala UI"/>
        </w:rPr>
        <w:t>ନବେ</w:t>
      </w:r>
      <w:r>
        <w:rPr>
          <w:rFonts w:ascii="Times New Roman" w:hAnsi="Times New Roman" w:eastAsia="Times New Roman" w:cs="Times New Roman"/>
        </w:rPr>
        <w:t xml:space="preserve"> </w:t>
      </w:r>
      <w:r>
        <w:rPr>
          <w:rFonts w:ascii="Nirmala UI" w:hAnsi="Nirmala UI" w:eastAsia="Nirmala UI" w:cs="Nirmala UI"/>
        </w:rPr>
        <w:t>ବର୍ଷର</w:t>
      </w:r>
      <w:r>
        <w:rPr>
          <w:rFonts w:ascii="Times New Roman" w:hAnsi="Times New Roman" w:eastAsia="Times New Roman" w:cs="Times New Roman"/>
        </w:rPr>
        <w:t xml:space="preserve"> </w:t>
      </w:r>
      <w:r>
        <w:rPr>
          <w:rFonts w:ascii="Nirmala UI" w:hAnsi="Nirmala UI" w:eastAsia="Nirmala UI" w:cs="Nirmala UI"/>
        </w:rPr>
        <w:t>ଶେଷକୁ</w:t>
      </w:r>
      <w:r>
        <w:rPr>
          <w:rFonts w:ascii="Times New Roman" w:hAnsi="Times New Roman" w:eastAsia="Times New Roman" w:cs="Times New Roman"/>
        </w:rPr>
        <w:t xml:space="preserve"> </w:t>
      </w:r>
      <w:r>
        <w:rPr>
          <w:rFonts w:ascii="Nirmala UI" w:hAnsi="Nirmala UI" w:eastAsia="Nirmala UI" w:cs="Nirmala UI"/>
        </w:rPr>
        <w:t>ଚିହ୍ନିତ</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କିନ୍ତୁ</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ରେଖାରେ</w:t>
      </w:r>
      <w:r>
        <w:rPr>
          <w:rFonts w:ascii="Times New Roman" w:hAnsi="Times New Roman" w:eastAsia="Times New Roman" w:cs="Times New Roman"/>
        </w:rPr>
        <w:t xml:space="preserve"> </w:t>
      </w:r>
      <w:r>
        <w:rPr>
          <w:rFonts w:ascii="Nirmala UI" w:hAnsi="Nirmala UI" w:eastAsia="Nirmala UI" w:cs="Nirmala UI"/>
        </w:rPr>
        <w:t>ଘଟୁଥିବା</w:t>
      </w:r>
      <w:r>
        <w:rPr>
          <w:rFonts w:ascii="Times New Roman" w:hAnsi="Times New Roman" w:eastAsia="Times New Roman" w:cs="Times New Roman"/>
        </w:rPr>
        <w:t xml:space="preserve"> </w:t>
      </w:r>
      <w:r>
        <w:rPr>
          <w:rFonts w:ascii="Nirmala UI" w:hAnsi="Nirmala UI" w:eastAsia="Nirmala UI" w:cs="Nirmala UI"/>
        </w:rPr>
        <w:t>ସତରି</w:t>
      </w:r>
      <w:r>
        <w:rPr>
          <w:rFonts w:ascii="Times New Roman" w:hAnsi="Times New Roman" w:eastAsia="Times New Roman" w:cs="Times New Roman"/>
        </w:rPr>
        <w:t xml:space="preserve"> </w:t>
      </w:r>
      <w:r>
        <w:rPr>
          <w:rFonts w:ascii="Nirmala UI" w:hAnsi="Nirmala UI" w:eastAsia="Nirmala UI" w:cs="Nirmala UI"/>
        </w:rPr>
        <w:t>ବର୍ଷର</w:t>
      </w:r>
      <w:r>
        <w:rPr>
          <w:rFonts w:ascii="Times New Roman" w:hAnsi="Times New Roman" w:eastAsia="Times New Roman" w:cs="Times New Roman"/>
        </w:rPr>
        <w:t xml:space="preserve"> </w:t>
      </w:r>
      <w:r>
        <w:rPr>
          <w:rFonts w:ascii="Nirmala UI" w:hAnsi="Nirmala UI" w:eastAsia="Nirmala UI" w:cs="Nirmala UI"/>
        </w:rPr>
        <w:t>ତିନୋଟି</w:t>
      </w:r>
      <w:r>
        <w:rPr>
          <w:rFonts w:ascii="Times New Roman" w:hAnsi="Times New Roman" w:eastAsia="Times New Roman" w:cs="Times New Roman"/>
        </w:rPr>
        <w:t xml:space="preserve"> </w:t>
      </w:r>
      <w:r>
        <w:rPr>
          <w:rFonts w:ascii="Nirmala UI" w:hAnsi="Nirmala UI" w:eastAsia="Nirmala UI" w:cs="Nirmala UI"/>
        </w:rPr>
        <w:t>ପ୍ରମୁଖ</w:t>
      </w:r>
      <w:r>
        <w:rPr>
          <w:rFonts w:ascii="Times New Roman" w:hAnsi="Times New Roman" w:eastAsia="Times New Roman" w:cs="Times New Roman"/>
        </w:rPr>
        <w:t xml:space="preserve"> </w:t>
      </w:r>
      <w:r>
        <w:rPr>
          <w:rFonts w:ascii="Nirmala UI" w:hAnsi="Nirmala UI" w:eastAsia="Nirmala UI" w:cs="Nirmala UI"/>
        </w:rPr>
        <w:t>ପ୍ରତିନିଧିତ୍ୱ</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ଗୋଟିଏର</w:t>
      </w:r>
      <w:r>
        <w:rPr>
          <w:rFonts w:ascii="Times New Roman" w:hAnsi="Times New Roman" w:eastAsia="Times New Roman" w:cs="Times New Roman"/>
        </w:rPr>
        <w:t xml:space="preserve"> </w:t>
      </w:r>
      <w:r>
        <w:rPr>
          <w:rFonts w:ascii="Nirmala UI" w:hAnsi="Nirmala UI" w:eastAsia="Nirmala UI" w:cs="Nirmala UI"/>
        </w:rPr>
        <w:t>ଆରମ୍ଭକୁ</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ସୂଚିତ</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ପୂ</w:t>
      </w:r>
      <w:r>
        <w:rPr>
          <w:rFonts w:ascii="Times New Roman" w:hAnsi="Times New Roman" w:eastAsia="Times New Roman" w:cs="Times New Roman"/>
        </w:rPr>
        <w:t xml:space="preserve">. </w:t>
      </w:r>
      <w:r>
        <w:rPr>
          <w:rFonts w:ascii="Nirmala UI" w:hAnsi="Nirmala UI" w:eastAsia="Nirmala UI" w:cs="Nirmala UI"/>
        </w:rPr>
        <w:t>୬୦୭</w:t>
      </w:r>
      <w:r>
        <w:rPr>
          <w:rFonts w:ascii="Times New Roman" w:hAnsi="Times New Roman" w:eastAsia="Times New Roman" w:cs="Times New Roman"/>
        </w:rPr>
        <w:t xml:space="preserve"> </w:t>
      </w:r>
      <w:r>
        <w:rPr>
          <w:rFonts w:ascii="Nirmala UI" w:hAnsi="Nirmala UI" w:eastAsia="Nirmala UI" w:cs="Nirmala UI"/>
        </w:rPr>
        <w:t>ମସିହା</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ପୂ</w:t>
      </w:r>
      <w:r>
        <w:rPr>
          <w:rFonts w:ascii="Times New Roman" w:hAnsi="Times New Roman" w:eastAsia="Times New Roman" w:cs="Times New Roman"/>
        </w:rPr>
        <w:t xml:space="preserve">. </w:t>
      </w:r>
      <w:r>
        <w:rPr>
          <w:rFonts w:ascii="Nirmala UI" w:hAnsi="Nirmala UI" w:eastAsia="Nirmala UI" w:cs="Nirmala UI"/>
        </w:rPr>
        <w:t>୬୭୭</w:t>
      </w:r>
      <w:r>
        <w:rPr>
          <w:rFonts w:ascii="Times New Roman" w:hAnsi="Times New Roman" w:eastAsia="Times New Roman" w:cs="Times New Roman"/>
        </w:rPr>
        <w:t xml:space="preserve">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ମନଃଶ୍ଶିଙ୍କ</w:t>
      </w:r>
      <w:r>
        <w:rPr>
          <w:rFonts w:ascii="Times New Roman" w:hAnsi="Times New Roman" w:eastAsia="Times New Roman" w:cs="Times New Roman"/>
        </w:rPr>
        <w:t xml:space="preserve"> </w:t>
      </w:r>
      <w:r>
        <w:rPr>
          <w:rFonts w:ascii="Nirmala UI" w:hAnsi="Nirmala UI" w:eastAsia="Nirmala UI" w:cs="Nirmala UI"/>
        </w:rPr>
        <w:t>ବନ୍ଦୀତ୍ୱ</w:t>
      </w:r>
      <w:r>
        <w:rPr>
          <w:rFonts w:ascii="Times New Roman" w:hAnsi="Times New Roman" w:eastAsia="Times New Roman" w:cs="Times New Roman"/>
        </w:rPr>
        <w:t xml:space="preserve"> </w:t>
      </w:r>
      <w:r>
        <w:rPr>
          <w:rFonts w:ascii="Nirmala UI" w:hAnsi="Nirmala UI" w:eastAsia="Nirmala UI" w:cs="Nirmala UI"/>
        </w:rPr>
        <w:t>ସହିତ</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ହୋଇଥିବା</w:t>
      </w:r>
      <w:r>
        <w:rPr>
          <w:rFonts w:ascii="Times New Roman" w:hAnsi="Times New Roman" w:eastAsia="Times New Roman" w:cs="Times New Roman"/>
        </w:rPr>
        <w:t xml:space="preserve"> </w:t>
      </w:r>
      <w:r>
        <w:rPr>
          <w:rFonts w:ascii="Nirmala UI" w:hAnsi="Nirmala UI" w:eastAsia="Nirmala UI" w:cs="Nirmala UI"/>
        </w:rPr>
        <w:t>ସତରି</w:t>
      </w:r>
      <w:r>
        <w:rPr>
          <w:rFonts w:ascii="Times New Roman" w:hAnsi="Times New Roman" w:eastAsia="Times New Roman" w:cs="Times New Roman"/>
        </w:rPr>
        <w:t xml:space="preserve"> </w:t>
      </w:r>
      <w:r>
        <w:rPr>
          <w:rFonts w:ascii="Nirmala UI" w:hAnsi="Nirmala UI" w:eastAsia="Nirmala UI" w:cs="Nirmala UI"/>
        </w:rPr>
        <w:t>ବର୍ଷର</w:t>
      </w:r>
      <w:r>
        <w:rPr>
          <w:rFonts w:ascii="Times New Roman" w:hAnsi="Times New Roman" w:eastAsia="Times New Roman" w:cs="Times New Roman"/>
        </w:rPr>
        <w:t xml:space="preserve"> </w:t>
      </w:r>
      <w:r>
        <w:rPr>
          <w:rFonts w:ascii="Nirmala UI" w:hAnsi="Nirmala UI" w:eastAsia="Nirmala UI" w:cs="Nirmala UI"/>
        </w:rPr>
        <w:t>ଶେଷକୁ</w:t>
      </w:r>
      <w:r>
        <w:rPr>
          <w:rFonts w:ascii="Times New Roman" w:hAnsi="Times New Roman" w:eastAsia="Times New Roman" w:cs="Times New Roman"/>
        </w:rPr>
        <w:t xml:space="preserve"> </w:t>
      </w:r>
      <w:r>
        <w:rPr>
          <w:rFonts w:ascii="Nirmala UI" w:hAnsi="Nirmala UI" w:eastAsia="Nirmala UI" w:cs="Nirmala UI"/>
        </w:rPr>
        <w:t>ଚିହ୍ନିତ</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ଚାରିଶେ</w:t>
      </w:r>
      <w:r>
        <w:rPr>
          <w:rFonts w:ascii="Times New Roman" w:hAnsi="Times New Roman" w:eastAsia="Times New Roman" w:cs="Times New Roman"/>
        </w:rPr>
        <w:t xml:space="preserve"> </w:t>
      </w:r>
      <w:r>
        <w:rPr>
          <w:rFonts w:ascii="Nirmala UI" w:hAnsi="Nirmala UI" w:eastAsia="Nirmala UI" w:cs="Nirmala UI"/>
        </w:rPr>
        <w:t>ନବେ</w:t>
      </w:r>
      <w:r>
        <w:rPr>
          <w:rFonts w:ascii="Times New Roman" w:hAnsi="Times New Roman" w:eastAsia="Times New Roman" w:cs="Times New Roman"/>
        </w:rPr>
        <w:t xml:space="preserve"> </w:t>
      </w:r>
      <w:r>
        <w:rPr>
          <w:rFonts w:ascii="Nirmala UI" w:hAnsi="Nirmala UI" w:eastAsia="Nirmala UI" w:cs="Nirmala UI"/>
        </w:rPr>
        <w:t>ବର୍ଷର</w:t>
      </w:r>
      <w:r>
        <w:rPr>
          <w:rFonts w:ascii="Times New Roman" w:hAnsi="Times New Roman" w:eastAsia="Times New Roman" w:cs="Times New Roman"/>
        </w:rPr>
        <w:t xml:space="preserve"> </w:t>
      </w:r>
      <w:r>
        <w:rPr>
          <w:rFonts w:ascii="Nirmala UI" w:hAnsi="Nirmala UI" w:eastAsia="Nirmala UI" w:cs="Nirmala UI"/>
        </w:rPr>
        <w:t>ପ୍ରତୀକର</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ପ୍ରତିନିଧିତ୍ୱ</w:t>
      </w:r>
      <w:r>
        <w:rPr>
          <w:rFonts w:ascii="Times New Roman" w:hAnsi="Times New Roman" w:eastAsia="Times New Roman" w:cs="Times New Roman"/>
        </w:rPr>
        <w:t xml:space="preserve"> (</w:t>
      </w:r>
      <w:r>
        <w:rPr>
          <w:rFonts w:ascii="Nirmala UI" w:hAnsi="Nirmala UI" w:eastAsia="Nirmala UI" w:cs="Nirmala UI"/>
        </w:rPr>
        <w:t>ଯାହାର</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ରେଖାରେ</w:t>
      </w:r>
      <w:r>
        <w:rPr>
          <w:rFonts w:ascii="Times New Roman" w:hAnsi="Times New Roman" w:eastAsia="Times New Roman" w:cs="Times New Roman"/>
        </w:rPr>
        <w:t xml:space="preserve"> </w:t>
      </w:r>
      <w:r>
        <w:rPr>
          <w:rFonts w:ascii="Nirmala UI" w:hAnsi="Nirmala UI" w:eastAsia="Nirmala UI" w:cs="Nirmala UI"/>
        </w:rPr>
        <w:t>ତିନୋଟି</w:t>
      </w:r>
      <w:r>
        <w:rPr>
          <w:rFonts w:ascii="Times New Roman" w:hAnsi="Times New Roman" w:eastAsia="Times New Roman" w:cs="Times New Roman"/>
        </w:rPr>
        <w:t xml:space="preserve"> </w:t>
      </w:r>
      <w:r>
        <w:rPr>
          <w:rFonts w:ascii="Nirmala UI" w:hAnsi="Nirmala UI" w:eastAsia="Nirmala UI" w:cs="Nirmala UI"/>
        </w:rPr>
        <w:t>ସାକ୍ଷୀ</w:t>
      </w:r>
      <w:r>
        <w:rPr>
          <w:rFonts w:ascii="Times New Roman" w:hAnsi="Times New Roman" w:eastAsia="Times New Roman" w:cs="Times New Roman"/>
        </w:rPr>
        <w:t xml:space="preserve"> </w:t>
      </w:r>
      <w:r>
        <w:rPr>
          <w:rFonts w:ascii="Nirmala UI" w:hAnsi="Nirmala UI" w:eastAsia="Nirmala UI" w:cs="Nirmala UI"/>
        </w:rPr>
        <w:t>ଅଛି</w:t>
      </w:r>
      <w:r>
        <w:rPr>
          <w:rFonts w:ascii="Times New Roman" w:hAnsi="Times New Roman" w:eastAsia="Times New Roman" w:cs="Times New Roman"/>
        </w:rPr>
        <w:t xml:space="preserve">) </w:t>
      </w:r>
      <w:r>
        <w:rPr>
          <w:rFonts w:ascii="Nirmala UI" w:hAnsi="Nirmala UI" w:eastAsia="Nirmala UI" w:cs="Nirmala UI"/>
        </w:rPr>
        <w:t>ସେଠି</w:t>
      </w:r>
      <w:r>
        <w:rPr>
          <w:rFonts w:ascii="Times New Roman" w:hAnsi="Times New Roman" w:eastAsia="Times New Roman" w:cs="Times New Roman"/>
        </w:rPr>
        <w:t xml:space="preserve"> </w:t>
      </w:r>
      <w:r>
        <w:rPr>
          <w:rFonts w:ascii="Nirmala UI" w:hAnsi="Nirmala UI" w:eastAsia="Nirmala UI" w:cs="Nirmala UI"/>
        </w:rPr>
        <w:t>ସମାପ୍ତ</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ଯେଉଁଠାରେ</w:t>
      </w:r>
      <w:r>
        <w:rPr>
          <w:rFonts w:ascii="Times New Roman" w:hAnsi="Times New Roman" w:eastAsia="Times New Roman" w:cs="Times New Roman"/>
        </w:rPr>
        <w:t xml:space="preserve"> </w:t>
      </w:r>
      <w:r>
        <w:rPr>
          <w:rFonts w:ascii="Nirmala UI" w:hAnsi="Nirmala UI" w:eastAsia="Nirmala UI" w:cs="Nirmala UI"/>
        </w:rPr>
        <w:t>ସତରି</w:t>
      </w:r>
      <w:r>
        <w:rPr>
          <w:rFonts w:ascii="Times New Roman" w:hAnsi="Times New Roman" w:eastAsia="Times New Roman" w:cs="Times New Roman"/>
        </w:rPr>
        <w:t xml:space="preserve"> </w:t>
      </w:r>
      <w:r>
        <w:rPr>
          <w:rFonts w:ascii="Nirmala UI" w:hAnsi="Nirmala UI" w:eastAsia="Nirmala UI" w:cs="Nirmala UI"/>
        </w:rPr>
        <w:t>ବର୍ଷର</w:t>
      </w:r>
      <w:r>
        <w:rPr>
          <w:rFonts w:ascii="Times New Roman" w:hAnsi="Times New Roman" w:eastAsia="Times New Roman" w:cs="Times New Roman"/>
        </w:rPr>
        <w:t xml:space="preserve"> </w:t>
      </w:r>
      <w:r>
        <w:rPr>
          <w:rFonts w:ascii="Nirmala UI" w:hAnsi="Nirmala UI" w:eastAsia="Nirmala UI" w:cs="Nirmala UI"/>
        </w:rPr>
        <w:t>ତିନୋଟି</w:t>
      </w:r>
      <w:r>
        <w:rPr>
          <w:rFonts w:ascii="Times New Roman" w:hAnsi="Times New Roman" w:eastAsia="Times New Roman" w:cs="Times New Roman"/>
        </w:rPr>
        <w:t xml:space="preserve"> </w:t>
      </w:r>
      <w:r>
        <w:rPr>
          <w:rFonts w:ascii="Nirmala UI" w:hAnsi="Nirmala UI" w:eastAsia="Nirmala UI" w:cs="Nirmala UI"/>
        </w:rPr>
        <w:t>ସାକ୍ଷୀ</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ଗୋଟିଏର</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ସତରି</w:t>
      </w:r>
      <w:r>
        <w:rPr>
          <w:rFonts w:ascii="Times New Roman" w:hAnsi="Times New Roman" w:eastAsia="Times New Roman" w:cs="Times New Roman"/>
        </w:rPr>
        <w:t xml:space="preserve"> </w:t>
      </w:r>
      <w:r>
        <w:rPr>
          <w:rFonts w:ascii="Nirmala UI" w:hAnsi="Nirmala UI" w:eastAsia="Nirmala UI" w:cs="Nirmala UI"/>
        </w:rPr>
        <w:t>ବର୍ଷର</w:t>
      </w:r>
      <w:r>
        <w:rPr>
          <w:rFonts w:ascii="Times New Roman" w:hAnsi="Times New Roman" w:eastAsia="Times New Roman" w:cs="Times New Roman"/>
        </w:rPr>
        <w:t xml:space="preserve"> </w:t>
      </w:r>
      <w:r>
        <w:rPr>
          <w:rFonts w:ascii="Nirmala UI" w:hAnsi="Nirmala UI" w:eastAsia="Nirmala UI" w:cs="Nirmala UI"/>
        </w:rPr>
        <w:t>ଅନ୍ୟ</w:t>
      </w:r>
      <w:r>
        <w:rPr>
          <w:rFonts w:ascii="Times New Roman" w:hAnsi="Times New Roman" w:eastAsia="Times New Roman" w:cs="Times New Roman"/>
        </w:rPr>
        <w:t xml:space="preserve"> </w:t>
      </w:r>
      <w:r>
        <w:rPr>
          <w:rFonts w:ascii="Nirmala UI" w:hAnsi="Nirmala UI" w:eastAsia="Nirmala UI" w:cs="Nirmala UI"/>
        </w:rPr>
        <w:t>ଗୋଟିଏ</w:t>
      </w:r>
      <w:r>
        <w:rPr>
          <w:rFonts w:ascii="Times New Roman" w:hAnsi="Times New Roman" w:eastAsia="Times New Roman" w:cs="Times New Roman"/>
        </w:rPr>
        <w:t xml:space="preserve"> </w:t>
      </w:r>
      <w:r>
        <w:rPr>
          <w:rFonts w:ascii="Nirmala UI" w:hAnsi="Nirmala UI" w:eastAsia="Nirmala UI" w:cs="Nirmala UI"/>
        </w:rPr>
        <w:t>ସାକ୍ଷୀ</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ଗଣିତୀୟ</w:t>
      </w:r>
      <w:r>
        <w:rPr>
          <w:rFonts w:ascii="Times New Roman" w:hAnsi="Times New Roman" w:eastAsia="Times New Roman" w:cs="Times New Roman"/>
        </w:rPr>
        <w:t xml:space="preserve"> </w:t>
      </w:r>
      <w:r>
        <w:rPr>
          <w:rFonts w:ascii="Nirmala UI" w:hAnsi="Nirmala UI" w:eastAsia="Nirmala UI" w:cs="Nirmala UI"/>
        </w:rPr>
        <w:t>ଗଠନ</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ପୂ</w:t>
      </w:r>
      <w:r>
        <w:rPr>
          <w:rFonts w:ascii="Times New Roman" w:hAnsi="Times New Roman" w:eastAsia="Times New Roman" w:cs="Times New Roman"/>
        </w:rPr>
        <w:t xml:space="preserve">. </w:t>
      </w:r>
      <w:r>
        <w:rPr>
          <w:rFonts w:ascii="Nirmala UI" w:hAnsi="Nirmala UI" w:eastAsia="Nirmala UI" w:cs="Nirmala UI"/>
        </w:rPr>
        <w:t>୬୦୭</w:t>
      </w:r>
      <w:r>
        <w:rPr>
          <w:rFonts w:ascii="Times New Roman" w:hAnsi="Times New Roman" w:eastAsia="Times New Roman" w:cs="Times New Roman"/>
        </w:rPr>
        <w:t xml:space="preserve"> </w:t>
      </w:r>
      <w:r>
        <w:rPr>
          <w:rFonts w:ascii="Nirmala UI" w:hAnsi="Nirmala UI" w:eastAsia="Nirmala UI" w:cs="Nirmala UI"/>
        </w:rPr>
        <w:t>ମସିହା</w:t>
      </w:r>
      <w:r>
        <w:rPr>
          <w:rFonts w:ascii="Times New Roman" w:hAnsi="Times New Roman" w:eastAsia="Times New Roman" w:cs="Times New Roman"/>
        </w:rPr>
        <w:t xml:space="preserve"> </w:t>
      </w:r>
      <w:r>
        <w:rPr>
          <w:rFonts w:ascii="Nirmala UI" w:hAnsi="Nirmala UI" w:eastAsia="Nirmala UI" w:cs="Nirmala UI"/>
        </w:rPr>
        <w:t>ପକ୍ଷରେ</w:t>
      </w:r>
      <w:r>
        <w:rPr>
          <w:rFonts w:ascii="Times New Roman" w:hAnsi="Times New Roman" w:eastAsia="Times New Roman" w:cs="Times New Roman"/>
        </w:rPr>
        <w:t xml:space="preserve"> </w:t>
      </w:r>
      <w:r>
        <w:rPr>
          <w:rFonts w:ascii="Nirmala UI" w:hAnsi="Nirmala UI" w:eastAsia="Nirmala UI" w:cs="Nirmala UI"/>
        </w:rPr>
        <w:t>ସାକ୍ଷ୍ୟ</w:t>
      </w:r>
      <w:r>
        <w:rPr>
          <w:rFonts w:ascii="Times New Roman" w:hAnsi="Times New Roman" w:eastAsia="Times New Roman" w:cs="Times New Roman"/>
        </w:rPr>
        <w:t xml:space="preserve"> </w:t>
      </w:r>
      <w:r>
        <w:rPr>
          <w:rFonts w:ascii="Nirmala UI" w:hAnsi="Nirmala UI" w:eastAsia="Nirmala UI" w:cs="Nirmala UI"/>
        </w:rPr>
        <w:t>ଦେଉଛି</w:t>
      </w:r>
      <w:r>
        <w:rPr>
          <w:rFonts w:ascii="Times New Roman" w:hAnsi="Times New Roman" w:eastAsia="Times New Roman" w:cs="Times New Roman"/>
        </w:rPr>
        <w:t xml:space="preserve">, </w:t>
      </w:r>
      <w:r>
        <w:rPr>
          <w:rFonts w:ascii="Nirmala UI" w:hAnsi="Nirmala UI" w:eastAsia="Nirmala UI" w:cs="Nirmala UI"/>
        </w:rPr>
        <w:t>ଯଦିଓ</w:t>
      </w:r>
      <w:r>
        <w:rPr>
          <w:rFonts w:ascii="Times New Roman" w:hAnsi="Times New Roman" w:eastAsia="Times New Roman" w:cs="Times New Roman"/>
        </w:rPr>
        <w:t xml:space="preserve"> </w:t>
      </w:r>
      <w:r>
        <w:rPr>
          <w:rFonts w:ascii="Nirmala UI" w:hAnsi="Nirmala UI" w:eastAsia="Nirmala UI" w:cs="Nirmala UI"/>
        </w:rPr>
        <w:t>ଦାନିଏଲଙ୍କୁ</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ପୂ</w:t>
      </w:r>
      <w:r>
        <w:rPr>
          <w:rFonts w:ascii="Times New Roman" w:hAnsi="Times New Roman" w:eastAsia="Times New Roman" w:cs="Times New Roman"/>
        </w:rPr>
        <w:t xml:space="preserve">. </w:t>
      </w:r>
      <w:r>
        <w:rPr>
          <w:rFonts w:ascii="Nirmala UI" w:hAnsi="Nirmala UI" w:eastAsia="Nirmala UI" w:cs="Nirmala UI"/>
        </w:rPr>
        <w:t>୬୦୫</w:t>
      </w:r>
      <w:r>
        <w:rPr>
          <w:rFonts w:ascii="Times New Roman" w:hAnsi="Times New Roman" w:eastAsia="Times New Roman" w:cs="Times New Roman"/>
        </w:rPr>
        <w:t xml:space="preserve">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ବନ୍ଦୀ</w:t>
      </w:r>
      <w:r>
        <w:rPr>
          <w:rFonts w:ascii="Times New Roman" w:hAnsi="Times New Roman" w:eastAsia="Times New Roman" w:cs="Times New Roman"/>
        </w:rPr>
        <w:t xml:space="preserve"> </w:t>
      </w:r>
      <w:r>
        <w:rPr>
          <w:rFonts w:ascii="Nirmala UI" w:hAnsi="Nirmala UI" w:eastAsia="Nirmala UI" w:cs="Nirmala UI"/>
        </w:rPr>
        <w:t>କରାଯାଇଥିଲା</w:t>
      </w:r>
      <w:r>
        <w:rPr>
          <w:rFonts w:ascii="Times New Roman" w:hAnsi="Times New Roman" w:eastAsia="Times New Roman" w:cs="Times New Roman"/>
        </w:rPr>
        <w:t xml:space="preserve">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ଧାରଣା</w:t>
      </w:r>
      <w:r>
        <w:rPr>
          <w:rFonts w:ascii="Times New Roman" w:hAnsi="Times New Roman" w:eastAsia="Times New Roman" w:cs="Times New Roman"/>
        </w:rPr>
        <w:t xml:space="preserve"> </w:t>
      </w:r>
      <w:r>
        <w:rPr>
          <w:rFonts w:ascii="Nirmala UI" w:hAnsi="Nirmala UI" w:eastAsia="Nirmala UI" w:cs="Nirmala UI"/>
        </w:rPr>
        <w:t>ରହିଛି।</w:t>
      </w:r>
    </w:p>
    <w:p>
      <w:pPr>
        <w:pStyle w:val="ArticleBody"/>
        <w:jc w:val="left"/>
      </w:pPr>
      <w:r>
        <w:rPr>
          <w:rFonts w:ascii="Nirmala UI" w:hAnsi="Nirmala UI" w:eastAsia="Nirmala UI" w:cs="Nirmala UI"/>
        </w:rPr>
        <w:t>୧୦୯୭</w:t>
      </w:r>
      <w:r>
        <w:rPr>
          <w:rFonts w:ascii="Times New Roman" w:hAnsi="Times New Roman" w:eastAsia="Times New Roman" w:cs="Times New Roman"/>
        </w:rPr>
        <w:t xml:space="preserve"> </w:t>
      </w:r>
      <w:r>
        <w:rPr>
          <w:rFonts w:ascii="Nirmala UI" w:hAnsi="Nirmala UI" w:eastAsia="Nirmala UI" w:cs="Nirmala UI"/>
        </w:rPr>
        <w:t>ଖ୍ରୀଷ୍ଟପୂର୍ବରୁ</w:t>
      </w:r>
      <w:r>
        <w:rPr>
          <w:rFonts w:ascii="Times New Roman" w:hAnsi="Times New Roman" w:eastAsia="Times New Roman" w:cs="Times New Roman"/>
        </w:rPr>
        <w:t xml:space="preserve"> </w:t>
      </w:r>
      <w:r>
        <w:rPr>
          <w:rFonts w:ascii="Nirmala UI" w:hAnsi="Nirmala UI" w:eastAsia="Nirmala UI" w:cs="Nirmala UI"/>
        </w:rPr>
        <w:t>୬୦୭</w:t>
      </w:r>
      <w:r>
        <w:rPr>
          <w:rFonts w:ascii="Times New Roman" w:hAnsi="Times New Roman" w:eastAsia="Times New Roman" w:cs="Times New Roman"/>
        </w:rPr>
        <w:t xml:space="preserve"> </w:t>
      </w:r>
      <w:r>
        <w:rPr>
          <w:rFonts w:ascii="Nirmala UI" w:hAnsi="Nirmala UI" w:eastAsia="Nirmala UI" w:cs="Nirmala UI"/>
        </w:rPr>
        <w:t>ଖ୍ରୀଷ୍ଟପୂର୍ବ</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ରାଜାମାନଙ୍କ</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ସମ୍ବନ୍ଧିତ</w:t>
      </w:r>
      <w:r>
        <w:rPr>
          <w:rFonts w:ascii="Times New Roman" w:hAnsi="Times New Roman" w:eastAsia="Times New Roman" w:cs="Times New Roman"/>
        </w:rPr>
        <w:t xml:space="preserve"> </w:t>
      </w:r>
      <w:r>
        <w:rPr>
          <w:rFonts w:ascii="Nirmala UI" w:hAnsi="Nirmala UI" w:eastAsia="Nirmala UI" w:cs="Nirmala UI"/>
        </w:rPr>
        <w:t>୪୯୦</w:t>
      </w:r>
      <w:r>
        <w:rPr>
          <w:rFonts w:ascii="Times New Roman" w:hAnsi="Times New Roman" w:eastAsia="Times New Roman" w:cs="Times New Roman"/>
        </w:rPr>
        <w:t xml:space="preserve"> </w:t>
      </w:r>
      <w:r>
        <w:rPr>
          <w:rFonts w:ascii="Nirmala UI" w:hAnsi="Nirmala UI" w:eastAsia="Nirmala UI" w:cs="Nirmala UI"/>
        </w:rPr>
        <w:t>ବର୍ଷର</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ରେଖା</w:t>
      </w:r>
      <w:r>
        <w:rPr>
          <w:rFonts w:ascii="Times New Roman" w:hAnsi="Times New Roman" w:eastAsia="Times New Roman" w:cs="Times New Roman"/>
        </w:rPr>
        <w:t xml:space="preserve"> </w:t>
      </w:r>
      <w:r>
        <w:rPr>
          <w:rFonts w:ascii="Nirmala UI" w:hAnsi="Nirmala UI" w:eastAsia="Nirmala UI" w:cs="Nirmala UI"/>
        </w:rPr>
        <w:t>ରହିଛି</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ରେଖା</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ସୋଲୋମନଙ୍କ</w:t>
      </w:r>
      <w:r>
        <w:rPr>
          <w:rFonts w:ascii="Times New Roman" w:hAnsi="Times New Roman" w:eastAsia="Times New Roman" w:cs="Times New Roman"/>
        </w:rPr>
        <w:t xml:space="preserve"> </w:t>
      </w:r>
      <w:r>
        <w:rPr>
          <w:rFonts w:ascii="Nirmala UI" w:hAnsi="Nirmala UI" w:eastAsia="Nirmala UI" w:cs="Nirmala UI"/>
        </w:rPr>
        <w:t>ମନ୍ଦିର</w:t>
      </w:r>
      <w:r>
        <w:rPr>
          <w:rFonts w:ascii="Times New Roman" w:hAnsi="Times New Roman" w:eastAsia="Times New Roman" w:cs="Times New Roman"/>
        </w:rPr>
        <w:t>-</w:t>
      </w:r>
      <w:r>
        <w:rPr>
          <w:rFonts w:ascii="Nirmala UI" w:hAnsi="Nirmala UI" w:eastAsia="Nirmala UI" w:cs="Nirmala UI"/>
        </w:rPr>
        <w:t>ଉତ୍ସର୍ଗରୁ</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ବନ୍ଦୀବାସ</w:t>
      </w:r>
      <w:r>
        <w:rPr>
          <w:rFonts w:ascii="Times New Roman" w:hAnsi="Times New Roman" w:eastAsia="Times New Roman" w:cs="Times New Roman"/>
        </w:rPr>
        <w:t xml:space="preserve"> </w:t>
      </w:r>
      <w:r>
        <w:rPr>
          <w:rFonts w:ascii="Nirmala UI" w:hAnsi="Nirmala UI" w:eastAsia="Nirmala UI" w:cs="Nirmala UI"/>
        </w:rPr>
        <w:t>ପରବର୍ତ୍ତୀ</w:t>
      </w:r>
      <w:r>
        <w:rPr>
          <w:rFonts w:ascii="Times New Roman" w:hAnsi="Times New Roman" w:eastAsia="Times New Roman" w:cs="Times New Roman"/>
        </w:rPr>
        <w:t xml:space="preserve"> </w:t>
      </w:r>
      <w:r>
        <w:rPr>
          <w:rFonts w:ascii="Nirmala UI" w:hAnsi="Nirmala UI" w:eastAsia="Nirmala UI" w:cs="Nirmala UI"/>
        </w:rPr>
        <w:t>ମନ୍ଦିରକୁ</w:t>
      </w:r>
      <w:r>
        <w:rPr>
          <w:rFonts w:ascii="Times New Roman" w:hAnsi="Times New Roman" w:eastAsia="Times New Roman" w:cs="Times New Roman"/>
        </w:rPr>
        <w:t xml:space="preserve"> </w:t>
      </w:r>
      <w:r>
        <w:rPr>
          <w:rFonts w:ascii="Nirmala UI" w:hAnsi="Nirmala UI" w:eastAsia="Nirmala UI" w:cs="Nirmala UI"/>
        </w:rPr>
        <w:t>ଜେରୁବ୍ବାବେଲଙ୍କ</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୫୧୬</w:t>
      </w:r>
      <w:r>
        <w:rPr>
          <w:rFonts w:ascii="Times New Roman" w:hAnsi="Times New Roman" w:eastAsia="Times New Roman" w:cs="Times New Roman"/>
        </w:rPr>
        <w:t xml:space="preserve"> </w:t>
      </w:r>
      <w:r>
        <w:rPr>
          <w:rFonts w:ascii="Nirmala UI" w:hAnsi="Nirmala UI" w:eastAsia="Nirmala UI" w:cs="Nirmala UI"/>
        </w:rPr>
        <w:t>ଖ୍ରୀଷ୍ଟପୂର୍ବରେ</w:t>
      </w:r>
      <w:r>
        <w:rPr>
          <w:rFonts w:ascii="Times New Roman" w:hAnsi="Times New Roman" w:eastAsia="Times New Roman" w:cs="Times New Roman"/>
        </w:rPr>
        <w:t xml:space="preserve"> </w:t>
      </w:r>
      <w:r>
        <w:rPr>
          <w:rFonts w:ascii="Nirmala UI" w:hAnsi="Nirmala UI" w:eastAsia="Nirmala UI" w:cs="Nirmala UI"/>
        </w:rPr>
        <w:t>ଉତ୍ସର୍ଗ</w:t>
      </w:r>
      <w:r>
        <w:rPr>
          <w:rFonts w:ascii="Times New Roman" w:hAnsi="Times New Roman" w:eastAsia="Times New Roman" w:cs="Times New Roman"/>
        </w:rPr>
        <w:t xml:space="preserve"> </w:t>
      </w:r>
      <w:r>
        <w:rPr>
          <w:rFonts w:ascii="Nirmala UI" w:hAnsi="Nirmala UI" w:eastAsia="Nirmala UI" w:cs="Nirmala UI"/>
        </w:rPr>
        <w:t>କରାଯାଇଥିବା</w:t>
      </w:r>
      <w:r>
        <w:rPr>
          <w:rFonts w:ascii="Times New Roman" w:hAnsi="Times New Roman" w:eastAsia="Times New Roman" w:cs="Times New Roman"/>
        </w:rPr>
        <w:t xml:space="preserve"> </w:t>
      </w:r>
      <w:r>
        <w:rPr>
          <w:rFonts w:ascii="Nirmala UI" w:hAnsi="Nirmala UI" w:eastAsia="Nirmala UI" w:cs="Nirmala UI"/>
        </w:rPr>
        <w:t>ସମୟ</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୪୯୦</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ରହିଛି।</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୪୯୦</w:t>
      </w:r>
      <w:r>
        <w:rPr>
          <w:rFonts w:ascii="Times New Roman" w:hAnsi="Times New Roman" w:eastAsia="Times New Roman" w:cs="Times New Roman"/>
        </w:rPr>
        <w:t xml:space="preserve"> </w:t>
      </w:r>
      <w:r>
        <w:rPr>
          <w:rFonts w:ascii="Nirmala UI" w:hAnsi="Nirmala UI" w:eastAsia="Nirmala UI" w:cs="Nirmala UI"/>
        </w:rPr>
        <w:t>ବର୍ଷର</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ସୋଲୋମନଙ୍କ</w:t>
      </w:r>
      <w:r>
        <w:rPr>
          <w:rFonts w:ascii="Times New Roman" w:hAnsi="Times New Roman" w:eastAsia="Times New Roman" w:cs="Times New Roman"/>
        </w:rPr>
        <w:t xml:space="preserve"> </w:t>
      </w:r>
      <w:r>
        <w:rPr>
          <w:rFonts w:ascii="Nirmala UI" w:hAnsi="Nirmala UI" w:eastAsia="Nirmala UI" w:cs="Nirmala UI"/>
        </w:rPr>
        <w:t>ଏକାଦଶ</w:t>
      </w:r>
      <w:r>
        <w:rPr>
          <w:rFonts w:ascii="Times New Roman" w:hAnsi="Times New Roman" w:eastAsia="Times New Roman" w:cs="Times New Roman"/>
        </w:rPr>
        <w:t xml:space="preserve"> </w:t>
      </w:r>
      <w:r>
        <w:rPr>
          <w:rFonts w:ascii="Nirmala UI" w:hAnsi="Nirmala UI" w:eastAsia="Nirmala UI" w:cs="Nirmala UI"/>
        </w:rPr>
        <w:t>ବର୍ଷରେ</w:t>
      </w:r>
      <w:r>
        <w:rPr>
          <w:rFonts w:ascii="Times New Roman" w:hAnsi="Times New Roman" w:eastAsia="Times New Roman" w:cs="Times New Roman"/>
        </w:rPr>
        <w:t xml:space="preserve"> </w:t>
      </w:r>
      <w:r>
        <w:rPr>
          <w:rFonts w:ascii="Nirmala UI" w:hAnsi="Nirmala UI" w:eastAsia="Nirmala UI" w:cs="Nirmala UI"/>
        </w:rPr>
        <w:t>ହୋଇଥିବା</w:t>
      </w:r>
      <w:r>
        <w:rPr>
          <w:rFonts w:ascii="Times New Roman" w:hAnsi="Times New Roman" w:eastAsia="Times New Roman" w:cs="Times New Roman"/>
        </w:rPr>
        <w:t xml:space="preserve"> </w:t>
      </w:r>
      <w:r>
        <w:rPr>
          <w:rFonts w:ascii="Nirmala UI" w:hAnsi="Nirmala UI" w:eastAsia="Nirmala UI" w:cs="Nirmala UI"/>
        </w:rPr>
        <w:t>ତାଙ୍କର</w:t>
      </w:r>
      <w:r>
        <w:rPr>
          <w:rFonts w:ascii="Times New Roman" w:hAnsi="Times New Roman" w:eastAsia="Times New Roman" w:cs="Times New Roman"/>
        </w:rPr>
        <w:t xml:space="preserve"> </w:t>
      </w:r>
      <w:r>
        <w:rPr>
          <w:rFonts w:ascii="Nirmala UI" w:hAnsi="Nirmala UI" w:eastAsia="Nirmala UI" w:cs="Nirmala UI"/>
        </w:rPr>
        <w:t>ଉତ୍ସର୍ଗରୁ</w:t>
      </w:r>
      <w:r>
        <w:rPr>
          <w:rFonts w:ascii="Times New Roman" w:hAnsi="Times New Roman" w:eastAsia="Times New Roman" w:cs="Times New Roman"/>
        </w:rPr>
        <w:t xml:space="preserve"> </w:t>
      </w:r>
      <w:r>
        <w:rPr>
          <w:rFonts w:ascii="Nirmala UI" w:hAnsi="Nirmala UI" w:eastAsia="Nirmala UI" w:cs="Nirmala UI"/>
        </w:rPr>
        <w:t>୪୨୦</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ତାହା</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ବନ୍ଦୀବାସକାଳୀନ</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ମନ୍ଦିର</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୭୦</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ଉଜାଡ଼</w:t>
      </w:r>
      <w:r>
        <w:rPr>
          <w:rFonts w:ascii="Times New Roman" w:hAnsi="Times New Roman" w:eastAsia="Times New Roman" w:cs="Times New Roman"/>
        </w:rPr>
        <w:t xml:space="preserve"> </w:t>
      </w:r>
      <w:r>
        <w:rPr>
          <w:rFonts w:ascii="Nirmala UI" w:hAnsi="Nirmala UI" w:eastAsia="Nirmala UI" w:cs="Nirmala UI"/>
        </w:rPr>
        <w:t>ରହିଲା</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୭୦</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ଯୋଗ</w:t>
      </w:r>
      <w:r>
        <w:rPr>
          <w:rFonts w:ascii="Times New Roman" w:hAnsi="Times New Roman" w:eastAsia="Times New Roman" w:cs="Times New Roman"/>
        </w:rPr>
        <w:t xml:space="preserve"> </w:t>
      </w:r>
      <w:r>
        <w:rPr>
          <w:rFonts w:ascii="Nirmala UI" w:hAnsi="Nirmala UI" w:eastAsia="Nirmala UI" w:cs="Nirmala UI"/>
        </w:rPr>
        <w:t>ହୋଇ</w:t>
      </w:r>
      <w:r>
        <w:rPr>
          <w:rFonts w:ascii="Times New Roman" w:hAnsi="Times New Roman" w:eastAsia="Times New Roman" w:cs="Times New Roman"/>
        </w:rPr>
        <w:t xml:space="preserve"> </w:t>
      </w:r>
      <w:r>
        <w:rPr>
          <w:rFonts w:ascii="Nirmala UI" w:hAnsi="Nirmala UI" w:eastAsia="Nirmala UI" w:cs="Nirmala UI"/>
        </w:rPr>
        <w:t>ମୋଟ</w:t>
      </w:r>
      <w:r>
        <w:rPr>
          <w:rFonts w:ascii="Times New Roman" w:hAnsi="Times New Roman" w:eastAsia="Times New Roman" w:cs="Times New Roman"/>
        </w:rPr>
        <w:t xml:space="preserve"> </w:t>
      </w:r>
      <w:r>
        <w:rPr>
          <w:rFonts w:ascii="Nirmala UI" w:hAnsi="Nirmala UI" w:eastAsia="Nirmala UI" w:cs="Nirmala UI"/>
        </w:rPr>
        <w:t>୪୯୦</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ଆର୍ତ୍ତକ୍ଷତ୍ରଙ୍କ</w:t>
      </w:r>
      <w:r>
        <w:rPr>
          <w:rFonts w:ascii="Times New Roman" w:hAnsi="Times New Roman" w:eastAsia="Times New Roman" w:cs="Times New Roman"/>
        </w:rPr>
        <w:t xml:space="preserve"> </w:t>
      </w:r>
      <w:r>
        <w:rPr>
          <w:rFonts w:ascii="Nirmala UI" w:hAnsi="Nirmala UI" w:eastAsia="Nirmala UI" w:cs="Nirmala UI"/>
        </w:rPr>
        <w:t>ତୃତୀୟ</w:t>
      </w:r>
      <w:r>
        <w:rPr>
          <w:rFonts w:ascii="Times New Roman" w:hAnsi="Times New Roman" w:eastAsia="Times New Roman" w:cs="Times New Roman"/>
        </w:rPr>
        <w:t xml:space="preserve"> </w:t>
      </w:r>
      <w:r>
        <w:rPr>
          <w:rFonts w:ascii="Nirmala UI" w:hAnsi="Nirmala UI" w:eastAsia="Nirmala UI" w:cs="Nirmala UI"/>
        </w:rPr>
        <w:t>ଆଦେଶ</w:t>
      </w:r>
      <w:r>
        <w:rPr>
          <w:rFonts w:ascii="Times New Roman" w:hAnsi="Times New Roman" w:eastAsia="Times New Roman" w:cs="Times New Roman"/>
        </w:rPr>
        <w:t xml:space="preserve"> </w:t>
      </w:r>
      <w:r>
        <w:rPr>
          <w:rFonts w:ascii="Nirmala UI" w:hAnsi="Nirmala UI" w:eastAsia="Nirmala UI" w:cs="Nirmala UI"/>
        </w:rPr>
        <w:t>୫୯</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ଅର୍ଥାତ୍</w:t>
      </w:r>
      <w:r>
        <w:rPr>
          <w:rFonts w:ascii="Times New Roman" w:hAnsi="Times New Roman" w:eastAsia="Times New Roman" w:cs="Times New Roman"/>
        </w:rPr>
        <w:t xml:space="preserve"> </w:t>
      </w:r>
      <w:r>
        <w:rPr>
          <w:rFonts w:ascii="Nirmala UI" w:hAnsi="Nirmala UI" w:eastAsia="Nirmala UI" w:cs="Nirmala UI"/>
        </w:rPr>
        <w:t>୪୫୭</w:t>
      </w:r>
      <w:r>
        <w:rPr>
          <w:rFonts w:ascii="Times New Roman" w:hAnsi="Times New Roman" w:eastAsia="Times New Roman" w:cs="Times New Roman"/>
        </w:rPr>
        <w:t xml:space="preserve"> </w:t>
      </w:r>
      <w:r>
        <w:rPr>
          <w:rFonts w:ascii="Nirmala UI" w:hAnsi="Nirmala UI" w:eastAsia="Nirmala UI" w:cs="Nirmala UI"/>
        </w:rPr>
        <w:t>ଖ୍ରୀଷ୍ଟପୂର୍ବରେ</w:t>
      </w:r>
      <w:r>
        <w:rPr>
          <w:rFonts w:ascii="Times New Roman" w:hAnsi="Times New Roman" w:eastAsia="Times New Roman" w:cs="Times New Roman"/>
        </w:rPr>
        <w:t xml:space="preserve">, </w:t>
      </w:r>
      <w:r>
        <w:rPr>
          <w:rFonts w:ascii="Nirmala UI" w:hAnsi="Nirmala UI" w:eastAsia="Nirmala UI" w:cs="Nirmala UI"/>
        </w:rPr>
        <w:t>ଆସିଥିଲା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ସେହିଠାରୁ</w:t>
      </w:r>
      <w:r>
        <w:rPr>
          <w:rFonts w:ascii="Times New Roman" w:hAnsi="Times New Roman" w:eastAsia="Times New Roman" w:cs="Times New Roman"/>
        </w:rPr>
        <w:t xml:space="preserve"> </w:t>
      </w:r>
      <w:r>
        <w:rPr>
          <w:rFonts w:ascii="Nirmala UI" w:hAnsi="Nirmala UI" w:eastAsia="Nirmala UI" w:cs="Nirmala UI"/>
        </w:rPr>
        <w:t>ଈଶ୍ୱରଙ୍କ</w:t>
      </w:r>
      <w:r>
        <w:rPr>
          <w:rFonts w:ascii="Times New Roman" w:hAnsi="Times New Roman" w:eastAsia="Times New Roman" w:cs="Times New Roman"/>
        </w:rPr>
        <w:t xml:space="preserve"> </w:t>
      </w:r>
      <w:r>
        <w:rPr>
          <w:rFonts w:ascii="Nirmala UI" w:hAnsi="Nirmala UI" w:eastAsia="Nirmala UI" w:cs="Nirmala UI"/>
        </w:rPr>
        <w:t>ଲୋକଙ୍କ</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ନିର୍ଦ୍ଧାରିତ</w:t>
      </w:r>
      <w:r>
        <w:rPr>
          <w:rFonts w:ascii="Times New Roman" w:hAnsi="Times New Roman" w:eastAsia="Times New Roman" w:cs="Times New Roman"/>
        </w:rPr>
        <w:t>” (</w:t>
      </w:r>
      <w:r>
        <w:rPr>
          <w:rFonts w:ascii="Nirmala UI" w:hAnsi="Nirmala UI" w:eastAsia="Nirmala UI" w:cs="Nirmala UI"/>
        </w:rPr>
        <w:t>ଛେଦିତ</w:t>
      </w:r>
      <w:r>
        <w:rPr>
          <w:rFonts w:ascii="Times New Roman" w:hAnsi="Times New Roman" w:eastAsia="Times New Roman" w:cs="Times New Roman"/>
        </w:rPr>
        <w:t xml:space="preserve">, </w:t>
      </w:r>
      <w:r>
        <w:rPr>
          <w:rFonts w:ascii="Nirmala UI" w:hAnsi="Nirmala UI" w:eastAsia="Nirmala UI" w:cs="Nirmala UI"/>
        </w:rPr>
        <w:t>ଦାନିଏଲ</w:t>
      </w:r>
      <w:r>
        <w:rPr>
          <w:rFonts w:ascii="Times New Roman" w:hAnsi="Times New Roman" w:eastAsia="Times New Roman" w:cs="Times New Roman"/>
        </w:rPr>
        <w:t xml:space="preserve"> 9:24) </w:t>
      </w:r>
      <w:r>
        <w:rPr>
          <w:rFonts w:ascii="Nirmala UI" w:hAnsi="Nirmala UI" w:eastAsia="Nirmala UI" w:cs="Nirmala UI"/>
        </w:rPr>
        <w:t>୪୯୦</w:t>
      </w:r>
      <w:r>
        <w:rPr>
          <w:rFonts w:ascii="Times New Roman" w:hAnsi="Times New Roman" w:eastAsia="Times New Roman" w:cs="Times New Roman"/>
        </w:rPr>
        <w:t xml:space="preserve"> </w:t>
      </w:r>
      <w:r>
        <w:rPr>
          <w:rFonts w:ascii="Nirmala UI" w:hAnsi="Nirmala UI" w:eastAsia="Nirmala UI" w:cs="Nirmala UI"/>
        </w:rPr>
        <w:t>ବର୍ଷର</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ଚିହ୍ନିତ</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ସ୍ତିଫନଙ୍କ</w:t>
      </w:r>
      <w:r>
        <w:rPr>
          <w:rFonts w:ascii="Times New Roman" w:hAnsi="Times New Roman" w:eastAsia="Times New Roman" w:cs="Times New Roman"/>
        </w:rPr>
        <w:t xml:space="preserve"> </w:t>
      </w:r>
      <w:r>
        <w:rPr>
          <w:rFonts w:ascii="Nirmala UI" w:hAnsi="Nirmala UI" w:eastAsia="Nirmala UI" w:cs="Nirmala UI"/>
        </w:rPr>
        <w:t>ପଥର</w:t>
      </w:r>
      <w:r>
        <w:rPr>
          <w:rFonts w:ascii="Times New Roman" w:hAnsi="Times New Roman" w:eastAsia="Times New Roman" w:cs="Times New Roman"/>
        </w:rPr>
        <w:t xml:space="preserve"> </w:t>
      </w:r>
      <w:r>
        <w:rPr>
          <w:rFonts w:ascii="Nirmala UI" w:hAnsi="Nirmala UI" w:eastAsia="Nirmala UI" w:cs="Nirmala UI"/>
        </w:rPr>
        <w:t>ମାରି</w:t>
      </w:r>
      <w:r>
        <w:rPr>
          <w:rFonts w:ascii="Times New Roman" w:hAnsi="Times New Roman" w:eastAsia="Times New Roman" w:cs="Times New Roman"/>
        </w:rPr>
        <w:t xml:space="preserve"> </w:t>
      </w:r>
      <w:r>
        <w:rPr>
          <w:rFonts w:ascii="Nirmala UI" w:hAnsi="Nirmala UI" w:eastAsia="Nirmala UI" w:cs="Nirmala UI"/>
        </w:rPr>
        <w:t>ହତ୍ୟା</w:t>
      </w:r>
      <w:r>
        <w:rPr>
          <w:rFonts w:ascii="Times New Roman" w:hAnsi="Times New Roman" w:eastAsia="Times New Roman" w:cs="Times New Roman"/>
        </w:rPr>
        <w:t xml:space="preserve"> </w:t>
      </w:r>
      <w:r>
        <w:rPr>
          <w:rFonts w:ascii="Nirmala UI" w:hAnsi="Nirmala UI" w:eastAsia="Nirmala UI" w:cs="Nirmala UI"/>
        </w:rPr>
        <w:t>କରାଯିବା</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ଅର୍ଥାତ୍</w:t>
      </w:r>
      <w:r>
        <w:rPr>
          <w:rFonts w:ascii="Times New Roman" w:hAnsi="Times New Roman" w:eastAsia="Times New Roman" w:cs="Times New Roman"/>
        </w:rPr>
        <w:t xml:space="preserve"> </w:t>
      </w:r>
      <w:r>
        <w:rPr>
          <w:rFonts w:ascii="Nirmala UI" w:hAnsi="Nirmala UI" w:eastAsia="Nirmala UI" w:cs="Nirmala UI"/>
        </w:rPr>
        <w:t>ଖ୍ରୀଷ୍ଟାବ୍ଦ</w:t>
      </w:r>
      <w:r>
        <w:rPr>
          <w:rFonts w:ascii="Times New Roman" w:hAnsi="Times New Roman" w:eastAsia="Times New Roman" w:cs="Times New Roman"/>
        </w:rPr>
        <w:t xml:space="preserve"> </w:t>
      </w:r>
      <w:r>
        <w:rPr>
          <w:rFonts w:ascii="Nirmala UI" w:hAnsi="Nirmala UI" w:eastAsia="Nirmala UI" w:cs="Nirmala UI"/>
        </w:rPr>
        <w:t>୩୪</w:t>
      </w:r>
      <w:r>
        <w:rPr>
          <w:rFonts w:ascii="Times New Roman" w:hAnsi="Times New Roman" w:eastAsia="Times New Roman" w:cs="Times New Roman"/>
        </w:rPr>
        <w:t xml:space="preserve">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ସମାପ୍ତ</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ନିଶ୍ଚୟ</w:t>
      </w:r>
      <w:r>
        <w:rPr>
          <w:rFonts w:ascii="Times New Roman" w:hAnsi="Times New Roman" w:eastAsia="Times New Roman" w:cs="Times New Roman"/>
        </w:rPr>
        <w:t xml:space="preserve">, </w:t>
      </w:r>
      <w:r>
        <w:rPr>
          <w:rFonts w:ascii="Nirmala UI" w:hAnsi="Nirmala UI" w:eastAsia="Nirmala UI" w:cs="Nirmala UI"/>
        </w:rPr>
        <w:t>୧୦୯୭</w:t>
      </w:r>
      <w:r>
        <w:rPr>
          <w:rFonts w:ascii="Times New Roman" w:hAnsi="Times New Roman" w:eastAsia="Times New Roman" w:cs="Times New Roman"/>
        </w:rPr>
        <w:t xml:space="preserve"> </w:t>
      </w:r>
      <w:r>
        <w:rPr>
          <w:rFonts w:ascii="Nirmala UI" w:hAnsi="Nirmala UI" w:eastAsia="Nirmala UI" w:cs="Nirmala UI"/>
        </w:rPr>
        <w:t>ଖ୍ରୀଷ୍ଟପୂର୍ବରେ</w:t>
      </w:r>
      <w:r>
        <w:rPr>
          <w:rFonts w:ascii="Times New Roman" w:hAnsi="Times New Roman" w:eastAsia="Times New Roman" w:cs="Times New Roman"/>
        </w:rPr>
        <w:t xml:space="preserve"> </w:t>
      </w:r>
      <w:r>
        <w:rPr>
          <w:rFonts w:ascii="Nirmala UI" w:hAnsi="Nirmala UI" w:eastAsia="Nirmala UI" w:cs="Nirmala UI"/>
        </w:rPr>
        <w:t>ଈଶ୍ୱର</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ଭବିଷ୍ୟଦ୍ବାଣୀର</w:t>
      </w:r>
      <w:r>
        <w:rPr>
          <w:rFonts w:ascii="Times New Roman" w:hAnsi="Times New Roman" w:eastAsia="Times New Roman" w:cs="Times New Roman"/>
        </w:rPr>
        <w:t xml:space="preserve"> </w:t>
      </w:r>
      <w:r>
        <w:rPr>
          <w:rFonts w:ascii="Nirmala UI" w:hAnsi="Nirmala UI" w:eastAsia="Nirmala UI" w:cs="Nirmala UI"/>
        </w:rPr>
        <w:t>ଆତ୍ମାଙ୍କୁ</w:t>
      </w:r>
      <w:r>
        <w:rPr>
          <w:rFonts w:ascii="Times New Roman" w:hAnsi="Times New Roman" w:eastAsia="Times New Roman" w:cs="Times New Roman"/>
        </w:rPr>
        <w:t xml:space="preserve"> </w:t>
      </w:r>
      <w:r>
        <w:rPr>
          <w:rFonts w:ascii="Nirmala UI" w:hAnsi="Nirmala UI" w:eastAsia="Nirmala UI" w:cs="Nirmala UI"/>
        </w:rPr>
        <w:t>ପ୍ରତ୍ୟାଖ୍ୟାନ</w:t>
      </w:r>
      <w:r>
        <w:rPr>
          <w:rFonts w:ascii="Times New Roman" w:hAnsi="Times New Roman" w:eastAsia="Times New Roman" w:cs="Times New Roman"/>
        </w:rPr>
        <w:t xml:space="preserve"> </w:t>
      </w:r>
      <w:r>
        <w:rPr>
          <w:rFonts w:ascii="Nirmala UI" w:hAnsi="Nirmala UI" w:eastAsia="Nirmala UI" w:cs="Nirmala UI"/>
        </w:rPr>
        <w:t>କରିବାରେ</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ହୋଇଥିବା</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ସ୍ତିଫନ</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ଖ୍ରୀଷ୍ଟଙ୍କୁ</w:t>
      </w:r>
      <w:r>
        <w:rPr>
          <w:rFonts w:ascii="Times New Roman" w:hAnsi="Times New Roman" w:eastAsia="Times New Roman" w:cs="Times New Roman"/>
        </w:rPr>
        <w:t xml:space="preserve"> </w:t>
      </w:r>
      <w:r>
        <w:rPr>
          <w:rFonts w:ascii="Nirmala UI" w:hAnsi="Nirmala UI" w:eastAsia="Nirmala UI" w:cs="Nirmala UI"/>
        </w:rPr>
        <w:t>ଈଶ୍ୱରଙ୍କ</w:t>
      </w:r>
      <w:r>
        <w:rPr>
          <w:rFonts w:ascii="Times New Roman" w:hAnsi="Times New Roman" w:eastAsia="Times New Roman" w:cs="Times New Roman"/>
        </w:rPr>
        <w:t xml:space="preserve"> </w:t>
      </w:r>
      <w:r>
        <w:rPr>
          <w:rFonts w:ascii="Nirmala UI" w:hAnsi="Nirmala UI" w:eastAsia="Nirmala UI" w:cs="Nirmala UI"/>
        </w:rPr>
        <w:t>ଦକ୍ଷିଣ</w:t>
      </w:r>
      <w:r>
        <w:rPr>
          <w:rFonts w:ascii="Times New Roman" w:hAnsi="Times New Roman" w:eastAsia="Times New Roman" w:cs="Times New Roman"/>
        </w:rPr>
        <w:t xml:space="preserve"> </w:t>
      </w:r>
      <w:r>
        <w:rPr>
          <w:rFonts w:ascii="Nirmala UI" w:hAnsi="Nirmala UI" w:eastAsia="Nirmala UI" w:cs="Nirmala UI"/>
        </w:rPr>
        <w:t>ପାର୍ଶ୍ୱରେ</w:t>
      </w:r>
      <w:r>
        <w:rPr>
          <w:rFonts w:ascii="Times New Roman" w:hAnsi="Times New Roman" w:eastAsia="Times New Roman" w:cs="Times New Roman"/>
        </w:rPr>
        <w:t xml:space="preserve"> </w:t>
      </w:r>
      <w:r>
        <w:rPr>
          <w:rFonts w:ascii="Nirmala UI" w:hAnsi="Nirmala UI" w:eastAsia="Nirmala UI" w:cs="Nirmala UI"/>
        </w:rPr>
        <w:t>ଦଣ୍ଡାୟମାନ</w:t>
      </w:r>
      <w:r>
        <w:rPr>
          <w:rFonts w:ascii="Times New Roman" w:hAnsi="Times New Roman" w:eastAsia="Times New Roman" w:cs="Times New Roman"/>
        </w:rPr>
        <w:t xml:space="preserve"> </w:t>
      </w:r>
      <w:r>
        <w:rPr>
          <w:rFonts w:ascii="Nirmala UI" w:hAnsi="Nirmala UI" w:eastAsia="Nirmala UI" w:cs="Nirmala UI"/>
        </w:rPr>
        <w:t>ଦେଖିଲେ</w:t>
      </w:r>
      <w:r>
        <w:rPr>
          <w:rFonts w:ascii="Times New Roman" w:hAnsi="Times New Roman" w:eastAsia="Times New Roman" w:cs="Times New Roman"/>
        </w:rPr>
        <w:t xml:space="preserve"> </w:t>
      </w:r>
      <w:r>
        <w:rPr>
          <w:rFonts w:ascii="Nirmala UI" w:hAnsi="Nirmala UI" w:eastAsia="Nirmala UI" w:cs="Nirmala UI"/>
        </w:rPr>
        <w:t>ସେଠାରେ</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ହେଉଥିବା</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ଭବିଷ୍ୟଦ୍ବାଣୀମୂଳକ</w:t>
      </w:r>
      <w:r>
        <w:rPr>
          <w:rFonts w:ascii="Times New Roman" w:hAnsi="Times New Roman" w:eastAsia="Times New Roman" w:cs="Times New Roman"/>
        </w:rPr>
        <w:t xml:space="preserve"> </w:t>
      </w:r>
      <w:r>
        <w:rPr>
          <w:rFonts w:ascii="Nirmala UI" w:hAnsi="Nirmala UI" w:eastAsia="Nirmala UI" w:cs="Nirmala UI"/>
        </w:rPr>
        <w:t>ରେଖାରେ</w:t>
      </w:r>
      <w:r>
        <w:rPr>
          <w:rFonts w:ascii="Times New Roman" w:hAnsi="Times New Roman" w:eastAsia="Times New Roman" w:cs="Times New Roman"/>
        </w:rPr>
        <w:t xml:space="preserve"> </w:t>
      </w:r>
      <w:r>
        <w:rPr>
          <w:rFonts w:ascii="Nirmala UI" w:hAnsi="Nirmala UI" w:eastAsia="Nirmala UI" w:cs="Nirmala UI"/>
        </w:rPr>
        <w:t>ଅନ୍ୟାନ୍ୟ</w:t>
      </w:r>
      <w:r>
        <w:rPr>
          <w:rFonts w:ascii="Times New Roman" w:hAnsi="Times New Roman" w:eastAsia="Times New Roman" w:cs="Times New Roman"/>
        </w:rPr>
        <w:t xml:space="preserve"> </w:t>
      </w:r>
      <w:r>
        <w:rPr>
          <w:rFonts w:ascii="Nirmala UI" w:hAnsi="Nirmala UI" w:eastAsia="Nirmala UI" w:cs="Nirmala UI"/>
        </w:rPr>
        <w:t>ଅନେକ</w:t>
      </w:r>
      <w:r>
        <w:rPr>
          <w:rFonts w:ascii="Times New Roman" w:hAnsi="Times New Roman" w:eastAsia="Times New Roman" w:cs="Times New Roman"/>
        </w:rPr>
        <w:t xml:space="preserve"> </w:t>
      </w:r>
      <w:r>
        <w:rPr>
          <w:rFonts w:ascii="Nirmala UI" w:hAnsi="Nirmala UI" w:eastAsia="Nirmala UI" w:cs="Nirmala UI"/>
        </w:rPr>
        <w:t>ଗଭୀର</w:t>
      </w:r>
      <w:r>
        <w:rPr>
          <w:rFonts w:ascii="Times New Roman" w:hAnsi="Times New Roman" w:eastAsia="Times New Roman" w:cs="Times New Roman"/>
        </w:rPr>
        <w:t xml:space="preserve"> </w:t>
      </w:r>
      <w:r>
        <w:rPr>
          <w:rFonts w:ascii="Nirmala UI" w:hAnsi="Nirmala UI" w:eastAsia="Nirmala UI" w:cs="Nirmala UI"/>
        </w:rPr>
        <w:t>କାଳକ୍ରମିକ</w:t>
      </w:r>
      <w:r>
        <w:rPr>
          <w:rFonts w:ascii="Times New Roman" w:hAnsi="Times New Roman" w:eastAsia="Times New Roman" w:cs="Times New Roman"/>
        </w:rPr>
        <w:t xml:space="preserve"> </w:t>
      </w:r>
      <w:r>
        <w:rPr>
          <w:rFonts w:ascii="Nirmala UI" w:hAnsi="Nirmala UI" w:eastAsia="Nirmala UI" w:cs="Nirmala UI"/>
        </w:rPr>
        <w:t>ସାକ୍ଷ୍ୟ</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ଅଛି।</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ସାକ୍ଷ୍ୟର</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ଯୋଶିୟାଙ୍କ</w:t>
      </w:r>
      <w:r>
        <w:rPr>
          <w:rFonts w:ascii="Times New Roman" w:hAnsi="Times New Roman" w:eastAsia="Times New Roman" w:cs="Times New Roman"/>
        </w:rPr>
        <w:t xml:space="preserve"> </w:t>
      </w:r>
      <w:r>
        <w:rPr>
          <w:rFonts w:ascii="Nirmala UI" w:hAnsi="Nirmala UI" w:eastAsia="Nirmala UI" w:cs="Nirmala UI"/>
        </w:rPr>
        <w:t>ଭବିଷ୍ୟଦ୍ବାଣୀମୂଳକ</w:t>
      </w:r>
      <w:r>
        <w:rPr>
          <w:rFonts w:ascii="Times New Roman" w:hAnsi="Times New Roman" w:eastAsia="Times New Roman" w:cs="Times New Roman"/>
        </w:rPr>
        <w:t xml:space="preserve"> </w:t>
      </w:r>
      <w:r>
        <w:rPr>
          <w:rFonts w:ascii="Nirmala UI" w:hAnsi="Nirmala UI" w:eastAsia="Nirmala UI" w:cs="Nirmala UI"/>
        </w:rPr>
        <w:t>ଚକ୍ରକୁ</w:t>
      </w:r>
      <w:r>
        <w:rPr>
          <w:rFonts w:ascii="Times New Roman" w:hAnsi="Times New Roman" w:eastAsia="Times New Roman" w:cs="Times New Roman"/>
        </w:rPr>
        <w:t xml:space="preserve"> </w:t>
      </w:r>
      <w:r>
        <w:rPr>
          <w:rFonts w:ascii="Nirmala UI" w:hAnsi="Nirmala UI" w:eastAsia="Nirmala UI" w:cs="Nirmala UI"/>
        </w:rPr>
        <w:t>ଦେଖୁଛୁ।</w:t>
      </w:r>
    </w:p>
    <w:p>
      <w:pPr>
        <w:pStyle w:val="ArticleBody"/>
        <w:jc w:val="left"/>
      </w:pPr>
      <w:r>
        <w:rPr>
          <w:rFonts w:ascii="Times New Roman" w:hAnsi="Times New Roman" w:eastAsia="Times New Roman" w:cs="Times New Roman"/>
        </w:rPr>
        <w:t>Ek “nildii hamaa bu’uuraa” jedha; jalqaba sarichaa yeroo Israa’el akka Mootii isaanii taʼee jiru Waaqayyoon didanii, fedhii mootii addunyaa qabaachuu isaaniitiin mootummaa namaa Israa’el keessatti hundeeffame mulʼisa. Kanais ani geengoo Yoosiyaasiifis nan barreessa; maqaan isaas “bu’uura Waaqayyoo” jechuudha; innis bu’uuraa fi nildii hamaa bu’uuraa ummata Waaqayyoo lamaan isaanii iyyuu mallattoo dha.</w:t>
      </w:r>
    </w:p>
    <w:p>
      <w:pPr>
        <w:pStyle w:val="ArticleBody"/>
        <w:jc w:val="left"/>
      </w:pPr>
      <w:r>
        <w:rPr>
          <w:rFonts w:ascii="Nirmala UI" w:hAnsi="Nirmala UI" w:eastAsia="Nirmala UI" w:cs="Nirmala UI"/>
        </w:rPr>
        <w:t>ସୋଲୋମନଙ୍କ</w:t>
      </w:r>
      <w:r>
        <w:rPr>
          <w:rFonts w:ascii="Times New Roman" w:hAnsi="Times New Roman" w:eastAsia="Times New Roman" w:cs="Times New Roman"/>
        </w:rPr>
        <w:t xml:space="preserve"> </w:t>
      </w:r>
      <w:r>
        <w:rPr>
          <w:rFonts w:ascii="Nirmala UI" w:hAnsi="Nirmala UI" w:eastAsia="Nirmala UI" w:cs="Nirmala UI"/>
        </w:rPr>
        <w:t>ମୃତ୍ୟୁ</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ବାରୋଟି</w:t>
      </w:r>
      <w:r>
        <w:rPr>
          <w:rFonts w:ascii="Times New Roman" w:hAnsi="Times New Roman" w:eastAsia="Times New Roman" w:cs="Times New Roman"/>
        </w:rPr>
        <w:t xml:space="preserve"> </w:t>
      </w:r>
      <w:r>
        <w:rPr>
          <w:rFonts w:ascii="Nirmala UI" w:hAnsi="Nirmala UI" w:eastAsia="Nirmala UI" w:cs="Nirmala UI"/>
        </w:rPr>
        <w:t>ଗୋତ୍ର</w:t>
      </w:r>
      <w:r>
        <w:rPr>
          <w:rFonts w:ascii="Times New Roman" w:hAnsi="Times New Roman" w:eastAsia="Times New Roman" w:cs="Times New Roman"/>
        </w:rPr>
        <w:t xml:space="preserve"> </w:t>
      </w:r>
      <w:r>
        <w:rPr>
          <w:rFonts w:ascii="Nirmala UI" w:hAnsi="Nirmala UI" w:eastAsia="Nirmala UI" w:cs="Nirmala UI"/>
        </w:rPr>
        <w:t>ଉତ୍ତର</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ଦକ୍ଷିଣରେ</w:t>
      </w:r>
      <w:r>
        <w:rPr>
          <w:rFonts w:ascii="Times New Roman" w:hAnsi="Times New Roman" w:eastAsia="Times New Roman" w:cs="Times New Roman"/>
        </w:rPr>
        <w:t xml:space="preserve"> </w:t>
      </w:r>
      <w:r>
        <w:rPr>
          <w:rFonts w:ascii="Nirmala UI" w:hAnsi="Nirmala UI" w:eastAsia="Nirmala UI" w:cs="Nirmala UI"/>
        </w:rPr>
        <w:t>ବିଭକ୍ତ</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ସେତେବେଳେ</w:t>
      </w:r>
      <w:r>
        <w:rPr>
          <w:rFonts w:ascii="Times New Roman" w:hAnsi="Times New Roman" w:eastAsia="Times New Roman" w:cs="Times New Roman"/>
        </w:rPr>
        <w:t xml:space="preserve"> </w:t>
      </w:r>
      <w:r>
        <w:rPr>
          <w:rFonts w:ascii="Nirmala UI" w:hAnsi="Nirmala UI" w:eastAsia="Nirmala UI" w:cs="Nirmala UI"/>
        </w:rPr>
        <w:t>ଯେରୋବୋଆମଙ୍କ</w:t>
      </w:r>
      <w:r>
        <w:rPr>
          <w:rFonts w:ascii="Times New Roman" w:hAnsi="Times New Roman" w:eastAsia="Times New Roman" w:cs="Times New Roman"/>
        </w:rPr>
        <w:t xml:space="preserve"> </w:t>
      </w:r>
      <w:r>
        <w:rPr>
          <w:rFonts w:ascii="Nirmala UI" w:hAnsi="Nirmala UI" w:eastAsia="Nirmala UI" w:cs="Nirmala UI"/>
        </w:rPr>
        <w:t>ନକଲି</w:t>
      </w:r>
      <w:r>
        <w:rPr>
          <w:rFonts w:ascii="Times New Roman" w:hAnsi="Times New Roman" w:eastAsia="Times New Roman" w:cs="Times New Roman"/>
        </w:rPr>
        <w:t xml:space="preserve"> </w:t>
      </w:r>
      <w:r>
        <w:rPr>
          <w:rFonts w:ascii="Nirmala UI" w:hAnsi="Nirmala UI" w:eastAsia="Nirmala UI" w:cs="Nirmala UI"/>
        </w:rPr>
        <w:t>ଉପାସନା</w:t>
      </w:r>
      <w:r>
        <w:rPr>
          <w:rFonts w:ascii="Times New Roman" w:hAnsi="Times New Roman" w:eastAsia="Times New Roman" w:cs="Times New Roman"/>
        </w:rPr>
        <w:t>-</w:t>
      </w:r>
      <w:r>
        <w:rPr>
          <w:rFonts w:ascii="Nirmala UI" w:hAnsi="Nirmala UI" w:eastAsia="Nirmala UI" w:cs="Nirmala UI"/>
        </w:rPr>
        <w:t>ପ୍ରଣାଳୀର</w:t>
      </w:r>
      <w:r>
        <w:rPr>
          <w:rFonts w:ascii="Times New Roman" w:hAnsi="Times New Roman" w:eastAsia="Times New Roman" w:cs="Times New Roman"/>
        </w:rPr>
        <w:t xml:space="preserve"> </w:t>
      </w:r>
      <w:r>
        <w:rPr>
          <w:rFonts w:ascii="Nirmala UI" w:hAnsi="Nirmala UI" w:eastAsia="Nirmala UI" w:cs="Nirmala UI"/>
        </w:rPr>
        <w:t>ସମର୍ପଣକୁ</w:t>
      </w:r>
      <w:r>
        <w:rPr>
          <w:rFonts w:ascii="Times New Roman" w:hAnsi="Times New Roman" w:eastAsia="Times New Roman" w:cs="Times New Roman"/>
        </w:rPr>
        <w:t xml:space="preserve"> </w:t>
      </w:r>
      <w:r>
        <w:rPr>
          <w:rFonts w:ascii="Nirmala UI" w:hAnsi="Nirmala UI" w:eastAsia="Nirmala UI" w:cs="Nirmala UI"/>
        </w:rPr>
        <w:t>ଅନାଜ୍ଞାକାରୀ</w:t>
      </w:r>
      <w:r>
        <w:rPr>
          <w:rFonts w:ascii="Times New Roman" w:hAnsi="Times New Roman" w:eastAsia="Times New Roman" w:cs="Times New Roman"/>
        </w:rPr>
        <w:t xml:space="preserve"> </w:t>
      </w:r>
      <w:r>
        <w:rPr>
          <w:rFonts w:ascii="Nirmala UI" w:hAnsi="Nirmala UI" w:eastAsia="Nirmala UI" w:cs="Nirmala UI"/>
        </w:rPr>
        <w:t>ଭବିଷ୍ୟଦ୍ଦକ୍ତା</w:t>
      </w:r>
      <w:r>
        <w:rPr>
          <w:rFonts w:ascii="Times New Roman" w:hAnsi="Times New Roman" w:eastAsia="Times New Roman" w:cs="Times New Roman"/>
        </w:rPr>
        <w:t xml:space="preserve"> </w:t>
      </w:r>
      <w:r>
        <w:rPr>
          <w:rFonts w:ascii="Nirmala UI" w:hAnsi="Nirmala UI" w:eastAsia="Nirmala UI" w:cs="Nirmala UI"/>
        </w:rPr>
        <w:t>ତିରସ୍କାର</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ତାଙ୍କର</w:t>
      </w:r>
      <w:r>
        <w:rPr>
          <w:rFonts w:ascii="Times New Roman" w:hAnsi="Times New Roman" w:eastAsia="Times New Roman" w:cs="Times New Roman"/>
        </w:rPr>
        <w:t xml:space="preserve"> </w:t>
      </w:r>
      <w:r>
        <w:rPr>
          <w:rFonts w:ascii="Nirmala UI" w:hAnsi="Nirmala UI" w:eastAsia="Nirmala UI" w:cs="Nirmala UI"/>
        </w:rPr>
        <w:t>ତିରସ୍କାରରେ</w:t>
      </w:r>
      <w:r>
        <w:rPr>
          <w:rFonts w:ascii="Times New Roman" w:hAnsi="Times New Roman" w:eastAsia="Times New Roman" w:cs="Times New Roman"/>
        </w:rPr>
        <w:t xml:space="preserve"> </w:t>
      </w:r>
      <w:r>
        <w:rPr>
          <w:rFonts w:ascii="Nirmala UI" w:hAnsi="Nirmala UI" w:eastAsia="Nirmala UI" w:cs="Nirmala UI"/>
        </w:rPr>
        <w:t>ଯୋଶିୟ</w:t>
      </w:r>
      <w:r>
        <w:rPr>
          <w:rFonts w:ascii="Times New Roman" w:hAnsi="Times New Roman" w:eastAsia="Times New Roman" w:cs="Times New Roman"/>
        </w:rPr>
        <w:t xml:space="preserve"> </w:t>
      </w:r>
      <w:r>
        <w:rPr>
          <w:rFonts w:ascii="Nirmala UI" w:hAnsi="Nirmala UI" w:eastAsia="Nirmala UI" w:cs="Nirmala UI"/>
        </w:rPr>
        <w:t>ନାମକ</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ଆସନ୍ତା</w:t>
      </w:r>
      <w:r>
        <w:rPr>
          <w:rFonts w:ascii="Times New Roman" w:hAnsi="Times New Roman" w:eastAsia="Times New Roman" w:cs="Times New Roman"/>
        </w:rPr>
        <w:t xml:space="preserve"> </w:t>
      </w:r>
      <w:r>
        <w:rPr>
          <w:rFonts w:ascii="Nirmala UI" w:hAnsi="Nirmala UI" w:eastAsia="Nirmala UI" w:cs="Nirmala UI"/>
        </w:rPr>
        <w:t>ରାଜା</w:t>
      </w:r>
      <w:r>
        <w:rPr>
          <w:rFonts w:ascii="Times New Roman" w:hAnsi="Times New Roman" w:eastAsia="Times New Roman" w:cs="Times New Roman"/>
        </w:rPr>
        <w:t xml:space="preserve"> </w:t>
      </w:r>
      <w:r>
        <w:rPr>
          <w:rFonts w:ascii="Nirmala UI" w:hAnsi="Nirmala UI" w:eastAsia="Nirmala UI" w:cs="Nirmala UI"/>
        </w:rPr>
        <w:t>ସମ୍ବନ୍ଧୀୟ</w:t>
      </w:r>
      <w:r>
        <w:rPr>
          <w:rFonts w:ascii="Times New Roman" w:hAnsi="Times New Roman" w:eastAsia="Times New Roman" w:cs="Times New Roman"/>
        </w:rPr>
        <w:t xml:space="preserve"> </w:t>
      </w:r>
      <w:r>
        <w:rPr>
          <w:rFonts w:ascii="Nirmala UI" w:hAnsi="Nirmala UI" w:eastAsia="Nirmala UI" w:cs="Nirmala UI"/>
        </w:rPr>
        <w:t>ଭବିଷ୍ୟଦ୍ବାଣୀ</w:t>
      </w:r>
      <w:r>
        <w:rPr>
          <w:rFonts w:ascii="Times New Roman" w:hAnsi="Times New Roman" w:eastAsia="Times New Roman" w:cs="Times New Roman"/>
        </w:rPr>
        <w:t xml:space="preserve"> </w:t>
      </w:r>
      <w:r>
        <w:rPr>
          <w:rFonts w:ascii="Nirmala UI" w:hAnsi="Nirmala UI" w:eastAsia="Nirmala UI" w:cs="Nirmala UI"/>
        </w:rPr>
        <w:t>ଅନ୍ତର୍ଭୁକ୍ତ</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ଯେରୋବୋଆମ</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ଉତ୍ତରର</w:t>
      </w:r>
      <w:r>
        <w:rPr>
          <w:rFonts w:ascii="Times New Roman" w:hAnsi="Times New Roman" w:eastAsia="Times New Roman" w:cs="Times New Roman"/>
        </w:rPr>
        <w:t xml:space="preserve"> </w:t>
      </w:r>
      <w:r>
        <w:rPr>
          <w:rFonts w:ascii="Nirmala UI" w:hAnsi="Nirmala UI" w:eastAsia="Nirmala UI" w:cs="Nirmala UI"/>
        </w:rPr>
        <w:t>ଦଶଗୋତ୍ରୀୟ</w:t>
      </w:r>
      <w:r>
        <w:rPr>
          <w:rFonts w:ascii="Times New Roman" w:hAnsi="Times New Roman" w:eastAsia="Times New Roman" w:cs="Times New Roman"/>
        </w:rPr>
        <w:t xml:space="preserve"> </w:t>
      </w:r>
      <w:r>
        <w:rPr>
          <w:rFonts w:ascii="Nirmala UI" w:hAnsi="Nirmala UI" w:eastAsia="Nirmala UI" w:cs="Nirmala UI"/>
        </w:rPr>
        <w:t>ରାଜ୍ୟର</w:t>
      </w:r>
      <w:r>
        <w:rPr>
          <w:rFonts w:ascii="Times New Roman" w:hAnsi="Times New Roman" w:eastAsia="Times New Roman" w:cs="Times New Roman"/>
        </w:rPr>
        <w:t xml:space="preserve"> </w:t>
      </w:r>
      <w:r>
        <w:rPr>
          <w:rFonts w:ascii="Nirmala UI" w:hAnsi="Nirmala UI" w:eastAsia="Nirmala UI" w:cs="Nirmala UI"/>
        </w:rPr>
        <w:t>ମୂଳଭୂତ</w:t>
      </w:r>
      <w:r>
        <w:rPr>
          <w:rFonts w:ascii="Times New Roman" w:hAnsi="Times New Roman" w:eastAsia="Times New Roman" w:cs="Times New Roman"/>
        </w:rPr>
        <w:t xml:space="preserve"> </w:t>
      </w:r>
      <w:r>
        <w:rPr>
          <w:rFonts w:ascii="Nirmala UI" w:hAnsi="Nirmala UI" w:eastAsia="Nirmala UI" w:cs="Nirmala UI"/>
        </w:rPr>
        <w:t>ଧର୍ମତ୍ୟାଗ</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ଖ୍ରୀ</w:t>
      </w:r>
      <w:r>
        <w:rPr>
          <w:rFonts w:ascii="Times New Roman" w:hAnsi="Times New Roman" w:eastAsia="Times New Roman" w:cs="Times New Roman"/>
        </w:rPr>
        <w:t xml:space="preserve">. </w:t>
      </w:r>
      <w:r>
        <w:rPr>
          <w:rFonts w:ascii="Nirmala UI" w:hAnsi="Nirmala UI" w:eastAsia="Nirmala UI" w:cs="Nirmala UI"/>
        </w:rPr>
        <w:t>ପୂ</w:t>
      </w:r>
      <w:r>
        <w:rPr>
          <w:rFonts w:ascii="Times New Roman" w:hAnsi="Times New Roman" w:eastAsia="Times New Roman" w:cs="Times New Roman"/>
        </w:rPr>
        <w:t xml:space="preserve">. 622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ମହା</w:t>
      </w:r>
      <w:r>
        <w:rPr>
          <w:rFonts w:ascii="Times New Roman" w:hAnsi="Times New Roman" w:eastAsia="Times New Roman" w:cs="Times New Roman"/>
        </w:rPr>
        <w:t xml:space="preserve"> </w:t>
      </w:r>
      <w:r>
        <w:rPr>
          <w:rFonts w:ascii="Nirmala UI" w:hAnsi="Nirmala UI" w:eastAsia="Nirmala UI" w:cs="Nirmala UI"/>
        </w:rPr>
        <w:t>ନିସ୍ତାରପର୍ବ</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ଚିହ୍ନିତ</w:t>
      </w:r>
      <w:r>
        <w:rPr>
          <w:rFonts w:ascii="Times New Roman" w:hAnsi="Times New Roman" w:eastAsia="Times New Roman" w:cs="Times New Roman"/>
        </w:rPr>
        <w:t xml:space="preserve"> </w:t>
      </w:r>
      <w:r>
        <w:rPr>
          <w:rFonts w:ascii="Nirmala UI" w:hAnsi="Nirmala UI" w:eastAsia="Nirmala UI" w:cs="Nirmala UI"/>
        </w:rPr>
        <w:t>ଯୋଶିୟଙ୍କ</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ତାଙ୍କର</w:t>
      </w:r>
      <w:r>
        <w:rPr>
          <w:rFonts w:ascii="Times New Roman" w:hAnsi="Times New Roman" w:eastAsia="Times New Roman" w:cs="Times New Roman"/>
        </w:rPr>
        <w:t xml:space="preserve"> </w:t>
      </w:r>
      <w:r>
        <w:rPr>
          <w:rFonts w:ascii="Nirmala UI" w:hAnsi="Nirmala UI" w:eastAsia="Nirmala UI" w:cs="Nirmala UI"/>
        </w:rPr>
        <w:t>ପୁନରୁଜ୍ଜୀବନ</w:t>
      </w:r>
      <w:r>
        <w:rPr>
          <w:rFonts w:ascii="Times New Roman" w:hAnsi="Times New Roman" w:eastAsia="Times New Roman" w:cs="Times New Roman"/>
        </w:rPr>
        <w:t xml:space="preserve"> </w:t>
      </w:r>
      <w:r>
        <w:rPr>
          <w:rFonts w:ascii="Nirmala UI" w:hAnsi="Nirmala UI" w:eastAsia="Nirmala UI" w:cs="Nirmala UI"/>
        </w:rPr>
        <w:t>ସମ୍ବନ୍ଧୀୟ</w:t>
      </w:r>
      <w:r>
        <w:rPr>
          <w:rFonts w:ascii="Times New Roman" w:hAnsi="Times New Roman" w:eastAsia="Times New Roman" w:cs="Times New Roman"/>
        </w:rPr>
        <w:t xml:space="preserve"> </w:t>
      </w:r>
      <w:r>
        <w:rPr>
          <w:rFonts w:ascii="Nirmala UI" w:hAnsi="Nirmala UI" w:eastAsia="Nirmala UI" w:cs="Nirmala UI"/>
        </w:rPr>
        <w:t>ଭବିଷ୍ୟଦ୍ବାଣୀ</w:t>
      </w:r>
      <w:r>
        <w:rPr>
          <w:rFonts w:ascii="Times New Roman" w:hAnsi="Times New Roman" w:eastAsia="Times New Roman" w:cs="Times New Roman"/>
        </w:rPr>
        <w:t xml:space="preserve"> </w:t>
      </w:r>
      <w:r>
        <w:rPr>
          <w:rFonts w:ascii="Nirmala UI" w:hAnsi="Nirmala UI" w:eastAsia="Nirmala UI" w:cs="Nirmala UI"/>
        </w:rPr>
        <w:t>ପୂର୍ବରୁ</w:t>
      </w:r>
      <w:r>
        <w:rPr>
          <w:rFonts w:ascii="Times New Roman" w:hAnsi="Times New Roman" w:eastAsia="Times New Roman" w:cs="Times New Roman"/>
        </w:rPr>
        <w:t xml:space="preserve"> </w:t>
      </w:r>
      <w:r>
        <w:rPr>
          <w:rFonts w:ascii="Nirmala UI" w:hAnsi="Nirmala UI" w:eastAsia="Nirmala UI" w:cs="Nirmala UI"/>
        </w:rPr>
        <w:t>କୁହାଯାଇଥିଲା।</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ପୁନରୁଜ୍ଜୀବନ</w:t>
      </w:r>
      <w:r>
        <w:rPr>
          <w:rFonts w:ascii="Times New Roman" w:hAnsi="Times New Roman" w:eastAsia="Times New Roman" w:cs="Times New Roman"/>
        </w:rPr>
        <w:t xml:space="preserve"> </w:t>
      </w:r>
      <w:r>
        <w:rPr>
          <w:rFonts w:ascii="Nirmala UI" w:hAnsi="Nirmala UI" w:eastAsia="Nirmala UI" w:cs="Nirmala UI"/>
        </w:rPr>
        <w:t>ମୋଶାଙ୍କ</w:t>
      </w:r>
      <w:r>
        <w:rPr>
          <w:rFonts w:ascii="Times New Roman" w:hAnsi="Times New Roman" w:eastAsia="Times New Roman" w:cs="Times New Roman"/>
        </w:rPr>
        <w:t xml:space="preserve"> </w:t>
      </w:r>
      <w:r>
        <w:rPr>
          <w:rFonts w:ascii="Nirmala UI" w:hAnsi="Nirmala UI" w:eastAsia="Nirmala UI" w:cs="Nirmala UI"/>
        </w:rPr>
        <w:t>ଲେଖନୀଗୁଡ଼ିକର</w:t>
      </w:r>
      <w:r>
        <w:rPr>
          <w:rFonts w:ascii="Times New Roman" w:hAnsi="Times New Roman" w:eastAsia="Times New Roman" w:cs="Times New Roman"/>
        </w:rPr>
        <w:t xml:space="preserve"> </w:t>
      </w:r>
      <w:r>
        <w:rPr>
          <w:rFonts w:ascii="Nirmala UI" w:hAnsi="Nirmala UI" w:eastAsia="Nirmala UI" w:cs="Nirmala UI"/>
        </w:rPr>
        <w:t>ଆବିଷ୍କାର</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ତାଙ୍କର</w:t>
      </w:r>
      <w:r>
        <w:rPr>
          <w:rFonts w:ascii="Times New Roman" w:hAnsi="Times New Roman" w:eastAsia="Times New Roman" w:cs="Times New Roman"/>
        </w:rPr>
        <w:t xml:space="preserve"> </w:t>
      </w:r>
      <w:r>
        <w:rPr>
          <w:rFonts w:ascii="Nirmala UI" w:hAnsi="Nirmala UI" w:eastAsia="Nirmala UI" w:cs="Nirmala UI"/>
        </w:rPr>
        <w:t>ଅବିରତ</w:t>
      </w:r>
      <w:r>
        <w:rPr>
          <w:rFonts w:ascii="Times New Roman" w:hAnsi="Times New Roman" w:eastAsia="Times New Roman" w:cs="Times New Roman"/>
        </w:rPr>
        <w:t xml:space="preserve"> </w:t>
      </w:r>
      <w:r>
        <w:rPr>
          <w:rFonts w:ascii="Nirmala UI" w:hAnsi="Nirmala UI" w:eastAsia="Nirmala UI" w:cs="Nirmala UI"/>
        </w:rPr>
        <w:t>ଧର୍ମତ୍ୟାଗ</w:t>
      </w:r>
      <w:r>
        <w:rPr>
          <w:rFonts w:ascii="Times New Roman" w:hAnsi="Times New Roman" w:eastAsia="Times New Roman" w:cs="Times New Roman"/>
        </w:rPr>
        <w:t xml:space="preserve"> </w:t>
      </w:r>
      <w:r>
        <w:rPr>
          <w:rFonts w:ascii="Nirmala UI" w:hAnsi="Nirmala UI" w:eastAsia="Nirmala UI" w:cs="Nirmala UI"/>
        </w:rPr>
        <w:t>ନିମନ୍ତେ</w:t>
      </w:r>
      <w:r>
        <w:rPr>
          <w:rFonts w:ascii="Times New Roman" w:hAnsi="Times New Roman" w:eastAsia="Times New Roman" w:cs="Times New Roman"/>
        </w:rPr>
        <w:t xml:space="preserve"> </w:t>
      </w:r>
      <w:r>
        <w:rPr>
          <w:rFonts w:ascii="Nirmala UI" w:hAnsi="Nirmala UI" w:eastAsia="Nirmala UI" w:cs="Nirmala UI"/>
        </w:rPr>
        <w:t>ଈଶ୍ୱରଙ୍କ</w:t>
      </w:r>
      <w:r>
        <w:rPr>
          <w:rFonts w:ascii="Times New Roman" w:hAnsi="Times New Roman" w:eastAsia="Times New Roman" w:cs="Times New Roman"/>
        </w:rPr>
        <w:t xml:space="preserve"> </w:t>
      </w:r>
      <w:r>
        <w:rPr>
          <w:rFonts w:ascii="Nirmala UI" w:hAnsi="Nirmala UI" w:eastAsia="Nirmala UI" w:cs="Nirmala UI"/>
        </w:rPr>
        <w:t>ଲୋକଙ୍କ</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ନ୍ୟାୟଘୋଷଣା</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ଆଣାଯାଇଥିଲା।</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ମୋଶାଙ୍କ</w:t>
      </w:r>
      <w:r>
        <w:rPr>
          <w:rFonts w:ascii="Times New Roman" w:hAnsi="Times New Roman" w:eastAsia="Times New Roman" w:cs="Times New Roman"/>
        </w:rPr>
        <w:t xml:space="preserve"> </w:t>
      </w:r>
      <w:r>
        <w:rPr>
          <w:rFonts w:ascii="Nirmala UI" w:hAnsi="Nirmala UI" w:eastAsia="Nirmala UI" w:cs="Nirmala UI"/>
        </w:rPr>
        <w:t>ଲେଖନୀର</w:t>
      </w:r>
      <w:r>
        <w:rPr>
          <w:rFonts w:ascii="Times New Roman" w:hAnsi="Times New Roman" w:eastAsia="Times New Roman" w:cs="Times New Roman"/>
        </w:rPr>
        <w:t xml:space="preserve"> </w:t>
      </w:r>
      <w:r>
        <w:rPr>
          <w:rFonts w:ascii="Nirmala UI" w:hAnsi="Nirmala UI" w:eastAsia="Nirmala UI" w:cs="Nirmala UI"/>
        </w:rPr>
        <w:t>ବାଣୀଗୁଡ଼ିକ</w:t>
      </w:r>
      <w:r>
        <w:rPr>
          <w:rFonts w:ascii="Times New Roman" w:hAnsi="Times New Roman" w:eastAsia="Times New Roman" w:cs="Times New Roman"/>
        </w:rPr>
        <w:t xml:space="preserve"> </w:t>
      </w:r>
      <w:r>
        <w:rPr>
          <w:rFonts w:ascii="Nirmala UI" w:hAnsi="Nirmala UI" w:eastAsia="Nirmala UI" w:cs="Nirmala UI"/>
        </w:rPr>
        <w:t>ରାଜା</w:t>
      </w:r>
      <w:r>
        <w:rPr>
          <w:rFonts w:ascii="Times New Roman" w:hAnsi="Times New Roman" w:eastAsia="Times New Roman" w:cs="Times New Roman"/>
        </w:rPr>
        <w:t xml:space="preserve"> </w:t>
      </w:r>
      <w:r>
        <w:rPr>
          <w:rFonts w:ascii="Nirmala UI" w:hAnsi="Nirmala UI" w:eastAsia="Nirmala UI" w:cs="Nirmala UI"/>
        </w:rPr>
        <w:t>ଯୋଶିୟଙ୍କୁ</w:t>
      </w:r>
      <w:r>
        <w:rPr>
          <w:rFonts w:ascii="Times New Roman" w:hAnsi="Times New Roman" w:eastAsia="Times New Roman" w:cs="Times New Roman"/>
        </w:rPr>
        <w:t xml:space="preserve"> </w:t>
      </w:r>
      <w:r>
        <w:rPr>
          <w:rFonts w:ascii="Nirmala UI" w:hAnsi="Nirmala UI" w:eastAsia="Nirmala UI" w:cs="Nirmala UI"/>
        </w:rPr>
        <w:t>ପଢ଼ି</w:t>
      </w:r>
      <w:r>
        <w:rPr>
          <w:rFonts w:ascii="Times New Roman" w:hAnsi="Times New Roman" w:eastAsia="Times New Roman" w:cs="Times New Roman"/>
        </w:rPr>
        <w:t xml:space="preserve"> </w:t>
      </w:r>
      <w:r>
        <w:rPr>
          <w:rFonts w:ascii="Nirmala UI" w:hAnsi="Nirmala UI" w:eastAsia="Nirmala UI" w:cs="Nirmala UI"/>
        </w:rPr>
        <w:t>ଶୁଣାଯାଇଲା</w:t>
      </w:r>
      <w:r>
        <w:rPr>
          <w:rFonts w:ascii="Times New Roman" w:hAnsi="Times New Roman" w:eastAsia="Times New Roman" w:cs="Times New Roman"/>
        </w:rPr>
        <w:t xml:space="preserve">, </w:t>
      </w:r>
      <w:r>
        <w:rPr>
          <w:rFonts w:ascii="Nirmala UI" w:hAnsi="Nirmala UI" w:eastAsia="Nirmala UI" w:cs="Nirmala UI"/>
        </w:rPr>
        <w:t>ସେଥିରୁ</w:t>
      </w:r>
      <w:r>
        <w:rPr>
          <w:rFonts w:ascii="Times New Roman" w:hAnsi="Times New Roman" w:eastAsia="Times New Roman" w:cs="Times New Roman"/>
        </w:rPr>
        <w:t xml:space="preserve"> </w:t>
      </w:r>
      <w:r>
        <w:rPr>
          <w:rFonts w:ascii="Nirmala UI" w:hAnsi="Nirmala UI" w:eastAsia="Nirmala UI" w:cs="Nirmala UI"/>
        </w:rPr>
        <w:t>ପୁରାତନ</w:t>
      </w:r>
      <w:r>
        <w:rPr>
          <w:rFonts w:ascii="Times New Roman" w:hAnsi="Times New Roman" w:eastAsia="Times New Roman" w:cs="Times New Roman"/>
        </w:rPr>
        <w:t xml:space="preserve"> </w:t>
      </w:r>
      <w:r>
        <w:rPr>
          <w:rFonts w:ascii="Nirmala UI" w:hAnsi="Nirmala UI" w:eastAsia="Nirmala UI" w:cs="Nirmala UI"/>
        </w:rPr>
        <w:t>ନିୟମର</w:t>
      </w:r>
      <w:r>
        <w:rPr>
          <w:rFonts w:ascii="Times New Roman" w:hAnsi="Times New Roman" w:eastAsia="Times New Roman" w:cs="Times New Roman"/>
        </w:rPr>
        <w:t xml:space="preserve"> </w:t>
      </w:r>
      <w:r>
        <w:rPr>
          <w:rFonts w:ascii="Nirmala UI" w:hAnsi="Nirmala UI" w:eastAsia="Nirmala UI" w:cs="Nirmala UI"/>
        </w:rPr>
        <w:t>ଇତିହାସର</w:t>
      </w:r>
      <w:r>
        <w:rPr>
          <w:rFonts w:ascii="Times New Roman" w:hAnsi="Times New Roman" w:eastAsia="Times New Roman" w:cs="Times New Roman"/>
        </w:rPr>
        <w:t xml:space="preserve"> </w:t>
      </w:r>
      <w:r>
        <w:rPr>
          <w:rFonts w:ascii="Nirmala UI" w:hAnsi="Nirmala UI" w:eastAsia="Nirmala UI" w:cs="Nirmala UI"/>
        </w:rPr>
        <w:t>ସର୍ବଶ୍ରେଷ୍ଠ</w:t>
      </w:r>
      <w:r>
        <w:rPr>
          <w:rFonts w:ascii="Times New Roman" w:hAnsi="Times New Roman" w:eastAsia="Times New Roman" w:cs="Times New Roman"/>
        </w:rPr>
        <w:t xml:space="preserve"> </w:t>
      </w:r>
      <w:r>
        <w:rPr>
          <w:rFonts w:ascii="Nirmala UI" w:hAnsi="Nirmala UI" w:eastAsia="Nirmala UI" w:cs="Nirmala UI"/>
        </w:rPr>
        <w:t>ପୁନରୁଜ୍ଜୀବନ</w:t>
      </w:r>
      <w:r>
        <w:rPr>
          <w:rFonts w:ascii="Times New Roman" w:hAnsi="Times New Roman" w:eastAsia="Times New Roman" w:cs="Times New Roman"/>
        </w:rPr>
        <w:t xml:space="preserve"> </w:t>
      </w:r>
      <w:r>
        <w:rPr>
          <w:rFonts w:ascii="Nirmala UI" w:hAnsi="Nirmala UI" w:eastAsia="Nirmala UI" w:cs="Nirmala UI"/>
        </w:rPr>
        <w:t>ଉତ୍ପନ୍ନ</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ଯୋଶିୟ</w:t>
      </w:r>
      <w:r>
        <w:rPr>
          <w:rFonts w:ascii="Times New Roman" w:hAnsi="Times New Roman" w:eastAsia="Times New Roman" w:cs="Times New Roman"/>
        </w:rPr>
        <w:t xml:space="preserve"> </w:t>
      </w:r>
      <w:r>
        <w:rPr>
          <w:rFonts w:ascii="Nirmala UI" w:hAnsi="Nirmala UI" w:eastAsia="Nirmala UI" w:cs="Nirmala UI"/>
        </w:rPr>
        <w:t>ନାମକ</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ଭବିଷ୍ୟତ୍</w:t>
      </w:r>
      <w:r>
        <w:rPr>
          <w:rFonts w:ascii="Times New Roman" w:hAnsi="Times New Roman" w:eastAsia="Times New Roman" w:cs="Times New Roman"/>
        </w:rPr>
        <w:t xml:space="preserve"> </w:t>
      </w:r>
      <w:r>
        <w:rPr>
          <w:rFonts w:ascii="Nirmala UI" w:hAnsi="Nirmala UI" w:eastAsia="Nirmala UI" w:cs="Nirmala UI"/>
        </w:rPr>
        <w:t>ଶିଶୁର</w:t>
      </w:r>
      <w:r>
        <w:rPr>
          <w:rFonts w:ascii="Times New Roman" w:hAnsi="Times New Roman" w:eastAsia="Times New Roman" w:cs="Times New Roman"/>
        </w:rPr>
        <w:t xml:space="preserve"> </w:t>
      </w:r>
      <w:r>
        <w:rPr>
          <w:rFonts w:ascii="Nirmala UI" w:hAnsi="Nirmala UI" w:eastAsia="Nirmala UI" w:cs="Nirmala UI"/>
        </w:rPr>
        <w:t>ଜନ୍ମ</w:t>
      </w:r>
      <w:r>
        <w:rPr>
          <w:rFonts w:ascii="Times New Roman" w:hAnsi="Times New Roman" w:eastAsia="Times New Roman" w:cs="Times New Roman"/>
        </w:rPr>
        <w:t xml:space="preserve"> </w:t>
      </w:r>
      <w:r>
        <w:rPr>
          <w:rFonts w:ascii="Nirmala UI" w:hAnsi="Nirmala UI" w:eastAsia="Nirmala UI" w:cs="Nirmala UI"/>
        </w:rPr>
        <w:t>ସମ୍ବନ୍ଧୀୟ</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ଭବିଷ୍ୟଦ୍ବାଣୀରେ</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ଯେରୋବୋଆମ</w:t>
      </w:r>
      <w:r>
        <w:rPr>
          <w:rFonts w:ascii="Times New Roman" w:hAnsi="Times New Roman" w:eastAsia="Times New Roman" w:cs="Times New Roman"/>
        </w:rPr>
        <w:t xml:space="preserve"> </w:t>
      </w:r>
      <w:r>
        <w:rPr>
          <w:rFonts w:ascii="Nirmala UI" w:hAnsi="Nirmala UI" w:eastAsia="Nirmala UI" w:cs="Nirmala UI"/>
        </w:rPr>
        <w:t>ରାଜାଙ୍କ</w:t>
      </w:r>
      <w:r>
        <w:rPr>
          <w:rFonts w:ascii="Times New Roman" w:hAnsi="Times New Roman" w:eastAsia="Times New Roman" w:cs="Times New Roman"/>
        </w:rPr>
        <w:t xml:space="preserve"> </w:t>
      </w:r>
      <w:r>
        <w:rPr>
          <w:rFonts w:ascii="Nirmala UI" w:hAnsi="Nirmala UI" w:eastAsia="Nirmala UI" w:cs="Nirmala UI"/>
        </w:rPr>
        <w:t>ବିରୁଦ୍ଧରେ</w:t>
      </w:r>
      <w:r>
        <w:rPr>
          <w:rFonts w:ascii="Times New Roman" w:hAnsi="Times New Roman" w:eastAsia="Times New Roman" w:cs="Times New Roman"/>
        </w:rPr>
        <w:t xml:space="preserve"> </w:t>
      </w:r>
      <w:r>
        <w:rPr>
          <w:rFonts w:ascii="Nirmala UI" w:hAnsi="Nirmala UI" w:eastAsia="Nirmala UI" w:cs="Nirmala UI"/>
        </w:rPr>
        <w:t>ଅନାଜ୍ଞାକାରୀ</w:t>
      </w:r>
      <w:r>
        <w:rPr>
          <w:rFonts w:ascii="Times New Roman" w:hAnsi="Times New Roman" w:eastAsia="Times New Roman" w:cs="Times New Roman"/>
        </w:rPr>
        <w:t xml:space="preserve"> </w:t>
      </w:r>
      <w:r>
        <w:rPr>
          <w:rFonts w:ascii="Nirmala UI" w:hAnsi="Nirmala UI" w:eastAsia="Nirmala UI" w:cs="Nirmala UI"/>
        </w:rPr>
        <w:t>ଭବିଷ୍ୟଦ୍ଦକ୍ତା</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ଉଚ୍ଚାରିତ</w:t>
      </w:r>
      <w:r>
        <w:rPr>
          <w:rFonts w:ascii="Times New Roman" w:hAnsi="Times New Roman" w:eastAsia="Times New Roman" w:cs="Times New Roman"/>
        </w:rPr>
        <w:t xml:space="preserve"> </w:t>
      </w:r>
      <w:r>
        <w:rPr>
          <w:rFonts w:ascii="Nirmala UI" w:hAnsi="Nirmala UI" w:eastAsia="Nirmala UI" w:cs="Nirmala UI"/>
        </w:rPr>
        <w:t>ମୂଳଭୂତ</w:t>
      </w:r>
      <w:r>
        <w:rPr>
          <w:rFonts w:ascii="Times New Roman" w:hAnsi="Times New Roman" w:eastAsia="Times New Roman" w:cs="Times New Roman"/>
        </w:rPr>
        <w:t xml:space="preserve"> </w:t>
      </w:r>
      <w:r>
        <w:rPr>
          <w:rFonts w:ascii="Nirmala UI" w:hAnsi="Nirmala UI" w:eastAsia="Nirmala UI" w:cs="Nirmala UI"/>
        </w:rPr>
        <w:t>ଧର୍ମତ୍ୟାଗର</w:t>
      </w:r>
      <w:r>
        <w:rPr>
          <w:rFonts w:ascii="Times New Roman" w:hAnsi="Times New Roman" w:eastAsia="Times New Roman" w:cs="Times New Roman"/>
        </w:rPr>
        <w:t xml:space="preserve"> </w:t>
      </w:r>
      <w:r>
        <w:rPr>
          <w:rFonts w:ascii="Nirmala UI" w:hAnsi="Nirmala UI" w:eastAsia="Nirmala UI" w:cs="Nirmala UI"/>
        </w:rPr>
        <w:t>ଭବିଷ୍ୟତ୍ମୂଳକ</w:t>
      </w:r>
      <w:r>
        <w:rPr>
          <w:rFonts w:ascii="Times New Roman" w:hAnsi="Times New Roman" w:eastAsia="Times New Roman" w:cs="Times New Roman"/>
        </w:rPr>
        <w:t xml:space="preserve"> </w:t>
      </w:r>
      <w:r>
        <w:rPr>
          <w:rFonts w:ascii="Nirmala UI" w:hAnsi="Nirmala UI" w:eastAsia="Nirmala UI" w:cs="Nirmala UI"/>
        </w:rPr>
        <w:t>ନିନ୍ଦା</w:t>
      </w:r>
      <w:r>
        <w:rPr>
          <w:rFonts w:ascii="Times New Roman" w:hAnsi="Times New Roman" w:eastAsia="Times New Roman" w:cs="Times New Roman"/>
        </w:rPr>
        <w:t xml:space="preserve"> </w:t>
      </w:r>
      <w:r>
        <w:rPr>
          <w:rFonts w:ascii="Nirmala UI" w:hAnsi="Nirmala UI" w:eastAsia="Nirmala UI" w:cs="Nirmala UI"/>
        </w:rPr>
        <w:t>ଅନ୍ତର୍ଭୁକ୍ତ</w:t>
      </w:r>
      <w:r>
        <w:rPr>
          <w:rFonts w:ascii="Times New Roman" w:hAnsi="Times New Roman" w:eastAsia="Times New Roman" w:cs="Times New Roman"/>
        </w:rPr>
        <w:t xml:space="preserve"> </w:t>
      </w:r>
      <w:r>
        <w:rPr>
          <w:rFonts w:ascii="Nirmala UI" w:hAnsi="Nirmala UI" w:eastAsia="Nirmala UI" w:cs="Nirmala UI"/>
        </w:rPr>
        <w:t>ଥିଲା।</w:t>
      </w:r>
    </w:p>
    <w:p>
      <w:pPr>
        <w:pStyle w:val="ArticleBody"/>
        <w:jc w:val="left"/>
      </w:pPr>
      <w:r>
        <w:rPr>
          <w:rFonts w:ascii="Nirmala UI" w:hAnsi="Nirmala UI" w:eastAsia="Nirmala UI" w:cs="Nirmala UI"/>
        </w:rPr>
        <w:t>ଦାନିଏଲ</w:t>
      </w:r>
      <w:r>
        <w:rPr>
          <w:rFonts w:ascii="Times New Roman" w:hAnsi="Times New Roman" w:eastAsia="Times New Roman" w:cs="Times New Roman"/>
        </w:rPr>
        <w:t xml:space="preserve"> </w:t>
      </w:r>
      <w:r>
        <w:rPr>
          <w:rFonts w:ascii="Nirmala UI" w:hAnsi="Nirmala UI" w:eastAsia="Nirmala UI" w:cs="Nirmala UI"/>
        </w:rPr>
        <w:t>ଯାହାକୁ</w:t>
      </w:r>
      <w:r>
        <w:rPr>
          <w:rFonts w:ascii="Times New Roman" w:hAnsi="Times New Roman" w:eastAsia="Times New Roman" w:cs="Times New Roman"/>
        </w:rPr>
        <w:t xml:space="preserve"> </w:t>
      </w:r>
      <w:r>
        <w:rPr>
          <w:rFonts w:ascii="Nirmala UI" w:hAnsi="Nirmala UI" w:eastAsia="Nirmala UI" w:cs="Nirmala UI"/>
        </w:rPr>
        <w:t>ମୋଶାଙ୍କର</w:t>
      </w:r>
      <w:r>
        <w:rPr>
          <w:rFonts w:ascii="Times New Roman" w:hAnsi="Times New Roman" w:eastAsia="Times New Roman" w:cs="Times New Roman"/>
        </w:rPr>
        <w:t xml:space="preserve"> </w:t>
      </w:r>
      <w:r>
        <w:rPr>
          <w:rFonts w:ascii="Nirmala UI" w:hAnsi="Nirmala UI" w:eastAsia="Nirmala UI" w:cs="Nirmala UI"/>
        </w:rPr>
        <w:t>ଶାପ</w:t>
      </w:r>
      <w:r>
        <w:rPr>
          <w:rFonts w:ascii="Times New Roman" w:hAnsi="Times New Roman" w:eastAsia="Times New Roman" w:cs="Times New Roman"/>
        </w:rPr>
        <w:t xml:space="preserve">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କୁହନ୍ତି</w:t>
      </w:r>
      <w:r>
        <w:rPr>
          <w:rFonts w:ascii="Times New Roman" w:hAnsi="Times New Roman" w:eastAsia="Times New Roman" w:cs="Times New Roman"/>
        </w:rPr>
        <w:t xml:space="preserve">, </w:t>
      </w:r>
      <w:r>
        <w:rPr>
          <w:rFonts w:ascii="Nirmala UI" w:hAnsi="Nirmala UI" w:eastAsia="Nirmala UI" w:cs="Nirmala UI"/>
        </w:rPr>
        <w:t>ସେହିଟି</w:t>
      </w:r>
      <w:r>
        <w:rPr>
          <w:rFonts w:ascii="Times New Roman" w:hAnsi="Times New Roman" w:eastAsia="Times New Roman" w:cs="Times New Roman"/>
        </w:rPr>
        <w:t xml:space="preserve"> </w:t>
      </w:r>
      <w:r>
        <w:rPr>
          <w:rFonts w:ascii="Nirmala UI" w:hAnsi="Nirmala UI" w:eastAsia="Nirmala UI" w:cs="Nirmala UI"/>
        </w:rPr>
        <w:t>ହେଉଛି</w:t>
      </w:r>
      <w:r>
        <w:rPr>
          <w:rFonts w:ascii="Times New Roman" w:hAnsi="Times New Roman" w:eastAsia="Times New Roman" w:cs="Times New Roman"/>
        </w:rPr>
        <w:t xml:space="preserve"> </w:t>
      </w:r>
      <w:r>
        <w:rPr>
          <w:rFonts w:ascii="Nirmala UI" w:hAnsi="Nirmala UI" w:eastAsia="Nirmala UI" w:cs="Nirmala UI"/>
        </w:rPr>
        <w:t>ଲେବ୍ୟବ୍ୟବସ୍ଥା</w:t>
      </w:r>
      <w:r>
        <w:rPr>
          <w:rFonts w:ascii="Times New Roman" w:hAnsi="Times New Roman" w:eastAsia="Times New Roman" w:cs="Times New Roman"/>
        </w:rPr>
        <w:t xml:space="preserve"> </w:t>
      </w:r>
      <w:r>
        <w:rPr>
          <w:rFonts w:ascii="Nirmala UI" w:hAnsi="Nirmala UI" w:eastAsia="Nirmala UI" w:cs="Nirmala UI"/>
        </w:rPr>
        <w:t>ପୁସ୍ତକର</w:t>
      </w:r>
      <w:r>
        <w:rPr>
          <w:rFonts w:ascii="Times New Roman" w:hAnsi="Times New Roman" w:eastAsia="Times New Roman" w:cs="Times New Roman"/>
        </w:rPr>
        <w:t xml:space="preserve"> </w:t>
      </w:r>
      <w:r>
        <w:rPr>
          <w:rFonts w:ascii="Nirmala UI" w:hAnsi="Nirmala UI" w:eastAsia="Nirmala UI" w:cs="Nirmala UI"/>
        </w:rPr>
        <w:t>ଛବିଶତମ</w:t>
      </w:r>
      <w:r>
        <w:rPr>
          <w:rFonts w:ascii="Times New Roman" w:hAnsi="Times New Roman" w:eastAsia="Times New Roman" w:cs="Times New Roman"/>
        </w:rPr>
        <w:t xml:space="preserve"> </w:t>
      </w:r>
      <w:r>
        <w:rPr>
          <w:rFonts w:ascii="Nirmala UI" w:hAnsi="Nirmala UI" w:eastAsia="Nirmala UI" w:cs="Nirmala UI"/>
        </w:rPr>
        <w:t>ଅଧ୍ୟାୟର</w:t>
      </w:r>
      <w:r>
        <w:rPr>
          <w:rFonts w:ascii="Times New Roman" w:hAnsi="Times New Roman" w:eastAsia="Times New Roman" w:cs="Times New Roman"/>
        </w:rPr>
        <w:t xml:space="preserve"> “</w:t>
      </w:r>
      <w:r>
        <w:rPr>
          <w:rFonts w:ascii="Nirmala UI" w:hAnsi="Nirmala UI" w:eastAsia="Nirmala UI" w:cs="Nirmala UI"/>
        </w:rPr>
        <w:t>ସାତଥର</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ୱିଲିଆମ୍</w:t>
      </w:r>
      <w:r>
        <w:rPr>
          <w:rFonts w:ascii="Times New Roman" w:hAnsi="Times New Roman" w:eastAsia="Times New Roman" w:cs="Times New Roman"/>
        </w:rPr>
        <w:t xml:space="preserve"> </w:t>
      </w:r>
      <w:r>
        <w:rPr>
          <w:rFonts w:ascii="Nirmala UI" w:hAnsi="Nirmala UI" w:eastAsia="Nirmala UI" w:cs="Nirmala UI"/>
        </w:rPr>
        <w:t>ମିଲରଙ୍କର</w:t>
      </w:r>
      <w:r>
        <w:rPr>
          <w:rFonts w:ascii="Times New Roman" w:hAnsi="Times New Roman" w:eastAsia="Times New Roman" w:cs="Times New Roman"/>
        </w:rPr>
        <w:t xml:space="preserve"> </w:t>
      </w:r>
      <w:r>
        <w:rPr>
          <w:rFonts w:ascii="Nirmala UI" w:hAnsi="Nirmala UI" w:eastAsia="Nirmala UI" w:cs="Nirmala UI"/>
        </w:rPr>
        <w:t>ମୌଳିକ</w:t>
      </w:r>
      <w:r>
        <w:rPr>
          <w:rFonts w:ascii="Times New Roman" w:hAnsi="Times New Roman" w:eastAsia="Times New Roman" w:cs="Times New Roman"/>
        </w:rPr>
        <w:t xml:space="preserve"> </w:t>
      </w:r>
      <w:r>
        <w:rPr>
          <w:rFonts w:ascii="Nirmala UI" w:hAnsi="Nirmala UI" w:eastAsia="Nirmala UI" w:cs="Nirmala UI"/>
        </w:rPr>
        <w:t>ଆବିଷ୍କାର</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ଯିଏ</w:t>
      </w:r>
      <w:r>
        <w:rPr>
          <w:rFonts w:ascii="Times New Roman" w:hAnsi="Times New Roman" w:eastAsia="Times New Roman" w:cs="Times New Roman"/>
        </w:rPr>
        <w:t xml:space="preserve"> </w:t>
      </w:r>
      <w:r>
        <w:rPr>
          <w:rFonts w:ascii="Nirmala UI" w:hAnsi="Nirmala UI" w:eastAsia="Nirmala UI" w:cs="Nirmala UI"/>
        </w:rPr>
        <w:t>ଆଡଭେଣ୍ଟିଜମ୍</w:t>
      </w:r>
      <w:r>
        <w:rPr>
          <w:rFonts w:ascii="Times New Roman" w:hAnsi="Times New Roman" w:eastAsia="Times New Roman" w:cs="Times New Roman"/>
        </w:rPr>
        <w:t>‌</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ମୌଳିକ</w:t>
      </w:r>
      <w:r>
        <w:rPr>
          <w:rFonts w:ascii="Times New Roman" w:hAnsi="Times New Roman" w:eastAsia="Times New Roman" w:cs="Times New Roman"/>
        </w:rPr>
        <w:t xml:space="preserve"> </w:t>
      </w:r>
      <w:r>
        <w:rPr>
          <w:rFonts w:ascii="Nirmala UI" w:hAnsi="Nirmala UI" w:eastAsia="Nirmala UI" w:cs="Nirmala UI"/>
        </w:rPr>
        <w:t>ସତ୍ୟମାନଙ୍କର</w:t>
      </w:r>
      <w:r>
        <w:rPr>
          <w:rFonts w:ascii="Times New Roman" w:hAnsi="Times New Roman" w:eastAsia="Times New Roman" w:cs="Times New Roman"/>
        </w:rPr>
        <w:t xml:space="preserve"> </w:t>
      </w:r>
      <w:r>
        <w:rPr>
          <w:rFonts w:ascii="Nirmala UI" w:hAnsi="Nirmala UI" w:eastAsia="Nirmala UI" w:cs="Nirmala UI"/>
        </w:rPr>
        <w:t>ପ୍ରତୀକ</w:t>
      </w:r>
      <w:r>
        <w:rPr>
          <w:rFonts w:ascii="Times New Roman" w:hAnsi="Times New Roman" w:eastAsia="Times New Roman" w:cs="Times New Roman"/>
        </w:rPr>
        <w:t xml:space="preserve"> </w:t>
      </w:r>
      <w:r>
        <w:rPr>
          <w:rFonts w:ascii="Nirmala UI" w:hAnsi="Nirmala UI" w:eastAsia="Nirmala UI" w:cs="Nirmala UI"/>
        </w:rPr>
        <w:t>ଅଟନ୍ତି।</w:t>
      </w:r>
      <w:r>
        <w:rPr>
          <w:rFonts w:ascii="Times New Roman" w:hAnsi="Times New Roman" w:eastAsia="Times New Roman" w:cs="Times New Roman"/>
        </w:rPr>
        <w:t xml:space="preserve"> </w:t>
      </w:r>
      <w:r>
        <w:rPr>
          <w:rFonts w:ascii="Nirmala UI" w:hAnsi="Nirmala UI" w:eastAsia="Nirmala UI" w:cs="Nirmala UI"/>
        </w:rPr>
        <w:t>୧୮୪୦</w:t>
      </w:r>
      <w:r>
        <w:rPr>
          <w:rFonts w:ascii="Times New Roman" w:hAnsi="Times New Roman" w:eastAsia="Times New Roman" w:cs="Times New Roman"/>
        </w:rPr>
        <w:t xml:space="preserve"> </w:t>
      </w:r>
      <w:r>
        <w:rPr>
          <w:rFonts w:ascii="Nirmala UI" w:hAnsi="Nirmala UI" w:eastAsia="Nirmala UI" w:cs="Nirmala UI"/>
        </w:rPr>
        <w:t>ଖ୍ରୀଷ୍ଟାବ୍ଦ</w:t>
      </w:r>
      <w:r>
        <w:rPr>
          <w:rFonts w:ascii="Times New Roman" w:hAnsi="Times New Roman" w:eastAsia="Times New Roman" w:cs="Times New Roman"/>
        </w:rPr>
        <w:t xml:space="preserve"> </w:t>
      </w:r>
      <w:r>
        <w:rPr>
          <w:rFonts w:ascii="Nirmala UI" w:hAnsi="Nirmala UI" w:eastAsia="Nirmala UI" w:cs="Nirmala UI"/>
        </w:rPr>
        <w:t>ଆଗଷ୍ଟ</w:t>
      </w:r>
      <w:r>
        <w:rPr>
          <w:rFonts w:ascii="Times New Roman" w:hAnsi="Times New Roman" w:eastAsia="Times New Roman" w:cs="Times New Roman"/>
        </w:rPr>
        <w:t xml:space="preserve"> </w:t>
      </w:r>
      <w:r>
        <w:rPr>
          <w:rFonts w:ascii="Nirmala UI" w:hAnsi="Nirmala UI" w:eastAsia="Nirmala UI" w:cs="Nirmala UI"/>
        </w:rPr>
        <w:t>୧୧</w:t>
      </w:r>
      <w:r>
        <w:rPr>
          <w:rFonts w:ascii="Times New Roman" w:hAnsi="Times New Roman" w:eastAsia="Times New Roman" w:cs="Times New Roman"/>
        </w:rPr>
        <w:t xml:space="preserve"> </w:t>
      </w:r>
      <w:r>
        <w:rPr>
          <w:rFonts w:ascii="Nirmala UI" w:hAnsi="Nirmala UI" w:eastAsia="Nirmala UI" w:cs="Nirmala UI"/>
        </w:rPr>
        <w:t>ତାରିଖରେ</w:t>
      </w:r>
      <w:r>
        <w:rPr>
          <w:rFonts w:ascii="Times New Roman" w:hAnsi="Times New Roman" w:eastAsia="Times New Roman" w:cs="Times New Roman"/>
        </w:rPr>
        <w:t xml:space="preserve"> </w:t>
      </w:r>
      <w:r>
        <w:rPr>
          <w:rFonts w:ascii="Nirmala UI" w:hAnsi="Nirmala UI" w:eastAsia="Nirmala UI" w:cs="Nirmala UI"/>
        </w:rPr>
        <w:t>ମିଲରଙ୍କ</w:t>
      </w:r>
      <w:r>
        <w:rPr>
          <w:rFonts w:ascii="Times New Roman" w:hAnsi="Times New Roman" w:eastAsia="Times New Roman" w:cs="Times New Roman"/>
        </w:rPr>
        <w:t xml:space="preserve"> </w:t>
      </w:r>
      <w:r>
        <w:rPr>
          <w:rFonts w:ascii="Nirmala UI" w:hAnsi="Nirmala UI" w:eastAsia="Nirmala UI" w:cs="Nirmala UI"/>
        </w:rPr>
        <w:t>ସନ୍ଦେଶରେ</w:t>
      </w:r>
      <w:r>
        <w:rPr>
          <w:rFonts w:ascii="Times New Roman" w:hAnsi="Times New Roman" w:eastAsia="Times New Roman" w:cs="Times New Roman"/>
        </w:rPr>
        <w:t xml:space="preserve"> </w:t>
      </w:r>
      <w:r>
        <w:rPr>
          <w:rFonts w:ascii="Nirmala UI" w:hAnsi="Nirmala UI" w:eastAsia="Nirmala UI" w:cs="Nirmala UI"/>
        </w:rPr>
        <w:t>ଆସିଥିବା</w:t>
      </w:r>
      <w:r>
        <w:rPr>
          <w:rFonts w:ascii="Times New Roman" w:hAnsi="Times New Roman" w:eastAsia="Times New Roman" w:cs="Times New Roman"/>
        </w:rPr>
        <w:t xml:space="preserve"> </w:t>
      </w:r>
      <w:r>
        <w:rPr>
          <w:rFonts w:ascii="Nirmala UI" w:hAnsi="Nirmala UI" w:eastAsia="Nirmala UI" w:cs="Nirmala UI"/>
        </w:rPr>
        <w:t>ଶକ୍ତିପ୍ରଦାନ</w:t>
      </w:r>
      <w:r>
        <w:rPr>
          <w:rFonts w:ascii="Times New Roman" w:hAnsi="Times New Roman" w:eastAsia="Times New Roman" w:cs="Times New Roman"/>
        </w:rPr>
        <w:t xml:space="preserve"> </w:t>
      </w:r>
      <w:r>
        <w:rPr>
          <w:rFonts w:ascii="Nirmala UI" w:hAnsi="Nirmala UI" w:eastAsia="Nirmala UI" w:cs="Nirmala UI"/>
        </w:rPr>
        <w:t>୧୮୩୮</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୧୮୪୦</w:t>
      </w:r>
      <w:r>
        <w:rPr>
          <w:rFonts w:ascii="Times New Roman" w:hAnsi="Times New Roman" w:eastAsia="Times New Roman" w:cs="Times New Roman"/>
        </w:rPr>
        <w:t xml:space="preserve">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ଯୋଶିଆ</w:t>
      </w:r>
      <w:r>
        <w:rPr>
          <w:rFonts w:ascii="Times New Roman" w:hAnsi="Times New Roman" w:eastAsia="Times New Roman" w:cs="Times New Roman"/>
        </w:rPr>
        <w:t xml:space="preserve">” </w:t>
      </w:r>
      <w:r>
        <w:rPr>
          <w:rFonts w:ascii="Nirmala UI" w:hAnsi="Nirmala UI" w:eastAsia="Nirmala UI" w:cs="Nirmala UI"/>
        </w:rPr>
        <w:t>ଲିଚ୍</w:t>
      </w:r>
      <w:r>
        <w:rPr>
          <w:rFonts w:ascii="Times New Roman" w:hAnsi="Times New Roman" w:eastAsia="Times New Roman" w:cs="Times New Roman"/>
        </w:rPr>
        <w:t>‌</w:t>
      </w:r>
      <w:r>
        <w:rPr>
          <w:rFonts w:ascii="Nirmala UI" w:hAnsi="Nirmala UI" w:eastAsia="Nirmala UI" w:cs="Nirmala UI"/>
        </w:rPr>
        <w:t>ଙ୍କ</w:t>
      </w:r>
      <w:r>
        <w:rPr>
          <w:rFonts w:ascii="Times New Roman" w:hAnsi="Times New Roman" w:eastAsia="Times New Roman" w:cs="Times New Roman"/>
        </w:rPr>
        <w:t xml:space="preserve"> </w:t>
      </w:r>
      <w:r>
        <w:rPr>
          <w:rFonts w:ascii="Nirmala UI" w:hAnsi="Nirmala UI" w:eastAsia="Nirmala UI" w:cs="Nirmala UI"/>
        </w:rPr>
        <w:t>କାର୍ଯ୍ୟ</w:t>
      </w:r>
      <w:r>
        <w:rPr>
          <w:rFonts w:ascii="Times New Roman" w:hAnsi="Times New Roman" w:eastAsia="Times New Roman" w:cs="Times New Roman"/>
        </w:rPr>
        <w:t xml:space="preserve"> </w:t>
      </w:r>
      <w:r>
        <w:rPr>
          <w:rFonts w:ascii="Nirmala UI" w:hAnsi="Nirmala UI" w:eastAsia="Nirmala UI" w:cs="Nirmala UI"/>
        </w:rPr>
        <w:t>ମାଧ୍ୟମରେ</w:t>
      </w:r>
      <w:r>
        <w:rPr>
          <w:rFonts w:ascii="Times New Roman" w:hAnsi="Times New Roman" w:eastAsia="Times New Roman" w:cs="Times New Roman"/>
        </w:rPr>
        <w:t xml:space="preserve"> </w:t>
      </w:r>
      <w:r>
        <w:rPr>
          <w:rFonts w:ascii="Nirmala UI" w:hAnsi="Nirmala UI" w:eastAsia="Nirmala UI" w:cs="Nirmala UI"/>
        </w:rPr>
        <w:t>ସଂପନ୍ନ</w:t>
      </w:r>
      <w:r>
        <w:rPr>
          <w:rFonts w:ascii="Times New Roman" w:hAnsi="Times New Roman" w:eastAsia="Times New Roman" w:cs="Times New Roman"/>
        </w:rPr>
        <w:t xml:space="preserve"> </w:t>
      </w:r>
      <w:r>
        <w:rPr>
          <w:rFonts w:ascii="Nirmala UI" w:hAnsi="Nirmala UI" w:eastAsia="Nirmala UI" w:cs="Nirmala UI"/>
        </w:rPr>
        <w:t>ହୋଇଥିଲା।</w:t>
      </w:r>
      <w:r>
        <w:rPr>
          <w:rFonts w:ascii="Times New Roman" w:hAnsi="Times New Roman" w:eastAsia="Times New Roman" w:cs="Times New Roman"/>
        </w:rPr>
        <w:t xml:space="preserve"> </w:t>
      </w:r>
      <w:r>
        <w:rPr>
          <w:rFonts w:ascii="Nirmala UI" w:hAnsi="Nirmala UI" w:eastAsia="Nirmala UI" w:cs="Nirmala UI"/>
        </w:rPr>
        <w:t>୧୮୬୩</w:t>
      </w:r>
      <w:r>
        <w:rPr>
          <w:rFonts w:ascii="Times New Roman" w:hAnsi="Times New Roman" w:eastAsia="Times New Roman" w:cs="Times New Roman"/>
        </w:rPr>
        <w:t xml:space="preserve">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ଭିତ୍ତିସମୂହ</w:t>
      </w:r>
      <w:r>
        <w:rPr>
          <w:rFonts w:ascii="Times New Roman" w:hAnsi="Times New Roman" w:eastAsia="Times New Roman" w:cs="Times New Roman"/>
        </w:rPr>
        <w:t xml:space="preserve"> </w:t>
      </w:r>
      <w:r>
        <w:rPr>
          <w:rFonts w:ascii="Nirmala UI" w:hAnsi="Nirmala UI" w:eastAsia="Nirmala UI" w:cs="Nirmala UI"/>
        </w:rPr>
        <w:t>ପରିତ୍ୟକ୍ତ</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ସାତଥର</w:t>
      </w:r>
      <w:r>
        <w:rPr>
          <w:rFonts w:ascii="Times New Roman" w:hAnsi="Times New Roman" w:eastAsia="Times New Roman" w:cs="Times New Roman"/>
        </w:rPr>
        <w:t xml:space="preserve">” </w:t>
      </w:r>
      <w:r>
        <w:rPr>
          <w:rFonts w:ascii="Nirmala UI" w:hAnsi="Nirmala UI" w:eastAsia="Nirmala UI" w:cs="Nirmala UI"/>
        </w:rPr>
        <w:t>କେବଳ</w:t>
      </w:r>
      <w:r>
        <w:rPr>
          <w:rFonts w:ascii="Times New Roman" w:hAnsi="Times New Roman" w:eastAsia="Times New Roman" w:cs="Times New Roman"/>
        </w:rPr>
        <w:t xml:space="preserve"> </w:t>
      </w:r>
      <w:r>
        <w:rPr>
          <w:rFonts w:ascii="Nirmala UI" w:hAnsi="Nirmala UI" w:eastAsia="Nirmala UI" w:cs="Nirmala UI"/>
        </w:rPr>
        <w:t>ଫିଲାଦେଲଫିୟ</w:t>
      </w:r>
      <w:r>
        <w:rPr>
          <w:rFonts w:ascii="Times New Roman" w:hAnsi="Times New Roman" w:eastAsia="Times New Roman" w:cs="Times New Roman"/>
        </w:rPr>
        <w:t xml:space="preserve"> </w:t>
      </w:r>
      <w:r>
        <w:rPr>
          <w:rFonts w:ascii="Nirmala UI" w:hAnsi="Nirmala UI" w:eastAsia="Nirmala UI" w:cs="Nirmala UI"/>
        </w:rPr>
        <w:t>ମିଲରାଇଟମାନଙ୍କର</w:t>
      </w:r>
      <w:r>
        <w:rPr>
          <w:rFonts w:ascii="Times New Roman" w:hAnsi="Times New Roman" w:eastAsia="Times New Roman" w:cs="Times New Roman"/>
        </w:rPr>
        <w:t xml:space="preserve"> </w:t>
      </w:r>
      <w:r>
        <w:rPr>
          <w:rFonts w:ascii="Nirmala UI" w:hAnsi="Nirmala UI" w:eastAsia="Nirmala UI" w:cs="Nirmala UI"/>
        </w:rPr>
        <w:t>ମୌଳିକ</w:t>
      </w:r>
      <w:r>
        <w:rPr>
          <w:rFonts w:ascii="Times New Roman" w:hAnsi="Times New Roman" w:eastAsia="Times New Roman" w:cs="Times New Roman"/>
        </w:rPr>
        <w:t xml:space="preserve"> </w:t>
      </w:r>
      <w:r>
        <w:rPr>
          <w:rFonts w:ascii="Nirmala UI" w:hAnsi="Nirmala UI" w:eastAsia="Nirmala UI" w:cs="Nirmala UI"/>
        </w:rPr>
        <w:t>ସତ୍ୟମାନଙ୍କର</w:t>
      </w:r>
      <w:r>
        <w:rPr>
          <w:rFonts w:ascii="Times New Roman" w:hAnsi="Times New Roman" w:eastAsia="Times New Roman" w:cs="Times New Roman"/>
        </w:rPr>
        <w:t xml:space="preserve"> </w:t>
      </w:r>
      <w:r>
        <w:rPr>
          <w:rFonts w:ascii="Nirmala UI" w:hAnsi="Nirmala UI" w:eastAsia="Nirmala UI" w:cs="Nirmala UI"/>
        </w:rPr>
        <w:t>ପ୍ରତୀକ</w:t>
      </w:r>
      <w:r>
        <w:rPr>
          <w:rFonts w:ascii="Times New Roman" w:hAnsi="Times New Roman" w:eastAsia="Times New Roman" w:cs="Times New Roman"/>
        </w:rPr>
        <w:t xml:space="preserve"> </w:t>
      </w:r>
      <w:r>
        <w:rPr>
          <w:rFonts w:ascii="Nirmala UI" w:hAnsi="Nirmala UI" w:eastAsia="Nirmala UI" w:cs="Nirmala UI"/>
        </w:rPr>
        <w:t>ମାତ୍ର</w:t>
      </w:r>
      <w:r>
        <w:rPr>
          <w:rFonts w:ascii="Times New Roman" w:hAnsi="Times New Roman" w:eastAsia="Times New Roman" w:cs="Times New Roman"/>
        </w:rPr>
        <w:t xml:space="preserve"> </w:t>
      </w:r>
      <w:r>
        <w:rPr>
          <w:rFonts w:ascii="Nirmala UI" w:hAnsi="Nirmala UI" w:eastAsia="Nirmala UI" w:cs="Nirmala UI"/>
        </w:rPr>
        <w:t>ରହିଲା</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ବରଂ</w:t>
      </w:r>
      <w:r>
        <w:rPr>
          <w:rFonts w:ascii="Times New Roman" w:hAnsi="Times New Roman" w:eastAsia="Times New Roman" w:cs="Times New Roman"/>
        </w:rPr>
        <w:t xml:space="preserve"> </w:t>
      </w:r>
      <w:r>
        <w:rPr>
          <w:rFonts w:ascii="Nirmala UI" w:hAnsi="Nirmala UI" w:eastAsia="Nirmala UI" w:cs="Nirmala UI"/>
        </w:rPr>
        <w:t>ଭିତ୍ତିସମୂହ</w:t>
      </w:r>
      <w:r>
        <w:rPr>
          <w:rFonts w:ascii="Times New Roman" w:hAnsi="Times New Roman" w:eastAsia="Times New Roman" w:cs="Times New Roman"/>
        </w:rPr>
        <w:t xml:space="preserve"> </w:t>
      </w:r>
      <w:r>
        <w:rPr>
          <w:rFonts w:ascii="Nirmala UI" w:hAnsi="Nirmala UI" w:eastAsia="Nirmala UI" w:cs="Nirmala UI"/>
        </w:rPr>
        <w:t>ବିରୁଦ୍ଧରେ</w:t>
      </w:r>
      <w:r>
        <w:rPr>
          <w:rFonts w:ascii="Times New Roman" w:hAnsi="Times New Roman" w:eastAsia="Times New Roman" w:cs="Times New Roman"/>
        </w:rPr>
        <w:t xml:space="preserve"> </w:t>
      </w:r>
      <w:r>
        <w:rPr>
          <w:rFonts w:ascii="Nirmala UI" w:hAnsi="Nirmala UI" w:eastAsia="Nirmala UI" w:cs="Nirmala UI"/>
        </w:rPr>
        <w:t>ଲାଓଦିକୀୟ</w:t>
      </w:r>
      <w:r>
        <w:rPr>
          <w:rFonts w:ascii="Times New Roman" w:hAnsi="Times New Roman" w:eastAsia="Times New Roman" w:cs="Times New Roman"/>
        </w:rPr>
        <w:t xml:space="preserve"> </w:t>
      </w:r>
      <w:r>
        <w:rPr>
          <w:rFonts w:ascii="Nirmala UI" w:hAnsi="Nirmala UI" w:eastAsia="Nirmala UI" w:cs="Nirmala UI"/>
        </w:rPr>
        <w:t>ମିଲରିଜମ୍</w:t>
      </w:r>
      <w:r>
        <w:rPr>
          <w:rFonts w:ascii="Times New Roman" w:hAnsi="Times New Roman" w:eastAsia="Times New Roman" w:cs="Times New Roman"/>
        </w:rPr>
        <w:t>‌</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ବିଦ୍ରୋହର</w:t>
      </w:r>
      <w:r>
        <w:rPr>
          <w:rFonts w:ascii="Times New Roman" w:hAnsi="Times New Roman" w:eastAsia="Times New Roman" w:cs="Times New Roman"/>
        </w:rPr>
        <w:t xml:space="preserve"> </w:t>
      </w:r>
      <w:r>
        <w:rPr>
          <w:rFonts w:ascii="Nirmala UI" w:hAnsi="Nirmala UI" w:eastAsia="Nirmala UI" w:cs="Nirmala UI"/>
        </w:rPr>
        <w:t>ପ୍ରତୀକ</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ହେଇଗଲା।</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ଦ୍ୱିତୀୟ</w:t>
      </w:r>
      <w:r>
        <w:rPr>
          <w:rFonts w:ascii="Times New Roman" w:hAnsi="Times New Roman" w:eastAsia="Times New Roman" w:cs="Times New Roman"/>
        </w:rPr>
        <w:t xml:space="preserve"> </w:t>
      </w:r>
      <w:r>
        <w:rPr>
          <w:rFonts w:ascii="Nirmala UI" w:hAnsi="Nirmala UI" w:eastAsia="Nirmala UI" w:cs="Nirmala UI"/>
        </w:rPr>
        <w:t>ଦୂତଙ୍କର</w:t>
      </w:r>
      <w:r>
        <w:rPr>
          <w:rFonts w:ascii="Times New Roman" w:hAnsi="Times New Roman" w:eastAsia="Times New Roman" w:cs="Times New Roman"/>
        </w:rPr>
        <w:t xml:space="preserve"> </w:t>
      </w:r>
      <w:r>
        <w:rPr>
          <w:rFonts w:ascii="Nirmala UI" w:hAnsi="Nirmala UI" w:eastAsia="Nirmala UI" w:cs="Nirmala UI"/>
        </w:rPr>
        <w:t>ମିଲରାଇଟମାନଙ୍କର</w:t>
      </w:r>
      <w:r>
        <w:rPr>
          <w:rFonts w:ascii="Times New Roman" w:hAnsi="Times New Roman" w:eastAsia="Times New Roman" w:cs="Times New Roman"/>
        </w:rPr>
        <w:t xml:space="preserve"> </w:t>
      </w:r>
      <w:r>
        <w:rPr>
          <w:rFonts w:ascii="Nirmala UI" w:hAnsi="Nirmala UI" w:eastAsia="Nirmala UI" w:cs="Nirmala UI"/>
        </w:rPr>
        <w:t>ଇତିହାସରେ</w:t>
      </w:r>
      <w:r>
        <w:rPr>
          <w:rFonts w:ascii="Times New Roman" w:hAnsi="Times New Roman" w:eastAsia="Times New Roman" w:cs="Times New Roman"/>
        </w:rPr>
        <w:t xml:space="preserve"> “</w:t>
      </w:r>
      <w:r>
        <w:rPr>
          <w:rFonts w:ascii="Nirmala UI" w:hAnsi="Nirmala UI" w:eastAsia="Nirmala UI" w:cs="Nirmala UI"/>
        </w:rPr>
        <w:t>ଯୋଶିଆ</w:t>
      </w:r>
      <w:r>
        <w:rPr>
          <w:rFonts w:ascii="Times New Roman" w:hAnsi="Times New Roman" w:eastAsia="Times New Roman" w:cs="Times New Roman"/>
        </w:rPr>
        <w:t>”</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ପ୍ରତୀକତ୍ୱ</w:t>
      </w:r>
      <w:r>
        <w:rPr>
          <w:rFonts w:ascii="Times New Roman" w:hAnsi="Times New Roman" w:eastAsia="Times New Roman" w:cs="Times New Roman"/>
        </w:rPr>
        <w:t xml:space="preserve"> </w:t>
      </w:r>
      <w:r>
        <w:rPr>
          <w:rFonts w:ascii="Nirmala UI" w:hAnsi="Nirmala UI" w:eastAsia="Nirmala UI" w:cs="Nirmala UI"/>
        </w:rPr>
        <w:t>ନିହିତ</w:t>
      </w:r>
      <w:r>
        <w:rPr>
          <w:rFonts w:ascii="Times New Roman" w:hAnsi="Times New Roman" w:eastAsia="Times New Roman" w:cs="Times New Roman"/>
        </w:rPr>
        <w:t xml:space="preserve"> </w:t>
      </w:r>
      <w:r>
        <w:rPr>
          <w:rFonts w:ascii="Nirmala UI" w:hAnsi="Nirmala UI" w:eastAsia="Nirmala UI" w:cs="Nirmala UI"/>
        </w:rPr>
        <w:t>ଅଛି</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ଶତ</w:t>
      </w:r>
      <w:r>
        <w:rPr>
          <w:rFonts w:ascii="Times New Roman" w:hAnsi="Times New Roman" w:eastAsia="Times New Roman" w:cs="Times New Roman"/>
        </w:rPr>
        <w:t xml:space="preserve"> </w:t>
      </w:r>
      <w:r>
        <w:rPr>
          <w:rFonts w:ascii="Nirmala UI" w:hAnsi="Nirmala UI" w:eastAsia="Nirmala UI" w:cs="Nirmala UI"/>
        </w:rPr>
        <w:t>ଚୁଆଳିଶ</w:t>
      </w:r>
      <w:r>
        <w:rPr>
          <w:rFonts w:ascii="Times New Roman" w:hAnsi="Times New Roman" w:eastAsia="Times New Roman" w:cs="Times New Roman"/>
        </w:rPr>
        <w:t xml:space="preserve"> </w:t>
      </w:r>
      <w:r>
        <w:rPr>
          <w:rFonts w:ascii="Nirmala UI" w:hAnsi="Nirmala UI" w:eastAsia="Nirmala UI" w:cs="Nirmala UI"/>
        </w:rPr>
        <w:t>ହଜାରଙ୍କର</w:t>
      </w:r>
      <w:r>
        <w:rPr>
          <w:rFonts w:ascii="Times New Roman" w:hAnsi="Times New Roman" w:eastAsia="Times New Roman" w:cs="Times New Roman"/>
        </w:rPr>
        <w:t xml:space="preserve"> </w:t>
      </w:r>
      <w:r>
        <w:rPr>
          <w:rFonts w:ascii="Nirmala UI" w:hAnsi="Nirmala UI" w:eastAsia="Nirmala UI" w:cs="Nirmala UI"/>
        </w:rPr>
        <w:t>ଇତିହାସରେ</w:t>
      </w:r>
      <w:r>
        <w:rPr>
          <w:rFonts w:ascii="Times New Roman" w:hAnsi="Times New Roman" w:eastAsia="Times New Roman" w:cs="Times New Roman"/>
        </w:rPr>
        <w:t xml:space="preserve"> </w:t>
      </w:r>
      <w:r>
        <w:rPr>
          <w:rFonts w:ascii="Nirmala UI" w:hAnsi="Nirmala UI" w:eastAsia="Nirmala UI" w:cs="Nirmala UI"/>
        </w:rPr>
        <w:t>ଅକ୍ଷରେ</w:t>
      </w:r>
      <w:r>
        <w:rPr>
          <w:rFonts w:ascii="Times New Roman" w:hAnsi="Times New Roman" w:eastAsia="Times New Roman" w:cs="Times New Roman"/>
        </w:rPr>
        <w:t xml:space="preserve"> </w:t>
      </w:r>
      <w:r>
        <w:rPr>
          <w:rFonts w:ascii="Nirmala UI" w:hAnsi="Nirmala UI" w:eastAsia="Nirmala UI" w:cs="Nirmala UI"/>
        </w:rPr>
        <w:t>ଅକ୍ଷରେ</w:t>
      </w:r>
      <w:r>
        <w:rPr>
          <w:rFonts w:ascii="Times New Roman" w:hAnsi="Times New Roman" w:eastAsia="Times New Roman" w:cs="Times New Roman"/>
        </w:rPr>
        <w:t xml:space="preserve"> </w:t>
      </w:r>
      <w:r>
        <w:rPr>
          <w:rFonts w:ascii="Nirmala UI" w:hAnsi="Nirmala UI" w:eastAsia="Nirmala UI" w:cs="Nirmala UI"/>
        </w:rPr>
        <w:t>ପୁନରାବୃତ୍ତ</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ଯୋଶିଆଙ୍କର</w:t>
      </w:r>
      <w:r>
        <w:rPr>
          <w:rFonts w:ascii="Times New Roman" w:hAnsi="Times New Roman" w:eastAsia="Times New Roman" w:cs="Times New Roman"/>
        </w:rPr>
        <w:t xml:space="preserve"> </w:t>
      </w:r>
      <w:r>
        <w:rPr>
          <w:rFonts w:ascii="Nirmala UI" w:hAnsi="Nirmala UI" w:eastAsia="Nirmala UI" w:cs="Nirmala UI"/>
        </w:rPr>
        <w:t>ଚକ୍ର</w:t>
      </w:r>
      <w:r>
        <w:rPr>
          <w:rFonts w:ascii="Times New Roman" w:hAnsi="Times New Roman" w:eastAsia="Times New Roman" w:cs="Times New Roman"/>
        </w:rPr>
        <w:t xml:space="preserve"> </w:t>
      </w:r>
      <w:r>
        <w:rPr>
          <w:rFonts w:ascii="Nirmala UI" w:hAnsi="Nirmala UI" w:eastAsia="Nirmala UI" w:cs="Nirmala UI"/>
        </w:rPr>
        <w:t>ରାଜା</w:t>
      </w:r>
      <w:r>
        <w:rPr>
          <w:rFonts w:ascii="Times New Roman" w:hAnsi="Times New Roman" w:eastAsia="Times New Roman" w:cs="Times New Roman"/>
        </w:rPr>
        <w:t xml:space="preserve"> </w:t>
      </w:r>
      <w:r>
        <w:rPr>
          <w:rFonts w:ascii="Nirmala UI" w:hAnsi="Nirmala UI" w:eastAsia="Nirmala UI" w:cs="Nirmala UI"/>
        </w:rPr>
        <w:t>ଶାଉଳଙ୍କର</w:t>
      </w:r>
      <w:r>
        <w:rPr>
          <w:rFonts w:ascii="Times New Roman" w:hAnsi="Times New Roman" w:eastAsia="Times New Roman" w:cs="Times New Roman"/>
        </w:rPr>
        <w:t xml:space="preserve"> </w:t>
      </w:r>
      <w:r>
        <w:rPr>
          <w:rFonts w:ascii="Nirmala UI" w:hAnsi="Nirmala UI" w:eastAsia="Nirmala UI" w:cs="Nirmala UI"/>
        </w:rPr>
        <w:t>ଯାଦୁଟୋଣା</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ପଛକୁ</w:t>
      </w:r>
      <w:r>
        <w:rPr>
          <w:rFonts w:ascii="Times New Roman" w:hAnsi="Times New Roman" w:eastAsia="Times New Roman" w:cs="Times New Roman"/>
        </w:rPr>
        <w:t xml:space="preserve"> </w:t>
      </w:r>
      <w:r>
        <w:rPr>
          <w:rFonts w:ascii="Nirmala UI" w:hAnsi="Nirmala UI" w:eastAsia="Nirmala UI" w:cs="Nirmala UI"/>
        </w:rPr>
        <w:t>ପହଞ୍ଚେ</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ତାହାଠାରୁ</w:t>
      </w:r>
      <w:r>
        <w:rPr>
          <w:rFonts w:ascii="Times New Roman" w:hAnsi="Times New Roman" w:eastAsia="Times New Roman" w:cs="Times New Roman"/>
        </w:rPr>
        <w:t xml:space="preserve"> </w:t>
      </w:r>
      <w:r>
        <w:rPr>
          <w:rFonts w:ascii="Nirmala UI" w:hAnsi="Nirmala UI" w:eastAsia="Nirmala UI" w:cs="Nirmala UI"/>
        </w:rPr>
        <w:t>ସରାସରି</w:t>
      </w:r>
      <w:r>
        <w:rPr>
          <w:rFonts w:ascii="Times New Roman" w:hAnsi="Times New Roman" w:eastAsia="Times New Roman" w:cs="Times New Roman"/>
        </w:rPr>
        <w:t xml:space="preserve"> </w:t>
      </w:r>
      <w:r>
        <w:rPr>
          <w:rFonts w:ascii="Nirmala UI" w:hAnsi="Nirmala UI" w:eastAsia="Nirmala UI" w:cs="Nirmala UI"/>
        </w:rPr>
        <w:t>ରବିବାର</w:t>
      </w:r>
      <w:r>
        <w:rPr>
          <w:rFonts w:ascii="Times New Roman" w:hAnsi="Times New Roman" w:eastAsia="Times New Roman" w:cs="Times New Roman"/>
        </w:rPr>
        <w:t xml:space="preserve"> </w:t>
      </w:r>
      <w:r>
        <w:rPr>
          <w:rFonts w:ascii="Nirmala UI" w:hAnsi="Nirmala UI" w:eastAsia="Nirmala UI" w:cs="Nirmala UI"/>
        </w:rPr>
        <w:t>ଆଇନ</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ଲାଓଦିକୀୟ</w:t>
      </w:r>
      <w:r>
        <w:rPr>
          <w:rFonts w:ascii="Times New Roman" w:hAnsi="Times New Roman" w:eastAsia="Times New Roman" w:cs="Times New Roman"/>
        </w:rPr>
        <w:t xml:space="preserve"> </w:t>
      </w:r>
      <w:r>
        <w:rPr>
          <w:rFonts w:ascii="Nirmala UI" w:hAnsi="Nirmala UI" w:eastAsia="Nirmala UI" w:cs="Nirmala UI"/>
        </w:rPr>
        <w:t>ସପ୍ତମ</w:t>
      </w:r>
      <w:r>
        <w:rPr>
          <w:rFonts w:ascii="Times New Roman" w:hAnsi="Times New Roman" w:eastAsia="Times New Roman" w:cs="Times New Roman"/>
        </w:rPr>
        <w:t>-</w:t>
      </w:r>
      <w:r>
        <w:rPr>
          <w:rFonts w:ascii="Nirmala UI" w:hAnsi="Nirmala UI" w:eastAsia="Nirmala UI" w:cs="Nirmala UI"/>
        </w:rPr>
        <w:t>ଦିନୀୟ</w:t>
      </w:r>
      <w:r>
        <w:rPr>
          <w:rFonts w:ascii="Times New Roman" w:hAnsi="Times New Roman" w:eastAsia="Times New Roman" w:cs="Times New Roman"/>
        </w:rPr>
        <w:t xml:space="preserve"> </w:t>
      </w:r>
      <w:r>
        <w:rPr>
          <w:rFonts w:ascii="Nirmala UI" w:hAnsi="Nirmala UI" w:eastAsia="Nirmala UI" w:cs="Nirmala UI"/>
        </w:rPr>
        <w:t>ଆଡଭେଣ୍ଟିଷ୍ଟ</w:t>
      </w:r>
      <w:r>
        <w:rPr>
          <w:rFonts w:ascii="Times New Roman" w:hAnsi="Times New Roman" w:eastAsia="Times New Roman" w:cs="Times New Roman"/>
        </w:rPr>
        <w:t xml:space="preserve"> </w:t>
      </w:r>
      <w:r>
        <w:rPr>
          <w:rFonts w:ascii="Nirmala UI" w:hAnsi="Nirmala UI" w:eastAsia="Nirmala UI" w:cs="Nirmala UI"/>
        </w:rPr>
        <w:t>ଚର୍ଚ୍ଚକୁ</w:t>
      </w:r>
      <w:r>
        <w:rPr>
          <w:rFonts w:ascii="Times New Roman" w:hAnsi="Times New Roman" w:eastAsia="Times New Roman" w:cs="Times New Roman"/>
        </w:rPr>
        <w:t xml:space="preserve"> </w:t>
      </w:r>
      <w:r>
        <w:rPr>
          <w:rFonts w:ascii="Nirmala UI" w:hAnsi="Nirmala UI" w:eastAsia="Nirmala UI" w:cs="Nirmala UI"/>
        </w:rPr>
        <w:t>ଉଗଳିଦେବା</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ଯାଇପହଞ୍ଚେ।</w:t>
      </w:r>
      <w:r>
        <w:rPr>
          <w:rFonts w:ascii="Times New Roman" w:hAnsi="Times New Roman" w:eastAsia="Times New Roman" w:cs="Times New Roman"/>
        </w:rPr>
        <w:t xml:space="preserve"> </w:t>
      </w:r>
      <w:r>
        <w:rPr>
          <w:rFonts w:ascii="Nirmala UI" w:hAnsi="Nirmala UI" w:eastAsia="Nirmala UI" w:cs="Nirmala UI"/>
        </w:rPr>
        <w:t>ଯିହେଜ୍କିଏଲରେ</w:t>
      </w:r>
      <w:r>
        <w:rPr>
          <w:rFonts w:ascii="Times New Roman" w:hAnsi="Times New Roman" w:eastAsia="Times New Roman" w:cs="Times New Roman"/>
        </w:rPr>
        <w:t xml:space="preserve"> </w:t>
      </w:r>
      <w:r>
        <w:rPr>
          <w:rFonts w:ascii="Nirmala UI" w:hAnsi="Nirmala UI" w:eastAsia="Nirmala UI" w:cs="Nirmala UI"/>
        </w:rPr>
        <w:t>ଯୋଶିଆଙ୍କର</w:t>
      </w:r>
      <w:r>
        <w:rPr>
          <w:rFonts w:ascii="Times New Roman" w:hAnsi="Times New Roman" w:eastAsia="Times New Roman" w:cs="Times New Roman"/>
        </w:rPr>
        <w:t xml:space="preserve"> </w:t>
      </w:r>
      <w:r>
        <w:rPr>
          <w:rFonts w:ascii="Nirmala UI" w:hAnsi="Nirmala UI" w:eastAsia="Nirmala UI" w:cs="Nirmala UI"/>
        </w:rPr>
        <w:t>ଚକ୍ର</w:t>
      </w:r>
      <w:r>
        <w:rPr>
          <w:rFonts w:ascii="Times New Roman" w:hAnsi="Times New Roman" w:eastAsia="Times New Roman" w:cs="Times New Roman"/>
        </w:rPr>
        <w:t xml:space="preserve"> </w:t>
      </w:r>
      <w:r>
        <w:rPr>
          <w:rFonts w:ascii="Nirmala UI" w:hAnsi="Nirmala UI" w:eastAsia="Nirmala UI" w:cs="Nirmala UI"/>
        </w:rPr>
        <w:t>ବର୍ତ୍ତମାନ</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ଶତ</w:t>
      </w:r>
      <w:r>
        <w:rPr>
          <w:rFonts w:ascii="Times New Roman" w:hAnsi="Times New Roman" w:eastAsia="Times New Roman" w:cs="Times New Roman"/>
        </w:rPr>
        <w:t xml:space="preserve"> </w:t>
      </w:r>
      <w:r>
        <w:rPr>
          <w:rFonts w:ascii="Nirmala UI" w:hAnsi="Nirmala UI" w:eastAsia="Nirmala UI" w:cs="Nirmala UI"/>
        </w:rPr>
        <w:t>ଚୁଆଳିଶ</w:t>
      </w:r>
      <w:r>
        <w:rPr>
          <w:rFonts w:ascii="Times New Roman" w:hAnsi="Times New Roman" w:eastAsia="Times New Roman" w:cs="Times New Roman"/>
        </w:rPr>
        <w:t xml:space="preserve"> </w:t>
      </w:r>
      <w:r>
        <w:rPr>
          <w:rFonts w:ascii="Nirmala UI" w:hAnsi="Nirmala UI" w:eastAsia="Nirmala UI" w:cs="Nirmala UI"/>
        </w:rPr>
        <w:t>ହଜାରଙ୍କର</w:t>
      </w:r>
      <w:r>
        <w:rPr>
          <w:rFonts w:ascii="Times New Roman" w:hAnsi="Times New Roman" w:eastAsia="Times New Roman" w:cs="Times New Roman"/>
        </w:rPr>
        <w:t xml:space="preserve"> </w:t>
      </w:r>
      <w:r>
        <w:rPr>
          <w:rFonts w:ascii="Nirmala UI" w:hAnsi="Nirmala UI" w:eastAsia="Nirmala UI" w:cs="Nirmala UI"/>
        </w:rPr>
        <w:t>ମୁଦ୍ରାଙ୍କନର</w:t>
      </w:r>
      <w:r>
        <w:rPr>
          <w:rFonts w:ascii="Times New Roman" w:hAnsi="Times New Roman" w:eastAsia="Times New Roman" w:cs="Times New Roman"/>
        </w:rPr>
        <w:t xml:space="preserve"> </w:t>
      </w:r>
      <w:r>
        <w:rPr>
          <w:rFonts w:ascii="Nirmala UI" w:hAnsi="Nirmala UI" w:eastAsia="Nirmala UI" w:cs="Nirmala UI"/>
        </w:rPr>
        <w:t>ଶିଖର</w:t>
      </w:r>
      <w:r>
        <w:rPr>
          <w:rFonts w:ascii="Times New Roman" w:hAnsi="Times New Roman" w:eastAsia="Times New Roman" w:cs="Times New Roman"/>
        </w:rPr>
        <w:t xml:space="preserve"> </w:t>
      </w:r>
      <w:r>
        <w:rPr>
          <w:rFonts w:ascii="Nirmala UI" w:hAnsi="Nirmala UI" w:eastAsia="Nirmala UI" w:cs="Nirmala UI"/>
        </w:rPr>
        <w:t>ରୂପେ</w:t>
      </w:r>
      <w:r>
        <w:rPr>
          <w:rFonts w:ascii="Times New Roman" w:hAnsi="Times New Roman" w:eastAsia="Times New Roman" w:cs="Times New Roman"/>
        </w:rPr>
        <w:t xml:space="preserve"> </w:t>
      </w:r>
      <w:r>
        <w:rPr>
          <w:rFonts w:ascii="Nirmala UI" w:hAnsi="Nirmala UI" w:eastAsia="Nirmala UI" w:cs="Nirmala UI"/>
        </w:rPr>
        <w:t>ଉନ୍ମୋଚିତ</w:t>
      </w:r>
      <w:r>
        <w:rPr>
          <w:rFonts w:ascii="Times New Roman" w:hAnsi="Times New Roman" w:eastAsia="Times New Roman" w:cs="Times New Roman"/>
        </w:rPr>
        <w:t xml:space="preserve"> </w:t>
      </w:r>
      <w:r>
        <w:rPr>
          <w:rFonts w:ascii="Nirmala UI" w:hAnsi="Nirmala UI" w:eastAsia="Nirmala UI" w:cs="Nirmala UI"/>
        </w:rPr>
        <w:t>ହେଉଥିବା</w:t>
      </w:r>
      <w:r>
        <w:rPr>
          <w:rFonts w:ascii="Times New Roman" w:hAnsi="Times New Roman" w:eastAsia="Times New Roman" w:cs="Times New Roman"/>
        </w:rPr>
        <w:t xml:space="preserve"> </w:t>
      </w:r>
      <w:r>
        <w:rPr>
          <w:rFonts w:ascii="Nirmala UI" w:hAnsi="Nirmala UI" w:eastAsia="Nirmala UI" w:cs="Nirmala UI"/>
        </w:rPr>
        <w:t>ପ୍ରକ୍ରିୟାରେ</w:t>
      </w:r>
      <w:r>
        <w:rPr>
          <w:rFonts w:ascii="Times New Roman" w:hAnsi="Times New Roman" w:eastAsia="Times New Roman" w:cs="Times New Roman"/>
        </w:rPr>
        <w:t xml:space="preserve"> </w:t>
      </w:r>
      <w:r>
        <w:rPr>
          <w:rFonts w:ascii="Nirmala UI" w:hAnsi="Nirmala UI" w:eastAsia="Nirmala UI" w:cs="Nirmala UI"/>
        </w:rPr>
        <w:t>ଅଛି।</w:t>
      </w:r>
    </w:p>
    <w:p>
      <w:pPr>
        <w:pStyle w:val="ArticleBody"/>
        <w:jc w:val="left"/>
      </w:pPr>
      <w:r>
        <w:rPr>
          <w:rFonts w:ascii="Nirmala UI" w:hAnsi="Nirmala UI" w:eastAsia="Nirmala UI" w:cs="Nirmala UI"/>
        </w:rPr>
        <w:t>ꯃꯍꯥꯛꯁꯤꯡ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ꯏꯄꯥꯎꯗ</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ꯂꯩꯔꯤꯕꯅꯤ।</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Тарҷумаи пинҳонии ояти чилум — рақами бисту панҷ</dc:title>
  <dc:subject>ଇଜିକିଏଲ୍ ସଂଖ୍ୟା ଛଅ</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