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Seenaa Dhoksaa Lakkoofsa Aartii Afurtamaa — Lakkoofsa Digdamii Sagalii</w:t>
      </w:r>
    </w:p>
    <w:p>
      <w:pPr>
        <w:pStyle w:val="ArticleSubtitle"/>
        <w:jc w:val="left"/>
      </w:pPr>
      <w:r>
        <w:rPr>
          <w:rFonts w:ascii="Ebrima" w:hAnsi="Ebrima" w:eastAsia="Ebrima" w:cs="Ebrima"/>
        </w:rPr>
        <w:t>ሕዝቅኤል</w:t>
      </w:r>
      <w:r>
        <w:rPr>
          <w:rFonts w:ascii="Arial" w:hAnsi="Arial" w:eastAsia="Arial" w:cs="Arial"/>
        </w:rPr>
        <w:t xml:space="preserve"> </w:t>
      </w:r>
      <w:r>
        <w:rPr>
          <w:rFonts w:ascii="Ebrima" w:hAnsi="Ebrima" w:eastAsia="Ebrima" w:cs="Ebrima"/>
        </w:rPr>
        <w:t>ቍጽሪ</w:t>
      </w:r>
      <w:r>
        <w:rPr>
          <w:rFonts w:ascii="Arial" w:hAnsi="Arial" w:eastAsia="Arial" w:cs="Arial"/>
        </w:rPr>
        <w:t xml:space="preserve"> </w:t>
      </w:r>
      <w:r>
        <w:rPr>
          <w:rFonts w:ascii="Ebrima" w:hAnsi="Ebrima" w:eastAsia="Ebrima" w:cs="Ebrima"/>
        </w:rPr>
        <w:t>ዐሥር</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2026-08-31</w:t>
      </w:r>
    </w:p>
    <w:p>
      <w:pPr>
        <w:pStyle w:val="ArticleBody"/>
        <w:jc w:val="left"/>
      </w:pPr>
      <w:r>
        <w:rPr>
          <w:rFonts w:ascii="Nirmala UI" w:hAnsi="Nirmala UI" w:eastAsia="Nirmala UI" w:cs="Nirmala UI"/>
        </w:rPr>
        <w:t>ଏହିଜିକିଏଲଙ୍କ</w:t>
      </w:r>
      <w:r>
        <w:rPr>
          <w:rFonts w:ascii="Times New Roman" w:hAnsi="Times New Roman" w:eastAsia="Times New Roman" w:cs="Times New Roman"/>
        </w:rPr>
        <w:t xml:space="preserve"> </w:t>
      </w:r>
      <w:r>
        <w:rPr>
          <w:rFonts w:ascii="Nirmala UI" w:hAnsi="Nirmala UI" w:eastAsia="Nirmala UI" w:cs="Nirmala UI"/>
        </w:rPr>
        <w:t>ପୁସ୍ତକରେ</w:t>
      </w:r>
      <w:r>
        <w:rPr>
          <w:rFonts w:ascii="Times New Roman" w:hAnsi="Times New Roman" w:eastAsia="Times New Roman" w:cs="Times New Roman"/>
        </w:rPr>
        <w:t xml:space="preserve"> </w:t>
      </w:r>
      <w:r>
        <w:rPr>
          <w:rFonts w:ascii="Nirmala UI" w:hAnsi="Nirmala UI" w:eastAsia="Nirmala UI" w:cs="Nirmala UI"/>
        </w:rPr>
        <w:t>ଅନେକ</w:t>
      </w:r>
      <w:r>
        <w:rPr>
          <w:rFonts w:ascii="Times New Roman" w:hAnsi="Times New Roman" w:eastAsia="Times New Roman" w:cs="Times New Roman"/>
        </w:rPr>
        <w:t xml:space="preserve"> </w:t>
      </w:r>
      <w:r>
        <w:rPr>
          <w:rFonts w:ascii="Nirmala UI" w:hAnsi="Nirmala UI" w:eastAsia="Nirmala UI" w:cs="Nirmala UI"/>
        </w:rPr>
        <w:t>ଆଶ୍ଚର୍ୟଜନକ</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ଗୁରୁତ୍ୱପୂର୍ଣ୍ଣ</w:t>
      </w:r>
      <w:r>
        <w:rPr>
          <w:rFonts w:ascii="Times New Roman" w:hAnsi="Times New Roman" w:eastAsia="Times New Roman" w:cs="Times New Roman"/>
        </w:rPr>
        <w:t xml:space="preserve"> </w:t>
      </w:r>
      <w:r>
        <w:rPr>
          <w:rFonts w:ascii="Nirmala UI" w:hAnsi="Nirmala UI" w:eastAsia="Nirmala UI" w:cs="Nirmala UI"/>
        </w:rPr>
        <w:t>ଭବିଷ୍ୟଦ୍ବାଣୀମୂଳକ</w:t>
      </w:r>
      <w:r>
        <w:rPr>
          <w:rFonts w:ascii="Times New Roman" w:hAnsi="Times New Roman" w:eastAsia="Times New Roman" w:cs="Times New Roman"/>
        </w:rPr>
        <w:t xml:space="preserve"> </w:t>
      </w:r>
      <w:r>
        <w:rPr>
          <w:rFonts w:ascii="Nirmala UI" w:hAnsi="Nirmala UI" w:eastAsia="Nirmala UI" w:cs="Nirmala UI"/>
        </w:rPr>
        <w:t>ରେଖାମାଳା</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ସତ୍ୟଗୁଡ଼ିକ</w:t>
      </w:r>
      <w:r>
        <w:rPr>
          <w:rFonts w:ascii="Times New Roman" w:hAnsi="Times New Roman" w:eastAsia="Times New Roman" w:cs="Times New Roman"/>
        </w:rPr>
        <w:t xml:space="preserve"> </w:t>
      </w:r>
      <w:r>
        <w:rPr>
          <w:rFonts w:ascii="Nirmala UI" w:hAnsi="Nirmala UI" w:eastAsia="Nirmala UI" w:cs="Nirmala UI"/>
        </w:rPr>
        <w:t>ରହିଛି।</w:t>
      </w:r>
      <w:r>
        <w:rPr>
          <w:rFonts w:ascii="Times New Roman" w:hAnsi="Times New Roman" w:eastAsia="Times New Roman" w:cs="Times New Roman"/>
        </w:rPr>
        <w:t xml:space="preserve"> </w:t>
      </w:r>
      <w:r>
        <w:rPr>
          <w:rFonts w:ascii="Nirmala UI" w:hAnsi="Nirmala UI" w:eastAsia="Nirmala UI" w:cs="Nirmala UI"/>
        </w:rPr>
        <w:t>ମନ୍ଦିର</w:t>
      </w:r>
      <w:r>
        <w:rPr>
          <w:rFonts w:ascii="Times New Roman" w:hAnsi="Times New Roman" w:eastAsia="Times New Roman" w:cs="Times New Roman"/>
        </w:rPr>
        <w:t xml:space="preserve"> </w:t>
      </w:r>
      <w:r>
        <w:rPr>
          <w:rFonts w:ascii="Nirmala UI" w:hAnsi="Nirmala UI" w:eastAsia="Nirmala UI" w:cs="Nirmala UI"/>
        </w:rPr>
        <w:t>ଭିତରେ</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ଭବିଷ୍ୟଦ୍ବକ୍ତାମାନଙ୍କର</w:t>
      </w:r>
      <w:r>
        <w:rPr>
          <w:rFonts w:ascii="Times New Roman" w:hAnsi="Times New Roman" w:eastAsia="Times New Roman" w:cs="Times New Roman"/>
        </w:rPr>
        <w:t xml:space="preserve"> </w:t>
      </w:r>
      <w:r>
        <w:rPr>
          <w:rFonts w:ascii="Nirmala UI" w:hAnsi="Nirmala UI" w:eastAsia="Nirmala UI" w:cs="Nirmala UI"/>
        </w:rPr>
        <w:t>ବାଇବେଲୀୟ</w:t>
      </w:r>
      <w:r>
        <w:rPr>
          <w:rFonts w:ascii="Times New Roman" w:hAnsi="Times New Roman" w:eastAsia="Times New Roman" w:cs="Times New Roman"/>
        </w:rPr>
        <w:t xml:space="preserve"> </w:t>
      </w:r>
      <w:r>
        <w:rPr>
          <w:rFonts w:ascii="Nirmala UI" w:hAnsi="Nirmala UI" w:eastAsia="Nirmala UI" w:cs="Nirmala UI"/>
        </w:rPr>
        <w:t>ଚିତ୍ରଣମାନଙ୍କ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ସମସ୍ତଙ୍କ</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ଏହିଜିକିଏଲେ</w:t>
      </w:r>
      <w:r>
        <w:rPr>
          <w:rFonts w:ascii="Times New Roman" w:hAnsi="Times New Roman" w:eastAsia="Times New Roman" w:cs="Times New Roman"/>
        </w:rPr>
        <w:t xml:space="preserve"> </w:t>
      </w:r>
      <w:r>
        <w:rPr>
          <w:rFonts w:ascii="Nirmala UI" w:hAnsi="Nirmala UI" w:eastAsia="Nirmala UI" w:cs="Nirmala UI"/>
        </w:rPr>
        <w:t>ହିଁ</w:t>
      </w:r>
      <w:r>
        <w:rPr>
          <w:rFonts w:ascii="Times New Roman" w:hAnsi="Times New Roman" w:eastAsia="Times New Roman" w:cs="Times New Roman"/>
        </w:rPr>
        <w:t xml:space="preserve"> </w:t>
      </w:r>
      <w:r>
        <w:rPr>
          <w:rFonts w:ascii="Nirmala UI" w:hAnsi="Nirmala UI" w:eastAsia="Nirmala UI" w:cs="Nirmala UI"/>
        </w:rPr>
        <w:t>ଚକ୍ରମଧ୍ୟରେ</w:t>
      </w:r>
      <w:r>
        <w:rPr>
          <w:rFonts w:ascii="Times New Roman" w:hAnsi="Times New Roman" w:eastAsia="Times New Roman" w:cs="Times New Roman"/>
        </w:rPr>
        <w:t xml:space="preserve"> </w:t>
      </w:r>
      <w:r>
        <w:rPr>
          <w:rFonts w:ascii="Nirmala UI" w:hAnsi="Nirmala UI" w:eastAsia="Nirmala UI" w:cs="Nirmala UI"/>
        </w:rPr>
        <w:t>ଚକ୍ରଗୁଡ଼ିକୁ</w:t>
      </w:r>
      <w:r>
        <w:rPr>
          <w:rFonts w:ascii="Times New Roman" w:hAnsi="Times New Roman" w:eastAsia="Times New Roman" w:cs="Times New Roman"/>
        </w:rPr>
        <w:t xml:space="preserve"> </w:t>
      </w:r>
      <w:r>
        <w:rPr>
          <w:rFonts w:ascii="Nirmala UI" w:hAnsi="Nirmala UI" w:eastAsia="Nirmala UI" w:cs="Nirmala UI"/>
        </w:rPr>
        <w:t>ପରିଚୟ</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ସିଷ୍ଟର</w:t>
      </w:r>
      <w:r>
        <w:rPr>
          <w:rFonts w:ascii="Times New Roman" w:hAnsi="Times New Roman" w:eastAsia="Times New Roman" w:cs="Times New Roman"/>
        </w:rPr>
        <w:t xml:space="preserve"> </w:t>
      </w:r>
      <w:r>
        <w:rPr>
          <w:rFonts w:ascii="Nirmala UI" w:hAnsi="Nirmala UI" w:eastAsia="Nirmala UI" w:cs="Nirmala UI"/>
        </w:rPr>
        <w:t>ହ୍ୱାଇଟଙ୍କ</w:t>
      </w:r>
      <w:r>
        <w:rPr>
          <w:rFonts w:ascii="Times New Roman" w:hAnsi="Times New Roman" w:eastAsia="Times New Roman" w:cs="Times New Roman"/>
        </w:rPr>
        <w:t xml:space="preserve"> </w:t>
      </w:r>
      <w:r>
        <w:rPr>
          <w:rFonts w:ascii="Nirmala UI" w:hAnsi="Nirmala UI" w:eastAsia="Nirmala UI" w:cs="Nirmala UI"/>
        </w:rPr>
        <w:t>ଅନୁସାରେ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ଚକ୍ରଗୁଡ଼ିକ</w:t>
      </w:r>
      <w:r>
        <w:rPr>
          <w:rFonts w:ascii="Times New Roman" w:hAnsi="Times New Roman" w:eastAsia="Times New Roman" w:cs="Times New Roman"/>
        </w:rPr>
        <w:t xml:space="preserve"> </w:t>
      </w:r>
      <w:r>
        <w:rPr>
          <w:rFonts w:ascii="Nirmala UI" w:hAnsi="Nirmala UI" w:eastAsia="Nirmala UI" w:cs="Nirmala UI"/>
        </w:rPr>
        <w:t>ମାନବୀୟ</w:t>
      </w:r>
      <w:r>
        <w:rPr>
          <w:rFonts w:ascii="Times New Roman" w:hAnsi="Times New Roman" w:eastAsia="Times New Roman" w:cs="Times New Roman"/>
        </w:rPr>
        <w:t xml:space="preserve"> </w:t>
      </w:r>
      <w:r>
        <w:rPr>
          <w:rFonts w:ascii="Nirmala UI" w:hAnsi="Nirmala UI" w:eastAsia="Nirmala UI" w:cs="Nirmala UI"/>
        </w:rPr>
        <w:t>କାର୍ଯ୍ୟକଳାପର</w:t>
      </w:r>
      <w:r>
        <w:rPr>
          <w:rFonts w:ascii="Times New Roman" w:hAnsi="Times New Roman" w:eastAsia="Times New Roman" w:cs="Times New Roman"/>
        </w:rPr>
        <w:t xml:space="preserve"> </w:t>
      </w:r>
      <w:r>
        <w:rPr>
          <w:rFonts w:ascii="Nirmala UI" w:hAnsi="Nirmala UI" w:eastAsia="Nirmala UI" w:cs="Nirmala UI"/>
        </w:rPr>
        <w:t>ଜଟିଳ</w:t>
      </w:r>
      <w:r>
        <w:rPr>
          <w:rFonts w:ascii="Times New Roman" w:hAnsi="Times New Roman" w:eastAsia="Times New Roman" w:cs="Times New Roman"/>
        </w:rPr>
        <w:t xml:space="preserve"> </w:t>
      </w:r>
      <w:r>
        <w:rPr>
          <w:rFonts w:ascii="Nirmala UI" w:hAnsi="Nirmala UI" w:eastAsia="Nirmala UI" w:cs="Nirmala UI"/>
        </w:rPr>
        <w:t>ପରସ୍ପର</w:t>
      </w:r>
      <w:r>
        <w:rPr>
          <w:rFonts w:ascii="Times New Roman" w:hAnsi="Times New Roman" w:eastAsia="Times New Roman" w:cs="Times New Roman"/>
        </w:rPr>
        <w:t xml:space="preserve"> </w:t>
      </w:r>
      <w:r>
        <w:rPr>
          <w:rFonts w:ascii="Nirmala UI" w:hAnsi="Nirmala UI" w:eastAsia="Nirmala UI" w:cs="Nirmala UI"/>
        </w:rPr>
        <w:t>କ୍ରିୟାକୁ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ପରବର୍ତ୍ତୀ</w:t>
      </w:r>
      <w:r>
        <w:rPr>
          <w:rFonts w:ascii="Times New Roman" w:hAnsi="Times New Roman" w:eastAsia="Times New Roman" w:cs="Times New Roman"/>
        </w:rPr>
        <w:t xml:space="preserve"> </w:t>
      </w:r>
      <w:r>
        <w:rPr>
          <w:rFonts w:ascii="Nirmala UI" w:hAnsi="Nirmala UI" w:eastAsia="Nirmala UI" w:cs="Nirmala UI"/>
        </w:rPr>
        <w:t>ବର୍ଷାର</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ଘଟଣାମାଳାର</w:t>
      </w:r>
      <w:r>
        <w:rPr>
          <w:rFonts w:ascii="Times New Roman" w:hAnsi="Times New Roman" w:eastAsia="Times New Roman" w:cs="Times New Roman"/>
        </w:rPr>
        <w:t xml:space="preserve"> </w:t>
      </w:r>
      <w:r>
        <w:rPr>
          <w:rFonts w:ascii="Nirmala UI" w:hAnsi="Nirmala UI" w:eastAsia="Nirmala UI" w:cs="Nirmala UI"/>
        </w:rPr>
        <w:t>କ୍ରମକୁ</w:t>
      </w:r>
      <w:r>
        <w:rPr>
          <w:rFonts w:ascii="Times New Roman" w:hAnsi="Times New Roman" w:eastAsia="Times New Roman" w:cs="Times New Roman"/>
        </w:rPr>
        <w:t xml:space="preserve"> </w:t>
      </w:r>
      <w:r>
        <w:rPr>
          <w:rFonts w:ascii="Nirmala UI" w:hAnsi="Nirmala UI" w:eastAsia="Nirmala UI" w:cs="Nirmala UI"/>
        </w:rPr>
        <w:t>ଚିତ୍ରିତ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ଘଟଣାଗୁଡ଼ିକୁ</w:t>
      </w:r>
      <w:r>
        <w:rPr>
          <w:rFonts w:ascii="Times New Roman" w:hAnsi="Times New Roman" w:eastAsia="Times New Roman" w:cs="Times New Roman"/>
        </w:rPr>
        <w:t xml:space="preserve"> </w:t>
      </w:r>
      <w:r>
        <w:rPr>
          <w:rFonts w:ascii="Nirmala UI" w:hAnsi="Nirmala UI" w:eastAsia="Nirmala UI" w:cs="Nirmala UI"/>
        </w:rPr>
        <w:t>ଭବିଷ୍ୟଦ୍ବକ୍ତା</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ଅଭିନୀତ</w:t>
      </w:r>
      <w:r>
        <w:rPr>
          <w:rFonts w:ascii="Times New Roman" w:hAnsi="Times New Roman" w:eastAsia="Times New Roman" w:cs="Times New Roman"/>
        </w:rPr>
        <w:t xml:space="preserve"> </w:t>
      </w:r>
      <w:r>
        <w:rPr>
          <w:rFonts w:ascii="Nirmala UI" w:hAnsi="Nirmala UI" w:eastAsia="Nirmala UI" w:cs="Nirmala UI"/>
        </w:rPr>
        <w:t>ଦୃଷ୍ଟାନ୍ତରେ</w:t>
      </w:r>
      <w:r>
        <w:rPr>
          <w:rFonts w:ascii="Times New Roman" w:hAnsi="Times New Roman" w:eastAsia="Times New Roman" w:cs="Times New Roman"/>
        </w:rPr>
        <w:t xml:space="preserve"> </w:t>
      </w:r>
      <w:r>
        <w:rPr>
          <w:rFonts w:ascii="Nirmala UI" w:hAnsi="Nirmala UI" w:eastAsia="Nirmala UI" w:cs="Nirmala UI"/>
        </w:rPr>
        <w:t>ଭବିଷ୍ୟଦ୍ବାଣୀର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ଅଂଶ</w:t>
      </w:r>
      <w:r>
        <w:rPr>
          <w:rFonts w:ascii="Times New Roman" w:hAnsi="Times New Roman" w:eastAsia="Times New Roman" w:cs="Times New Roman"/>
        </w:rPr>
        <w:t xml:space="preserve"> </w:t>
      </w:r>
      <w:r>
        <w:rPr>
          <w:rFonts w:ascii="Nirmala UI" w:hAnsi="Nirmala UI" w:eastAsia="Nirmala UI" w:cs="Nirmala UI"/>
        </w:rPr>
        <w:t>ହୋଇଯାନ୍ତି</w:t>
      </w:r>
      <w:r>
        <w:rPr>
          <w:rFonts w:ascii="Times New Roman" w:hAnsi="Times New Roman" w:eastAsia="Times New Roman" w:cs="Times New Roman"/>
        </w:rPr>
        <w:t xml:space="preserve">; </w:t>
      </w:r>
      <w:r>
        <w:rPr>
          <w:rFonts w:ascii="Nirmala UI" w:hAnsi="Nirmala UI" w:eastAsia="Nirmala UI" w:cs="Nirmala UI"/>
        </w:rPr>
        <w:t>ଯଥା</w:t>
      </w:r>
      <w:r>
        <w:rPr>
          <w:rFonts w:ascii="Times New Roman" w:hAnsi="Times New Roman" w:eastAsia="Times New Roman" w:cs="Times New Roman"/>
        </w:rPr>
        <w:t xml:space="preserve">, </w:t>
      </w:r>
      <w:r>
        <w:rPr>
          <w:rFonts w:ascii="Nirmala UI" w:hAnsi="Nirmala UI" w:eastAsia="Nirmala UI" w:cs="Nirmala UI"/>
        </w:rPr>
        <w:t>ଚତୁର୍ଥ</w:t>
      </w:r>
      <w:r>
        <w:rPr>
          <w:rFonts w:ascii="Times New Roman" w:hAnsi="Times New Roman" w:eastAsia="Times New Roman" w:cs="Times New Roman"/>
        </w:rPr>
        <w:t xml:space="preserve"> </w:t>
      </w:r>
      <w:r>
        <w:rPr>
          <w:rFonts w:ascii="Nirmala UI" w:hAnsi="Nirmala UI" w:eastAsia="Nirmala UI" w:cs="Nirmala UI"/>
        </w:rPr>
        <w:t>ଅଧ୍ୟାୟରେ</w:t>
      </w:r>
      <w:r>
        <w:rPr>
          <w:rFonts w:ascii="Times New Roman" w:hAnsi="Times New Roman" w:eastAsia="Times New Roman" w:cs="Times New Roman"/>
        </w:rPr>
        <w:t xml:space="preserve"> </w:t>
      </w:r>
      <w:r>
        <w:rPr>
          <w:rFonts w:ascii="Nirmala UI" w:hAnsi="Nirmala UI" w:eastAsia="Nirmala UI" w:cs="Nirmala UI"/>
        </w:rPr>
        <w:t>ଯିରୁଶାଲେମର</w:t>
      </w:r>
      <w:r>
        <w:rPr>
          <w:rFonts w:ascii="Times New Roman" w:hAnsi="Times New Roman" w:eastAsia="Times New Roman" w:cs="Times New Roman"/>
        </w:rPr>
        <w:t xml:space="preserve"> </w:t>
      </w:r>
      <w:r>
        <w:rPr>
          <w:rFonts w:ascii="Nirmala UI" w:hAnsi="Nirmala UI" w:eastAsia="Nirmala UI" w:cs="Nirmala UI"/>
        </w:rPr>
        <w:t>ଅବରୋଧର</w:t>
      </w:r>
      <w:r>
        <w:rPr>
          <w:rFonts w:ascii="Times New Roman" w:hAnsi="Times New Roman" w:eastAsia="Times New Roman" w:cs="Times New Roman"/>
        </w:rPr>
        <w:t xml:space="preserve"> </w:t>
      </w:r>
      <w:r>
        <w:rPr>
          <w:rFonts w:ascii="Nirmala UI" w:hAnsi="Nirmala UI" w:eastAsia="Nirmala UI" w:cs="Nirmala UI"/>
        </w:rPr>
        <w:t>ଚିତ୍ରଣରେ</w:t>
      </w:r>
      <w:r>
        <w:rPr>
          <w:rFonts w:ascii="Times New Roman" w:hAnsi="Times New Roman" w:eastAsia="Times New Roman" w:cs="Times New Roman"/>
        </w:rPr>
        <w:t xml:space="preserve"> </w:t>
      </w:r>
      <w:r>
        <w:rPr>
          <w:rFonts w:ascii="Nirmala UI" w:hAnsi="Nirmala UI" w:eastAsia="Nirmala UI" w:cs="Nirmala UI"/>
        </w:rPr>
        <w:t>ଏହିଜିକିଏଲ</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ବାମ</w:t>
      </w:r>
      <w:r>
        <w:rPr>
          <w:rFonts w:ascii="Times New Roman" w:hAnsi="Times New Roman" w:eastAsia="Times New Roman" w:cs="Times New Roman"/>
        </w:rPr>
        <w:t xml:space="preserve"> </w:t>
      </w:r>
      <w:r>
        <w:rPr>
          <w:rFonts w:ascii="Nirmala UI" w:hAnsi="Nirmala UI" w:eastAsia="Nirmala UI" w:cs="Nirmala UI"/>
        </w:rPr>
        <w:t>ପର୍ଶ୍ୱରେ</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ଡାହାଣ</w:t>
      </w:r>
      <w:r>
        <w:rPr>
          <w:rFonts w:ascii="Times New Roman" w:hAnsi="Times New Roman" w:eastAsia="Times New Roman" w:cs="Times New Roman"/>
        </w:rPr>
        <w:t xml:space="preserve"> </w:t>
      </w:r>
      <w:r>
        <w:rPr>
          <w:rFonts w:ascii="Nirmala UI" w:hAnsi="Nirmala UI" w:eastAsia="Nirmala UI" w:cs="Nirmala UI"/>
        </w:rPr>
        <w:t>ପର୍ଶ୍ୱରେ</w:t>
      </w:r>
      <w:r>
        <w:rPr>
          <w:rFonts w:ascii="Times New Roman" w:hAnsi="Times New Roman" w:eastAsia="Times New Roman" w:cs="Times New Roman"/>
        </w:rPr>
        <w:t xml:space="preserve"> </w:t>
      </w:r>
      <w:r>
        <w:rPr>
          <w:rFonts w:ascii="Nirmala UI" w:hAnsi="Nirmala UI" w:eastAsia="Nirmala UI" w:cs="Nirmala UI"/>
        </w:rPr>
        <w:t>ଶୟନ</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ଏମିତି</w:t>
      </w:r>
      <w:r>
        <w:rPr>
          <w:rFonts w:ascii="Times New Roman" w:hAnsi="Times New Roman" w:eastAsia="Times New Roman" w:cs="Times New Roman"/>
        </w:rPr>
        <w:t xml:space="preserve"> </w:t>
      </w:r>
      <w:r>
        <w:rPr>
          <w:rFonts w:ascii="Nirmala UI" w:hAnsi="Nirmala UI" w:eastAsia="Nirmala UI" w:cs="Nirmala UI"/>
        </w:rPr>
        <w:t>ତେରୋଟି</w:t>
      </w:r>
      <w:r>
        <w:rPr>
          <w:rFonts w:ascii="Times New Roman" w:hAnsi="Times New Roman" w:eastAsia="Times New Roman" w:cs="Times New Roman"/>
        </w:rPr>
        <w:t xml:space="preserve"> </w:t>
      </w:r>
      <w:r>
        <w:rPr>
          <w:rFonts w:ascii="Nirmala UI" w:hAnsi="Nirmala UI" w:eastAsia="Nirmala UI" w:cs="Nirmala UI"/>
        </w:rPr>
        <w:t>ନିର୍ଦ୍ଦିଷ୍ଟ</w:t>
      </w:r>
      <w:r>
        <w:rPr>
          <w:rFonts w:ascii="Times New Roman" w:hAnsi="Times New Roman" w:eastAsia="Times New Roman" w:cs="Times New Roman"/>
        </w:rPr>
        <w:t xml:space="preserve"> </w:t>
      </w:r>
      <w:r>
        <w:rPr>
          <w:rFonts w:ascii="Nirmala UI" w:hAnsi="Nirmala UI" w:eastAsia="Nirmala UI" w:cs="Nirmala UI"/>
        </w:rPr>
        <w:t>ତାରିଖ</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ରହିଛି</w:t>
      </w:r>
      <w:r>
        <w:rPr>
          <w:rFonts w:ascii="Times New Roman" w:hAnsi="Times New Roman" w:eastAsia="Times New Roman" w:cs="Times New Roman"/>
        </w:rPr>
        <w:t xml:space="preserve">, </w:t>
      </w:r>
      <w:r>
        <w:rPr>
          <w:rFonts w:ascii="Nirmala UI" w:hAnsi="Nirmala UI" w:eastAsia="Nirmala UI" w:cs="Nirmala UI"/>
        </w:rPr>
        <w:t>ଯେଗୁଡ଼ିକ</w:t>
      </w:r>
      <w:r>
        <w:rPr>
          <w:rFonts w:ascii="Times New Roman" w:hAnsi="Times New Roman" w:eastAsia="Times New Roman" w:cs="Times New Roman"/>
        </w:rPr>
        <w:t xml:space="preserve"> </w:t>
      </w:r>
      <w:r>
        <w:rPr>
          <w:rFonts w:ascii="Nirmala UI" w:hAnsi="Nirmala UI" w:eastAsia="Nirmala UI" w:cs="Nirmala UI"/>
        </w:rPr>
        <w:t>ଏହିଜିକିଏଲଙ୍କ</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ରୂପରେଖା</w:t>
      </w:r>
      <w:r>
        <w:rPr>
          <w:rFonts w:ascii="Times New Roman" w:hAnsi="Times New Roman" w:eastAsia="Times New Roman" w:cs="Times New Roman"/>
        </w:rPr>
        <w:t xml:space="preserve"> </w:t>
      </w:r>
      <w:r>
        <w:rPr>
          <w:rFonts w:ascii="Nirmala UI" w:hAnsi="Nirmala UI" w:eastAsia="Nirmala UI" w:cs="Nirmala UI"/>
        </w:rPr>
        <w:t>ଦିଏ</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ଏପରିକରି</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ପରବର୍ତ୍ତୀ</w:t>
      </w:r>
      <w:r>
        <w:rPr>
          <w:rFonts w:ascii="Times New Roman" w:hAnsi="Times New Roman" w:eastAsia="Times New Roman" w:cs="Times New Roman"/>
        </w:rPr>
        <w:t xml:space="preserve"> </w:t>
      </w:r>
      <w:r>
        <w:rPr>
          <w:rFonts w:ascii="Nirmala UI" w:hAnsi="Nirmala UI" w:eastAsia="Nirmala UI" w:cs="Nirmala UI"/>
        </w:rPr>
        <w:t>ବର୍ଷାର</w:t>
      </w:r>
      <w:r>
        <w:rPr>
          <w:rFonts w:ascii="Times New Roman" w:hAnsi="Times New Roman" w:eastAsia="Times New Roman" w:cs="Times New Roman"/>
        </w:rPr>
        <w:t xml:space="preserve"> </w:t>
      </w:r>
      <w:r>
        <w:rPr>
          <w:rFonts w:ascii="Nirmala UI" w:hAnsi="Nirmala UI" w:eastAsia="Nirmala UI" w:cs="Nirmala UI"/>
        </w:rPr>
        <w:t>ଯୁଗର</w:t>
      </w:r>
      <w:r>
        <w:rPr>
          <w:rFonts w:ascii="Times New Roman" w:hAnsi="Times New Roman" w:eastAsia="Times New Roman" w:cs="Times New Roman"/>
        </w:rPr>
        <w:t xml:space="preserve"> </w:t>
      </w:r>
      <w:r>
        <w:rPr>
          <w:rFonts w:ascii="Nirmala UI" w:hAnsi="Nirmala UI" w:eastAsia="Nirmala UI" w:cs="Nirmala UI"/>
        </w:rPr>
        <w:t>ପଥଚିହ୍ନଗୁଡ଼ିକୁ</w:t>
      </w:r>
      <w:r>
        <w:rPr>
          <w:rFonts w:ascii="Times New Roman" w:hAnsi="Times New Roman" w:eastAsia="Times New Roman" w:cs="Times New Roman"/>
        </w:rPr>
        <w:t xml:space="preserve"> </w:t>
      </w:r>
      <w:r>
        <w:rPr>
          <w:rFonts w:ascii="Nirmala UI" w:hAnsi="Nirmala UI" w:eastAsia="Nirmala UI" w:cs="Nirmala UI"/>
        </w:rPr>
        <w:t>ପ୍ରଦାନ</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ଲକ୍ଷ</w:t>
      </w:r>
      <w:r>
        <w:rPr>
          <w:rFonts w:ascii="Times New Roman" w:hAnsi="Times New Roman" w:eastAsia="Times New Roman" w:cs="Times New Roman"/>
        </w:rPr>
        <w:t xml:space="preserve"> </w:t>
      </w:r>
      <w:r>
        <w:rPr>
          <w:rFonts w:ascii="Nirmala UI" w:hAnsi="Nirmala UI" w:eastAsia="Nirmala UI" w:cs="Nirmala UI"/>
        </w:rPr>
        <w:t>ଚୁଆଳିଶ</w:t>
      </w:r>
      <w:r>
        <w:rPr>
          <w:rFonts w:ascii="Times New Roman" w:hAnsi="Times New Roman" w:eastAsia="Times New Roman" w:cs="Times New Roman"/>
        </w:rPr>
        <w:t xml:space="preserve"> </w:t>
      </w:r>
      <w:r>
        <w:rPr>
          <w:rFonts w:ascii="Nirmala UI" w:hAnsi="Nirmala UI" w:eastAsia="Nirmala UI" w:cs="Nirmala UI"/>
        </w:rPr>
        <w:t>ହଜାରଙ୍କୁ</w:t>
      </w:r>
      <w:r>
        <w:rPr>
          <w:rFonts w:ascii="Times New Roman" w:hAnsi="Times New Roman" w:eastAsia="Times New Roman" w:cs="Times New Roman"/>
        </w:rPr>
        <w:t xml:space="preserve"> </w:t>
      </w:r>
      <w:r>
        <w:rPr>
          <w:rFonts w:ascii="Nirmala UI" w:hAnsi="Nirmala UI" w:eastAsia="Nirmala UI" w:cs="Nirmala UI"/>
        </w:rPr>
        <w:t>ମୁଦ୍ରାଙ୍କିତ</w:t>
      </w:r>
      <w:r>
        <w:rPr>
          <w:rFonts w:ascii="Times New Roman" w:hAnsi="Times New Roman" w:eastAsia="Times New Roman" w:cs="Times New Roman"/>
        </w:rPr>
        <w:t xml:space="preserve"> </w:t>
      </w:r>
      <w:r>
        <w:rPr>
          <w:rFonts w:ascii="Nirmala UI" w:hAnsi="Nirmala UI" w:eastAsia="Nirmala UI" w:cs="Nirmala UI"/>
        </w:rPr>
        <w:t>କରାଯାଏ।</w:t>
      </w:r>
      <w:r>
        <w:rPr>
          <w:rFonts w:ascii="Times New Roman" w:hAnsi="Times New Roman" w:eastAsia="Times New Roman" w:cs="Times New Roman"/>
        </w:rPr>
        <w:t xml:space="preserve"> </w:t>
      </w:r>
      <w:r>
        <w:rPr>
          <w:rFonts w:ascii="Nirmala UI" w:hAnsi="Nirmala UI" w:eastAsia="Nirmala UI" w:cs="Nirmala UI"/>
        </w:rPr>
        <w:t>ସତ୍ୟଗୁଡ଼ିକ</w:t>
      </w:r>
      <w:r>
        <w:rPr>
          <w:rFonts w:ascii="Times New Roman" w:hAnsi="Times New Roman" w:eastAsia="Times New Roman" w:cs="Times New Roman"/>
        </w:rPr>
        <w:t xml:space="preserve"> </w:t>
      </w:r>
      <w:r>
        <w:rPr>
          <w:rFonts w:ascii="Nirmala UI" w:hAnsi="Nirmala UI" w:eastAsia="Nirmala UI" w:cs="Nirmala UI"/>
        </w:rPr>
        <w:t>କେବଳ</w:t>
      </w:r>
      <w:r>
        <w:rPr>
          <w:rFonts w:ascii="Times New Roman" w:hAnsi="Times New Roman" w:eastAsia="Times New Roman" w:cs="Times New Roman"/>
        </w:rPr>
        <w:t xml:space="preserve"> </w:t>
      </w:r>
      <w:r>
        <w:rPr>
          <w:rFonts w:ascii="Nirmala UI" w:hAnsi="Nirmala UI" w:eastAsia="Nirmala UI" w:cs="Nirmala UI"/>
        </w:rPr>
        <w:t>ତାରିଖମାନଙ୍କ</w:t>
      </w:r>
      <w:r>
        <w:rPr>
          <w:rFonts w:ascii="Times New Roman" w:hAnsi="Times New Roman" w:eastAsia="Times New Roman" w:cs="Times New Roman"/>
        </w:rPr>
        <w:t xml:space="preserve"> </w:t>
      </w:r>
      <w:r>
        <w:rPr>
          <w:rFonts w:ascii="Nirmala UI" w:hAnsi="Nirmala UI" w:eastAsia="Nirmala UI" w:cs="Nirmala UI"/>
        </w:rPr>
        <w:t>ମାଧ୍ୟମରେ</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ବରଂ</w:t>
      </w:r>
      <w:r>
        <w:rPr>
          <w:rFonts w:ascii="Times New Roman" w:hAnsi="Times New Roman" w:eastAsia="Times New Roman" w:cs="Times New Roman"/>
        </w:rPr>
        <w:t xml:space="preserve"> </w:t>
      </w:r>
      <w:r>
        <w:rPr>
          <w:rFonts w:ascii="Nirmala UI" w:hAnsi="Nirmala UI" w:eastAsia="Nirmala UI" w:cs="Nirmala UI"/>
        </w:rPr>
        <w:t>ସତର</w:t>
      </w:r>
      <w:r>
        <w:rPr>
          <w:rFonts w:ascii="Times New Roman" w:hAnsi="Times New Roman" w:eastAsia="Times New Roman" w:cs="Times New Roman"/>
        </w:rPr>
        <w:t xml:space="preserve">, </w:t>
      </w:r>
      <w:r>
        <w:rPr>
          <w:rFonts w:ascii="Nirmala UI" w:hAnsi="Nirmala UI" w:eastAsia="Nirmala UI" w:cs="Nirmala UI"/>
        </w:rPr>
        <w:t>ଊଣେଇଶ</w:t>
      </w:r>
      <w:r>
        <w:rPr>
          <w:rFonts w:ascii="Times New Roman" w:hAnsi="Times New Roman" w:eastAsia="Times New Roman" w:cs="Times New Roman"/>
        </w:rPr>
        <w:t xml:space="preserve">, </w:t>
      </w:r>
      <w:r>
        <w:rPr>
          <w:rFonts w:ascii="Nirmala UI" w:hAnsi="Nirmala UI" w:eastAsia="Nirmala UI" w:cs="Nirmala UI"/>
        </w:rPr>
        <w:t>ପଚିଶ</w:t>
      </w:r>
      <w:r>
        <w:rPr>
          <w:rFonts w:ascii="Times New Roman" w:hAnsi="Times New Roman" w:eastAsia="Times New Roman" w:cs="Times New Roman"/>
        </w:rPr>
        <w:t xml:space="preserve">, </w:t>
      </w:r>
      <w:r>
        <w:rPr>
          <w:rFonts w:ascii="Nirmala UI" w:hAnsi="Nirmala UI" w:eastAsia="Nirmala UI" w:cs="Nirmala UI"/>
        </w:rPr>
        <w:t>ସତ୍ତରି</w:t>
      </w:r>
      <w:r>
        <w:rPr>
          <w:rFonts w:ascii="Times New Roman" w:hAnsi="Times New Roman" w:eastAsia="Times New Roman" w:cs="Times New Roman"/>
        </w:rPr>
        <w:t xml:space="preserve">, </w:t>
      </w:r>
      <w:r>
        <w:rPr>
          <w:rFonts w:ascii="Nirmala UI" w:hAnsi="Nirmala UI" w:eastAsia="Nirmala UI" w:cs="Nirmala UI"/>
        </w:rPr>
        <w:t>ଚାଳିଶ</w:t>
      </w:r>
      <w:r>
        <w:rPr>
          <w:rFonts w:ascii="Times New Roman" w:hAnsi="Times New Roman" w:eastAsia="Times New Roman" w:cs="Times New Roman"/>
        </w:rPr>
        <w:t xml:space="preserve">, </w:t>
      </w:r>
      <w:r>
        <w:rPr>
          <w:rFonts w:ascii="Nirmala UI" w:hAnsi="Nirmala UI" w:eastAsia="Nirmala UI" w:cs="Nirmala UI"/>
        </w:rPr>
        <w:t>ତିନିଶେ</w:t>
      </w:r>
      <w:r>
        <w:rPr>
          <w:rFonts w:ascii="Times New Roman" w:hAnsi="Times New Roman" w:eastAsia="Times New Roman" w:cs="Times New Roman"/>
        </w:rPr>
        <w:t xml:space="preserve"> </w:t>
      </w:r>
      <w:r>
        <w:rPr>
          <w:rFonts w:ascii="Nirmala UI" w:hAnsi="Nirmala UI" w:eastAsia="Nirmala UI" w:cs="Nirmala UI"/>
        </w:rPr>
        <w:t>ନବେ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ନିଶ୍ଚୟ</w:t>
      </w:r>
      <w:r>
        <w:rPr>
          <w:rFonts w:ascii="Times New Roman" w:hAnsi="Times New Roman" w:eastAsia="Times New Roman" w:cs="Times New Roman"/>
        </w:rPr>
        <w:t xml:space="preserve"> </w:t>
      </w:r>
      <w:r>
        <w:rPr>
          <w:rFonts w:ascii="Nirmala UI" w:hAnsi="Nirmala UI" w:eastAsia="Nirmala UI" w:cs="Nirmala UI"/>
        </w:rPr>
        <w:t>ତିରିଶି</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ସଂଖ୍ୟାମାନଙ୍କ</w:t>
      </w:r>
      <w:r>
        <w:rPr>
          <w:rFonts w:ascii="Times New Roman" w:hAnsi="Times New Roman" w:eastAsia="Times New Roman" w:cs="Times New Roman"/>
        </w:rPr>
        <w:t xml:space="preserve"> </w:t>
      </w:r>
      <w:r>
        <w:rPr>
          <w:rFonts w:ascii="Nirmala UI" w:hAnsi="Nirmala UI" w:eastAsia="Nirmala UI" w:cs="Nirmala UI"/>
        </w:rPr>
        <w:t>ମାଧ୍ୟମରେ</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ହୁଏ।</w:t>
      </w:r>
      <w:r>
        <w:rPr>
          <w:rFonts w:ascii="Times New Roman" w:hAnsi="Times New Roman" w:eastAsia="Times New Roman" w:cs="Times New Roman"/>
        </w:rPr>
        <w:t xml:space="preserve"> </w:t>
      </w:r>
      <w:r>
        <w:rPr>
          <w:rFonts w:ascii="Nirmala UI" w:hAnsi="Nirmala UI" w:eastAsia="Nirmala UI" w:cs="Nirmala UI"/>
        </w:rPr>
        <w:t>ଆଉ</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ସଂଖ୍ୟା</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ସମ୍ଭବତଃ</w:t>
      </w:r>
      <w:r>
        <w:rPr>
          <w:rFonts w:ascii="Times New Roman" w:hAnsi="Times New Roman" w:eastAsia="Times New Roman" w:cs="Times New Roman"/>
        </w:rPr>
        <w:t xml:space="preserve"> </w:t>
      </w:r>
      <w:r>
        <w:rPr>
          <w:rFonts w:ascii="Nirmala UI" w:hAnsi="Nirmala UI" w:eastAsia="Nirmala UI" w:cs="Nirmala UI"/>
        </w:rPr>
        <w:t>ଏହିଜିକିଏଲଙ୍କ</w:t>
      </w:r>
      <w:r>
        <w:rPr>
          <w:rFonts w:ascii="Times New Roman" w:hAnsi="Times New Roman" w:eastAsia="Times New Roman" w:cs="Times New Roman"/>
        </w:rPr>
        <w:t xml:space="preserve"> </w:t>
      </w:r>
      <w:r>
        <w:rPr>
          <w:rFonts w:ascii="Nirmala UI" w:hAnsi="Nirmala UI" w:eastAsia="Nirmala UI" w:cs="Nirmala UI"/>
        </w:rPr>
        <w:t>ପୁସ୍ତକର</w:t>
      </w:r>
      <w:r>
        <w:rPr>
          <w:rFonts w:ascii="Times New Roman" w:hAnsi="Times New Roman" w:eastAsia="Times New Roman" w:cs="Times New Roman"/>
        </w:rPr>
        <w:t xml:space="preserve"> </w:t>
      </w:r>
      <w:r>
        <w:rPr>
          <w:rFonts w:ascii="Nirmala UI" w:hAnsi="Nirmala UI" w:eastAsia="Nirmala UI" w:cs="Nirmala UI"/>
        </w:rPr>
        <w:t>ସବୁଠାରୁ</w:t>
      </w:r>
      <w:r>
        <w:rPr>
          <w:rFonts w:ascii="Times New Roman" w:hAnsi="Times New Roman" w:eastAsia="Times New Roman" w:cs="Times New Roman"/>
        </w:rPr>
        <w:t xml:space="preserve"> </w:t>
      </w:r>
      <w:r>
        <w:rPr>
          <w:rFonts w:ascii="Nirmala UI" w:hAnsi="Nirmala UI" w:eastAsia="Nirmala UI" w:cs="Nirmala UI"/>
        </w:rPr>
        <w:t>ଗୁରୁତ୍ୱପୂର୍ଣ୍ଣ</w:t>
      </w:r>
      <w:r>
        <w:rPr>
          <w:rFonts w:ascii="Times New Roman" w:hAnsi="Times New Roman" w:eastAsia="Times New Roman" w:cs="Times New Roman"/>
        </w:rPr>
        <w:t xml:space="preserve"> </w:t>
      </w:r>
      <w:r>
        <w:rPr>
          <w:rFonts w:ascii="Nirmala UI" w:hAnsi="Nirmala UI" w:eastAsia="Nirmala UI" w:cs="Nirmala UI"/>
        </w:rPr>
        <w:t>ସଂଖ୍ୟା</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ହେଉଛି</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ଶତ</w:t>
      </w:r>
      <w:r>
        <w:rPr>
          <w:rFonts w:ascii="Times New Roman" w:hAnsi="Times New Roman" w:eastAsia="Times New Roman" w:cs="Times New Roman"/>
        </w:rPr>
        <w:t xml:space="preserve"> </w:t>
      </w:r>
      <w:r>
        <w:rPr>
          <w:rFonts w:ascii="Nirmala UI" w:hAnsi="Nirmala UI" w:eastAsia="Nirmala UI" w:cs="Nirmala UI"/>
        </w:rPr>
        <w:t>ପଞ୍ଚାଶ।</w:t>
      </w:r>
      <w:r>
        <w:rPr>
          <w:rFonts w:ascii="Times New Roman" w:hAnsi="Times New Roman" w:eastAsia="Times New Roman" w:cs="Times New Roman"/>
        </w:rPr>
        <w:t xml:space="preserve"> </w:t>
      </w:r>
      <w:r>
        <w:rPr>
          <w:rFonts w:ascii="Nirmala UI" w:hAnsi="Nirmala UI" w:eastAsia="Nirmala UI" w:cs="Nirmala UI"/>
        </w:rPr>
        <w:t>ତଥାପି</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ଶତ</w:t>
      </w:r>
      <w:r>
        <w:rPr>
          <w:rFonts w:ascii="Times New Roman" w:hAnsi="Times New Roman" w:eastAsia="Times New Roman" w:cs="Times New Roman"/>
        </w:rPr>
        <w:t xml:space="preserve"> </w:t>
      </w:r>
      <w:r>
        <w:rPr>
          <w:rFonts w:ascii="Nirmala UI" w:hAnsi="Nirmala UI" w:eastAsia="Nirmala UI" w:cs="Nirmala UI"/>
        </w:rPr>
        <w:t>ପଞ୍ଚାଶ</w:t>
      </w:r>
      <w:r>
        <w:rPr>
          <w:rFonts w:ascii="Times New Roman" w:hAnsi="Times New Roman" w:eastAsia="Times New Roman" w:cs="Times New Roman"/>
        </w:rPr>
        <w:t xml:space="preserve"> </w:t>
      </w:r>
      <w:r>
        <w:rPr>
          <w:rFonts w:ascii="Nirmala UI" w:hAnsi="Nirmala UI" w:eastAsia="Nirmala UI" w:cs="Nirmala UI"/>
        </w:rPr>
        <w:t>ସଂଖ୍ୟାଟି</w:t>
      </w:r>
      <w:r>
        <w:rPr>
          <w:rFonts w:ascii="Times New Roman" w:hAnsi="Times New Roman" w:eastAsia="Times New Roman" w:cs="Times New Roman"/>
        </w:rPr>
        <w:t xml:space="preserve"> </w:t>
      </w:r>
      <w:r>
        <w:rPr>
          <w:rFonts w:ascii="Nirmala UI" w:hAnsi="Nirmala UI" w:eastAsia="Nirmala UI" w:cs="Nirmala UI"/>
        </w:rPr>
        <w:t>ଏହିଜିକିଏଲଙ୍କ</w:t>
      </w:r>
      <w:r>
        <w:rPr>
          <w:rFonts w:ascii="Times New Roman" w:hAnsi="Times New Roman" w:eastAsia="Times New Roman" w:cs="Times New Roman"/>
        </w:rPr>
        <w:t xml:space="preserve"> </w:t>
      </w:r>
      <w:r>
        <w:rPr>
          <w:rFonts w:ascii="Nirmala UI" w:hAnsi="Nirmala UI" w:eastAsia="Nirmala UI" w:cs="Nirmala UI"/>
        </w:rPr>
        <w:t>ପୁସ୍ତକରେ</w:t>
      </w:r>
      <w:r>
        <w:rPr>
          <w:rFonts w:ascii="Times New Roman" w:hAnsi="Times New Roman" w:eastAsia="Times New Roman" w:cs="Times New Roman"/>
        </w:rPr>
        <w:t xml:space="preserve"> </w:t>
      </w:r>
      <w:r>
        <w:rPr>
          <w:rFonts w:ascii="Nirmala UI" w:hAnsi="Nirmala UI" w:eastAsia="Nirmala UI" w:cs="Nirmala UI"/>
        </w:rPr>
        <w:t>ମିଳେ</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ତଥାପି</w:t>
      </w:r>
      <w:r>
        <w:rPr>
          <w:rFonts w:ascii="Times New Roman" w:hAnsi="Times New Roman" w:eastAsia="Times New Roman" w:cs="Times New Roman"/>
        </w:rPr>
        <w:t xml:space="preserve">, </w:t>
      </w:r>
      <w:r>
        <w:rPr>
          <w:rFonts w:ascii="Nirmala UI" w:hAnsi="Nirmala UI" w:eastAsia="Nirmala UI" w:cs="Nirmala UI"/>
        </w:rPr>
        <w:t>ରେଖା</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ରେଖା</w:t>
      </w:r>
      <w:r>
        <w:rPr>
          <w:rFonts w:ascii="Times New Roman" w:hAnsi="Times New Roman" w:eastAsia="Times New Roman" w:cs="Times New Roman"/>
        </w:rPr>
        <w:t>—</w:t>
      </w:r>
      <w:r>
        <w:rPr>
          <w:rFonts w:ascii="Nirmala UI" w:hAnsi="Nirmala UI" w:eastAsia="Nirmala UI" w:cs="Nirmala UI"/>
        </w:rPr>
        <w:t>ସେଠାରେ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ରହିଛି।</w:t>
      </w:r>
    </w:p>
    <w:p>
      <w:pPr>
        <w:pStyle w:val="ArticleBody"/>
        <w:jc w:val="left"/>
      </w:pPr>
      <w:r>
        <w:rPr>
          <w:rFonts w:ascii="Times New Roman" w:hAnsi="Times New Roman" w:eastAsia="Times New Roman" w:cs="Times New Roman"/>
        </w:rPr>
        <w:t>Lakkoofsi dhibba tokkoo fi shantamni raajii keessatti sarara marfamuu sana keessatti diriirfamee jira; marfamuunis sarara raajii adda ta’e dha; yookaan yoo feetan, marfamuu jechuun geengoo dha. Sararri seenaa raajii yeroo hunda alfaa fi omeegaa ni qabaata; akkas ta’uudhaanis amaloonni alfaa fi omeegaa jalqaba fi dhuma sararichaa irratti bakka buufamuu qabu; yoo kana hin taane, inni sarara miti. Dhimmi alfaa marfamuu sanaa du’a niitii Hisqi’eel ture; dhumni marfamuu sanaas du’a misirroo Kiristoos ture; kunis akka badiisa Yerusaalemitti bakka buufamee jira.</w:t>
      </w:r>
    </w:p>
    <w:p>
      <w:pPr>
        <w:pStyle w:val="ArticleScripture"/>
        <w:jc w:val="left"/>
      </w:pP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ଯୋହନ</w:t>
      </w:r>
      <w:r>
        <w:rPr>
          <w:rFonts w:ascii="Times New Roman" w:hAnsi="Times New Roman" w:eastAsia="Times New Roman" w:cs="Times New Roman"/>
        </w:rPr>
        <w:t xml:space="preserve"> </w:t>
      </w:r>
      <w:r>
        <w:rPr>
          <w:rFonts w:ascii="Nirmala UI" w:hAnsi="Nirmala UI" w:eastAsia="Nirmala UI" w:cs="Nirmala UI"/>
        </w:rPr>
        <w:t>ପବିତ୍ର</w:t>
      </w:r>
      <w:r>
        <w:rPr>
          <w:rFonts w:ascii="Times New Roman" w:hAnsi="Times New Roman" w:eastAsia="Times New Roman" w:cs="Times New Roman"/>
        </w:rPr>
        <w:t xml:space="preserve"> </w:t>
      </w:r>
      <w:r>
        <w:rPr>
          <w:rFonts w:ascii="Nirmala UI" w:hAnsi="Nirmala UI" w:eastAsia="Nirmala UI" w:cs="Nirmala UI"/>
        </w:rPr>
        <w:t>ନଗରୀ</w:t>
      </w:r>
      <w:r>
        <w:rPr>
          <w:rFonts w:ascii="Times New Roman" w:hAnsi="Times New Roman" w:eastAsia="Times New Roman" w:cs="Times New Roman"/>
        </w:rPr>
        <w:t xml:space="preserve">, </w:t>
      </w:r>
      <w:r>
        <w:rPr>
          <w:rFonts w:ascii="Nirmala UI" w:hAnsi="Nirmala UI" w:eastAsia="Nirmala UI" w:cs="Nirmala UI"/>
        </w:rPr>
        <w:t>ନୂତନ</w:t>
      </w:r>
      <w:r>
        <w:rPr>
          <w:rFonts w:ascii="Times New Roman" w:hAnsi="Times New Roman" w:eastAsia="Times New Roman" w:cs="Times New Roman"/>
        </w:rPr>
        <w:t xml:space="preserve"> </w:t>
      </w:r>
      <w:r>
        <w:rPr>
          <w:rFonts w:ascii="Nirmala UI" w:hAnsi="Nirmala UI" w:eastAsia="Nirmala UI" w:cs="Nirmala UI"/>
        </w:rPr>
        <w:t>ଯିରୁଶାଲେମକୁ</w:t>
      </w:r>
      <w:r>
        <w:rPr>
          <w:rFonts w:ascii="Times New Roman" w:hAnsi="Times New Roman" w:eastAsia="Times New Roman" w:cs="Times New Roman"/>
        </w:rPr>
        <w:t xml:space="preserve">, </w:t>
      </w:r>
      <w:r>
        <w:rPr>
          <w:rFonts w:ascii="Nirmala UI" w:hAnsi="Nirmala UI" w:eastAsia="Nirmala UI" w:cs="Nirmala UI"/>
        </w:rPr>
        <w:t>ସ୍ୱର୍ଗରୁ</w:t>
      </w:r>
      <w:r>
        <w:rPr>
          <w:rFonts w:ascii="Times New Roman" w:hAnsi="Times New Roman" w:eastAsia="Times New Roman" w:cs="Times New Roman"/>
        </w:rPr>
        <w:t xml:space="preserve"> </w:t>
      </w:r>
      <w:r>
        <w:rPr>
          <w:rFonts w:ascii="Nirmala UI" w:hAnsi="Nirmala UI" w:eastAsia="Nirmala UI" w:cs="Nirmala UI"/>
        </w:rPr>
        <w:t>ପରମେଶ୍ୱରଙ୍କ</w:t>
      </w:r>
      <w:r>
        <w:rPr>
          <w:rFonts w:ascii="Times New Roman" w:hAnsi="Times New Roman" w:eastAsia="Times New Roman" w:cs="Times New Roman"/>
        </w:rPr>
        <w:t xml:space="preserve"> </w:t>
      </w:r>
      <w:r>
        <w:rPr>
          <w:rFonts w:ascii="Nirmala UI" w:hAnsi="Nirmala UI" w:eastAsia="Nirmala UI" w:cs="Nirmala UI"/>
        </w:rPr>
        <w:t>ନିକଟରୁ</w:t>
      </w:r>
      <w:r>
        <w:rPr>
          <w:rFonts w:ascii="Times New Roman" w:hAnsi="Times New Roman" w:eastAsia="Times New Roman" w:cs="Times New Roman"/>
        </w:rPr>
        <w:t xml:space="preserve"> </w:t>
      </w:r>
      <w:r>
        <w:rPr>
          <w:rFonts w:ascii="Nirmala UI" w:hAnsi="Nirmala UI" w:eastAsia="Nirmala UI" w:cs="Nirmala UI"/>
        </w:rPr>
        <w:t>ଅବତରଣ</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ଦେଖିଲି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ନଗରୀ</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ସ୍ୱାମୀ</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ଶୋଭିତ</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ବଧୂ</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ପ୍ରସ୍ତୁତ</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ସ୍ୱର୍ଗରୁ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ମହାସ୍ୱର</w:t>
      </w:r>
      <w:r>
        <w:rPr>
          <w:rFonts w:ascii="Times New Roman" w:hAnsi="Times New Roman" w:eastAsia="Times New Roman" w:cs="Times New Roman"/>
        </w:rPr>
        <w:t xml:space="preserve"> </w:t>
      </w:r>
      <w:r>
        <w:rPr>
          <w:rFonts w:ascii="Nirmala UI" w:hAnsi="Nirmala UI" w:eastAsia="Nirmala UI" w:cs="Nirmala UI"/>
        </w:rPr>
        <w:t>ଶୁଣିଲି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କହୁଥିଲା</w:t>
      </w:r>
      <w:r>
        <w:rPr>
          <w:rFonts w:ascii="Times New Roman" w:hAnsi="Times New Roman" w:eastAsia="Times New Roman" w:cs="Times New Roman"/>
        </w:rPr>
        <w:t>, “</w:t>
      </w:r>
      <w:r>
        <w:rPr>
          <w:rFonts w:ascii="Nirmala UI" w:hAnsi="Nirmala UI" w:eastAsia="Nirmala UI" w:cs="Nirmala UI"/>
        </w:rPr>
        <w:t>ଦେଖ</w:t>
      </w:r>
      <w:r>
        <w:rPr>
          <w:rFonts w:ascii="Times New Roman" w:hAnsi="Times New Roman" w:eastAsia="Times New Roman" w:cs="Times New Roman"/>
        </w:rPr>
        <w:t xml:space="preserve">, </w:t>
      </w:r>
      <w:r>
        <w:rPr>
          <w:rFonts w:ascii="Nirmala UI" w:hAnsi="Nirmala UI" w:eastAsia="Nirmala UI" w:cs="Nirmala UI"/>
        </w:rPr>
        <w:t>ପରମେଶ୍ୱରଙ୍କ</w:t>
      </w:r>
      <w:r>
        <w:rPr>
          <w:rFonts w:ascii="Times New Roman" w:hAnsi="Times New Roman" w:eastAsia="Times New Roman" w:cs="Times New Roman"/>
        </w:rPr>
        <w:t xml:space="preserve"> </w:t>
      </w:r>
      <w:r>
        <w:rPr>
          <w:rFonts w:ascii="Nirmala UI" w:hAnsi="Nirmala UI" w:eastAsia="Nirmala UI" w:cs="Nirmala UI"/>
        </w:rPr>
        <w:t>ତାବେରନାକଲ</w:t>
      </w:r>
      <w:r>
        <w:rPr>
          <w:rFonts w:ascii="Times New Roman" w:hAnsi="Times New Roman" w:eastAsia="Times New Roman" w:cs="Times New Roman"/>
        </w:rPr>
        <w:t xml:space="preserve"> </w:t>
      </w:r>
      <w:r>
        <w:rPr>
          <w:rFonts w:ascii="Nirmala UI" w:hAnsi="Nirmala UI" w:eastAsia="Nirmala UI" w:cs="Nirmala UI"/>
        </w:rPr>
        <w:t>ମନୁଷ୍ୟମାନଙ୍କ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ଅଛି</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ବାସ</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ତାଙ୍କର</w:t>
      </w:r>
      <w:r>
        <w:rPr>
          <w:rFonts w:ascii="Times New Roman" w:hAnsi="Times New Roman" w:eastAsia="Times New Roman" w:cs="Times New Roman"/>
        </w:rPr>
        <w:t xml:space="preserve"> </w:t>
      </w:r>
      <w:r>
        <w:rPr>
          <w:rFonts w:ascii="Nirmala UI" w:hAnsi="Nirmala UI" w:eastAsia="Nirmala UI" w:cs="Nirmala UI"/>
        </w:rPr>
        <w:t>ପ୍ରଜା</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ପରମେଶ୍ୱର</w:t>
      </w:r>
      <w:r>
        <w:rPr>
          <w:rFonts w:ascii="Times New Roman" w:hAnsi="Times New Roman" w:eastAsia="Times New Roman" w:cs="Times New Roman"/>
        </w:rPr>
        <w:t xml:space="preserve"> </w:t>
      </w:r>
      <w:r>
        <w:rPr>
          <w:rFonts w:ascii="Nirmala UI" w:hAnsi="Nirmala UI" w:eastAsia="Nirmala UI" w:cs="Nirmala UI"/>
        </w:rPr>
        <w:t>ସ୍ୱୟଂ</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ରହିବେ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ସେମାନଙ୍କର</w:t>
      </w:r>
      <w:r>
        <w:rPr>
          <w:rFonts w:ascii="Times New Roman" w:hAnsi="Times New Roman" w:eastAsia="Times New Roman" w:cs="Times New Roman"/>
        </w:rPr>
        <w:t xml:space="preserve"> </w:t>
      </w:r>
      <w:r>
        <w:rPr>
          <w:rFonts w:ascii="Nirmala UI" w:hAnsi="Nirmala UI" w:eastAsia="Nirmala UI" w:cs="Nirmala UI"/>
        </w:rPr>
        <w:t>ପରମେଶ୍ୱର</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ପରମେଶ୍ୱର</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ଚକ୍ଷୁରୁ</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ଅଶ୍ରୁ</w:t>
      </w:r>
      <w:r>
        <w:rPr>
          <w:rFonts w:ascii="Times New Roman" w:hAnsi="Times New Roman" w:eastAsia="Times New Roman" w:cs="Times New Roman"/>
        </w:rPr>
        <w:t xml:space="preserve"> </w:t>
      </w:r>
      <w:r>
        <w:rPr>
          <w:rFonts w:ascii="Nirmala UI" w:hAnsi="Nirmala UI" w:eastAsia="Nirmala UI" w:cs="Nirmala UI"/>
        </w:rPr>
        <w:t>ପୋଛିଦେବେ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ଆଉ</w:t>
      </w:r>
      <w:r>
        <w:rPr>
          <w:rFonts w:ascii="Times New Roman" w:hAnsi="Times New Roman" w:eastAsia="Times New Roman" w:cs="Times New Roman"/>
        </w:rPr>
        <w:t xml:space="preserve"> </w:t>
      </w:r>
      <w:r>
        <w:rPr>
          <w:rFonts w:ascii="Nirmala UI" w:hAnsi="Nirmala UI" w:eastAsia="Nirmala UI" w:cs="Nirmala UI"/>
        </w:rPr>
        <w:t>ମୃତ୍ୟୁ</w:t>
      </w:r>
      <w:r>
        <w:rPr>
          <w:rFonts w:ascii="Times New Roman" w:hAnsi="Times New Roman" w:eastAsia="Times New Roman" w:cs="Times New Roman"/>
        </w:rPr>
        <w:t xml:space="preserve"> </w:t>
      </w:r>
      <w:r>
        <w:rPr>
          <w:rFonts w:ascii="Nirmala UI" w:hAnsi="Nirmala UI" w:eastAsia="Nirmala UI" w:cs="Nirmala UI"/>
        </w:rPr>
        <w:t>ରହିବ</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ଶୋକ</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କ୍ରନ୍ଦନ</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ବେଦନା</w:t>
      </w:r>
      <w:r>
        <w:rPr>
          <w:rFonts w:ascii="Times New Roman" w:hAnsi="Times New Roman" w:eastAsia="Times New Roman" w:cs="Times New Roman"/>
        </w:rPr>
        <w:t xml:space="preserve"> </w:t>
      </w:r>
      <w:r>
        <w:rPr>
          <w:rFonts w:ascii="Nirmala UI" w:hAnsi="Nirmala UI" w:eastAsia="Nirmala UI" w:cs="Nirmala UI"/>
        </w:rPr>
        <w:t>ଆଉ</w:t>
      </w:r>
      <w:r>
        <w:rPr>
          <w:rFonts w:ascii="Times New Roman" w:hAnsi="Times New Roman" w:eastAsia="Times New Roman" w:cs="Times New Roman"/>
        </w:rPr>
        <w:t xml:space="preserve"> </w:t>
      </w:r>
      <w:r>
        <w:rPr>
          <w:rFonts w:ascii="Nirmala UI" w:hAnsi="Nirmala UI" w:eastAsia="Nirmala UI" w:cs="Nirmala UI"/>
        </w:rPr>
        <w:t>ରହିବ</w:t>
      </w:r>
      <w:r>
        <w:rPr>
          <w:rFonts w:ascii="Times New Roman" w:hAnsi="Times New Roman" w:eastAsia="Times New Roman" w:cs="Times New Roman"/>
        </w:rPr>
        <w:t xml:space="preserve">; </w:t>
      </w:r>
      <w:r>
        <w:rPr>
          <w:rFonts w:ascii="Nirmala UI" w:hAnsi="Nirmala UI" w:eastAsia="Nirmala UI" w:cs="Nirmala UI"/>
        </w:rPr>
        <w:t>କାରଣ</w:t>
      </w:r>
      <w:r>
        <w:rPr>
          <w:rFonts w:ascii="Times New Roman" w:hAnsi="Times New Roman" w:eastAsia="Times New Roman" w:cs="Times New Roman"/>
        </w:rPr>
        <w:t xml:space="preserve"> </w:t>
      </w:r>
      <w:r>
        <w:rPr>
          <w:rFonts w:ascii="Nirmala UI" w:hAnsi="Nirmala UI" w:eastAsia="Nirmala UI" w:cs="Nirmala UI"/>
        </w:rPr>
        <w:t>ପୂର୍ବତନ</w:t>
      </w:r>
      <w:r>
        <w:rPr>
          <w:rFonts w:ascii="Times New Roman" w:hAnsi="Times New Roman" w:eastAsia="Times New Roman" w:cs="Times New Roman"/>
        </w:rPr>
        <w:t xml:space="preserve"> </w:t>
      </w:r>
      <w:r>
        <w:rPr>
          <w:rFonts w:ascii="Nirmala UI" w:hAnsi="Nirmala UI" w:eastAsia="Nirmala UI" w:cs="Nirmala UI"/>
        </w:rPr>
        <w:t>ବିଷୟଗୁଡ଼ିକ</w:t>
      </w:r>
      <w:r>
        <w:rPr>
          <w:rFonts w:ascii="Times New Roman" w:hAnsi="Times New Roman" w:eastAsia="Times New Roman" w:cs="Times New Roman"/>
        </w:rPr>
        <w:t xml:space="preserve"> </w:t>
      </w:r>
      <w:r>
        <w:rPr>
          <w:rFonts w:ascii="Nirmala UI" w:hAnsi="Nirmala UI" w:eastAsia="Nirmala UI" w:cs="Nirmala UI"/>
        </w:rPr>
        <w:t>ଅତୀତ</w:t>
      </w:r>
      <w:r>
        <w:rPr>
          <w:rFonts w:ascii="Times New Roman" w:hAnsi="Times New Roman" w:eastAsia="Times New Roman" w:cs="Times New Roman"/>
        </w:rPr>
        <w:t xml:space="preserve"> </w:t>
      </w:r>
      <w:r>
        <w:rPr>
          <w:rFonts w:ascii="Nirmala UI" w:hAnsi="Nirmala UI" w:eastAsia="Nirmala UI" w:cs="Nirmala UI"/>
        </w:rPr>
        <w:t>ହୋଇଗଲା।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ସିଂହାସନ</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ବସିଥିବାଜଣେ</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ଦେଖ</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ବିଷୟକୁ</w:t>
      </w:r>
      <w:r>
        <w:rPr>
          <w:rFonts w:ascii="Times New Roman" w:hAnsi="Times New Roman" w:eastAsia="Times New Roman" w:cs="Times New Roman"/>
        </w:rPr>
        <w:t xml:space="preserve"> </w:t>
      </w:r>
      <w:r>
        <w:rPr>
          <w:rFonts w:ascii="Nirmala UI" w:hAnsi="Nirmala UI" w:eastAsia="Nirmala UI" w:cs="Nirmala UI"/>
        </w:rPr>
        <w:t>ନୂତନ</w:t>
      </w:r>
      <w:r>
        <w:rPr>
          <w:rFonts w:ascii="Times New Roman" w:hAnsi="Times New Roman" w:eastAsia="Times New Roman" w:cs="Times New Roman"/>
        </w:rPr>
        <w:t xml:space="preserve"> </w:t>
      </w:r>
      <w:r>
        <w:rPr>
          <w:rFonts w:ascii="Nirmala UI" w:hAnsi="Nirmala UI" w:eastAsia="Nirmala UI" w:cs="Nirmala UI"/>
        </w:rPr>
        <w:t>କରୁଛି।</w:t>
      </w:r>
      <w:r>
        <w:rPr>
          <w:rFonts w:ascii="Times New Roman" w:hAnsi="Times New Roman" w:eastAsia="Times New Roman" w:cs="Times New Roman"/>
        </w:rPr>
        <w:t xml:space="preserve">” </w:t>
      </w:r>
      <w:r>
        <w:rPr>
          <w:rFonts w:ascii="Nirmala UI" w:hAnsi="Nirmala UI" w:eastAsia="Nirmala UI" w:cs="Nirmala UI"/>
        </w:rPr>
        <w:t>ପୁଣି</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ମୋତେ</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ଲେଖ</w:t>
      </w:r>
      <w:r>
        <w:rPr>
          <w:rFonts w:ascii="Times New Roman" w:hAnsi="Times New Roman" w:eastAsia="Times New Roman" w:cs="Times New Roman"/>
        </w:rPr>
        <w:t xml:space="preserve">; </w:t>
      </w:r>
      <w:r>
        <w:rPr>
          <w:rFonts w:ascii="Nirmala UI" w:hAnsi="Nirmala UI" w:eastAsia="Nirmala UI" w:cs="Nirmala UI"/>
        </w:rPr>
        <w:t>କାରଣ</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କଥାଗୁଡ଼ିକ</w:t>
      </w:r>
      <w:r>
        <w:rPr>
          <w:rFonts w:ascii="Times New Roman" w:hAnsi="Times New Roman" w:eastAsia="Times New Roman" w:cs="Times New Roman"/>
        </w:rPr>
        <w:t xml:space="preserve"> </w:t>
      </w:r>
      <w:r>
        <w:rPr>
          <w:rFonts w:ascii="Nirmala UI" w:hAnsi="Nirmala UI" w:eastAsia="Nirmala UI" w:cs="Nirmala UI"/>
        </w:rPr>
        <w:t>ସତ୍ୟ</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ବିଶ୍ୱାସଯୋଗ୍ୟ।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ମୋତେ</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ସମ୍ପୂର୍ଣ୍ଣ</w:t>
      </w:r>
      <w:r>
        <w:rPr>
          <w:rFonts w:ascii="Times New Roman" w:hAnsi="Times New Roman" w:eastAsia="Times New Roman" w:cs="Times New Roman"/>
        </w:rPr>
        <w:t xml:space="preserve"> </w:t>
      </w:r>
      <w:r>
        <w:rPr>
          <w:rFonts w:ascii="Nirmala UI" w:hAnsi="Nirmala UI" w:eastAsia="Nirmala UI" w:cs="Nirmala UI"/>
        </w:rPr>
        <w:t>ହୋଇଗଲା।</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ତୃଷ୍ଣାର୍ତ୍ତ</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ତାହାକୁ</w:t>
      </w:r>
      <w:r>
        <w:rPr>
          <w:rFonts w:ascii="Times New Roman" w:hAnsi="Times New Roman" w:eastAsia="Times New Roman" w:cs="Times New Roman"/>
        </w:rPr>
        <w:t xml:space="preserve"> </w:t>
      </w:r>
      <w:r>
        <w:rPr>
          <w:rFonts w:ascii="Nirmala UI" w:hAnsi="Nirmala UI" w:eastAsia="Nirmala UI" w:cs="Nirmala UI"/>
        </w:rPr>
        <w:t>ଜୀବନଜଳର</w:t>
      </w:r>
      <w:r>
        <w:rPr>
          <w:rFonts w:ascii="Times New Roman" w:hAnsi="Times New Roman" w:eastAsia="Times New Roman" w:cs="Times New Roman"/>
        </w:rPr>
        <w:t xml:space="preserve"> </w:t>
      </w:r>
      <w:r>
        <w:rPr>
          <w:rFonts w:ascii="Nirmala UI" w:hAnsi="Nirmala UI" w:eastAsia="Nirmala UI" w:cs="Nirmala UI"/>
        </w:rPr>
        <w:t>ଉତ୍ସରୁ</w:t>
      </w:r>
      <w:r>
        <w:rPr>
          <w:rFonts w:ascii="Times New Roman" w:hAnsi="Times New Roman" w:eastAsia="Times New Roman" w:cs="Times New Roman"/>
        </w:rPr>
        <w:t xml:space="preserve"> </w:t>
      </w:r>
      <w:r>
        <w:rPr>
          <w:rFonts w:ascii="Nirmala UI" w:hAnsi="Nirmala UI" w:eastAsia="Nirmala UI" w:cs="Nirmala UI"/>
        </w:rPr>
        <w:t>ନିଶୁଳ୍କରେ</w:t>
      </w:r>
      <w:r>
        <w:rPr>
          <w:rFonts w:ascii="Times New Roman" w:hAnsi="Times New Roman" w:eastAsia="Times New Roman" w:cs="Times New Roman"/>
        </w:rPr>
        <w:t xml:space="preserve"> </w:t>
      </w:r>
      <w:r>
        <w:rPr>
          <w:rFonts w:ascii="Nirmala UI" w:hAnsi="Nirmala UI" w:eastAsia="Nirmala UI" w:cs="Nirmala UI"/>
        </w:rPr>
        <w:t>ପାନ</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ଦେବି।</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ବିଜୟୀ</w:t>
      </w:r>
      <w:r>
        <w:rPr>
          <w:rFonts w:ascii="Times New Roman" w:hAnsi="Times New Roman" w:eastAsia="Times New Roman" w:cs="Times New Roman"/>
        </w:rPr>
        <w:t xml:space="preserve"> </w:t>
      </w:r>
      <w:r>
        <w:rPr>
          <w:rFonts w:ascii="Nirmala UI" w:hAnsi="Nirmala UI" w:eastAsia="Nirmala UI" w:cs="Nirmala UI"/>
        </w:rPr>
        <w:t>ହୁଏ</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ବିଷୟର</w:t>
      </w:r>
      <w:r>
        <w:rPr>
          <w:rFonts w:ascii="Times New Roman" w:hAnsi="Times New Roman" w:eastAsia="Times New Roman" w:cs="Times New Roman"/>
        </w:rPr>
        <w:t xml:space="preserve"> </w:t>
      </w:r>
      <w:r>
        <w:rPr>
          <w:rFonts w:ascii="Nirmala UI" w:hAnsi="Nirmala UI" w:eastAsia="Nirmala UI" w:cs="Nirmala UI"/>
        </w:rPr>
        <w:t>ଅଧିକାରୀ</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ତାହାର</w:t>
      </w:r>
      <w:r>
        <w:rPr>
          <w:rFonts w:ascii="Times New Roman" w:hAnsi="Times New Roman" w:eastAsia="Times New Roman" w:cs="Times New Roman"/>
        </w:rPr>
        <w:t xml:space="preserve"> </w:t>
      </w:r>
      <w:r>
        <w:rPr>
          <w:rFonts w:ascii="Nirmala UI" w:hAnsi="Nirmala UI" w:eastAsia="Nirmala UI" w:cs="Nirmala UI"/>
        </w:rPr>
        <w:t>ପରମେଶ୍ୱର</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ମୋର</w:t>
      </w:r>
      <w:r>
        <w:rPr>
          <w:rFonts w:ascii="Times New Roman" w:hAnsi="Times New Roman" w:eastAsia="Times New Roman" w:cs="Times New Roman"/>
        </w:rPr>
        <w:t xml:space="preserve"> </w:t>
      </w:r>
      <w:r>
        <w:rPr>
          <w:rFonts w:ascii="Nirmala UI" w:hAnsi="Nirmala UI" w:eastAsia="Nirmala UI" w:cs="Nirmala UI"/>
        </w:rPr>
        <w:t>ପୁତ୍ର</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ଭୀରୁମାନେ</w:t>
      </w:r>
      <w:r>
        <w:rPr>
          <w:rFonts w:ascii="Times New Roman" w:hAnsi="Times New Roman" w:eastAsia="Times New Roman" w:cs="Times New Roman"/>
        </w:rPr>
        <w:t xml:space="preserve">, </w:t>
      </w:r>
      <w:r>
        <w:rPr>
          <w:rFonts w:ascii="Nirmala UI" w:hAnsi="Nirmala UI" w:eastAsia="Nirmala UI" w:cs="Nirmala UI"/>
        </w:rPr>
        <w:t>ଅବିଶ୍ୱାସୀମାନେ</w:t>
      </w:r>
      <w:r>
        <w:rPr>
          <w:rFonts w:ascii="Times New Roman" w:hAnsi="Times New Roman" w:eastAsia="Times New Roman" w:cs="Times New Roman"/>
        </w:rPr>
        <w:t xml:space="preserve">, </w:t>
      </w:r>
      <w:r>
        <w:rPr>
          <w:rFonts w:ascii="Nirmala UI" w:hAnsi="Nirmala UI" w:eastAsia="Nirmala UI" w:cs="Nirmala UI"/>
        </w:rPr>
        <w:t>ଘୃଣିତମାନେ</w:t>
      </w:r>
      <w:r>
        <w:rPr>
          <w:rFonts w:ascii="Times New Roman" w:hAnsi="Times New Roman" w:eastAsia="Times New Roman" w:cs="Times New Roman"/>
        </w:rPr>
        <w:t xml:space="preserve">, </w:t>
      </w:r>
      <w:r>
        <w:rPr>
          <w:rFonts w:ascii="Nirmala UI" w:hAnsi="Nirmala UI" w:eastAsia="Nirmala UI" w:cs="Nirmala UI"/>
        </w:rPr>
        <w:t>ହତ୍ୟାକାରୀମାନେ</w:t>
      </w:r>
      <w:r>
        <w:rPr>
          <w:rFonts w:ascii="Times New Roman" w:hAnsi="Times New Roman" w:eastAsia="Times New Roman" w:cs="Times New Roman"/>
        </w:rPr>
        <w:t xml:space="preserve">, </w:t>
      </w:r>
      <w:r>
        <w:rPr>
          <w:rFonts w:ascii="Nirmala UI" w:hAnsi="Nirmala UI" w:eastAsia="Nirmala UI" w:cs="Nirmala UI"/>
        </w:rPr>
        <w:t>ବ୍ୟଭିଚାରୀମାନେ</w:t>
      </w:r>
      <w:r>
        <w:rPr>
          <w:rFonts w:ascii="Times New Roman" w:hAnsi="Times New Roman" w:eastAsia="Times New Roman" w:cs="Times New Roman"/>
        </w:rPr>
        <w:t xml:space="preserve">, </w:t>
      </w:r>
      <w:r>
        <w:rPr>
          <w:rFonts w:ascii="Nirmala UI" w:hAnsi="Nirmala UI" w:eastAsia="Nirmala UI" w:cs="Nirmala UI"/>
        </w:rPr>
        <w:t>ଯାଦୁକରମାନେ</w:t>
      </w:r>
      <w:r>
        <w:rPr>
          <w:rFonts w:ascii="Times New Roman" w:hAnsi="Times New Roman" w:eastAsia="Times New Roman" w:cs="Times New Roman"/>
        </w:rPr>
        <w:t xml:space="preserve">, </w:t>
      </w:r>
      <w:r>
        <w:rPr>
          <w:rFonts w:ascii="Nirmala UI" w:hAnsi="Nirmala UI" w:eastAsia="Nirmala UI" w:cs="Nirmala UI"/>
        </w:rPr>
        <w:t>ମୂର୍ତ୍ତିପୂଜକମାନେ</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ମିଥ୍ୟାବାଦୀମାନେ</w:t>
      </w:r>
      <w:r>
        <w:rPr>
          <w:rFonts w:ascii="Times New Roman" w:hAnsi="Times New Roman" w:eastAsia="Times New Roman" w:cs="Times New Roman"/>
        </w:rPr>
        <w:t xml:space="preserve">, </w:t>
      </w:r>
      <w:r>
        <w:rPr>
          <w:rFonts w:ascii="Nirmala UI" w:hAnsi="Nirmala UI" w:eastAsia="Nirmala UI" w:cs="Nirmala UI"/>
        </w:rPr>
        <w:t>ଅଗ୍ନି</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ଗନ୍ଧକରେ</w:t>
      </w:r>
      <w:r>
        <w:rPr>
          <w:rFonts w:ascii="Times New Roman" w:hAnsi="Times New Roman" w:eastAsia="Times New Roman" w:cs="Times New Roman"/>
        </w:rPr>
        <w:t xml:space="preserve"> </w:t>
      </w:r>
      <w:r>
        <w:rPr>
          <w:rFonts w:ascii="Nirmala UI" w:hAnsi="Nirmala UI" w:eastAsia="Nirmala UI" w:cs="Nirmala UI"/>
        </w:rPr>
        <w:t>ଜ୍ୱଳନ୍ତ</w:t>
      </w:r>
      <w:r>
        <w:rPr>
          <w:rFonts w:ascii="Times New Roman" w:hAnsi="Times New Roman" w:eastAsia="Times New Roman" w:cs="Times New Roman"/>
        </w:rPr>
        <w:t xml:space="preserve"> </w:t>
      </w:r>
      <w:r>
        <w:rPr>
          <w:rFonts w:ascii="Nirmala UI" w:hAnsi="Nirmala UI" w:eastAsia="Nirmala UI" w:cs="Nirmala UI"/>
        </w:rPr>
        <w:t>ହ୍ରଦରେ</w:t>
      </w:r>
      <w:r>
        <w:rPr>
          <w:rFonts w:ascii="Times New Roman" w:hAnsi="Times New Roman" w:eastAsia="Times New Roman" w:cs="Times New Roman"/>
        </w:rPr>
        <w:t xml:space="preserve"> </w:t>
      </w:r>
      <w:r>
        <w:rPr>
          <w:rFonts w:ascii="Nirmala UI" w:hAnsi="Nirmala UI" w:eastAsia="Nirmala UI" w:cs="Nirmala UI"/>
        </w:rPr>
        <w:t>ନିଜନିଜ</w:t>
      </w:r>
      <w:r>
        <w:rPr>
          <w:rFonts w:ascii="Times New Roman" w:hAnsi="Times New Roman" w:eastAsia="Times New Roman" w:cs="Times New Roman"/>
        </w:rPr>
        <w:t xml:space="preserve"> </w:t>
      </w:r>
      <w:r>
        <w:rPr>
          <w:rFonts w:ascii="Nirmala UI" w:hAnsi="Nirmala UI" w:eastAsia="Nirmala UI" w:cs="Nirmala UI"/>
        </w:rPr>
        <w:t>ଅଂଶ</w:t>
      </w:r>
      <w:r>
        <w:rPr>
          <w:rFonts w:ascii="Times New Roman" w:hAnsi="Times New Roman" w:eastAsia="Times New Roman" w:cs="Times New Roman"/>
        </w:rPr>
        <w:t xml:space="preserve"> </w:t>
      </w:r>
      <w:r>
        <w:rPr>
          <w:rFonts w:ascii="Nirmala UI" w:hAnsi="Nirmala UI" w:eastAsia="Nirmala UI" w:cs="Nirmala UI"/>
        </w:rPr>
        <w:t>ପାଇବେ</w:t>
      </w:r>
      <w:r>
        <w:rPr>
          <w:rFonts w:ascii="Times New Roman" w:hAnsi="Times New Roman" w:eastAsia="Times New Roman" w:cs="Times New Roman"/>
        </w:rPr>
        <w:t xml:space="preserve">; </w:t>
      </w:r>
      <w:r>
        <w:rPr>
          <w:rFonts w:ascii="Nirmala UI" w:hAnsi="Nirmala UI" w:eastAsia="Nirmala UI" w:cs="Nirmala UI"/>
        </w:rPr>
        <w:t>ଏହାହିଁ</w:t>
      </w:r>
      <w:r>
        <w:rPr>
          <w:rFonts w:ascii="Times New Roman" w:hAnsi="Times New Roman" w:eastAsia="Times New Roman" w:cs="Times New Roman"/>
        </w:rPr>
        <w:t xml:space="preserve"> </w:t>
      </w:r>
      <w:r>
        <w:rPr>
          <w:rFonts w:ascii="Nirmala UI" w:hAnsi="Nirmala UI" w:eastAsia="Nirmala UI" w:cs="Nirmala UI"/>
        </w:rPr>
        <w:t>ଦ୍ୱିତୀୟ</w:t>
      </w:r>
      <w:r>
        <w:rPr>
          <w:rFonts w:ascii="Times New Roman" w:hAnsi="Times New Roman" w:eastAsia="Times New Roman" w:cs="Times New Roman"/>
        </w:rPr>
        <w:t xml:space="preserve"> </w:t>
      </w:r>
      <w:r>
        <w:rPr>
          <w:rFonts w:ascii="Nirmala UI" w:hAnsi="Nirmala UI" w:eastAsia="Nirmala UI" w:cs="Nirmala UI"/>
        </w:rPr>
        <w:t>ମୃତ୍ୟୁ।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ସାତ</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ବିପଦରେ</w:t>
      </w:r>
      <w:r>
        <w:rPr>
          <w:rFonts w:ascii="Times New Roman" w:hAnsi="Times New Roman" w:eastAsia="Times New Roman" w:cs="Times New Roman"/>
        </w:rPr>
        <w:t xml:space="preserve"> </w:t>
      </w:r>
      <w:r>
        <w:rPr>
          <w:rFonts w:ascii="Nirmala UI" w:hAnsi="Nirmala UI" w:eastAsia="Nirmala UI" w:cs="Nirmala UI"/>
        </w:rPr>
        <w:t>ପୂର୍ଣ୍ଣ</w:t>
      </w:r>
      <w:r>
        <w:rPr>
          <w:rFonts w:ascii="Times New Roman" w:hAnsi="Times New Roman" w:eastAsia="Times New Roman" w:cs="Times New Roman"/>
        </w:rPr>
        <w:t xml:space="preserve"> </w:t>
      </w:r>
      <w:r>
        <w:rPr>
          <w:rFonts w:ascii="Nirmala UI" w:hAnsi="Nirmala UI" w:eastAsia="Nirmala UI" w:cs="Nirmala UI"/>
        </w:rPr>
        <w:t>ସାତଟି</w:t>
      </w:r>
      <w:r>
        <w:rPr>
          <w:rFonts w:ascii="Times New Roman" w:hAnsi="Times New Roman" w:eastAsia="Times New Roman" w:cs="Times New Roman"/>
        </w:rPr>
        <w:t xml:space="preserve"> </w:t>
      </w:r>
      <w:r>
        <w:rPr>
          <w:rFonts w:ascii="Nirmala UI" w:hAnsi="Nirmala UI" w:eastAsia="Nirmala UI" w:cs="Nirmala UI"/>
        </w:rPr>
        <w:t>ପାତ୍ର</w:t>
      </w:r>
      <w:r>
        <w:rPr>
          <w:rFonts w:ascii="Times New Roman" w:hAnsi="Times New Roman" w:eastAsia="Times New Roman" w:cs="Times New Roman"/>
        </w:rPr>
        <w:t xml:space="preserve"> </w:t>
      </w:r>
      <w:r>
        <w:rPr>
          <w:rFonts w:ascii="Nirmala UI" w:hAnsi="Nirmala UI" w:eastAsia="Nirmala UI" w:cs="Nirmala UI"/>
        </w:rPr>
        <w:t>ଧାରଣ</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ସାତଜଣ</w:t>
      </w:r>
      <w:r>
        <w:rPr>
          <w:rFonts w:ascii="Times New Roman" w:hAnsi="Times New Roman" w:eastAsia="Times New Roman" w:cs="Times New Roman"/>
        </w:rPr>
        <w:t xml:space="preserve"> </w:t>
      </w:r>
      <w:r>
        <w:rPr>
          <w:rFonts w:ascii="Nirmala UI" w:hAnsi="Nirmala UI" w:eastAsia="Nirmala UI" w:cs="Nirmala UI"/>
        </w:rPr>
        <w:t>ଦୂତମାନଙ୍କ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ଜଣେ</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ପାଖକୁ</w:t>
      </w:r>
      <w:r>
        <w:rPr>
          <w:rFonts w:ascii="Times New Roman" w:hAnsi="Times New Roman" w:eastAsia="Times New Roman" w:cs="Times New Roman"/>
        </w:rPr>
        <w:t xml:space="preserve"> </w:t>
      </w:r>
      <w:r>
        <w:rPr>
          <w:rFonts w:ascii="Nirmala UI" w:hAnsi="Nirmala UI" w:eastAsia="Nirmala UI" w:cs="Nirmala UI"/>
        </w:rPr>
        <w:t>ଆସି</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ଏଠାକୁ</w:t>
      </w:r>
      <w:r>
        <w:rPr>
          <w:rFonts w:ascii="Times New Roman" w:hAnsi="Times New Roman" w:eastAsia="Times New Roman" w:cs="Times New Roman"/>
        </w:rPr>
        <w:t xml:space="preserve"> </w:t>
      </w:r>
      <w:r>
        <w:rPr>
          <w:rFonts w:ascii="Nirmala UI" w:hAnsi="Nirmala UI" w:eastAsia="Nirmala UI" w:cs="Nirmala UI"/>
        </w:rPr>
        <w:t>ଆସ</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ତୋତେ</w:t>
      </w:r>
      <w:r>
        <w:rPr>
          <w:rFonts w:ascii="Times New Roman" w:hAnsi="Times New Roman" w:eastAsia="Times New Roman" w:cs="Times New Roman"/>
        </w:rPr>
        <w:t xml:space="preserve"> </w:t>
      </w:r>
      <w:r>
        <w:rPr>
          <w:rFonts w:ascii="Nirmala UI" w:hAnsi="Nirmala UI" w:eastAsia="Nirmala UI" w:cs="Nirmala UI"/>
        </w:rPr>
        <w:t>ବଧୂଙ୍କୁ</w:t>
      </w:r>
      <w:r>
        <w:rPr>
          <w:rFonts w:ascii="Times New Roman" w:hAnsi="Times New Roman" w:eastAsia="Times New Roman" w:cs="Times New Roman"/>
        </w:rPr>
        <w:t xml:space="preserve">, </w:t>
      </w:r>
      <w:r>
        <w:rPr>
          <w:rFonts w:ascii="Nirmala UI" w:hAnsi="Nirmala UI" w:eastAsia="Nirmala UI" w:cs="Nirmala UI"/>
        </w:rPr>
        <w:t>ମେଷଶାବକଙ୍କ</w:t>
      </w:r>
      <w:r>
        <w:rPr>
          <w:rFonts w:ascii="Times New Roman" w:hAnsi="Times New Roman" w:eastAsia="Times New Roman" w:cs="Times New Roman"/>
        </w:rPr>
        <w:t xml:space="preserve"> </w:t>
      </w:r>
      <w:r>
        <w:rPr>
          <w:rFonts w:ascii="Nirmala UI" w:hAnsi="Nirmala UI" w:eastAsia="Nirmala UI" w:cs="Nirmala UI"/>
        </w:rPr>
        <w:t>ପତ୍ନୀଙ୍କୁ</w:t>
      </w:r>
      <w:r>
        <w:rPr>
          <w:rFonts w:ascii="Times New Roman" w:hAnsi="Times New Roman" w:eastAsia="Times New Roman" w:cs="Times New Roman"/>
        </w:rPr>
        <w:t xml:space="preserve">, </w:t>
      </w:r>
      <w:r>
        <w:rPr>
          <w:rFonts w:ascii="Nirmala UI" w:hAnsi="Nirmala UI" w:eastAsia="Nirmala UI" w:cs="Nirmala UI"/>
        </w:rPr>
        <w:t>ଦେଖାଇବି।</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21:2–9.</w:t>
      </w:r>
    </w:p>
    <w:p>
      <w:pPr>
        <w:pStyle w:val="ArticleBody"/>
        <w:jc w:val="left"/>
      </w:pPr>
      <w:r>
        <w:rPr>
          <w:rFonts w:ascii="Nirmala UI" w:hAnsi="Nirmala UI" w:eastAsia="Nirmala UI" w:cs="Nirmala UI"/>
        </w:rPr>
        <w:t>ᱤᱡᱮᱠᱤᱭᱮᱞ</w:t>
      </w:r>
      <w:r>
        <w:rPr>
          <w:rFonts w:ascii="Times New Roman" w:hAnsi="Times New Roman" w:eastAsia="Times New Roman" w:cs="Times New Roman"/>
        </w:rPr>
        <w:t xml:space="preserve"> </w:t>
      </w:r>
      <w:r>
        <w:rPr>
          <w:rFonts w:ascii="Nirmala UI" w:hAnsi="Nirmala UI" w:eastAsia="Nirmala UI" w:cs="Nirmala UI"/>
        </w:rPr>
        <w:t>ᱨᱮᱱ</w:t>
      </w:r>
      <w:r>
        <w:rPr>
          <w:rFonts w:ascii="Times New Roman" w:hAnsi="Times New Roman" w:eastAsia="Times New Roman" w:cs="Times New Roman"/>
        </w:rPr>
        <w:t xml:space="preserve"> </w:t>
      </w:r>
      <w:r>
        <w:rPr>
          <w:rFonts w:ascii="Nirmala UI" w:hAnsi="Nirmala UI" w:eastAsia="Nirmala UI" w:cs="Nirmala UI"/>
        </w:rPr>
        <w:t>ᱠᱟᱱᱮᱣ</w:t>
      </w:r>
      <w:r>
        <w:rPr>
          <w:rFonts w:ascii="Times New Roman" w:hAnsi="Times New Roman" w:eastAsia="Times New Roman" w:cs="Times New Roman"/>
        </w:rPr>
        <w:t xml:space="preserve"> </w:t>
      </w:r>
      <w:r>
        <w:rPr>
          <w:rFonts w:ascii="Nirmala UI" w:hAnsi="Nirmala UI" w:eastAsia="Nirmala UI" w:cs="Nirmala UI"/>
        </w:rPr>
        <w:t>ᱟᱠᱨᱟᱢᱚᱬ</w:t>
      </w:r>
      <w:r>
        <w:rPr>
          <w:rFonts w:ascii="Times New Roman" w:hAnsi="Times New Roman" w:eastAsia="Times New Roman" w:cs="Times New Roman"/>
        </w:rPr>
        <w:t xml:space="preserve"> </w:t>
      </w:r>
      <w:r>
        <w:rPr>
          <w:rFonts w:ascii="Nirmala UI" w:hAnsi="Nirmala UI" w:eastAsia="Nirmala UI" w:cs="Nirmala UI"/>
        </w:rPr>
        <w:t>ᱮᱦᱚᱵ</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ᱜᱩᱡᱩᱜᱼᱟ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ᱚᱱᱟᱨᱮ</w:t>
      </w:r>
      <w:r>
        <w:rPr>
          <w:rFonts w:ascii="Times New Roman" w:hAnsi="Times New Roman" w:eastAsia="Times New Roman" w:cs="Times New Roman"/>
        </w:rPr>
        <w:t xml:space="preserve"> </w:t>
      </w:r>
      <w:r>
        <w:rPr>
          <w:rFonts w:ascii="Nirmala UI" w:hAnsi="Nirmala UI" w:eastAsia="Nirmala UI" w:cs="Nirmala UI"/>
        </w:rPr>
        <w:t>ᱩᱱᱤ</w:t>
      </w:r>
      <w:r>
        <w:rPr>
          <w:rFonts w:ascii="Times New Roman" w:hAnsi="Times New Roman" w:eastAsia="Times New Roman" w:cs="Times New Roman"/>
        </w:rPr>
        <w:t xml:space="preserve"> “</w:t>
      </w:r>
      <w:r>
        <w:rPr>
          <w:rFonts w:ascii="Nirmala UI" w:hAnsi="Nirmala UI" w:eastAsia="Nirmala UI" w:cs="Nirmala UI"/>
        </w:rPr>
        <w:t>ᱤᱡᱮᱠᱤᱭᱮᱞ</w:t>
      </w:r>
      <w:r>
        <w:rPr>
          <w:rFonts w:ascii="Times New Roman" w:hAnsi="Times New Roman" w:eastAsia="Times New Roman" w:cs="Times New Roman"/>
        </w:rPr>
        <w:t xml:space="preserve">” </w:t>
      </w:r>
      <w:r>
        <w:rPr>
          <w:rFonts w:ascii="Nirmala UI" w:hAnsi="Nirmala UI" w:eastAsia="Nirmala UI" w:cs="Nirmala UI"/>
        </w:rPr>
        <w:t>ᱨᱮᱱ</w:t>
      </w:r>
      <w:r>
        <w:rPr>
          <w:rFonts w:ascii="Times New Roman" w:hAnsi="Times New Roman" w:eastAsia="Times New Roman" w:cs="Times New Roman"/>
        </w:rPr>
        <w:t xml:space="preserve"> “</w:t>
      </w:r>
      <w:r>
        <w:rPr>
          <w:rFonts w:ascii="Nirmala UI" w:hAnsi="Nirmala UI" w:eastAsia="Nirmala UI" w:cs="Nirmala UI"/>
        </w:rPr>
        <w:t>ᱢᱮᱫ</w:t>
      </w:r>
      <w:r>
        <w:rPr>
          <w:rFonts w:ascii="Times New Roman" w:hAnsi="Times New Roman" w:eastAsia="Times New Roman" w:cs="Times New Roman"/>
        </w:rPr>
        <w:t xml:space="preserve"> </w:t>
      </w:r>
      <w:r>
        <w:rPr>
          <w:rFonts w:ascii="Nirmala UI" w:hAnsi="Nirmala UI" w:eastAsia="Nirmala UI" w:cs="Nirmala UI"/>
        </w:rPr>
        <w:t>ᱨᱮᱭᱟᱜ</w:t>
      </w:r>
      <w:r>
        <w:rPr>
          <w:rFonts w:ascii="Times New Roman" w:hAnsi="Times New Roman" w:eastAsia="Times New Roman" w:cs="Times New Roman"/>
        </w:rPr>
        <w:t xml:space="preserve"> </w:t>
      </w:r>
      <w:r>
        <w:rPr>
          <w:rFonts w:ascii="Nirmala UI" w:hAnsi="Nirmala UI" w:eastAsia="Nirmala UI" w:cs="Nirmala UI"/>
        </w:rPr>
        <w:t>ᱟᱹᱥ</w:t>
      </w:r>
      <w:r>
        <w:rPr>
          <w:rFonts w:ascii="Times New Roman" w:hAnsi="Times New Roman" w:eastAsia="Times New Roman" w:cs="Times New Roman"/>
        </w:rPr>
        <w:t xml:space="preserve">” </w:t>
      </w:r>
      <w:r>
        <w:rPr>
          <w:rFonts w:ascii="Nirmala UI" w:hAnsi="Nirmala UI" w:eastAsia="Nirmala UI" w:cs="Nirmala UI"/>
        </w:rPr>
        <w:t>ᱥᱮ</w:t>
      </w:r>
      <w:r>
        <w:rPr>
          <w:rFonts w:ascii="Times New Roman" w:hAnsi="Times New Roman" w:eastAsia="Times New Roman" w:cs="Times New Roman"/>
        </w:rPr>
        <w:t xml:space="preserve"> “</w:t>
      </w:r>
      <w:r>
        <w:rPr>
          <w:rFonts w:ascii="Nirmala UI" w:hAnsi="Nirmala UI" w:eastAsia="Nirmala UI" w:cs="Nirmala UI"/>
        </w:rPr>
        <w:t>ᱤᱪᱪᱷᱟ</w:t>
      </w:r>
      <w:r>
        <w:rPr>
          <w:rFonts w:ascii="Times New Roman" w:hAnsi="Times New Roman" w:eastAsia="Times New Roman" w:cs="Times New Roman"/>
        </w:rPr>
        <w:t xml:space="preserve">” </w:t>
      </w:r>
      <w:r>
        <w:rPr>
          <w:rFonts w:ascii="Nirmala UI" w:hAnsi="Nirmala UI" w:eastAsia="Nirmala UI" w:cs="Nirmala UI"/>
        </w:rPr>
        <w:t>ᱢᱮᱱᱛᱮ</w:t>
      </w:r>
      <w:r>
        <w:rPr>
          <w:rFonts w:ascii="Times New Roman" w:hAnsi="Times New Roman" w:eastAsia="Times New Roman" w:cs="Times New Roman"/>
        </w:rPr>
        <w:t xml:space="preserve"> </w:t>
      </w:r>
      <w:r>
        <w:rPr>
          <w:rFonts w:ascii="Nirmala UI" w:hAnsi="Nirmala UI" w:eastAsia="Nirmala UI" w:cs="Nirmala UI"/>
        </w:rPr>
        <w:t>ᱪᱤᱱᱦᱟᱹᱜᱼᱟ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ᱜᱮ</w:t>
      </w:r>
      <w:r>
        <w:rPr>
          <w:rFonts w:ascii="Times New Roman" w:hAnsi="Times New Roman" w:eastAsia="Times New Roman" w:cs="Times New Roman"/>
        </w:rPr>
        <w:t xml:space="preserve"> </w:t>
      </w:r>
      <w:r>
        <w:rPr>
          <w:rFonts w:ascii="Nirmala UI" w:hAnsi="Nirmala UI" w:eastAsia="Nirmala UI" w:cs="Nirmala UI"/>
        </w:rPr>
        <w:t>ᱟᱫᱷᱭᱟᱭ</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ᱭᱮᱨᱩᱥᱟᱞᱮᱢ</w:t>
      </w:r>
      <w:r>
        <w:rPr>
          <w:rFonts w:ascii="Times New Roman" w:hAnsi="Times New Roman" w:eastAsia="Times New Roman" w:cs="Times New Roman"/>
        </w:rPr>
        <w:t xml:space="preserve"> </w:t>
      </w:r>
      <w:r>
        <w:rPr>
          <w:rFonts w:ascii="Nirmala UI" w:hAnsi="Nirmala UI" w:eastAsia="Nirmala UI" w:cs="Nirmala UI"/>
        </w:rPr>
        <w:t>ᱨᱮᱱ</w:t>
      </w:r>
      <w:r>
        <w:rPr>
          <w:rFonts w:ascii="Times New Roman" w:hAnsi="Times New Roman" w:eastAsia="Times New Roman" w:cs="Times New Roman"/>
        </w:rPr>
        <w:t xml:space="preserve"> </w:t>
      </w:r>
      <w:r>
        <w:rPr>
          <w:rFonts w:ascii="Nirmala UI" w:hAnsi="Nirmala UI" w:eastAsia="Nirmala UI" w:cs="Nirmala UI"/>
        </w:rPr>
        <w:t>ᱫᱷᱚᱝᱥ</w:t>
      </w:r>
      <w:r>
        <w:rPr>
          <w:rFonts w:ascii="Times New Roman" w:hAnsi="Times New Roman" w:eastAsia="Times New Roman" w:cs="Times New Roman"/>
        </w:rPr>
        <w:t xml:space="preserve"> </w:t>
      </w:r>
      <w:r>
        <w:rPr>
          <w:rFonts w:ascii="Nirmala UI" w:hAnsi="Nirmala UI" w:eastAsia="Nirmala UI" w:cs="Nirmala UI"/>
        </w:rPr>
        <w:t>ᱞᱮᱠᱷᱟᱣᱟᱜ</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ᱭᱮᱨᱩᱥᱟᱞᱮᱢ</w:t>
      </w:r>
      <w:r>
        <w:rPr>
          <w:rFonts w:ascii="Times New Roman" w:hAnsi="Times New Roman" w:eastAsia="Times New Roman" w:cs="Times New Roman"/>
        </w:rPr>
        <w:t xml:space="preserve"> </w:t>
      </w:r>
      <w:r>
        <w:rPr>
          <w:rFonts w:ascii="Nirmala UI" w:hAnsi="Nirmala UI" w:eastAsia="Nirmala UI" w:cs="Nirmala UI"/>
        </w:rPr>
        <w:t>ᱦᱚᱸ</w:t>
      </w:r>
      <w:r>
        <w:rPr>
          <w:rFonts w:ascii="Times New Roman" w:hAnsi="Times New Roman" w:eastAsia="Times New Roman" w:cs="Times New Roman"/>
        </w:rPr>
        <w:t xml:space="preserve"> </w:t>
      </w:r>
      <w:r>
        <w:rPr>
          <w:rFonts w:ascii="Nirmala UI" w:hAnsi="Nirmala UI" w:eastAsia="Nirmala UI" w:cs="Nirmala UI"/>
        </w:rPr>
        <w:t>ᱤᱥᱨᱟᱭᱮᱞ</w:t>
      </w:r>
      <w:r>
        <w:rPr>
          <w:rFonts w:ascii="Times New Roman" w:hAnsi="Times New Roman" w:eastAsia="Times New Roman" w:cs="Times New Roman"/>
        </w:rPr>
        <w:t xml:space="preserve"> </w:t>
      </w:r>
      <w:r>
        <w:rPr>
          <w:rFonts w:ascii="Nirmala UI" w:hAnsi="Nirmala UI" w:eastAsia="Nirmala UI" w:cs="Nirmala UI"/>
        </w:rPr>
        <w:t>ᱨᱮᱱ</w:t>
      </w:r>
      <w:r>
        <w:rPr>
          <w:rFonts w:ascii="Times New Roman" w:hAnsi="Times New Roman" w:eastAsia="Times New Roman" w:cs="Times New Roman"/>
        </w:rPr>
        <w:t xml:space="preserve"> “</w:t>
      </w:r>
      <w:r>
        <w:rPr>
          <w:rFonts w:ascii="Nirmala UI" w:hAnsi="Nirmala UI" w:eastAsia="Nirmala UI" w:cs="Nirmala UI"/>
        </w:rPr>
        <w:t>ᱢᱮᱫ</w:t>
      </w:r>
      <w:r>
        <w:rPr>
          <w:rFonts w:ascii="Times New Roman" w:hAnsi="Times New Roman" w:eastAsia="Times New Roman" w:cs="Times New Roman"/>
        </w:rPr>
        <w:t xml:space="preserve"> </w:t>
      </w:r>
      <w:r>
        <w:rPr>
          <w:rFonts w:ascii="Nirmala UI" w:hAnsi="Nirmala UI" w:eastAsia="Nirmala UI" w:cs="Nirmala UI"/>
        </w:rPr>
        <w:t>ᱨᱮᱭᱟᱜ</w:t>
      </w:r>
      <w:r>
        <w:rPr>
          <w:rFonts w:ascii="Times New Roman" w:hAnsi="Times New Roman" w:eastAsia="Times New Roman" w:cs="Times New Roman"/>
        </w:rPr>
        <w:t xml:space="preserve"> </w:t>
      </w:r>
      <w:r>
        <w:rPr>
          <w:rFonts w:ascii="Nirmala UI" w:hAnsi="Nirmala UI" w:eastAsia="Nirmala UI" w:cs="Nirmala UI"/>
        </w:rPr>
        <w:t>ᱟᱹᱥ</w:t>
      </w:r>
      <w:r>
        <w:rPr>
          <w:rFonts w:ascii="Times New Roman" w:hAnsi="Times New Roman" w:eastAsia="Times New Roman" w:cs="Times New Roman"/>
        </w:rPr>
        <w:t xml:space="preserve">” </w:t>
      </w:r>
      <w:r>
        <w:rPr>
          <w:rFonts w:ascii="Nirmala UI" w:hAnsi="Nirmala UI" w:eastAsia="Nirmala UI" w:cs="Nirmala UI"/>
        </w:rPr>
        <w:t>ᱥᱮ</w:t>
      </w:r>
      <w:r>
        <w:rPr>
          <w:rFonts w:ascii="Times New Roman" w:hAnsi="Times New Roman" w:eastAsia="Times New Roman" w:cs="Times New Roman"/>
        </w:rPr>
        <w:t xml:space="preserve"> “</w:t>
      </w:r>
      <w:r>
        <w:rPr>
          <w:rFonts w:ascii="Nirmala UI" w:hAnsi="Nirmala UI" w:eastAsia="Nirmala UI" w:cs="Nirmala UI"/>
        </w:rPr>
        <w:t>ᱤᱪᱪᱷᱟ</w:t>
      </w:r>
      <w:r>
        <w:rPr>
          <w:rFonts w:ascii="Times New Roman" w:hAnsi="Times New Roman" w:eastAsia="Times New Roman" w:cs="Times New Roman"/>
        </w:rPr>
        <w:t xml:space="preserve">” </w:t>
      </w:r>
      <w:r>
        <w:rPr>
          <w:rFonts w:ascii="Nirmala UI" w:hAnsi="Nirmala UI" w:eastAsia="Nirmala UI" w:cs="Nirmala UI"/>
        </w:rPr>
        <w:t>ᱢᱮᱱᱛᱮ</w:t>
      </w:r>
      <w:r>
        <w:rPr>
          <w:rFonts w:ascii="Times New Roman" w:hAnsi="Times New Roman" w:eastAsia="Times New Roman" w:cs="Times New Roman"/>
        </w:rPr>
        <w:t xml:space="preserve"> </w:t>
      </w:r>
      <w:r>
        <w:rPr>
          <w:rFonts w:ascii="Nirmala UI" w:hAnsi="Nirmala UI" w:eastAsia="Nirmala UI" w:cs="Nirmala UI"/>
        </w:rPr>
        <w:t>ᱪᱤᱱᱦᱟᱹᱜᱼᱟ।</w:t>
      </w:r>
    </w:p>
    <w:p>
      <w:pPr>
        <w:pStyle w:val="ArticleScripture"/>
        <w:jc w:val="left"/>
      </w:pPr>
      <w:r>
        <w:rPr>
          <w:rFonts w:ascii="Times New Roman" w:hAnsi="Times New Roman" w:eastAsia="Times New Roman" w:cs="Times New Roman"/>
        </w:rPr>
        <w:t>Ammas waggaa sagalaffaa keessatti, ji’a kudhanaffaatti, guyyaa kudhanaffaa ji’icha keessa, dubbiin Waaqayyoo natti dhufe; akkana jedhe, … Ammas dubbiin Waaqayyoo natti dhufe; akkana jedhe, Yaa ilma namaa, kunoo, ani dha’icha tokkoon waan iji kee hawwu si irraa nan fuudha; ta’us ati hin gaddin yookiis hin boo’in, imimmaan kees hin dhangala’in. Booyicha irraa of qusadhu; warra du’eef gadda hin godhin; mataa kee irratti marata kee hidhadhu, miilla kee irrattis kophee kee godhadhu, hidhii kees hin haguugin, buddeena namootaas hin nyaatin. Kanaafuu ani ganama sabaatti dubbadhe; galgalas haati manaa koo duute; anis akka ani ajajame sanatti ganama godhe. Sabichis naan jedhe, Wanti ati akkas gootu kun nuuf maal akka ta’e nutti hin himtu ree?</w:t>
      </w:r>
    </w:p>
    <w:p>
      <w:pPr>
        <w:pStyle w:val="ArticleScripture"/>
        <w:jc w:val="left"/>
      </w:pPr>
      <w:r>
        <w:rPr>
          <w:rFonts w:ascii="Times New Roman" w:hAnsi="Times New Roman" w:eastAsia="Times New Roman" w:cs="Times New Roman"/>
        </w:rPr>
        <w:t>Akkasumas deebiseefii akkana jedheen; Dubbiin Waaqayyoo akkana jedhee natti dhufe: Mana Israa’elitti dubbadhu, Gooftaan Waaqayyo akkana jedha; Kunoo, ani iddoo koo qulqulluu, ulfina humna keessanii, hawwii ija keessanii, isa lubbuun keessan mararfattu nan xureessa; ilmaan keessanii dhiiraa fi dubartii, warri isin duuba dhiiftan, billaan ni kufu. Isinis akkuma ani godhe sana ni gootu; hidhaa afaan keessanii hin haguuggattanii, buddeena namootaas hin nyaattan. Mataa keessan irratti mataa-hidhaan keessan ni jiraata, miillota keessan irrattis kopheen keessan ni jiraata; hin gadditan, hin boo’anis; garuu jal’ina keessaniif ni laaftu, walittiis ni aartu.</w:t>
      </w:r>
    </w:p>
    <w:p>
      <w:pPr>
        <w:pStyle w:val="ArticleScripture"/>
        <w:jc w:val="left"/>
      </w:pPr>
      <w:r>
        <w:rPr>
          <w:rFonts w:ascii="Times New Roman" w:hAnsi="Times New Roman" w:eastAsia="Times New Roman" w:cs="Times New Roman"/>
        </w:rPr>
        <w:t>Kanaaf Hisqiʼeel mallattoo isiniif taʼa; akkuma inni godhe hundumaa isin ni gootu; yommuu kun dhufu immoo, ani Gooftaa Waaqayyo akka taʼe ni beektu. Ati ilmi namaa, ani guyyaa humna isaanii, gammachuu ulfina isaanii, hawwii ija isaanii, waan garaan isaanii irratti hirkatu, jechuunis ilmaan isaanii fi intallan isaanii isaan irraa fudhadhu, yeroo sanatti inni miliqe gara keetti dhufee gurra keetiin akka dhageessu si hin godhuu? Guyyaa sanatti afaan kee isa miliqe sanaaf ni banama; ati ni dubbatta, siʼachiis callisaa hin taatu; ati isaaniif mallattoo ni taata; isaanis ani Gooftaa akka taʼe ni beeku. Hisqiʼeel 24:1, 15–27.</w:t>
      </w:r>
    </w:p>
    <w:p>
      <w:pPr>
        <w:pStyle w:val="ArticleBody"/>
        <w:jc w:val="left"/>
      </w:pPr>
      <w:r>
        <w:rPr>
          <w:rFonts w:ascii="Times New Roman" w:hAnsi="Times New Roman" w:eastAsia="Times New Roman" w:cs="Times New Roman"/>
        </w:rPr>
        <w:t>Alphaan marfamuu kun duʼa yaaddoo Hisqiʼeeliti, omegaan marfamuu immoo duʼa yaaddoo Israaʼeliti.</w:t>
      </w:r>
    </w:p>
    <w:p>
      <w:pPr>
        <w:pStyle w:val="ArticleHeading"/>
        <w:jc w:val="left"/>
      </w:pPr>
      <w:r>
        <w:rPr>
          <w:rFonts w:ascii="Nirmala UI" w:hAnsi="Nirmala UI" w:eastAsia="Nirmala UI" w:cs="Nirmala UI"/>
        </w:rPr>
        <w:t>ଶୁଣୁଛନ୍ତି</w:t>
      </w:r>
      <w:r>
        <w:rPr>
          <w:rFonts w:ascii="Arial" w:hAnsi="Arial" w:eastAsia="Arial" w:cs="Arial"/>
        </w:rPr>
        <w:t xml:space="preserve">, </w:t>
      </w:r>
      <w:r>
        <w:rPr>
          <w:rFonts w:ascii="Nirmala UI" w:hAnsi="Nirmala UI" w:eastAsia="Nirmala UI" w:cs="Nirmala UI"/>
        </w:rPr>
        <w:t>କିନ୍ତୁ</w:t>
      </w:r>
      <w:r>
        <w:rPr>
          <w:rFonts w:ascii="Arial" w:hAnsi="Arial" w:eastAsia="Arial" w:cs="Arial"/>
        </w:rPr>
        <w:t xml:space="preserve"> </w:t>
      </w:r>
      <w:r>
        <w:rPr>
          <w:rFonts w:ascii="Nirmala UI" w:hAnsi="Nirmala UI" w:eastAsia="Nirmala UI" w:cs="Nirmala UI"/>
        </w:rPr>
        <w:t>ପ୍ରକୃତରେ</w:t>
      </w:r>
      <w:r>
        <w:rPr>
          <w:rFonts w:ascii="Arial" w:hAnsi="Arial" w:eastAsia="Arial" w:cs="Arial"/>
        </w:rPr>
        <w:t xml:space="preserve"> </w:t>
      </w:r>
      <w:r>
        <w:rPr>
          <w:rFonts w:ascii="Nirmala UI" w:hAnsi="Nirmala UI" w:eastAsia="Nirmala UI" w:cs="Nirmala UI"/>
        </w:rPr>
        <w:t>ଶୁଣୁନାହାନ୍ତି</w:t>
      </w:r>
    </w:p>
    <w:p>
      <w:pPr>
        <w:pStyle w:val="ArticleBody"/>
        <w:jc w:val="left"/>
      </w:pPr>
      <w:r>
        <w:rPr>
          <w:rFonts w:ascii="Times New Roman" w:hAnsi="Times New Roman" w:eastAsia="Times New Roman" w:cs="Times New Roman"/>
        </w:rPr>
        <w:t>Yeroo shananitti maanguddoonni yookaan sabni haala tokkoon tokkoon Hisqiʼeelin akka dhagaʼanitti ibsaman jiru. Hisqiʼeel 8:1 keessatti, maanguddoonni Yihudaa isa dura taaʼu. Hisqiʼeel 14:1 keessatti maanguddoonni dhufanii isa dura taaʼu. Hisqiʼeel 20:1 keessatti maanguddoonni Israaʼel Waaqayyo irraa gaafachuuf dhufu. Hisqiʼeel 37:18 keessatti, Waaqayyo Hisqiʼeeliin akkana jedha: “Yommuu ijoolleen saba keetii sitti dubbatan, ‘Wanti ati kanaan jettu maal akka taʼe nu hin argisiiftuu ree?’ jechuun.” Boqonnaa digdamii afur keessatti immoo sabni kallattiidhaan akkana jechuun gaafata: “Wanni ati akkas gootu kun nuuf maal akka taʼe nutti hin himtuu ree?” Fakkeenyota shanan kana hunda keessatti maanguddoonni yookaan sabni haala Laaʼodiiqeyaa keessa jiru.</w:t>
      </w:r>
    </w:p>
    <w:p>
      <w:pPr>
        <w:pStyle w:val="ArticleScripture"/>
        <w:jc w:val="left"/>
      </w:pPr>
      <w:r>
        <w:rPr>
          <w:rFonts w:ascii="Times New Roman" w:hAnsi="Times New Roman" w:eastAsia="Times New Roman" w:cs="Times New Roman"/>
        </w:rPr>
        <w:t>Innis akkana jedhe, “Dhaqiitii saba kanaan akkana jedhi: Dhuguma dhaga’aa, garuu hin hubatinaa; dhuguma ilaalaa, garuu hin qalbeeffatinaa. Akka isaan ija isaanii keessaa hin argine, gurra isaanii keessaan hin dhageenye, garaa isaanii keessaan hin hubannee, deebi’anii hin fayyineef, garaa saba kanaa furdisaa, gurra isaanii ulfeessaa, ija isaanii cufaa.” Isaayaas 6:9, 10.</w:t>
      </w:r>
    </w:p>
    <w:p>
      <w:pPr>
        <w:pStyle w:val="ArticleBody"/>
        <w:jc w:val="left"/>
      </w:pPr>
      <w:r>
        <w:rPr>
          <w:rFonts w:ascii="Times New Roman" w:hAnsi="Times New Roman" w:eastAsia="Times New Roman" w:cs="Times New Roman"/>
        </w:rPr>
        <w:t>Namoonni dhagaʼanii garuu hin dhageenye jechuun bakka buʼiinsa shanan, akkasumas namoonni arganii garuu hin argine jechuun bakka buʼiinsa shanan, ragaa Isaayyaas keessatti tarkaanfii shanan warra arguufi dhagaʼuu didanii wajjin wal simatu.</w:t>
      </w:r>
    </w:p>
    <w:p>
      <w:pPr>
        <w:pStyle w:val="ArticleScripture"/>
        <w:jc w:val="left"/>
      </w:pPr>
      <w:r>
        <w:rPr>
          <w:rFonts w:ascii="Times New Roman" w:hAnsi="Times New Roman" w:eastAsia="Times New Roman" w:cs="Times New Roman"/>
        </w:rPr>
        <w:t>Garuu dubbiin Waaqayyoo isaaniif ajaja irratti ajaja, ajaja irratti ajaja; sarara irratti sarara, sarara irratti sarara; asitti xinnoo, achitti xinnoo taʼe; akka isaan deeman, dugda duubatti kufan, caccaban, kiyyoo keessa galan, qabamanis. Isaayaas 28:13.</w:t>
      </w:r>
    </w:p>
    <w:p>
      <w:pPr>
        <w:pStyle w:val="ArticleScripture"/>
        <w:jc w:val="left"/>
      </w:pPr>
      <w:r>
        <w:rPr>
          <w:rFonts w:ascii="Ebrima" w:hAnsi="Ebrima" w:eastAsia="Ebrima" w:cs="Ebrima"/>
        </w:rPr>
        <w:t>አብዛኛዎቹም</w:t>
      </w:r>
      <w:r>
        <w:rPr>
          <w:rFonts w:ascii="Times New Roman" w:hAnsi="Times New Roman" w:eastAsia="Times New Roman" w:cs="Times New Roman"/>
        </w:rPr>
        <w:t xml:space="preserve"> </w:t>
      </w:r>
      <w:r>
        <w:rPr>
          <w:rFonts w:ascii="Ebrima" w:hAnsi="Ebrima" w:eastAsia="Ebrima" w:cs="Ebrima"/>
        </w:rPr>
        <w:t>ከመካከላቸው</w:t>
      </w:r>
      <w:r>
        <w:rPr>
          <w:rFonts w:ascii="Times New Roman" w:hAnsi="Times New Roman" w:eastAsia="Times New Roman" w:cs="Times New Roman"/>
        </w:rPr>
        <w:t xml:space="preserve"> </w:t>
      </w:r>
      <w:r>
        <w:rPr>
          <w:rFonts w:ascii="Ebrima" w:hAnsi="Ebrima" w:eastAsia="Ebrima" w:cs="Ebrima"/>
        </w:rPr>
        <w:t>ይሰናከላሉ፥</w:t>
      </w:r>
      <w:r>
        <w:rPr>
          <w:rFonts w:ascii="Times New Roman" w:hAnsi="Times New Roman" w:eastAsia="Times New Roman" w:cs="Times New Roman"/>
        </w:rPr>
        <w:t xml:space="preserve"> </w:t>
      </w:r>
      <w:r>
        <w:rPr>
          <w:rFonts w:ascii="Ebrima" w:hAnsi="Ebrima" w:eastAsia="Ebrima" w:cs="Ebrima"/>
        </w:rPr>
        <w:t>ይወድቃሉ፥</w:t>
      </w:r>
      <w:r>
        <w:rPr>
          <w:rFonts w:ascii="Times New Roman" w:hAnsi="Times New Roman" w:eastAsia="Times New Roman" w:cs="Times New Roman"/>
        </w:rPr>
        <w:t xml:space="preserve"> </w:t>
      </w:r>
      <w:r>
        <w:rPr>
          <w:rFonts w:ascii="Ebrima" w:hAnsi="Ebrima" w:eastAsia="Ebrima" w:cs="Ebrima"/>
        </w:rPr>
        <w:t>ይሰበራሉ፥</w:t>
      </w:r>
      <w:r>
        <w:rPr>
          <w:rFonts w:ascii="Times New Roman" w:hAnsi="Times New Roman" w:eastAsia="Times New Roman" w:cs="Times New Roman"/>
        </w:rPr>
        <w:t xml:space="preserve"> </w:t>
      </w:r>
      <w:r>
        <w:rPr>
          <w:rFonts w:ascii="Ebrima" w:hAnsi="Ebrima" w:eastAsia="Ebrima" w:cs="Ebrima"/>
        </w:rPr>
        <w:t>ይታሰራሉ፥</w:t>
      </w:r>
      <w:r>
        <w:rPr>
          <w:rFonts w:ascii="Times New Roman" w:hAnsi="Times New Roman" w:eastAsia="Times New Roman" w:cs="Times New Roman"/>
        </w:rPr>
        <w:t xml:space="preserve"> </w:t>
      </w:r>
      <w:r>
        <w:rPr>
          <w:rFonts w:ascii="Ebrima" w:hAnsi="Ebrima" w:eastAsia="Ebrima" w:cs="Ebrima"/>
        </w:rPr>
        <w:t>ይያዛሉም።</w:t>
      </w:r>
      <w:r>
        <w:rPr>
          <w:rFonts w:ascii="Times New Roman" w:hAnsi="Times New Roman" w:eastAsia="Times New Roman" w:cs="Times New Roman"/>
        </w:rPr>
        <w:t xml:space="preserve"> </w:t>
      </w:r>
      <w:r>
        <w:rPr>
          <w:rFonts w:ascii="Ebrima" w:hAnsi="Ebrima" w:eastAsia="Ebrima" w:cs="Ebrima"/>
        </w:rPr>
        <w:t>ኢሳይያስ</w:t>
      </w:r>
      <w:r>
        <w:rPr>
          <w:rFonts w:ascii="Times New Roman" w:hAnsi="Times New Roman" w:eastAsia="Times New Roman" w:cs="Times New Roman"/>
        </w:rPr>
        <w:t xml:space="preserve"> 8</w:t>
      </w:r>
      <w:r>
        <w:rPr>
          <w:rFonts w:ascii="Ebrima" w:hAnsi="Ebrima" w:eastAsia="Ebrima" w:cs="Ebrima"/>
        </w:rPr>
        <w:t>፥</w:t>
      </w:r>
      <w:r>
        <w:rPr>
          <w:rFonts w:ascii="Times New Roman" w:hAnsi="Times New Roman" w:eastAsia="Times New Roman" w:cs="Times New Roman"/>
        </w:rPr>
        <w:t>15</w:t>
      </w:r>
      <w:r>
        <w:rPr>
          <w:rFonts w:ascii="Ebrima" w:hAnsi="Ebrima" w:eastAsia="Ebrima" w:cs="Ebrima"/>
        </w:rPr>
        <w:t>።</w:t>
      </w:r>
    </w:p>
    <w:p>
      <w:pPr>
        <w:pStyle w:val="ArticleHeading"/>
        <w:jc w:val="left"/>
      </w:pPr>
      <w:r>
        <w:rPr>
          <w:rFonts w:ascii="Arial" w:hAnsi="Arial" w:eastAsia="Arial" w:cs="Arial"/>
        </w:rPr>
        <w:t>Mallattoowwan</w:t>
      </w:r>
    </w:p>
    <w:p>
      <w:pPr>
        <w:pStyle w:val="ArticleBody"/>
        <w:jc w:val="left"/>
      </w:pPr>
      <w:r>
        <w:rPr>
          <w:rFonts w:ascii="Times New Roman" w:hAnsi="Times New Roman" w:eastAsia="Times New Roman" w:cs="Times New Roman"/>
        </w:rPr>
        <w:t>Ezekiel boqonnaa digdamii afuri keessatti, yeroo marsiin magaalaa irraa jalqabee fi duuti niitii Ezekiel—isa ija isaa hawwisiisu—du’a Yerusaalemitti, isa ija Israa’el hawwisiisuu, xumuramuun jalqaba. Marsiin waggaa tokkoo fi walakkaa sun mallattoo Alfaa fi Oomeegaa of keessaa qaba; yeroo sunis mallattoo tokkoon jalqabee mallattoo tokkoon xumurama. Akkuma Ezekiel boqonnaa digdamii afuri keessatti, Yesusis Maatewos boqonnaa digdamii afuri keessatti mallattoo marsichaa adda baasa.</w:t>
      </w:r>
    </w:p>
    <w:p>
      <w:pPr>
        <w:pStyle w:val="ArticleScripture"/>
        <w:jc w:val="left"/>
      </w:pPr>
      <w:r>
        <w:rPr>
          <w:rFonts w:ascii="Nirmala UI" w:hAnsi="Nirmala UI" w:eastAsia="Nirmala UI" w:cs="Nirmala UI"/>
        </w:rPr>
        <w:t>ଖ୍ରୀଷ୍ଟଙ୍କ</w:t>
      </w:r>
      <w:r>
        <w:rPr>
          <w:rFonts w:ascii="Times New Roman" w:hAnsi="Times New Roman" w:eastAsia="Times New Roman" w:cs="Times New Roman"/>
        </w:rPr>
        <w:t xml:space="preserve"> </w:t>
      </w:r>
      <w:r>
        <w:rPr>
          <w:rFonts w:ascii="Nirmala UI" w:hAnsi="Nirmala UI" w:eastAsia="Nirmala UI" w:cs="Nirmala UI"/>
        </w:rPr>
        <w:t>ବାକ୍ୟଗୁଡ଼ିକ</w:t>
      </w:r>
      <w:r>
        <w:rPr>
          <w:rFonts w:ascii="Times New Roman" w:hAnsi="Times New Roman" w:eastAsia="Times New Roman" w:cs="Times New Roman"/>
        </w:rPr>
        <w:t xml:space="preserve"> </w:t>
      </w:r>
      <w:r>
        <w:rPr>
          <w:rFonts w:ascii="Nirmala UI" w:hAnsi="Nirmala UI" w:eastAsia="Nirmala UI" w:cs="Nirmala UI"/>
        </w:rPr>
        <w:t>ବହୁ</w:t>
      </w:r>
      <w:r>
        <w:rPr>
          <w:rFonts w:ascii="Times New Roman" w:hAnsi="Times New Roman" w:eastAsia="Times New Roman" w:cs="Times New Roman"/>
        </w:rPr>
        <w:t xml:space="preserve"> </w:t>
      </w:r>
      <w:r>
        <w:rPr>
          <w:rFonts w:ascii="Nirmala UI" w:hAnsi="Nirmala UI" w:eastAsia="Nirmala UI" w:cs="Nirmala UI"/>
        </w:rPr>
        <w:t>ସଂଖ୍ୟକ</w:t>
      </w:r>
      <w:r>
        <w:rPr>
          <w:rFonts w:ascii="Times New Roman" w:hAnsi="Times New Roman" w:eastAsia="Times New Roman" w:cs="Times New Roman"/>
        </w:rPr>
        <w:t xml:space="preserve"> </w:t>
      </w:r>
      <w:r>
        <w:rPr>
          <w:rFonts w:ascii="Nirmala UI" w:hAnsi="Nirmala UI" w:eastAsia="Nirmala UI" w:cs="Nirmala UI"/>
        </w:rPr>
        <w:t>ଲୋକଙ୍କ</w:t>
      </w:r>
      <w:r>
        <w:rPr>
          <w:rFonts w:ascii="Times New Roman" w:hAnsi="Times New Roman" w:eastAsia="Times New Roman" w:cs="Times New Roman"/>
        </w:rPr>
        <w:t xml:space="preserve"> </w:t>
      </w:r>
      <w:r>
        <w:rPr>
          <w:rFonts w:ascii="Nirmala UI" w:hAnsi="Nirmala UI" w:eastAsia="Nirmala UI" w:cs="Nirmala UI"/>
        </w:rPr>
        <w:t>ଶ୍ରବଣରେ</w:t>
      </w:r>
      <w:r>
        <w:rPr>
          <w:rFonts w:ascii="Times New Roman" w:hAnsi="Times New Roman" w:eastAsia="Times New Roman" w:cs="Times New Roman"/>
        </w:rPr>
        <w:t xml:space="preserve"> </w:t>
      </w:r>
      <w:r>
        <w:rPr>
          <w:rFonts w:ascii="Nirmala UI" w:hAnsi="Nirmala UI" w:eastAsia="Nirmala UI" w:cs="Nirmala UI"/>
        </w:rPr>
        <w:t>କୁହାଯାଇଥିଲା</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ଏକାକୀ</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ପିତର</w:t>
      </w:r>
      <w:r>
        <w:rPr>
          <w:rFonts w:ascii="Times New Roman" w:hAnsi="Times New Roman" w:eastAsia="Times New Roman" w:cs="Times New Roman"/>
        </w:rPr>
        <w:t xml:space="preserve">, </w:t>
      </w:r>
      <w:r>
        <w:rPr>
          <w:rFonts w:ascii="Nirmala UI" w:hAnsi="Nirmala UI" w:eastAsia="Nirmala UI" w:cs="Nirmala UI"/>
        </w:rPr>
        <w:t>ଯୋହନ</w:t>
      </w:r>
      <w:r>
        <w:rPr>
          <w:rFonts w:ascii="Times New Roman" w:hAnsi="Times New Roman" w:eastAsia="Times New Roman" w:cs="Times New Roman"/>
        </w:rPr>
        <w:t xml:space="preserve">, </w:t>
      </w:r>
      <w:r>
        <w:rPr>
          <w:rFonts w:ascii="Nirmala UI" w:hAnsi="Nirmala UI" w:eastAsia="Nirmala UI" w:cs="Nirmala UI"/>
        </w:rPr>
        <w:t>ଯାକୁବ</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ଆନ୍ଦ୍ରିୟ</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ନିକଟକୁ</w:t>
      </w:r>
      <w:r>
        <w:rPr>
          <w:rFonts w:ascii="Times New Roman" w:hAnsi="Times New Roman" w:eastAsia="Times New Roman" w:cs="Times New Roman"/>
        </w:rPr>
        <w:t xml:space="preserve"> </w:t>
      </w:r>
      <w:r>
        <w:rPr>
          <w:rFonts w:ascii="Nirmala UI" w:hAnsi="Nirmala UI" w:eastAsia="Nirmala UI" w:cs="Nirmala UI"/>
        </w:rPr>
        <w:t>ଆସିଲେ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ଜିତୁନ</w:t>
      </w:r>
      <w:r>
        <w:rPr>
          <w:rFonts w:ascii="Times New Roman" w:hAnsi="Times New Roman" w:eastAsia="Times New Roman" w:cs="Times New Roman"/>
        </w:rPr>
        <w:t xml:space="preserve"> </w:t>
      </w:r>
      <w:r>
        <w:rPr>
          <w:rFonts w:ascii="Nirmala UI" w:hAnsi="Nirmala UI" w:eastAsia="Nirmala UI" w:cs="Nirmala UI"/>
        </w:rPr>
        <w:t>ପର୍ବତ</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ବସିଥିଲେ।</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ଆମକୁ</w:t>
      </w:r>
      <w:r>
        <w:rPr>
          <w:rFonts w:ascii="Times New Roman" w:hAnsi="Times New Roman" w:eastAsia="Times New Roman" w:cs="Times New Roman"/>
        </w:rPr>
        <w:t xml:space="preserve"> </w:t>
      </w:r>
      <w:r>
        <w:rPr>
          <w:rFonts w:ascii="Nirmala UI" w:hAnsi="Nirmala UI" w:eastAsia="Nirmala UI" w:cs="Nirmala UI"/>
        </w:rPr>
        <w:t>କହ</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ସବୁ</w:t>
      </w:r>
      <w:r>
        <w:rPr>
          <w:rFonts w:ascii="Times New Roman" w:hAnsi="Times New Roman" w:eastAsia="Times New Roman" w:cs="Times New Roman"/>
        </w:rPr>
        <w:t xml:space="preserve"> </w:t>
      </w:r>
      <w:r>
        <w:rPr>
          <w:rFonts w:ascii="Nirmala UI" w:hAnsi="Nirmala UI" w:eastAsia="Nirmala UI" w:cs="Nirmala UI"/>
        </w:rPr>
        <w:t>କେବେ</w:t>
      </w:r>
      <w:r>
        <w:rPr>
          <w:rFonts w:ascii="Times New Roman" w:hAnsi="Times New Roman" w:eastAsia="Times New Roman" w:cs="Times New Roman"/>
        </w:rPr>
        <w:t xml:space="preserve"> </w:t>
      </w:r>
      <w:r>
        <w:rPr>
          <w:rFonts w:ascii="Nirmala UI" w:hAnsi="Nirmala UI" w:eastAsia="Nirmala UI" w:cs="Nirmala UI"/>
        </w:rPr>
        <w:t>ଘଟିବ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ତୁମର</w:t>
      </w:r>
      <w:r>
        <w:rPr>
          <w:rFonts w:ascii="Times New Roman" w:hAnsi="Times New Roman" w:eastAsia="Times New Roman" w:cs="Times New Roman"/>
        </w:rPr>
        <w:t xml:space="preserve"> </w:t>
      </w:r>
      <w:r>
        <w:rPr>
          <w:rFonts w:ascii="Nirmala UI" w:hAnsi="Nirmala UI" w:eastAsia="Nirmala UI" w:cs="Nirmala UI"/>
        </w:rPr>
        <w:t>ଆଗମନର</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ଜଗତର</w:t>
      </w:r>
      <w:r>
        <w:rPr>
          <w:rFonts w:ascii="Times New Roman" w:hAnsi="Times New Roman" w:eastAsia="Times New Roman" w:cs="Times New Roman"/>
        </w:rPr>
        <w:t xml:space="preserve"> </w:t>
      </w:r>
      <w:r>
        <w:rPr>
          <w:rFonts w:ascii="Nirmala UI" w:hAnsi="Nirmala UI" w:eastAsia="Nirmala UI" w:cs="Nirmala UI"/>
        </w:rPr>
        <w:t>ଶେଷର</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କ</w:t>
      </w:r>
      <w:r>
        <w:rPr>
          <w:rFonts w:ascii="Times New Roman" w:hAnsi="Times New Roman" w:eastAsia="Times New Roman" w:cs="Times New Roman"/>
        </w:rPr>
        <w:t>’</w:t>
      </w:r>
      <w:r>
        <w:rPr>
          <w:rFonts w:ascii="Nirmala UI" w:hAnsi="Nirmala UI" w:eastAsia="Nirmala UI" w:cs="Nirmala UI"/>
        </w:rPr>
        <w:t>ଣ</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ଯୀଶୁ</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ଶିଷ୍ୟମାନଙ୍କୁ</w:t>
      </w:r>
      <w:r>
        <w:rPr>
          <w:rFonts w:ascii="Times New Roman" w:hAnsi="Times New Roman" w:eastAsia="Times New Roman" w:cs="Times New Roman"/>
        </w:rPr>
        <w:t xml:space="preserve"> </w:t>
      </w:r>
      <w:r>
        <w:rPr>
          <w:rFonts w:ascii="Nirmala UI" w:hAnsi="Nirmala UI" w:eastAsia="Nirmala UI" w:cs="Nirmala UI"/>
        </w:rPr>
        <w:t>ଯିରୁଶାଲେମର</w:t>
      </w:r>
      <w:r>
        <w:rPr>
          <w:rFonts w:ascii="Times New Roman" w:hAnsi="Times New Roman" w:eastAsia="Times New Roman" w:cs="Times New Roman"/>
        </w:rPr>
        <w:t xml:space="preserve"> </w:t>
      </w:r>
      <w:r>
        <w:rPr>
          <w:rFonts w:ascii="Nirmala UI" w:hAnsi="Nirmala UI" w:eastAsia="Nirmala UI" w:cs="Nirmala UI"/>
        </w:rPr>
        <w:t>ବିନାଶ</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ଆଗମନର</w:t>
      </w:r>
      <w:r>
        <w:rPr>
          <w:rFonts w:ascii="Times New Roman" w:hAnsi="Times New Roman" w:eastAsia="Times New Roman" w:cs="Times New Roman"/>
        </w:rPr>
        <w:t xml:space="preserve"> </w:t>
      </w:r>
      <w:r>
        <w:rPr>
          <w:rFonts w:ascii="Nirmala UI" w:hAnsi="Nirmala UI" w:eastAsia="Nirmala UI" w:cs="Nirmala UI"/>
        </w:rPr>
        <w:t>ମହାଦିନ</w:t>
      </w:r>
      <w:r>
        <w:rPr>
          <w:rFonts w:ascii="Times New Roman" w:hAnsi="Times New Roman" w:eastAsia="Times New Roman" w:cs="Times New Roman"/>
        </w:rPr>
        <w:t xml:space="preserve"> </w:t>
      </w:r>
      <w:r>
        <w:rPr>
          <w:rFonts w:ascii="Nirmala UI" w:hAnsi="Nirmala UI" w:eastAsia="Nirmala UI" w:cs="Nirmala UI"/>
        </w:rPr>
        <w:t>ବିଷୟକ</w:t>
      </w:r>
      <w:r>
        <w:rPr>
          <w:rFonts w:ascii="Times New Roman" w:hAnsi="Times New Roman" w:eastAsia="Times New Roman" w:cs="Times New Roman"/>
        </w:rPr>
        <w:t xml:space="preserve"> </w:t>
      </w:r>
      <w:r>
        <w:rPr>
          <w:rFonts w:ascii="Nirmala UI" w:hAnsi="Nirmala UI" w:eastAsia="Nirmala UI" w:cs="Nirmala UI"/>
        </w:rPr>
        <w:t>କଥାକୁ</w:t>
      </w:r>
      <w:r>
        <w:rPr>
          <w:rFonts w:ascii="Times New Roman" w:hAnsi="Times New Roman" w:eastAsia="Times New Roman" w:cs="Times New Roman"/>
        </w:rPr>
        <w:t xml:space="preserve"> </w:t>
      </w:r>
      <w:r>
        <w:rPr>
          <w:rFonts w:ascii="Nirmala UI" w:hAnsi="Nirmala UI" w:eastAsia="Nirmala UI" w:cs="Nirmala UI"/>
        </w:rPr>
        <w:t>ପୃଥକ୍</w:t>
      </w:r>
      <w:r>
        <w:rPr>
          <w:rFonts w:ascii="Times New Roman" w:hAnsi="Times New Roman" w:eastAsia="Times New Roman" w:cs="Times New Roman"/>
        </w:rPr>
        <w:t xml:space="preserve"> </w:t>
      </w:r>
      <w:r>
        <w:rPr>
          <w:rFonts w:ascii="Nirmala UI" w:hAnsi="Nirmala UI" w:eastAsia="Nirmala UI" w:cs="Nirmala UI"/>
        </w:rPr>
        <w:t>ପୃଥକ୍</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ଉତ୍ତର</w:t>
      </w:r>
      <w:r>
        <w:rPr>
          <w:rFonts w:ascii="Times New Roman" w:hAnsi="Times New Roman" w:eastAsia="Times New Roman" w:cs="Times New Roman"/>
        </w:rPr>
        <w:t xml:space="preserve"> </w:t>
      </w:r>
      <w:r>
        <w:rPr>
          <w:rFonts w:ascii="Nirmala UI" w:hAnsi="Nirmala UI" w:eastAsia="Nirmala UI" w:cs="Nirmala UI"/>
        </w:rPr>
        <w:t>ଦେଇନଥିଲେ।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 xml:space="preserve"> </w:t>
      </w:r>
      <w:r>
        <w:rPr>
          <w:rFonts w:ascii="Nirmala UI" w:hAnsi="Nirmala UI" w:eastAsia="Nirmala UI" w:cs="Nirmala UI"/>
        </w:rPr>
        <w:t>ଘଟଣାର</w:t>
      </w:r>
      <w:r>
        <w:rPr>
          <w:rFonts w:ascii="Times New Roman" w:hAnsi="Times New Roman" w:eastAsia="Times New Roman" w:cs="Times New Roman"/>
        </w:rPr>
        <w:t xml:space="preserve"> </w:t>
      </w:r>
      <w:r>
        <w:rPr>
          <w:rFonts w:ascii="Nirmala UI" w:hAnsi="Nirmala UI" w:eastAsia="Nirmala UI" w:cs="Nirmala UI"/>
        </w:rPr>
        <w:t>ବର୍ଣ୍ଣନାକୁ</w:t>
      </w:r>
      <w:r>
        <w:rPr>
          <w:rFonts w:ascii="Times New Roman" w:hAnsi="Times New Roman" w:eastAsia="Times New Roman" w:cs="Times New Roman"/>
        </w:rPr>
        <w:t xml:space="preserve"> </w:t>
      </w:r>
      <w:r>
        <w:rPr>
          <w:rFonts w:ascii="Nirmala UI" w:hAnsi="Nirmala UI" w:eastAsia="Nirmala UI" w:cs="Nirmala UI"/>
        </w:rPr>
        <w:t>ଏକାତ୍ମ</w:t>
      </w:r>
      <w:r>
        <w:rPr>
          <w:rFonts w:ascii="Times New Roman" w:hAnsi="Times New Roman" w:eastAsia="Times New Roman" w:cs="Times New Roman"/>
        </w:rPr>
        <w:t xml:space="preserve"> </w:t>
      </w:r>
      <w:r>
        <w:rPr>
          <w:rFonts w:ascii="Nirmala UI" w:hAnsi="Nirmala UI" w:eastAsia="Nirmala UI" w:cs="Nirmala UI"/>
        </w:rPr>
        <w:t>କରିଦେଇଥିଲେ।</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ଯଦି</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ଦେଖିଥିବା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ଭବିଷ୍ୟତ</w:t>
      </w:r>
      <w:r>
        <w:rPr>
          <w:rFonts w:ascii="Times New Roman" w:hAnsi="Times New Roman" w:eastAsia="Times New Roman" w:cs="Times New Roman"/>
        </w:rPr>
        <w:t xml:space="preserve"> </w:t>
      </w:r>
      <w:r>
        <w:rPr>
          <w:rFonts w:ascii="Nirmala UI" w:hAnsi="Nirmala UI" w:eastAsia="Nirmala UI" w:cs="Nirmala UI"/>
        </w:rPr>
        <w:t>ଘଟଣାଗୁଡ଼ିକୁ</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ଶିଷ୍ୟମାନଙ୍କ</w:t>
      </w:r>
      <w:r>
        <w:rPr>
          <w:rFonts w:ascii="Times New Roman" w:hAnsi="Times New Roman" w:eastAsia="Times New Roman" w:cs="Times New Roman"/>
        </w:rPr>
        <w:t xml:space="preserve"> </w:t>
      </w:r>
      <w:r>
        <w:rPr>
          <w:rFonts w:ascii="Nirmala UI" w:hAnsi="Nirmala UI" w:eastAsia="Nirmala UI" w:cs="Nirmala UI"/>
        </w:rPr>
        <w:t>ସମ୍ମୁଖରେ</w:t>
      </w:r>
      <w:r>
        <w:rPr>
          <w:rFonts w:ascii="Times New Roman" w:hAnsi="Times New Roman" w:eastAsia="Times New Roman" w:cs="Times New Roman"/>
        </w:rPr>
        <w:t xml:space="preserve"> </w:t>
      </w:r>
      <w:r>
        <w:rPr>
          <w:rFonts w:ascii="Nirmala UI" w:hAnsi="Nirmala UI" w:eastAsia="Nirmala UI" w:cs="Nirmala UI"/>
        </w:rPr>
        <w:t>ଉଦ୍ଘାଟିତ</w:t>
      </w:r>
      <w:r>
        <w:rPr>
          <w:rFonts w:ascii="Times New Roman" w:hAnsi="Times New Roman" w:eastAsia="Times New Roman" w:cs="Times New Roman"/>
        </w:rPr>
        <w:t xml:space="preserve"> </w:t>
      </w:r>
      <w:r>
        <w:rPr>
          <w:rFonts w:ascii="Nirmala UI" w:hAnsi="Nirmala UI" w:eastAsia="Nirmala UI" w:cs="Nirmala UI"/>
        </w:rPr>
        <w:t>କରିଦେଇଥାନ୍ତେ</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ଦୃଶ୍ୟ</w:t>
      </w:r>
      <w:r>
        <w:rPr>
          <w:rFonts w:ascii="Times New Roman" w:hAnsi="Times New Roman" w:eastAsia="Times New Roman" w:cs="Times New Roman"/>
        </w:rPr>
        <w:t xml:space="preserve"> </w:t>
      </w:r>
      <w:r>
        <w:rPr>
          <w:rFonts w:ascii="Nirmala UI" w:hAnsi="Nirmala UI" w:eastAsia="Nirmala UI" w:cs="Nirmala UI"/>
        </w:rPr>
        <w:t>ସହନ</w:t>
      </w:r>
      <w:r>
        <w:rPr>
          <w:rFonts w:ascii="Times New Roman" w:hAnsi="Times New Roman" w:eastAsia="Times New Roman" w:cs="Times New Roman"/>
        </w:rPr>
        <w:t xml:space="preserve"> </w:t>
      </w:r>
      <w:r>
        <w:rPr>
          <w:rFonts w:ascii="Nirmala UI" w:hAnsi="Nirmala UI" w:eastAsia="Nirmala UI" w:cs="Nirmala UI"/>
        </w:rPr>
        <w:t>କରିପାରୁନଥାନ୍ତେ।</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ପ୍ରତି</w:t>
      </w:r>
      <w:r>
        <w:rPr>
          <w:rFonts w:ascii="Times New Roman" w:hAnsi="Times New Roman" w:eastAsia="Times New Roman" w:cs="Times New Roman"/>
        </w:rPr>
        <w:t xml:space="preserve"> </w:t>
      </w:r>
      <w:r>
        <w:rPr>
          <w:rFonts w:ascii="Nirmala UI" w:hAnsi="Nirmala UI" w:eastAsia="Nirmala UI" w:cs="Nirmala UI"/>
        </w:rPr>
        <w:t>କରୁଣାବଶତଃ</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 xml:space="preserve"> </w:t>
      </w:r>
      <w:r>
        <w:rPr>
          <w:rFonts w:ascii="Nirmala UI" w:hAnsi="Nirmala UI" w:eastAsia="Nirmala UI" w:cs="Nirmala UI"/>
        </w:rPr>
        <w:t>ମହାସଙ୍କଟର</w:t>
      </w:r>
      <w:r>
        <w:rPr>
          <w:rFonts w:ascii="Times New Roman" w:hAnsi="Times New Roman" w:eastAsia="Times New Roman" w:cs="Times New Roman"/>
        </w:rPr>
        <w:t xml:space="preserve"> </w:t>
      </w:r>
      <w:r>
        <w:rPr>
          <w:rFonts w:ascii="Nirmala UI" w:hAnsi="Nirmala UI" w:eastAsia="Nirmala UI" w:cs="Nirmala UI"/>
        </w:rPr>
        <w:t>ବର୍ଣ୍ଣନାକୁ</w:t>
      </w:r>
      <w:r>
        <w:rPr>
          <w:rFonts w:ascii="Times New Roman" w:hAnsi="Times New Roman" w:eastAsia="Times New Roman" w:cs="Times New Roman"/>
        </w:rPr>
        <w:t xml:space="preserve"> </w:t>
      </w:r>
      <w:r>
        <w:rPr>
          <w:rFonts w:ascii="Nirmala UI" w:hAnsi="Nirmala UI" w:eastAsia="Nirmala UI" w:cs="Nirmala UI"/>
        </w:rPr>
        <w:t>ଏମିତି</w:t>
      </w:r>
      <w:r>
        <w:rPr>
          <w:rFonts w:ascii="Times New Roman" w:hAnsi="Times New Roman" w:eastAsia="Times New Roman" w:cs="Times New Roman"/>
        </w:rPr>
        <w:t xml:space="preserve"> </w:t>
      </w:r>
      <w:r>
        <w:rPr>
          <w:rFonts w:ascii="Nirmala UI" w:hAnsi="Nirmala UI" w:eastAsia="Nirmala UI" w:cs="Nirmala UI"/>
        </w:rPr>
        <w:t>ମିଶାଇଦେଲେ</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ତାହାର</w:t>
      </w:r>
      <w:r>
        <w:rPr>
          <w:rFonts w:ascii="Times New Roman" w:hAnsi="Times New Roman" w:eastAsia="Times New Roman" w:cs="Times New Roman"/>
        </w:rPr>
        <w:t xml:space="preserve"> </w:t>
      </w:r>
      <w:r>
        <w:rPr>
          <w:rFonts w:ascii="Nirmala UI" w:hAnsi="Nirmala UI" w:eastAsia="Nirmala UI" w:cs="Nirmala UI"/>
        </w:rPr>
        <w:t>ଅର୍ଥ</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ଅଧ୍ୟୟନ</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ବୁଝିବେ।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ଯିରୁଶାଲେମର</w:t>
      </w:r>
      <w:r>
        <w:rPr>
          <w:rFonts w:ascii="Times New Roman" w:hAnsi="Times New Roman" w:eastAsia="Times New Roman" w:cs="Times New Roman"/>
        </w:rPr>
        <w:t xml:space="preserve"> </w:t>
      </w:r>
      <w:r>
        <w:rPr>
          <w:rFonts w:ascii="Nirmala UI" w:hAnsi="Nirmala UI" w:eastAsia="Nirmala UI" w:cs="Nirmala UI"/>
        </w:rPr>
        <w:t>ବିନାଶକୁ</w:t>
      </w:r>
      <w:r>
        <w:rPr>
          <w:rFonts w:ascii="Times New Roman" w:hAnsi="Times New Roman" w:eastAsia="Times New Roman" w:cs="Times New Roman"/>
        </w:rPr>
        <w:t xml:space="preserve"> </w:t>
      </w:r>
      <w:r>
        <w:rPr>
          <w:rFonts w:ascii="Nirmala UI" w:hAnsi="Nirmala UI" w:eastAsia="Nirmala UI" w:cs="Nirmala UI"/>
        </w:rPr>
        <w:t>ଉଲ୍ଲେଖ</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ଭବିଷ୍ୟବାଣୀମୂଳକ</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ଘଟଣାର</w:t>
      </w:r>
      <w:r>
        <w:rPr>
          <w:rFonts w:ascii="Times New Roman" w:hAnsi="Times New Roman" w:eastAsia="Times New Roman" w:cs="Times New Roman"/>
        </w:rPr>
        <w:t xml:space="preserve"> </w:t>
      </w:r>
      <w:r>
        <w:rPr>
          <w:rFonts w:ascii="Nirmala UI" w:hAnsi="Nirmala UI" w:eastAsia="Nirmala UI" w:cs="Nirmala UI"/>
        </w:rPr>
        <w:t>ସୀମାକୁ</w:t>
      </w:r>
      <w:r>
        <w:rPr>
          <w:rFonts w:ascii="Times New Roman" w:hAnsi="Times New Roman" w:eastAsia="Times New Roman" w:cs="Times New Roman"/>
        </w:rPr>
        <w:t xml:space="preserve"> </w:t>
      </w:r>
      <w:r>
        <w:rPr>
          <w:rFonts w:ascii="Nirmala UI" w:hAnsi="Nirmala UI" w:eastAsia="Nirmala UI" w:cs="Nirmala UI"/>
        </w:rPr>
        <w:t>ଅତିକ୍ରମ</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ଦହନ</w:t>
      </w:r>
      <w:r>
        <w:rPr>
          <w:rFonts w:ascii="Times New Roman" w:hAnsi="Times New Roman" w:eastAsia="Times New Roman" w:cs="Times New Roman"/>
        </w:rPr>
        <w:t xml:space="preserve"> </w:t>
      </w:r>
      <w:r>
        <w:rPr>
          <w:rFonts w:ascii="Nirmala UI" w:hAnsi="Nirmala UI" w:eastAsia="Nirmala UI" w:cs="Nirmala UI"/>
        </w:rPr>
        <w:t>ପର୍ଯ୍ୟନ୍ତ</w:t>
      </w:r>
      <w:r>
        <w:rPr>
          <w:rFonts w:ascii="Times New Roman" w:hAnsi="Times New Roman" w:eastAsia="Times New Roman" w:cs="Times New Roman"/>
        </w:rPr>
        <w:t xml:space="preserve"> </w:t>
      </w:r>
      <w:r>
        <w:rPr>
          <w:rFonts w:ascii="Nirmala UI" w:hAnsi="Nirmala UI" w:eastAsia="Nirmala UI" w:cs="Nirmala UI"/>
        </w:rPr>
        <w:t>ପହଞ୍ଚିଲା</w:t>
      </w:r>
      <w:r>
        <w:rPr>
          <w:rFonts w:ascii="Times New Roman" w:hAnsi="Times New Roman" w:eastAsia="Times New Roman" w:cs="Times New Roman"/>
        </w:rPr>
        <w:t>—</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ଦିନ</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ପ୍ରଭୁ</w:t>
      </w:r>
      <w:r>
        <w:rPr>
          <w:rFonts w:ascii="Times New Roman" w:hAnsi="Times New Roman" w:eastAsia="Times New Roman" w:cs="Times New Roman"/>
        </w:rPr>
        <w:t xml:space="preserve"> </w:t>
      </w:r>
      <w:r>
        <w:rPr>
          <w:rFonts w:ascii="Nirmala UI" w:hAnsi="Nirmala UI" w:eastAsia="Nirmala UI" w:cs="Nirmala UI"/>
        </w:rPr>
        <w:t>ଜଗତକୁ</w:t>
      </w:r>
      <w:r>
        <w:rPr>
          <w:rFonts w:ascii="Times New Roman" w:hAnsi="Times New Roman" w:eastAsia="Times New Roman" w:cs="Times New Roman"/>
        </w:rPr>
        <w:t xml:space="preserve"> </w:t>
      </w:r>
      <w:r>
        <w:rPr>
          <w:rFonts w:ascii="Nirmala UI" w:hAnsi="Nirmala UI" w:eastAsia="Nirmala UI" w:cs="Nirmala UI"/>
        </w:rPr>
        <w:t>ତାହାର</w:t>
      </w:r>
      <w:r>
        <w:rPr>
          <w:rFonts w:ascii="Times New Roman" w:hAnsi="Times New Roman" w:eastAsia="Times New Roman" w:cs="Times New Roman"/>
        </w:rPr>
        <w:t xml:space="preserve"> </w:t>
      </w:r>
      <w:r>
        <w:rPr>
          <w:rFonts w:ascii="Nirmala UI" w:hAnsi="Nirmala UI" w:eastAsia="Nirmala UI" w:cs="Nirmala UI"/>
        </w:rPr>
        <w:t>ଅନ୍ୟାୟ</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ଦଣ୍ଡ</w:t>
      </w:r>
      <w:r>
        <w:rPr>
          <w:rFonts w:ascii="Times New Roman" w:hAnsi="Times New Roman" w:eastAsia="Times New Roman" w:cs="Times New Roman"/>
        </w:rPr>
        <w:t xml:space="preserve"> </w:t>
      </w:r>
      <w:r>
        <w:rPr>
          <w:rFonts w:ascii="Nirmala UI" w:hAnsi="Nirmala UI" w:eastAsia="Nirmala UI" w:cs="Nirmala UI"/>
        </w:rPr>
        <w:t>ଦେବାର</w:t>
      </w:r>
      <w:r>
        <w:rPr>
          <w:rFonts w:ascii="Times New Roman" w:hAnsi="Times New Roman" w:eastAsia="Times New Roman" w:cs="Times New Roman"/>
        </w:rPr>
        <w:t xml:space="preserve"> </w:t>
      </w:r>
      <w:r>
        <w:rPr>
          <w:rFonts w:ascii="Nirmala UI" w:hAnsi="Nirmala UI" w:eastAsia="Nirmala UI" w:cs="Nirmala UI"/>
        </w:rPr>
        <w:t>ନିମନ୍ତେ</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ସ୍ଥାନରୁ</w:t>
      </w:r>
      <w:r>
        <w:rPr>
          <w:rFonts w:ascii="Times New Roman" w:hAnsi="Times New Roman" w:eastAsia="Times New Roman" w:cs="Times New Roman"/>
        </w:rPr>
        <w:t xml:space="preserve"> </w:t>
      </w:r>
      <w:r>
        <w:rPr>
          <w:rFonts w:ascii="Nirmala UI" w:hAnsi="Nirmala UI" w:eastAsia="Nirmala UI" w:cs="Nirmala UI"/>
        </w:rPr>
        <w:t>ଉଠିବେ</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ପୃଥିବୀ</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ରକ୍ତପାତକୁ</w:t>
      </w:r>
      <w:r>
        <w:rPr>
          <w:rFonts w:ascii="Times New Roman" w:hAnsi="Times New Roman" w:eastAsia="Times New Roman" w:cs="Times New Roman"/>
        </w:rPr>
        <w:t xml:space="preserve"> </w:t>
      </w:r>
      <w:r>
        <w:rPr>
          <w:rFonts w:ascii="Nirmala UI" w:hAnsi="Nirmala UI" w:eastAsia="Nirmala UI" w:cs="Nirmala UI"/>
        </w:rPr>
        <w:t>ପ୍ରକାଶ</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ନିହତମାନଙ୍କୁ</w:t>
      </w:r>
      <w:r>
        <w:rPr>
          <w:rFonts w:ascii="Times New Roman" w:hAnsi="Times New Roman" w:eastAsia="Times New Roman" w:cs="Times New Roman"/>
        </w:rPr>
        <w:t xml:space="preserve"> </w:t>
      </w:r>
      <w:r>
        <w:rPr>
          <w:rFonts w:ascii="Nirmala UI" w:hAnsi="Nirmala UI" w:eastAsia="Nirmala UI" w:cs="Nirmala UI"/>
        </w:rPr>
        <w:t>ଆଉ</w:t>
      </w:r>
      <w:r>
        <w:rPr>
          <w:rFonts w:ascii="Times New Roman" w:hAnsi="Times New Roman" w:eastAsia="Times New Roman" w:cs="Times New Roman"/>
        </w:rPr>
        <w:t xml:space="preserve"> </w:t>
      </w:r>
      <w:r>
        <w:rPr>
          <w:rFonts w:ascii="Nirmala UI" w:hAnsi="Nirmala UI" w:eastAsia="Nirmala UI" w:cs="Nirmala UI"/>
        </w:rPr>
        <w:t>ଆବୃତ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ରଖିବ</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ସମଗ୍ର</w:t>
      </w:r>
      <w:r>
        <w:rPr>
          <w:rFonts w:ascii="Times New Roman" w:hAnsi="Times New Roman" w:eastAsia="Times New Roman" w:cs="Times New Roman"/>
        </w:rPr>
        <w:t xml:space="preserve"> </w:t>
      </w:r>
      <w:r>
        <w:rPr>
          <w:rFonts w:ascii="Nirmala UI" w:hAnsi="Nirmala UI" w:eastAsia="Nirmala UI" w:cs="Nirmala UI"/>
        </w:rPr>
        <w:t>ଉପଦେଶ</w:t>
      </w:r>
      <w:r>
        <w:rPr>
          <w:rFonts w:ascii="Times New Roman" w:hAnsi="Times New Roman" w:eastAsia="Times New Roman" w:cs="Times New Roman"/>
        </w:rPr>
        <w:t xml:space="preserve"> </w:t>
      </w:r>
      <w:r>
        <w:rPr>
          <w:rFonts w:ascii="Nirmala UI" w:hAnsi="Nirmala UI" w:eastAsia="Nirmala UI" w:cs="Nirmala UI"/>
        </w:rPr>
        <w:t>କେବଳ</w:t>
      </w:r>
      <w:r>
        <w:rPr>
          <w:rFonts w:ascii="Times New Roman" w:hAnsi="Times New Roman" w:eastAsia="Times New Roman" w:cs="Times New Roman"/>
        </w:rPr>
        <w:t xml:space="preserve"> </w:t>
      </w:r>
      <w:r>
        <w:rPr>
          <w:rFonts w:ascii="Nirmala UI" w:hAnsi="Nirmala UI" w:eastAsia="Nirmala UI" w:cs="Nirmala UI"/>
        </w:rPr>
        <w:t>ଶିଷ୍ୟମାନଙ୍କ</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ବରଂ</w:t>
      </w:r>
      <w:r>
        <w:rPr>
          <w:rFonts w:ascii="Times New Roman" w:hAnsi="Times New Roman" w:eastAsia="Times New Roman" w:cs="Times New Roman"/>
        </w:rPr>
        <w:t xml:space="preserve"> </w:t>
      </w:r>
      <w:r>
        <w:rPr>
          <w:rFonts w:ascii="Nirmala UI" w:hAnsi="Nirmala UI" w:eastAsia="Nirmala UI" w:cs="Nirmala UI"/>
        </w:rPr>
        <w:t>ପୃଥିବୀର</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ଦୃଶ୍ୟଗୁଡ଼ିକରେ</w:t>
      </w:r>
      <w:r>
        <w:rPr>
          <w:rFonts w:ascii="Times New Roman" w:hAnsi="Times New Roman" w:eastAsia="Times New Roman" w:cs="Times New Roman"/>
        </w:rPr>
        <w:t xml:space="preserve"> </w:t>
      </w:r>
      <w:r>
        <w:rPr>
          <w:rFonts w:ascii="Nirmala UI" w:hAnsi="Nirmala UI" w:eastAsia="Nirmala UI" w:cs="Nirmala UI"/>
        </w:rPr>
        <w:t>ବାସ</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ଦିଆଯାଇଥିଲା।</w:t>
      </w:r>
    </w:p>
    <w:p>
      <w:pPr>
        <w:pStyle w:val="ArticleScripture"/>
        <w:jc w:val="left"/>
      </w:pPr>
      <w:r>
        <w:rPr>
          <w:rFonts w:ascii="Nirmala UI" w:hAnsi="Nirmala UI" w:eastAsia="Nirmala UI" w:cs="Nirmala UI"/>
        </w:rPr>
        <w:t>ଖ୍ରୀଷ୍ଟ</w:t>
      </w:r>
      <w:r>
        <w:rPr>
          <w:rFonts w:ascii="Times New Roman" w:hAnsi="Times New Roman" w:eastAsia="Times New Roman" w:cs="Times New Roman"/>
        </w:rPr>
        <w:t xml:space="preserve"> </w:t>
      </w:r>
      <w:r>
        <w:rPr>
          <w:rFonts w:ascii="Nirmala UI" w:hAnsi="Nirmala UI" w:eastAsia="Nirmala UI" w:cs="Nirmala UI"/>
        </w:rPr>
        <w:t>ଶିଷ୍ୟମାନଙ୍କ</w:t>
      </w:r>
      <w:r>
        <w:rPr>
          <w:rFonts w:ascii="Times New Roman" w:hAnsi="Times New Roman" w:eastAsia="Times New Roman" w:cs="Times New Roman"/>
        </w:rPr>
        <w:t xml:space="preserve"> </w:t>
      </w:r>
      <w:r>
        <w:rPr>
          <w:rFonts w:ascii="Nirmala UI" w:hAnsi="Nirmala UI" w:eastAsia="Nirmala UI" w:cs="Nirmala UI"/>
        </w:rPr>
        <w:t>ଦିଗରେ</w:t>
      </w:r>
      <w:r>
        <w:rPr>
          <w:rFonts w:ascii="Times New Roman" w:hAnsi="Times New Roman" w:eastAsia="Times New Roman" w:cs="Times New Roman"/>
        </w:rPr>
        <w:t xml:space="preserve"> </w:t>
      </w:r>
      <w:r>
        <w:rPr>
          <w:rFonts w:ascii="Nirmala UI" w:hAnsi="Nirmala UI" w:eastAsia="Nirmala UI" w:cs="Nirmala UI"/>
        </w:rPr>
        <w:t>ଫେରି</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ସାବଧାନ</w:t>
      </w:r>
      <w:r>
        <w:rPr>
          <w:rFonts w:ascii="Times New Roman" w:hAnsi="Times New Roman" w:eastAsia="Times New Roman" w:cs="Times New Roman"/>
        </w:rPr>
        <w:t xml:space="preserve"> </w:t>
      </w:r>
      <w:r>
        <w:rPr>
          <w:rFonts w:ascii="Nirmala UI" w:hAnsi="Nirmala UI" w:eastAsia="Nirmala UI" w:cs="Nirmala UI"/>
        </w:rPr>
        <w:t>ରୁହ</w:t>
      </w:r>
      <w:r>
        <w:rPr>
          <w:rFonts w:ascii="Times New Roman" w:hAnsi="Times New Roman" w:eastAsia="Times New Roman" w:cs="Times New Roman"/>
        </w:rPr>
        <w:t xml:space="preserve">, </w:t>
      </w:r>
      <w:r>
        <w:rPr>
          <w:rFonts w:ascii="Nirmala UI" w:hAnsi="Nirmala UI" w:eastAsia="Nirmala UI" w:cs="Nirmala UI"/>
        </w:rPr>
        <w:t>କେହି</w:t>
      </w:r>
      <w:r>
        <w:rPr>
          <w:rFonts w:ascii="Times New Roman" w:hAnsi="Times New Roman" w:eastAsia="Times New Roman" w:cs="Times New Roman"/>
        </w:rPr>
        <w:t xml:space="preserve"> </w:t>
      </w:r>
      <w:r>
        <w:rPr>
          <w:rFonts w:ascii="Nirmala UI" w:hAnsi="Nirmala UI" w:eastAsia="Nirmala UI" w:cs="Nirmala UI"/>
        </w:rPr>
        <w:t>ତୁମମାନଙ୍କୁ</w:t>
      </w:r>
      <w:r>
        <w:rPr>
          <w:rFonts w:ascii="Times New Roman" w:hAnsi="Times New Roman" w:eastAsia="Times New Roman" w:cs="Times New Roman"/>
        </w:rPr>
        <w:t xml:space="preserve"> </w:t>
      </w:r>
      <w:r>
        <w:rPr>
          <w:rFonts w:ascii="Nirmala UI" w:hAnsi="Nirmala UI" w:eastAsia="Nirmala UI" w:cs="Nirmala UI"/>
        </w:rPr>
        <w:t>ଭ୍ରମିତ</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କାରଣ</w:t>
      </w:r>
      <w:r>
        <w:rPr>
          <w:rFonts w:ascii="Times New Roman" w:hAnsi="Times New Roman" w:eastAsia="Times New Roman" w:cs="Times New Roman"/>
        </w:rPr>
        <w:t xml:space="preserve"> </w:t>
      </w:r>
      <w:r>
        <w:rPr>
          <w:rFonts w:ascii="Nirmala UI" w:hAnsi="Nirmala UI" w:eastAsia="Nirmala UI" w:cs="Nirmala UI"/>
        </w:rPr>
        <w:t>ବହୁତେ</w:t>
      </w:r>
      <w:r>
        <w:rPr>
          <w:rFonts w:ascii="Times New Roman" w:hAnsi="Times New Roman" w:eastAsia="Times New Roman" w:cs="Times New Roman"/>
        </w:rPr>
        <w:t xml:space="preserve"> </w:t>
      </w:r>
      <w:r>
        <w:rPr>
          <w:rFonts w:ascii="Nirmala UI" w:hAnsi="Nirmala UI" w:eastAsia="Nirmala UI" w:cs="Nirmala UI"/>
        </w:rPr>
        <w:t>ମୋର</w:t>
      </w:r>
      <w:r>
        <w:rPr>
          <w:rFonts w:ascii="Times New Roman" w:hAnsi="Times New Roman" w:eastAsia="Times New Roman" w:cs="Times New Roman"/>
        </w:rPr>
        <w:t xml:space="preserve"> </w:t>
      </w:r>
      <w:r>
        <w:rPr>
          <w:rFonts w:ascii="Nirmala UI" w:hAnsi="Nirmala UI" w:eastAsia="Nirmala UI" w:cs="Nirmala UI"/>
        </w:rPr>
        <w:t>ନାମରେ</w:t>
      </w:r>
      <w:r>
        <w:rPr>
          <w:rFonts w:ascii="Times New Roman" w:hAnsi="Times New Roman" w:eastAsia="Times New Roman" w:cs="Times New Roman"/>
        </w:rPr>
        <w:t xml:space="preserve"> </w:t>
      </w:r>
      <w:r>
        <w:rPr>
          <w:rFonts w:ascii="Nirmala UI" w:hAnsi="Nirmala UI" w:eastAsia="Nirmala UI" w:cs="Nirmala UI"/>
        </w:rPr>
        <w:t>ଆସି</w:t>
      </w:r>
      <w:r>
        <w:rPr>
          <w:rFonts w:ascii="Times New Roman" w:hAnsi="Times New Roman" w:eastAsia="Times New Roman" w:cs="Times New Roman"/>
        </w:rPr>
        <w:t xml:space="preserve">, </w:t>
      </w:r>
      <w:r>
        <w:rPr>
          <w:rFonts w:ascii="Nirmala UI" w:hAnsi="Nirmala UI" w:eastAsia="Nirmala UI" w:cs="Nirmala UI"/>
        </w:rPr>
        <w:t>କହିବେ</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ଖ୍ରୀଷ୍ଟ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ବହୁମାନଙ୍କୁ</w:t>
      </w:r>
      <w:r>
        <w:rPr>
          <w:rFonts w:ascii="Times New Roman" w:hAnsi="Times New Roman" w:eastAsia="Times New Roman" w:cs="Times New Roman"/>
        </w:rPr>
        <w:t xml:space="preserve"> </w:t>
      </w:r>
      <w:r>
        <w:rPr>
          <w:rFonts w:ascii="Nirmala UI" w:hAnsi="Nirmala UI" w:eastAsia="Nirmala UI" w:cs="Nirmala UI"/>
        </w:rPr>
        <w:t>ଭ୍ରମିତ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ଅନେକ</w:t>
      </w:r>
      <w:r>
        <w:rPr>
          <w:rFonts w:ascii="Times New Roman" w:hAnsi="Times New Roman" w:eastAsia="Times New Roman" w:cs="Times New Roman"/>
        </w:rPr>
        <w:t xml:space="preserve"> </w:t>
      </w:r>
      <w:r>
        <w:rPr>
          <w:rFonts w:ascii="Nirmala UI" w:hAnsi="Nirmala UI" w:eastAsia="Nirmala UI" w:cs="Nirmala UI"/>
        </w:rPr>
        <w:t>ମିଥ୍ୟା</w:t>
      </w:r>
      <w:r>
        <w:rPr>
          <w:rFonts w:ascii="Times New Roman" w:hAnsi="Times New Roman" w:eastAsia="Times New Roman" w:cs="Times New Roman"/>
        </w:rPr>
        <w:t xml:space="preserve"> </w:t>
      </w:r>
      <w:r>
        <w:rPr>
          <w:rFonts w:ascii="Nirmala UI" w:hAnsi="Nirmala UI" w:eastAsia="Nirmala UI" w:cs="Nirmala UI"/>
        </w:rPr>
        <w:t>ମେସିହା</w:t>
      </w:r>
      <w:r>
        <w:rPr>
          <w:rFonts w:ascii="Times New Roman" w:hAnsi="Times New Roman" w:eastAsia="Times New Roman" w:cs="Times New Roman"/>
        </w:rPr>
        <w:t xml:space="preserve"> </w:t>
      </w:r>
      <w:r>
        <w:rPr>
          <w:rFonts w:ascii="Nirmala UI" w:hAnsi="Nirmala UI" w:eastAsia="Nirmala UI" w:cs="Nirmala UI"/>
        </w:rPr>
        <w:t>ଆବିର୍ଭାବ</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ଅଦ୍ଭୁତ</w:t>
      </w:r>
      <w:r>
        <w:rPr>
          <w:rFonts w:ascii="Times New Roman" w:hAnsi="Times New Roman" w:eastAsia="Times New Roman" w:cs="Times New Roman"/>
        </w:rPr>
        <w:t xml:space="preserve"> </w:t>
      </w:r>
      <w:r>
        <w:rPr>
          <w:rFonts w:ascii="Nirmala UI" w:hAnsi="Nirmala UI" w:eastAsia="Nirmala UI" w:cs="Nirmala UI"/>
        </w:rPr>
        <w:t>କାର୍ଯ୍ୟ</w:t>
      </w:r>
      <w:r>
        <w:rPr>
          <w:rFonts w:ascii="Times New Roman" w:hAnsi="Times New Roman" w:eastAsia="Times New Roman" w:cs="Times New Roman"/>
        </w:rPr>
        <w:t xml:space="preserve"> </w:t>
      </w:r>
      <w:r>
        <w:rPr>
          <w:rFonts w:ascii="Nirmala UI" w:hAnsi="Nirmala UI" w:eastAsia="Nirmala UI" w:cs="Nirmala UI"/>
        </w:rPr>
        <w:t>କରୁଥିବାର</w:t>
      </w:r>
      <w:r>
        <w:rPr>
          <w:rFonts w:ascii="Times New Roman" w:hAnsi="Times New Roman" w:eastAsia="Times New Roman" w:cs="Times New Roman"/>
        </w:rPr>
        <w:t xml:space="preserve"> </w:t>
      </w:r>
      <w:r>
        <w:rPr>
          <w:rFonts w:ascii="Nirmala UI" w:hAnsi="Nirmala UI" w:eastAsia="Nirmala UI" w:cs="Nirmala UI"/>
        </w:rPr>
        <w:t>ଦାବି</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ଯିହୂଦୀ</w:t>
      </w:r>
      <w:r>
        <w:rPr>
          <w:rFonts w:ascii="Times New Roman" w:hAnsi="Times New Roman" w:eastAsia="Times New Roman" w:cs="Times New Roman"/>
        </w:rPr>
        <w:t xml:space="preserve"> </w:t>
      </w:r>
      <w:r>
        <w:rPr>
          <w:rFonts w:ascii="Nirmala UI" w:hAnsi="Nirmala UI" w:eastAsia="Nirmala UI" w:cs="Nirmala UI"/>
        </w:rPr>
        <w:t>ଜାତିର</w:t>
      </w:r>
      <w:r>
        <w:rPr>
          <w:rFonts w:ascii="Times New Roman" w:hAnsi="Times New Roman" w:eastAsia="Times New Roman" w:cs="Times New Roman"/>
        </w:rPr>
        <w:t xml:space="preserve"> </w:t>
      </w:r>
      <w:r>
        <w:rPr>
          <w:rFonts w:ascii="Nirmala UI" w:hAnsi="Nirmala UI" w:eastAsia="Nirmala UI" w:cs="Nirmala UI"/>
        </w:rPr>
        <w:t>ମୁକ୍ତିର</w:t>
      </w:r>
      <w:r>
        <w:rPr>
          <w:rFonts w:ascii="Times New Roman" w:hAnsi="Times New Roman" w:eastAsia="Times New Roman" w:cs="Times New Roman"/>
        </w:rPr>
        <w:t xml:space="preserve"> </w:t>
      </w:r>
      <w:r>
        <w:rPr>
          <w:rFonts w:ascii="Nirmala UI" w:hAnsi="Nirmala UI" w:eastAsia="Nirmala UI" w:cs="Nirmala UI"/>
        </w:rPr>
        <w:t>ସମୟ</w:t>
      </w:r>
      <w:r>
        <w:rPr>
          <w:rFonts w:ascii="Times New Roman" w:hAnsi="Times New Roman" w:eastAsia="Times New Roman" w:cs="Times New Roman"/>
        </w:rPr>
        <w:t xml:space="preserve"> </w:t>
      </w:r>
      <w:r>
        <w:rPr>
          <w:rFonts w:ascii="Nirmala UI" w:hAnsi="Nirmala UI" w:eastAsia="Nirmala UI" w:cs="Nirmala UI"/>
        </w:rPr>
        <w:t>ଆସିଗଲା</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ଘୋଷଣା</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ଏହିମାନେ</w:t>
      </w:r>
      <w:r>
        <w:rPr>
          <w:rFonts w:ascii="Times New Roman" w:hAnsi="Times New Roman" w:eastAsia="Times New Roman" w:cs="Times New Roman"/>
        </w:rPr>
        <w:t xml:space="preserve"> </w:t>
      </w:r>
      <w:r>
        <w:rPr>
          <w:rFonts w:ascii="Nirmala UI" w:hAnsi="Nirmala UI" w:eastAsia="Nirmala UI" w:cs="Nirmala UI"/>
        </w:rPr>
        <w:t>ବହୁମାନଙ୍କୁ</w:t>
      </w:r>
      <w:r>
        <w:rPr>
          <w:rFonts w:ascii="Times New Roman" w:hAnsi="Times New Roman" w:eastAsia="Times New Roman" w:cs="Times New Roman"/>
        </w:rPr>
        <w:t xml:space="preserve"> </w:t>
      </w:r>
      <w:r>
        <w:rPr>
          <w:rFonts w:ascii="Nirmala UI" w:hAnsi="Nirmala UI" w:eastAsia="Nirmala UI" w:cs="Nirmala UI"/>
        </w:rPr>
        <w:t>ଭ୍ରମିତ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ଖ୍ରୀଷ୍ଟଙ୍କର</w:t>
      </w:r>
      <w:r>
        <w:rPr>
          <w:rFonts w:ascii="Times New Roman" w:hAnsi="Times New Roman" w:eastAsia="Times New Roman" w:cs="Times New Roman"/>
        </w:rPr>
        <w:t xml:space="preserve"> </w:t>
      </w:r>
      <w:r>
        <w:rPr>
          <w:rFonts w:ascii="Nirmala UI" w:hAnsi="Nirmala UI" w:eastAsia="Nirmala UI" w:cs="Nirmala UI"/>
        </w:rPr>
        <w:t>କଥା</w:t>
      </w:r>
      <w:r>
        <w:rPr>
          <w:rFonts w:ascii="Times New Roman" w:hAnsi="Times New Roman" w:eastAsia="Times New Roman" w:cs="Times New Roman"/>
        </w:rPr>
        <w:t xml:space="preserve"> </w:t>
      </w:r>
      <w:r>
        <w:rPr>
          <w:rFonts w:ascii="Nirmala UI" w:hAnsi="Nirmala UI" w:eastAsia="Nirmala UI" w:cs="Nirmala UI"/>
        </w:rPr>
        <w:t>ପୂରଣ</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ତାଙ୍କର</w:t>
      </w:r>
      <w:r>
        <w:rPr>
          <w:rFonts w:ascii="Times New Roman" w:hAnsi="Times New Roman" w:eastAsia="Times New Roman" w:cs="Times New Roman"/>
        </w:rPr>
        <w:t xml:space="preserve"> </w:t>
      </w:r>
      <w:r>
        <w:rPr>
          <w:rFonts w:ascii="Nirmala UI" w:hAnsi="Nirmala UI" w:eastAsia="Nirmala UI" w:cs="Nirmala UI"/>
        </w:rPr>
        <w:t>ମୃତ୍ୟୁ</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ଯିରୁଶାଲେମର</w:t>
      </w:r>
      <w:r>
        <w:rPr>
          <w:rFonts w:ascii="Times New Roman" w:hAnsi="Times New Roman" w:eastAsia="Times New Roman" w:cs="Times New Roman"/>
        </w:rPr>
        <w:t xml:space="preserve"> </w:t>
      </w:r>
      <w:r>
        <w:rPr>
          <w:rFonts w:ascii="Nirmala UI" w:hAnsi="Nirmala UI" w:eastAsia="Nirmala UI" w:cs="Nirmala UI"/>
        </w:rPr>
        <w:t>ଅବରୋଧ</w:t>
      </w:r>
      <w:r>
        <w:rPr>
          <w:rFonts w:ascii="Times New Roman" w:hAnsi="Times New Roman" w:eastAsia="Times New Roman" w:cs="Times New Roman"/>
        </w:rPr>
        <w:t xml:space="preserve"> </w:t>
      </w:r>
      <w:r>
        <w:rPr>
          <w:rFonts w:ascii="Nirmala UI" w:hAnsi="Nirmala UI" w:eastAsia="Nirmala UI" w:cs="Nirmala UI"/>
        </w:rPr>
        <w:t>ମଧ୍ୟବର୍ତ୍ତୀ</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ଅନେକ</w:t>
      </w:r>
      <w:r>
        <w:rPr>
          <w:rFonts w:ascii="Times New Roman" w:hAnsi="Times New Roman" w:eastAsia="Times New Roman" w:cs="Times New Roman"/>
        </w:rPr>
        <w:t xml:space="preserve"> </w:t>
      </w:r>
      <w:r>
        <w:rPr>
          <w:rFonts w:ascii="Nirmala UI" w:hAnsi="Nirmala UI" w:eastAsia="Nirmala UI" w:cs="Nirmala UI"/>
        </w:rPr>
        <w:t>ମିଥ୍ୟା</w:t>
      </w:r>
      <w:r>
        <w:rPr>
          <w:rFonts w:ascii="Times New Roman" w:hAnsi="Times New Roman" w:eastAsia="Times New Roman" w:cs="Times New Roman"/>
        </w:rPr>
        <w:t xml:space="preserve"> </w:t>
      </w:r>
      <w:r>
        <w:rPr>
          <w:rFonts w:ascii="Nirmala UI" w:hAnsi="Nirmala UI" w:eastAsia="Nirmala UI" w:cs="Nirmala UI"/>
        </w:rPr>
        <w:t>ମେସିହା</w:t>
      </w:r>
      <w:r>
        <w:rPr>
          <w:rFonts w:ascii="Times New Roman" w:hAnsi="Times New Roman" w:eastAsia="Times New Roman" w:cs="Times New Roman"/>
        </w:rPr>
        <w:t xml:space="preserve"> </w:t>
      </w:r>
      <w:r>
        <w:rPr>
          <w:rFonts w:ascii="Nirmala UI" w:hAnsi="Nirmala UI" w:eastAsia="Nirmala UI" w:cs="Nirmala UI"/>
        </w:rPr>
        <w:t>ଆବିର୍ଭାବ</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ସଚେତନବାଣୀ</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ଯୁଗରେ</w:t>
      </w:r>
      <w:r>
        <w:rPr>
          <w:rFonts w:ascii="Times New Roman" w:hAnsi="Times New Roman" w:eastAsia="Times New Roman" w:cs="Times New Roman"/>
        </w:rPr>
        <w:t xml:space="preserve"> </w:t>
      </w:r>
      <w:r>
        <w:rPr>
          <w:rFonts w:ascii="Nirmala UI" w:hAnsi="Nirmala UI" w:eastAsia="Nirmala UI" w:cs="Nirmala UI"/>
        </w:rPr>
        <w:t>ବସୁଥିବା</w:t>
      </w:r>
      <w:r>
        <w:rPr>
          <w:rFonts w:ascii="Times New Roman" w:hAnsi="Times New Roman" w:eastAsia="Times New Roman" w:cs="Times New Roman"/>
        </w:rPr>
        <w:t xml:space="preserve"> </w:t>
      </w:r>
      <w:r>
        <w:rPr>
          <w:rFonts w:ascii="Nirmala UI" w:hAnsi="Nirmala UI" w:eastAsia="Nirmala UI" w:cs="Nirmala UI"/>
        </w:rPr>
        <w:t>ଲୋକମାନଙ୍କୁ</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ଦିଆଯାଇଥିଲା।</w:t>
      </w:r>
      <w:r>
        <w:rPr>
          <w:rFonts w:ascii="Times New Roman" w:hAnsi="Times New Roman" w:eastAsia="Times New Roman" w:cs="Times New Roman"/>
        </w:rPr>
        <w:t xml:space="preserve"> </w:t>
      </w:r>
      <w:r>
        <w:rPr>
          <w:rFonts w:ascii="Nirmala UI" w:hAnsi="Nirmala UI" w:eastAsia="Nirmala UI" w:cs="Nirmala UI"/>
        </w:rPr>
        <w:t>ଯିରୁଶାଲେମର</w:t>
      </w:r>
      <w:r>
        <w:rPr>
          <w:rFonts w:ascii="Times New Roman" w:hAnsi="Times New Roman" w:eastAsia="Times New Roman" w:cs="Times New Roman"/>
        </w:rPr>
        <w:t xml:space="preserve"> </w:t>
      </w:r>
      <w:r>
        <w:rPr>
          <w:rFonts w:ascii="Nirmala UI" w:hAnsi="Nirmala UI" w:eastAsia="Nirmala UI" w:cs="Nirmala UI"/>
        </w:rPr>
        <w:t>ବିନାଶ</w:t>
      </w:r>
      <w:r>
        <w:rPr>
          <w:rFonts w:ascii="Times New Roman" w:hAnsi="Times New Roman" w:eastAsia="Times New Roman" w:cs="Times New Roman"/>
        </w:rPr>
        <w:t xml:space="preserve"> </w:t>
      </w:r>
      <w:r>
        <w:rPr>
          <w:rFonts w:ascii="Nirmala UI" w:hAnsi="Nirmala UI" w:eastAsia="Nirmala UI" w:cs="Nirmala UI"/>
        </w:rPr>
        <w:t>ପୂର୍ବରୁ</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ଭ୍ରମଗୁଡ଼ିକ</w:t>
      </w:r>
      <w:r>
        <w:rPr>
          <w:rFonts w:ascii="Times New Roman" w:hAnsi="Times New Roman" w:eastAsia="Times New Roman" w:cs="Times New Roman"/>
        </w:rPr>
        <w:t xml:space="preserve"> </w:t>
      </w:r>
      <w:r>
        <w:rPr>
          <w:rFonts w:ascii="Nirmala UI" w:hAnsi="Nirmala UI" w:eastAsia="Nirmala UI" w:cs="Nirmala UI"/>
        </w:rPr>
        <w:t>ଚାଲୁ</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ଭ୍ରମଗୁଡ଼ିକ</w:t>
      </w:r>
      <w:r>
        <w:rPr>
          <w:rFonts w:ascii="Times New Roman" w:hAnsi="Times New Roman" w:eastAsia="Times New Roman" w:cs="Times New Roman"/>
        </w:rPr>
        <w:t xml:space="preserve"> </w:t>
      </w:r>
      <w:r>
        <w:rPr>
          <w:rFonts w:ascii="Nirmala UI" w:hAnsi="Nirmala UI" w:eastAsia="Nirmala UI" w:cs="Nirmala UI"/>
        </w:rPr>
        <w:t>ଯୁଗେ</w:t>
      </w:r>
      <w:r>
        <w:rPr>
          <w:rFonts w:ascii="Times New Roman" w:hAnsi="Times New Roman" w:eastAsia="Times New Roman" w:cs="Times New Roman"/>
        </w:rPr>
        <w:t xml:space="preserve"> </w:t>
      </w:r>
      <w:r>
        <w:rPr>
          <w:rFonts w:ascii="Nirmala UI" w:hAnsi="Nirmala UI" w:eastAsia="Nirmala UI" w:cs="Nirmala UI"/>
        </w:rPr>
        <w:t>ଯୁଗେ</w:t>
      </w:r>
      <w:r>
        <w:rPr>
          <w:rFonts w:ascii="Times New Roman" w:hAnsi="Times New Roman" w:eastAsia="Times New Roman" w:cs="Times New Roman"/>
        </w:rPr>
        <w:t xml:space="preserve"> </w:t>
      </w:r>
      <w:r>
        <w:rPr>
          <w:rFonts w:ascii="Nirmala UI" w:hAnsi="Nirmala UI" w:eastAsia="Nirmala UI" w:cs="Nirmala UI"/>
        </w:rPr>
        <w:t>ଚାଲିଆସିଛି</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ପୁନର୍ବାର</w:t>
      </w:r>
      <w:r>
        <w:rPr>
          <w:rFonts w:ascii="Times New Roman" w:hAnsi="Times New Roman" w:eastAsia="Times New Roman" w:cs="Times New Roman"/>
        </w:rPr>
        <w:t xml:space="preserve"> </w:t>
      </w:r>
      <w:r>
        <w:rPr>
          <w:rFonts w:ascii="Nirmala UI" w:hAnsi="Nirmala UI" w:eastAsia="Nirmala UI" w:cs="Nirmala UI"/>
        </w:rPr>
        <w:t>ଚାଲିତ</w:t>
      </w:r>
      <w:r>
        <w:rPr>
          <w:rFonts w:ascii="Times New Roman" w:hAnsi="Times New Roman" w:eastAsia="Times New Roman" w:cs="Times New Roman"/>
        </w:rPr>
        <w:t xml:space="preserve"> </w:t>
      </w:r>
      <w:r>
        <w:rPr>
          <w:rFonts w:ascii="Nirmala UI" w:hAnsi="Nirmala UI" w:eastAsia="Nirmala UI" w:cs="Nirmala UI"/>
        </w:rPr>
        <w:t>ହେବ।</w:t>
      </w:r>
    </w:p>
    <w:p>
      <w:pPr>
        <w:pStyle w:val="ArticleScripture"/>
        <w:jc w:val="left"/>
      </w:pPr>
      <w:r>
        <w:rPr>
          <w:rFonts w:ascii="Times New Roman" w:hAnsi="Times New Roman" w:eastAsia="Times New Roman" w:cs="Times New Roman"/>
        </w:rPr>
        <w:t>“‘</w:t>
      </w:r>
      <w:r>
        <w:rPr>
          <w:rFonts w:ascii="Ebrima" w:hAnsi="Ebrima" w:eastAsia="Ebrima" w:cs="Ebrima"/>
        </w:rPr>
        <w:t>እስከ</w:t>
      </w:r>
      <w:r>
        <w:rPr>
          <w:rFonts w:ascii="Times New Roman" w:hAnsi="Times New Roman" w:eastAsia="Times New Roman" w:cs="Times New Roman"/>
        </w:rPr>
        <w:t xml:space="preserve"> </w:t>
      </w:r>
      <w:r>
        <w:rPr>
          <w:rFonts w:ascii="Ebrima" w:hAnsi="Ebrima" w:eastAsia="Ebrima" w:cs="Ebrima"/>
        </w:rPr>
        <w:t>ጦርነትና</w:t>
      </w:r>
      <w:r>
        <w:rPr>
          <w:rFonts w:ascii="Times New Roman" w:hAnsi="Times New Roman" w:eastAsia="Times New Roman" w:cs="Times New Roman"/>
        </w:rPr>
        <w:t xml:space="preserve"> </w:t>
      </w:r>
      <w:r>
        <w:rPr>
          <w:rFonts w:ascii="Ebrima" w:hAnsi="Ebrima" w:eastAsia="Ebrima" w:cs="Ebrima"/>
        </w:rPr>
        <w:t>የጦርነት</w:t>
      </w:r>
      <w:r>
        <w:rPr>
          <w:rFonts w:ascii="Times New Roman" w:hAnsi="Times New Roman" w:eastAsia="Times New Roman" w:cs="Times New Roman"/>
        </w:rPr>
        <w:t xml:space="preserve"> </w:t>
      </w:r>
      <w:r>
        <w:rPr>
          <w:rFonts w:ascii="Ebrima" w:hAnsi="Ebrima" w:eastAsia="Ebrima" w:cs="Ebrima"/>
        </w:rPr>
        <w:t>ወሬ</w:t>
      </w:r>
      <w:r>
        <w:rPr>
          <w:rFonts w:ascii="Times New Roman" w:hAnsi="Times New Roman" w:eastAsia="Times New Roman" w:cs="Times New Roman"/>
        </w:rPr>
        <w:t xml:space="preserve"> </w:t>
      </w:r>
      <w:r>
        <w:rPr>
          <w:rFonts w:ascii="Ebrima" w:hAnsi="Ebrima" w:eastAsia="Ebrima" w:cs="Ebrima"/>
        </w:rPr>
        <w:t>ትሰማላችሁ፤</w:t>
      </w:r>
      <w:r>
        <w:rPr>
          <w:rFonts w:ascii="Times New Roman" w:hAnsi="Times New Roman" w:eastAsia="Times New Roman" w:cs="Times New Roman"/>
        </w:rPr>
        <w:t xml:space="preserve"> </w:t>
      </w:r>
      <w:r>
        <w:rPr>
          <w:rFonts w:ascii="Ebrima" w:hAnsi="Ebrima" w:eastAsia="Ebrima" w:cs="Ebrima"/>
        </w:rPr>
        <w:t>አትደንግጡ፤</w:t>
      </w:r>
      <w:r>
        <w:rPr>
          <w:rFonts w:ascii="Times New Roman" w:hAnsi="Times New Roman" w:eastAsia="Times New Roman" w:cs="Times New Roman"/>
        </w:rPr>
        <w:t xml:space="preserve"> </w:t>
      </w:r>
      <w:r>
        <w:rPr>
          <w:rFonts w:ascii="Ebrima" w:hAnsi="Ebrima" w:eastAsia="Ebrima" w:cs="Ebrima"/>
        </w:rPr>
        <w:t>ይህ</w:t>
      </w:r>
      <w:r>
        <w:rPr>
          <w:rFonts w:ascii="Times New Roman" w:hAnsi="Times New Roman" w:eastAsia="Times New Roman" w:cs="Times New Roman"/>
        </w:rPr>
        <w:t xml:space="preserve"> </w:t>
      </w:r>
      <w:r>
        <w:rPr>
          <w:rFonts w:ascii="Ebrima" w:hAnsi="Ebrima" w:eastAsia="Ebrima" w:cs="Ebrima"/>
        </w:rPr>
        <w:t>ሁሉ</w:t>
      </w:r>
      <w:r>
        <w:rPr>
          <w:rFonts w:ascii="Times New Roman" w:hAnsi="Times New Roman" w:eastAsia="Times New Roman" w:cs="Times New Roman"/>
        </w:rPr>
        <w:t xml:space="preserve"> </w:t>
      </w:r>
      <w:r>
        <w:rPr>
          <w:rFonts w:ascii="Ebrima" w:hAnsi="Ebrima" w:eastAsia="Ebrima" w:cs="Ebrima"/>
        </w:rPr>
        <w:t>ሊሆን</w:t>
      </w:r>
      <w:r>
        <w:rPr>
          <w:rFonts w:ascii="Times New Roman" w:hAnsi="Times New Roman" w:eastAsia="Times New Roman" w:cs="Times New Roman"/>
        </w:rPr>
        <w:t xml:space="preserve"> </w:t>
      </w:r>
      <w:r>
        <w:rPr>
          <w:rFonts w:ascii="Ebrima" w:hAnsi="Ebrima" w:eastAsia="Ebrima" w:cs="Ebrima"/>
        </w:rPr>
        <w:t>ይገባልና፤</w:t>
      </w:r>
      <w:r>
        <w:rPr>
          <w:rFonts w:ascii="Times New Roman" w:hAnsi="Times New Roman" w:eastAsia="Times New Roman" w:cs="Times New Roman"/>
        </w:rPr>
        <w:t xml:space="preserve"> </w:t>
      </w:r>
      <w:r>
        <w:rPr>
          <w:rFonts w:ascii="Ebrima" w:hAnsi="Ebrima" w:eastAsia="Ebrima" w:cs="Ebrima"/>
        </w:rPr>
        <w:t>ነገር</w:t>
      </w:r>
      <w:r>
        <w:rPr>
          <w:rFonts w:ascii="Times New Roman" w:hAnsi="Times New Roman" w:eastAsia="Times New Roman" w:cs="Times New Roman"/>
        </w:rPr>
        <w:t xml:space="preserve"> </w:t>
      </w:r>
      <w:r>
        <w:rPr>
          <w:rFonts w:ascii="Ebrima" w:hAnsi="Ebrima" w:eastAsia="Ebrima" w:cs="Ebrima"/>
        </w:rPr>
        <w:t>ግን</w:t>
      </w:r>
      <w:r>
        <w:rPr>
          <w:rFonts w:ascii="Times New Roman" w:hAnsi="Times New Roman" w:eastAsia="Times New Roman" w:cs="Times New Roman"/>
        </w:rPr>
        <w:t xml:space="preserve"> </w:t>
      </w:r>
      <w:r>
        <w:rPr>
          <w:rFonts w:ascii="Ebrima" w:hAnsi="Ebrima" w:eastAsia="Ebrima" w:cs="Ebrima"/>
        </w:rPr>
        <w:t>መጨረሻው</w:t>
      </w:r>
      <w:r>
        <w:rPr>
          <w:rFonts w:ascii="Times New Roman" w:hAnsi="Times New Roman" w:eastAsia="Times New Roman" w:cs="Times New Roman"/>
        </w:rPr>
        <w:t xml:space="preserve"> </w:t>
      </w:r>
      <w:r>
        <w:rPr>
          <w:rFonts w:ascii="Ebrima" w:hAnsi="Ebrima" w:eastAsia="Ebrima" w:cs="Ebrima"/>
        </w:rPr>
        <w:t>ገና</w:t>
      </w:r>
      <w:r>
        <w:rPr>
          <w:rFonts w:ascii="Times New Roman" w:hAnsi="Times New Roman" w:eastAsia="Times New Roman" w:cs="Times New Roman"/>
        </w:rPr>
        <w:t xml:space="preserve"> </w:t>
      </w:r>
      <w:r>
        <w:rPr>
          <w:rFonts w:ascii="Ebrima" w:hAnsi="Ebrima" w:eastAsia="Ebrima" w:cs="Ebrima"/>
        </w:rPr>
        <w:t>አይደለም።</w:t>
      </w:r>
      <w:r>
        <w:rPr>
          <w:rFonts w:ascii="Times New Roman" w:hAnsi="Times New Roman" w:eastAsia="Times New Roman" w:cs="Times New Roman"/>
        </w:rPr>
        <w:t xml:space="preserve">’ </w:t>
      </w:r>
      <w:r>
        <w:rPr>
          <w:rFonts w:ascii="Ebrima" w:hAnsi="Ebrima" w:eastAsia="Ebrima" w:cs="Ebrima"/>
        </w:rPr>
        <w:t>የኢየሩሳሌም</w:t>
      </w:r>
      <w:r>
        <w:rPr>
          <w:rFonts w:ascii="Times New Roman" w:hAnsi="Times New Roman" w:eastAsia="Times New Roman" w:cs="Times New Roman"/>
        </w:rPr>
        <w:t xml:space="preserve"> </w:t>
      </w:r>
      <w:r>
        <w:rPr>
          <w:rFonts w:ascii="Ebrima" w:hAnsi="Ebrima" w:eastAsia="Ebrima" w:cs="Ebrima"/>
        </w:rPr>
        <w:t>ጥፋት</w:t>
      </w:r>
      <w:r>
        <w:rPr>
          <w:rFonts w:ascii="Times New Roman" w:hAnsi="Times New Roman" w:eastAsia="Times New Roman" w:cs="Times New Roman"/>
        </w:rPr>
        <w:t xml:space="preserve"> </w:t>
      </w:r>
      <w:r>
        <w:rPr>
          <w:rFonts w:ascii="Ebrima" w:hAnsi="Ebrima" w:eastAsia="Ebrima" w:cs="Ebrima"/>
        </w:rPr>
        <w:t>ከመድረሱ</w:t>
      </w:r>
      <w:r>
        <w:rPr>
          <w:rFonts w:ascii="Times New Roman" w:hAnsi="Times New Roman" w:eastAsia="Times New Roman" w:cs="Times New Roman"/>
        </w:rPr>
        <w:t xml:space="preserve"> </w:t>
      </w:r>
      <w:r>
        <w:rPr>
          <w:rFonts w:ascii="Ebrima" w:hAnsi="Ebrima" w:eastAsia="Ebrima" w:cs="Ebrima"/>
        </w:rPr>
        <w:t>በፊት</w:t>
      </w:r>
      <w:r>
        <w:rPr>
          <w:rFonts w:ascii="Times New Roman" w:hAnsi="Times New Roman" w:eastAsia="Times New Roman" w:cs="Times New Roman"/>
        </w:rPr>
        <w:t xml:space="preserve"> </w:t>
      </w:r>
      <w:r>
        <w:rPr>
          <w:rFonts w:ascii="Ebrima" w:hAnsi="Ebrima" w:eastAsia="Ebrima" w:cs="Ebrima"/>
        </w:rPr>
        <w:t>ሰዎች</w:t>
      </w:r>
      <w:r>
        <w:rPr>
          <w:rFonts w:ascii="Times New Roman" w:hAnsi="Times New Roman" w:eastAsia="Times New Roman" w:cs="Times New Roman"/>
        </w:rPr>
        <w:t xml:space="preserve"> </w:t>
      </w:r>
      <w:r>
        <w:rPr>
          <w:rFonts w:ascii="Ebrima" w:hAnsi="Ebrima" w:eastAsia="Ebrima" w:cs="Ebrima"/>
        </w:rPr>
        <w:t>ስለ</w:t>
      </w:r>
      <w:r>
        <w:rPr>
          <w:rFonts w:ascii="Times New Roman" w:hAnsi="Times New Roman" w:eastAsia="Times New Roman" w:cs="Times New Roman"/>
        </w:rPr>
        <w:t xml:space="preserve"> </w:t>
      </w:r>
      <w:r>
        <w:rPr>
          <w:rFonts w:ascii="Ebrima" w:hAnsi="Ebrima" w:eastAsia="Ebrima" w:cs="Ebrima"/>
        </w:rPr>
        <w:t>ልዕልና</w:t>
      </w:r>
      <w:r>
        <w:rPr>
          <w:rFonts w:ascii="Times New Roman" w:hAnsi="Times New Roman" w:eastAsia="Times New Roman" w:cs="Times New Roman"/>
        </w:rPr>
        <w:t xml:space="preserve"> </w:t>
      </w:r>
      <w:r>
        <w:rPr>
          <w:rFonts w:ascii="Ebrima" w:hAnsi="Ebrima" w:eastAsia="Ebrima" w:cs="Ebrima"/>
        </w:rPr>
        <w:t>ይጋጩ</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ነገሥታት</w:t>
      </w:r>
      <w:r>
        <w:rPr>
          <w:rFonts w:ascii="Times New Roman" w:hAnsi="Times New Roman" w:eastAsia="Times New Roman" w:cs="Times New Roman"/>
        </w:rPr>
        <w:t xml:space="preserve"> </w:t>
      </w:r>
      <w:r>
        <w:rPr>
          <w:rFonts w:ascii="Ebrima" w:hAnsi="Ebrima" w:eastAsia="Ebrima" w:cs="Ebrima"/>
        </w:rPr>
        <w:t>ይገደሉ</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ከዙፋኑ</w:t>
      </w:r>
      <w:r>
        <w:rPr>
          <w:rFonts w:ascii="Times New Roman" w:hAnsi="Times New Roman" w:eastAsia="Times New Roman" w:cs="Times New Roman"/>
        </w:rPr>
        <w:t xml:space="preserve"> </w:t>
      </w:r>
      <w:r>
        <w:rPr>
          <w:rFonts w:ascii="Ebrima" w:hAnsi="Ebrima" w:eastAsia="Ebrima" w:cs="Ebrima"/>
        </w:rPr>
        <w:t>ቀጥሎ</w:t>
      </w:r>
      <w:r>
        <w:rPr>
          <w:rFonts w:ascii="Times New Roman" w:hAnsi="Times New Roman" w:eastAsia="Times New Roman" w:cs="Times New Roman"/>
        </w:rPr>
        <w:t xml:space="preserve"> </w:t>
      </w:r>
      <w:r>
        <w:rPr>
          <w:rFonts w:ascii="Ebrima" w:hAnsi="Ebrima" w:eastAsia="Ebrima" w:cs="Ebrima"/>
        </w:rPr>
        <w:t>የቆሙ</w:t>
      </w:r>
      <w:r>
        <w:rPr>
          <w:rFonts w:ascii="Times New Roman" w:hAnsi="Times New Roman" w:eastAsia="Times New Roman" w:cs="Times New Roman"/>
        </w:rPr>
        <w:t xml:space="preserve"> </w:t>
      </w:r>
      <w:r>
        <w:rPr>
          <w:rFonts w:ascii="Ebrima" w:hAnsi="Ebrima" w:eastAsia="Ebrima" w:cs="Ebrima"/>
        </w:rPr>
        <w:t>መሆናቸው</w:t>
      </w:r>
      <w:r>
        <w:rPr>
          <w:rFonts w:ascii="Times New Roman" w:hAnsi="Times New Roman" w:eastAsia="Times New Roman" w:cs="Times New Roman"/>
        </w:rPr>
        <w:t xml:space="preserve"> </w:t>
      </w:r>
      <w:r>
        <w:rPr>
          <w:rFonts w:ascii="Ebrima" w:hAnsi="Ebrima" w:eastAsia="Ebrima" w:cs="Ebrima"/>
        </w:rPr>
        <w:t>የተጠበቀባቸው</w:t>
      </w:r>
      <w:r>
        <w:rPr>
          <w:rFonts w:ascii="Times New Roman" w:hAnsi="Times New Roman" w:eastAsia="Times New Roman" w:cs="Times New Roman"/>
        </w:rPr>
        <w:t xml:space="preserve"> </w:t>
      </w:r>
      <w:r>
        <w:rPr>
          <w:rFonts w:ascii="Ebrima" w:hAnsi="Ebrima" w:eastAsia="Ebrima" w:cs="Ebrima"/>
        </w:rPr>
        <w:t>ሰዎች</w:t>
      </w:r>
      <w:r>
        <w:rPr>
          <w:rFonts w:ascii="Times New Roman" w:hAnsi="Times New Roman" w:eastAsia="Times New Roman" w:cs="Times New Roman"/>
        </w:rPr>
        <w:t xml:space="preserve"> </w:t>
      </w:r>
      <w:r>
        <w:rPr>
          <w:rFonts w:ascii="Ebrima" w:hAnsi="Ebrima" w:eastAsia="Ebrima" w:cs="Ebrima"/>
        </w:rPr>
        <w:t>ይገደሉ</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ጦርነቶችና</w:t>
      </w:r>
      <w:r>
        <w:rPr>
          <w:rFonts w:ascii="Times New Roman" w:hAnsi="Times New Roman" w:eastAsia="Times New Roman" w:cs="Times New Roman"/>
        </w:rPr>
        <w:t xml:space="preserve"> </w:t>
      </w:r>
      <w:r>
        <w:rPr>
          <w:rFonts w:ascii="Ebrima" w:hAnsi="Ebrima" w:eastAsia="Ebrima" w:cs="Ebrima"/>
        </w:rPr>
        <w:t>የጦርነት</w:t>
      </w:r>
      <w:r>
        <w:rPr>
          <w:rFonts w:ascii="Times New Roman" w:hAnsi="Times New Roman" w:eastAsia="Times New Roman" w:cs="Times New Roman"/>
        </w:rPr>
        <w:t xml:space="preserve"> </w:t>
      </w:r>
      <w:r>
        <w:rPr>
          <w:rFonts w:ascii="Ebrima" w:hAnsi="Ebrima" w:eastAsia="Ebrima" w:cs="Ebrima"/>
        </w:rPr>
        <w:t>ወሬዎች</w:t>
      </w:r>
      <w:r>
        <w:rPr>
          <w:rFonts w:ascii="Times New Roman" w:hAnsi="Times New Roman" w:eastAsia="Times New Roman" w:cs="Times New Roman"/>
        </w:rPr>
        <w:t xml:space="preserve"> </w:t>
      </w:r>
      <w:r>
        <w:rPr>
          <w:rFonts w:ascii="Ebrima" w:hAnsi="Ebrima" w:eastAsia="Ebrima" w:cs="Ebrima"/>
        </w:rPr>
        <w:t>ነበሩ።</w:t>
      </w:r>
      <w:r>
        <w:rPr>
          <w:rFonts w:ascii="Times New Roman" w:hAnsi="Times New Roman" w:eastAsia="Times New Roman" w:cs="Times New Roman"/>
        </w:rPr>
        <w:t xml:space="preserve"> ‘</w:t>
      </w:r>
      <w:r>
        <w:rPr>
          <w:rFonts w:ascii="Ebrima" w:hAnsi="Ebrima" w:eastAsia="Ebrima" w:cs="Ebrima"/>
        </w:rPr>
        <w:t>ይህ</w:t>
      </w:r>
      <w:r>
        <w:rPr>
          <w:rFonts w:ascii="Times New Roman" w:hAnsi="Times New Roman" w:eastAsia="Times New Roman" w:cs="Times New Roman"/>
        </w:rPr>
        <w:t xml:space="preserve"> </w:t>
      </w:r>
      <w:r>
        <w:rPr>
          <w:rFonts w:ascii="Ebrima" w:hAnsi="Ebrima" w:eastAsia="Ebrima" w:cs="Ebrima"/>
        </w:rPr>
        <w:t>ሁሉ</w:t>
      </w:r>
      <w:r>
        <w:rPr>
          <w:rFonts w:ascii="Times New Roman" w:hAnsi="Times New Roman" w:eastAsia="Times New Roman" w:cs="Times New Roman"/>
        </w:rPr>
        <w:t xml:space="preserve"> </w:t>
      </w:r>
      <w:r>
        <w:rPr>
          <w:rFonts w:ascii="Ebrima" w:hAnsi="Ebrima" w:eastAsia="Ebrima" w:cs="Ebrima"/>
        </w:rPr>
        <w:t>ሊሆን</w:t>
      </w:r>
      <w:r>
        <w:rPr>
          <w:rFonts w:ascii="Times New Roman" w:hAnsi="Times New Roman" w:eastAsia="Times New Roman" w:cs="Times New Roman"/>
        </w:rPr>
        <w:t xml:space="preserve"> </w:t>
      </w:r>
      <w:r>
        <w:rPr>
          <w:rFonts w:ascii="Ebrima" w:hAnsi="Ebrima" w:eastAsia="Ebrima" w:cs="Ebrima"/>
        </w:rPr>
        <w:t>ይገባል፥</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አለ፥</w:t>
      </w:r>
      <w:r>
        <w:rPr>
          <w:rFonts w:ascii="Times New Roman" w:hAnsi="Times New Roman" w:eastAsia="Times New Roman" w:cs="Times New Roman"/>
        </w:rPr>
        <w:t xml:space="preserve"> ‘</w:t>
      </w:r>
      <w:r>
        <w:rPr>
          <w:rFonts w:ascii="Ebrima" w:hAnsi="Ebrima" w:eastAsia="Ebrima" w:cs="Ebrima"/>
        </w:rPr>
        <w:t>ነገር</w:t>
      </w:r>
      <w:r>
        <w:rPr>
          <w:rFonts w:ascii="Times New Roman" w:hAnsi="Times New Roman" w:eastAsia="Times New Roman" w:cs="Times New Roman"/>
        </w:rPr>
        <w:t xml:space="preserve"> </w:t>
      </w:r>
      <w:r>
        <w:rPr>
          <w:rFonts w:ascii="Ebrima" w:hAnsi="Ebrima" w:eastAsia="Ebrima" w:cs="Ebrima"/>
        </w:rPr>
        <w:t>ግን</w:t>
      </w:r>
      <w:r>
        <w:rPr>
          <w:rFonts w:ascii="Times New Roman" w:hAnsi="Times New Roman" w:eastAsia="Times New Roman" w:cs="Times New Roman"/>
        </w:rPr>
        <w:t xml:space="preserve"> </w:t>
      </w:r>
      <w:r>
        <w:rPr>
          <w:rFonts w:ascii="Ebrima" w:hAnsi="Ebrima" w:eastAsia="Ebrima" w:cs="Ebrima"/>
        </w:rPr>
        <w:t>መጨረሻው</w:t>
      </w:r>
      <w:r>
        <w:rPr>
          <w:rFonts w:ascii="Times New Roman" w:hAnsi="Times New Roman" w:eastAsia="Times New Roman" w:cs="Times New Roman"/>
        </w:rPr>
        <w:t xml:space="preserve"> [</w:t>
      </w:r>
      <w:r>
        <w:rPr>
          <w:rFonts w:ascii="Ebrima" w:hAnsi="Ebrima" w:eastAsia="Ebrima" w:cs="Ebrima"/>
        </w:rPr>
        <w:t>የአይሁድ</w:t>
      </w:r>
      <w:r>
        <w:rPr>
          <w:rFonts w:ascii="Times New Roman" w:hAnsi="Times New Roman" w:eastAsia="Times New Roman" w:cs="Times New Roman"/>
        </w:rPr>
        <w:t xml:space="preserve"> </w:t>
      </w:r>
      <w:r>
        <w:rPr>
          <w:rFonts w:ascii="Ebrima" w:hAnsi="Ebrima" w:eastAsia="Ebrima" w:cs="Ebrima"/>
        </w:rPr>
        <w:t>ሕዝብ</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ሕዝብ</w:t>
      </w:r>
      <w:r>
        <w:rPr>
          <w:rFonts w:ascii="Times New Roman" w:hAnsi="Times New Roman" w:eastAsia="Times New Roman" w:cs="Times New Roman"/>
        </w:rPr>
        <w:t xml:space="preserve">] </w:t>
      </w:r>
      <w:r>
        <w:rPr>
          <w:rFonts w:ascii="Ebrima" w:hAnsi="Ebrima" w:eastAsia="Ebrima" w:cs="Ebrima"/>
        </w:rPr>
        <w:t>ገና</w:t>
      </w:r>
      <w:r>
        <w:rPr>
          <w:rFonts w:ascii="Times New Roman" w:hAnsi="Times New Roman" w:eastAsia="Times New Roman" w:cs="Times New Roman"/>
        </w:rPr>
        <w:t xml:space="preserve"> </w:t>
      </w:r>
      <w:r>
        <w:rPr>
          <w:rFonts w:ascii="Ebrima" w:hAnsi="Ebrima" w:eastAsia="Ebrima" w:cs="Ebrima"/>
        </w:rPr>
        <w:t>አይደለም።</w:t>
      </w:r>
      <w:r>
        <w:rPr>
          <w:rFonts w:ascii="Times New Roman" w:hAnsi="Times New Roman" w:eastAsia="Times New Roman" w:cs="Times New Roman"/>
        </w:rPr>
        <w:t xml:space="preserve"> </w:t>
      </w:r>
      <w:r>
        <w:rPr>
          <w:rFonts w:ascii="Ebrima" w:hAnsi="Ebrima" w:eastAsia="Ebrima" w:cs="Ebrima"/>
        </w:rPr>
        <w:t>ሕዝብ</w:t>
      </w:r>
      <w:r>
        <w:rPr>
          <w:rFonts w:ascii="Times New Roman" w:hAnsi="Times New Roman" w:eastAsia="Times New Roman" w:cs="Times New Roman"/>
        </w:rPr>
        <w:t xml:space="preserve"> </w:t>
      </w:r>
      <w:r>
        <w:rPr>
          <w:rFonts w:ascii="Ebrima" w:hAnsi="Ebrima" w:eastAsia="Ebrima" w:cs="Ebrima"/>
        </w:rPr>
        <w:t>በሕዝብ</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መንግሥትም</w:t>
      </w:r>
      <w:r>
        <w:rPr>
          <w:rFonts w:ascii="Times New Roman" w:hAnsi="Times New Roman" w:eastAsia="Times New Roman" w:cs="Times New Roman"/>
        </w:rPr>
        <w:t xml:space="preserve"> </w:t>
      </w:r>
      <w:r>
        <w:rPr>
          <w:rFonts w:ascii="Ebrima" w:hAnsi="Ebrima" w:eastAsia="Ebrima" w:cs="Ebrima"/>
        </w:rPr>
        <w:t>በመንግሥት</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ይነሣልና፤</w:t>
      </w:r>
      <w:r>
        <w:rPr>
          <w:rFonts w:ascii="Times New Roman" w:hAnsi="Times New Roman" w:eastAsia="Times New Roman" w:cs="Times New Roman"/>
        </w:rPr>
        <w:t xml:space="preserve"> </w:t>
      </w:r>
      <w:r>
        <w:rPr>
          <w:rFonts w:ascii="Ebrima" w:hAnsi="Ebrima" w:eastAsia="Ebrima" w:cs="Ebrima"/>
        </w:rPr>
        <w:t>ራብም፥</w:t>
      </w:r>
      <w:r>
        <w:rPr>
          <w:rFonts w:ascii="Times New Roman" w:hAnsi="Times New Roman" w:eastAsia="Times New Roman" w:cs="Times New Roman"/>
        </w:rPr>
        <w:t xml:space="preserve"> </w:t>
      </w:r>
      <w:r>
        <w:rPr>
          <w:rFonts w:ascii="Ebrima" w:hAnsi="Ebrima" w:eastAsia="Ebrima" w:cs="Ebrima"/>
        </w:rPr>
        <w:t>ቸነፈርም፥</w:t>
      </w:r>
      <w:r>
        <w:rPr>
          <w:rFonts w:ascii="Times New Roman" w:hAnsi="Times New Roman" w:eastAsia="Times New Roman" w:cs="Times New Roman"/>
        </w:rPr>
        <w:t xml:space="preserve"> </w:t>
      </w:r>
      <w:r>
        <w:rPr>
          <w:rFonts w:ascii="Ebrima" w:hAnsi="Ebrima" w:eastAsia="Ebrima" w:cs="Ebrima"/>
        </w:rPr>
        <w:t>የምድር</w:t>
      </w:r>
      <w:r>
        <w:rPr>
          <w:rFonts w:ascii="Times New Roman" w:hAnsi="Times New Roman" w:eastAsia="Times New Roman" w:cs="Times New Roman"/>
        </w:rPr>
        <w:t xml:space="preserve"> </w:t>
      </w:r>
      <w:r>
        <w:rPr>
          <w:rFonts w:ascii="Ebrima" w:hAnsi="Ebrima" w:eastAsia="Ebrima" w:cs="Ebrima"/>
        </w:rPr>
        <w:t>መናወጥም</w:t>
      </w:r>
      <w:r>
        <w:rPr>
          <w:rFonts w:ascii="Times New Roman" w:hAnsi="Times New Roman" w:eastAsia="Times New Roman" w:cs="Times New Roman"/>
        </w:rPr>
        <w:t xml:space="preserve"> </w:t>
      </w:r>
      <w:r>
        <w:rPr>
          <w:rFonts w:ascii="Ebrima" w:hAnsi="Ebrima" w:eastAsia="Ebrima" w:cs="Ebrima"/>
        </w:rPr>
        <w:t>በተለያዩ</w:t>
      </w:r>
      <w:r>
        <w:rPr>
          <w:rFonts w:ascii="Times New Roman" w:hAnsi="Times New Roman" w:eastAsia="Times New Roman" w:cs="Times New Roman"/>
        </w:rPr>
        <w:t xml:space="preserve"> </w:t>
      </w:r>
      <w:r>
        <w:rPr>
          <w:rFonts w:ascii="Ebrima" w:hAnsi="Ebrima" w:eastAsia="Ebrima" w:cs="Ebrima"/>
        </w:rPr>
        <w:t>ስፍራዎች</w:t>
      </w:r>
      <w:r>
        <w:rPr>
          <w:rFonts w:ascii="Times New Roman" w:hAnsi="Times New Roman" w:eastAsia="Times New Roman" w:cs="Times New Roman"/>
        </w:rPr>
        <w:t xml:space="preserve"> </w:t>
      </w:r>
      <w:r>
        <w:rPr>
          <w:rFonts w:ascii="Ebrima" w:hAnsi="Ebrima" w:eastAsia="Ebrima" w:cs="Ebrima"/>
        </w:rPr>
        <w:t>ይሆናል።</w:t>
      </w:r>
      <w:r>
        <w:rPr>
          <w:rFonts w:ascii="Times New Roman" w:hAnsi="Times New Roman" w:eastAsia="Times New Roman" w:cs="Times New Roman"/>
        </w:rPr>
        <w:t xml:space="preserve"> </w:t>
      </w:r>
      <w:r>
        <w:rPr>
          <w:rFonts w:ascii="Ebrima" w:hAnsi="Ebrima" w:eastAsia="Ebrima" w:cs="Ebrima"/>
        </w:rPr>
        <w:t>ይህ</w:t>
      </w:r>
      <w:r>
        <w:rPr>
          <w:rFonts w:ascii="Times New Roman" w:hAnsi="Times New Roman" w:eastAsia="Times New Roman" w:cs="Times New Roman"/>
        </w:rPr>
        <w:t xml:space="preserve"> </w:t>
      </w:r>
      <w:r>
        <w:rPr>
          <w:rFonts w:ascii="Ebrima" w:hAnsi="Ebrima" w:eastAsia="Ebrima" w:cs="Ebrima"/>
        </w:rPr>
        <w:t>ሁሉ</w:t>
      </w:r>
      <w:r>
        <w:rPr>
          <w:rFonts w:ascii="Times New Roman" w:hAnsi="Times New Roman" w:eastAsia="Times New Roman" w:cs="Times New Roman"/>
        </w:rPr>
        <w:t xml:space="preserve"> </w:t>
      </w:r>
      <w:r>
        <w:rPr>
          <w:rFonts w:ascii="Ebrima" w:hAnsi="Ebrima" w:eastAsia="Ebrima" w:cs="Ebrima"/>
        </w:rPr>
        <w:t>የሕማማት</w:t>
      </w:r>
      <w:r>
        <w:rPr>
          <w:rFonts w:ascii="Times New Roman" w:hAnsi="Times New Roman" w:eastAsia="Times New Roman" w:cs="Times New Roman"/>
        </w:rPr>
        <w:t xml:space="preserve"> </w:t>
      </w:r>
      <w:r>
        <w:rPr>
          <w:rFonts w:ascii="Ebrima" w:hAnsi="Ebrima" w:eastAsia="Ebrima" w:cs="Ebrima"/>
        </w:rPr>
        <w:t>መጀመሪያ</w:t>
      </w:r>
      <w:r>
        <w:rPr>
          <w:rFonts w:ascii="Times New Roman" w:hAnsi="Times New Roman" w:eastAsia="Times New Roman" w:cs="Times New Roman"/>
        </w:rPr>
        <w:t xml:space="preserve"> </w:t>
      </w:r>
      <w:r>
        <w:rPr>
          <w:rFonts w:ascii="Ebrima" w:hAnsi="Ebrima" w:eastAsia="Ebrima" w:cs="Ebrima"/>
        </w:rPr>
        <w:t>ነው።</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እንዲህ</w:t>
      </w:r>
      <w:r>
        <w:rPr>
          <w:rFonts w:ascii="Times New Roman" w:hAnsi="Times New Roman" w:eastAsia="Times New Roman" w:cs="Times New Roman"/>
        </w:rPr>
        <w:t xml:space="preserve"> </w:t>
      </w:r>
      <w:r>
        <w:rPr>
          <w:rFonts w:ascii="Ebrima" w:hAnsi="Ebrima" w:eastAsia="Ebrima" w:cs="Ebrima"/>
        </w:rPr>
        <w:t>አለ፤</w:t>
      </w:r>
      <w:r>
        <w:rPr>
          <w:rFonts w:ascii="Times New Roman" w:hAnsi="Times New Roman" w:eastAsia="Times New Roman" w:cs="Times New Roman"/>
        </w:rPr>
        <w:t xml:space="preserve"> </w:t>
      </w:r>
      <w:r>
        <w:rPr>
          <w:rFonts w:ascii="Ebrima" w:hAnsi="Ebrima" w:eastAsia="Ebrima" w:cs="Ebrima"/>
        </w:rPr>
        <w:t>ረቢዎች</w:t>
      </w:r>
      <w:r>
        <w:rPr>
          <w:rFonts w:ascii="Times New Roman" w:hAnsi="Times New Roman" w:eastAsia="Times New Roman" w:cs="Times New Roman"/>
        </w:rPr>
        <w:t xml:space="preserve"> </w:t>
      </w:r>
      <w:r>
        <w:rPr>
          <w:rFonts w:ascii="Ebrima" w:hAnsi="Ebrima" w:eastAsia="Ebrima" w:cs="Ebrima"/>
        </w:rPr>
        <w:t>እነዚህን</w:t>
      </w:r>
      <w:r>
        <w:rPr>
          <w:rFonts w:ascii="Times New Roman" w:hAnsi="Times New Roman" w:eastAsia="Times New Roman" w:cs="Times New Roman"/>
        </w:rPr>
        <w:t xml:space="preserve"> </w:t>
      </w:r>
      <w:r>
        <w:rPr>
          <w:rFonts w:ascii="Ebrima" w:hAnsi="Ebrima" w:eastAsia="Ebrima" w:cs="Ebrima"/>
        </w:rPr>
        <w:t>ምልክቶች</w:t>
      </w:r>
      <w:r>
        <w:rPr>
          <w:rFonts w:ascii="Times New Roman" w:hAnsi="Times New Roman" w:eastAsia="Times New Roman" w:cs="Times New Roman"/>
        </w:rPr>
        <w:t xml:space="preserve"> </w:t>
      </w:r>
      <w:r>
        <w:rPr>
          <w:rFonts w:ascii="Ebrima" w:hAnsi="Ebrima" w:eastAsia="Ebrima" w:cs="Ebrima"/>
        </w:rPr>
        <w:t>ባዩ</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የተመረጠውን</w:t>
      </w:r>
      <w:r>
        <w:rPr>
          <w:rFonts w:ascii="Times New Roman" w:hAnsi="Times New Roman" w:eastAsia="Times New Roman" w:cs="Times New Roman"/>
        </w:rPr>
        <w:t xml:space="preserve"> </w:t>
      </w:r>
      <w:r>
        <w:rPr>
          <w:rFonts w:ascii="Ebrima" w:hAnsi="Ebrima" w:eastAsia="Ebrima" w:cs="Ebrima"/>
        </w:rPr>
        <w:t>ሕዝቡን</w:t>
      </w:r>
      <w:r>
        <w:rPr>
          <w:rFonts w:ascii="Times New Roman" w:hAnsi="Times New Roman" w:eastAsia="Times New Roman" w:cs="Times New Roman"/>
        </w:rPr>
        <w:t xml:space="preserve"> </w:t>
      </w:r>
      <w:r>
        <w:rPr>
          <w:rFonts w:ascii="Ebrima" w:hAnsi="Ebrima" w:eastAsia="Ebrima" w:cs="Ebrima"/>
        </w:rPr>
        <w:t>በባርነት</w:t>
      </w:r>
      <w:r>
        <w:rPr>
          <w:rFonts w:ascii="Times New Roman" w:hAnsi="Times New Roman" w:eastAsia="Times New Roman" w:cs="Times New Roman"/>
        </w:rPr>
        <w:t xml:space="preserve"> </w:t>
      </w:r>
      <w:r>
        <w:rPr>
          <w:rFonts w:ascii="Ebrima" w:hAnsi="Ebrima" w:eastAsia="Ebrima" w:cs="Ebrima"/>
        </w:rPr>
        <w:t>ስለ</w:t>
      </w:r>
      <w:r>
        <w:rPr>
          <w:rFonts w:ascii="Times New Roman" w:hAnsi="Times New Roman" w:eastAsia="Times New Roman" w:cs="Times New Roman"/>
        </w:rPr>
        <w:t xml:space="preserve"> </w:t>
      </w:r>
      <w:r>
        <w:rPr>
          <w:rFonts w:ascii="Ebrima" w:hAnsi="Ebrima" w:eastAsia="Ebrima" w:cs="Ebrima"/>
        </w:rPr>
        <w:t>ያዙ</w:t>
      </w:r>
      <w:r>
        <w:rPr>
          <w:rFonts w:ascii="Times New Roman" w:hAnsi="Times New Roman" w:eastAsia="Times New Roman" w:cs="Times New Roman"/>
        </w:rPr>
        <w:t xml:space="preserve"> </w:t>
      </w:r>
      <w:r>
        <w:rPr>
          <w:rFonts w:ascii="Ebrima" w:hAnsi="Ebrima" w:eastAsia="Ebrima" w:cs="Ebrima"/>
        </w:rPr>
        <w:t>በአሕዛብ</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የመጣ</w:t>
      </w:r>
      <w:r>
        <w:rPr>
          <w:rFonts w:ascii="Times New Roman" w:hAnsi="Times New Roman" w:eastAsia="Times New Roman" w:cs="Times New Roman"/>
        </w:rPr>
        <w:t xml:space="preserve"> </w:t>
      </w:r>
      <w:r>
        <w:rPr>
          <w:rFonts w:ascii="Ebrima" w:hAnsi="Ebrima" w:eastAsia="Ebrima" w:cs="Ebrima"/>
        </w:rPr>
        <w:t>የእግዚአብሔር</w:t>
      </w:r>
      <w:r>
        <w:rPr>
          <w:rFonts w:ascii="Times New Roman" w:hAnsi="Times New Roman" w:eastAsia="Times New Roman" w:cs="Times New Roman"/>
        </w:rPr>
        <w:t xml:space="preserve"> </w:t>
      </w:r>
      <w:r>
        <w:rPr>
          <w:rFonts w:ascii="Ebrima" w:hAnsi="Ebrima" w:eastAsia="Ebrima" w:cs="Ebrima"/>
        </w:rPr>
        <w:t>ፍርድ</w:t>
      </w:r>
      <w:r>
        <w:rPr>
          <w:rFonts w:ascii="Times New Roman" w:hAnsi="Times New Roman" w:eastAsia="Times New Roman" w:cs="Times New Roman"/>
        </w:rPr>
        <w:t xml:space="preserve"> </w:t>
      </w:r>
      <w:r>
        <w:rPr>
          <w:rFonts w:ascii="Ebrima" w:hAnsi="Ebrima" w:eastAsia="Ebrima" w:cs="Ebrima"/>
        </w:rPr>
        <w:t>ናቸው</w:t>
      </w:r>
      <w:r>
        <w:rPr>
          <w:rFonts w:ascii="Times New Roman" w:hAnsi="Times New Roman" w:eastAsia="Times New Roman" w:cs="Times New Roman"/>
        </w:rPr>
        <w:t xml:space="preserve"> </w:t>
      </w:r>
      <w:r>
        <w:rPr>
          <w:rFonts w:ascii="Ebrima" w:hAnsi="Ebrima" w:eastAsia="Ebrima" w:cs="Ebrima"/>
        </w:rPr>
        <w:t>ብለው</w:t>
      </w:r>
      <w:r>
        <w:rPr>
          <w:rFonts w:ascii="Times New Roman" w:hAnsi="Times New Roman" w:eastAsia="Times New Roman" w:cs="Times New Roman"/>
        </w:rPr>
        <w:t xml:space="preserve"> </w:t>
      </w:r>
      <w:r>
        <w:rPr>
          <w:rFonts w:ascii="Ebrima" w:hAnsi="Ebrima" w:eastAsia="Ebrima" w:cs="Ebrima"/>
        </w:rPr>
        <w:t>ያውጃሉ።</w:t>
      </w:r>
      <w:r>
        <w:rPr>
          <w:rFonts w:ascii="Times New Roman" w:hAnsi="Times New Roman" w:eastAsia="Times New Roman" w:cs="Times New Roman"/>
        </w:rPr>
        <w:t xml:space="preserve"> </w:t>
      </w:r>
      <w:r>
        <w:rPr>
          <w:rFonts w:ascii="Ebrima" w:hAnsi="Ebrima" w:eastAsia="Ebrima" w:cs="Ebrima"/>
        </w:rPr>
        <w:t>እነዚህ</w:t>
      </w:r>
      <w:r>
        <w:rPr>
          <w:rFonts w:ascii="Times New Roman" w:hAnsi="Times New Roman" w:eastAsia="Times New Roman" w:cs="Times New Roman"/>
        </w:rPr>
        <w:t xml:space="preserve"> </w:t>
      </w:r>
      <w:r>
        <w:rPr>
          <w:rFonts w:ascii="Ebrima" w:hAnsi="Ebrima" w:eastAsia="Ebrima" w:cs="Ebrima"/>
        </w:rPr>
        <w:t>ምልክቶች</w:t>
      </w:r>
      <w:r>
        <w:rPr>
          <w:rFonts w:ascii="Times New Roman" w:hAnsi="Times New Roman" w:eastAsia="Times New Roman" w:cs="Times New Roman"/>
        </w:rPr>
        <w:t xml:space="preserve"> </w:t>
      </w:r>
      <w:r>
        <w:rPr>
          <w:rFonts w:ascii="Ebrima" w:hAnsi="Ebrima" w:eastAsia="Ebrima" w:cs="Ebrima"/>
        </w:rPr>
        <w:t>የመሲሑ</w:t>
      </w:r>
      <w:r>
        <w:rPr>
          <w:rFonts w:ascii="Times New Roman" w:hAnsi="Times New Roman" w:eastAsia="Times New Roman" w:cs="Times New Roman"/>
        </w:rPr>
        <w:t xml:space="preserve"> </w:t>
      </w:r>
      <w:r>
        <w:rPr>
          <w:rFonts w:ascii="Ebrima" w:hAnsi="Ebrima" w:eastAsia="Ebrima" w:cs="Ebrima"/>
        </w:rPr>
        <w:t>ምጽአት</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ናቸው</w:t>
      </w:r>
      <w:r>
        <w:rPr>
          <w:rFonts w:ascii="Times New Roman" w:hAnsi="Times New Roman" w:eastAsia="Times New Roman" w:cs="Times New Roman"/>
        </w:rPr>
        <w:t xml:space="preserve"> </w:t>
      </w:r>
      <w:r>
        <w:rPr>
          <w:rFonts w:ascii="Ebrima" w:hAnsi="Ebrima" w:eastAsia="Ebrima" w:cs="Ebrima"/>
        </w:rPr>
        <w:t>ብለውም</w:t>
      </w:r>
      <w:r>
        <w:rPr>
          <w:rFonts w:ascii="Times New Roman" w:hAnsi="Times New Roman" w:eastAsia="Times New Roman" w:cs="Times New Roman"/>
        </w:rPr>
        <w:t xml:space="preserve"> </w:t>
      </w:r>
      <w:r>
        <w:rPr>
          <w:rFonts w:ascii="Ebrima" w:hAnsi="Ebrima" w:eastAsia="Ebrima" w:cs="Ebrima"/>
        </w:rPr>
        <w:t>ያውጃሉ።</w:t>
      </w:r>
      <w:r>
        <w:rPr>
          <w:rFonts w:ascii="Times New Roman" w:hAnsi="Times New Roman" w:eastAsia="Times New Roman" w:cs="Times New Roman"/>
        </w:rPr>
        <w:t xml:space="preserve"> </w:t>
      </w:r>
      <w:r>
        <w:rPr>
          <w:rFonts w:ascii="Ebrima" w:hAnsi="Ebrima" w:eastAsia="Ebrima" w:cs="Ebrima"/>
        </w:rPr>
        <w:t>አትታለሉ፤</w:t>
      </w:r>
      <w:r>
        <w:rPr>
          <w:rFonts w:ascii="Times New Roman" w:hAnsi="Times New Roman" w:eastAsia="Times New Roman" w:cs="Times New Roman"/>
        </w:rPr>
        <w:t xml:space="preserve"> </w:t>
      </w:r>
      <w:r>
        <w:rPr>
          <w:rFonts w:ascii="Ebrima" w:hAnsi="Ebrima" w:eastAsia="Ebrima" w:cs="Ebrima"/>
        </w:rPr>
        <w:t>እነርሱ</w:t>
      </w:r>
      <w:r>
        <w:rPr>
          <w:rFonts w:ascii="Times New Roman" w:hAnsi="Times New Roman" w:eastAsia="Times New Roman" w:cs="Times New Roman"/>
        </w:rPr>
        <w:t xml:space="preserve"> </w:t>
      </w:r>
      <w:r>
        <w:rPr>
          <w:rFonts w:ascii="Ebrima" w:hAnsi="Ebrima" w:eastAsia="Ebrima" w:cs="Ebrima"/>
        </w:rPr>
        <w:t>የፍርዶቹ</w:t>
      </w:r>
      <w:r>
        <w:rPr>
          <w:rFonts w:ascii="Times New Roman" w:hAnsi="Times New Roman" w:eastAsia="Times New Roman" w:cs="Times New Roman"/>
        </w:rPr>
        <w:t xml:space="preserve"> </w:t>
      </w:r>
      <w:r>
        <w:rPr>
          <w:rFonts w:ascii="Ebrima" w:hAnsi="Ebrima" w:eastAsia="Ebrima" w:cs="Ebrima"/>
        </w:rPr>
        <w:t>መጀመሪያ</w:t>
      </w:r>
      <w:r>
        <w:rPr>
          <w:rFonts w:ascii="Times New Roman" w:hAnsi="Times New Roman" w:eastAsia="Times New Roman" w:cs="Times New Roman"/>
        </w:rPr>
        <w:t xml:space="preserve"> </w:t>
      </w:r>
      <w:r>
        <w:rPr>
          <w:rFonts w:ascii="Ebrima" w:hAnsi="Ebrima" w:eastAsia="Ebrima" w:cs="Ebrima"/>
        </w:rPr>
        <w:t>ናቸው።</w:t>
      </w:r>
      <w:r>
        <w:rPr>
          <w:rFonts w:ascii="Times New Roman" w:hAnsi="Times New Roman" w:eastAsia="Times New Roman" w:cs="Times New Roman"/>
        </w:rPr>
        <w:t xml:space="preserve"> </w:t>
      </w:r>
      <w:r>
        <w:rPr>
          <w:rFonts w:ascii="Ebrima" w:hAnsi="Ebrima" w:eastAsia="Ebrima" w:cs="Ebrima"/>
        </w:rPr>
        <w:t>ሕዝቡ</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ራሳቸው</w:t>
      </w:r>
      <w:r>
        <w:rPr>
          <w:rFonts w:ascii="Times New Roman" w:hAnsi="Times New Roman" w:eastAsia="Times New Roman" w:cs="Times New Roman"/>
        </w:rPr>
        <w:t xml:space="preserve"> </w:t>
      </w:r>
      <w:r>
        <w:rPr>
          <w:rFonts w:ascii="Ebrima" w:hAnsi="Ebrima" w:eastAsia="Ebrima" w:cs="Ebrima"/>
        </w:rPr>
        <w:t>ተመልክተዋል።</w:t>
      </w:r>
      <w:r>
        <w:rPr>
          <w:rFonts w:ascii="Times New Roman" w:hAnsi="Times New Roman" w:eastAsia="Times New Roman" w:cs="Times New Roman"/>
        </w:rPr>
        <w:t xml:space="preserve"> </w:t>
      </w:r>
      <w:r>
        <w:rPr>
          <w:rFonts w:ascii="Ebrima" w:hAnsi="Ebrima" w:eastAsia="Ebrima" w:cs="Ebrima"/>
        </w:rPr>
        <w:t>እኔ</w:t>
      </w:r>
      <w:r>
        <w:rPr>
          <w:rFonts w:ascii="Times New Roman" w:hAnsi="Times New Roman" w:eastAsia="Times New Roman" w:cs="Times New Roman"/>
        </w:rPr>
        <w:t xml:space="preserve"> </w:t>
      </w:r>
      <w:r>
        <w:rPr>
          <w:rFonts w:ascii="Ebrima" w:hAnsi="Ebrima" w:eastAsia="Ebrima" w:cs="Ebrima"/>
        </w:rPr>
        <w:t>እፈውሳቸው</w:t>
      </w:r>
      <w:r>
        <w:rPr>
          <w:rFonts w:ascii="Times New Roman" w:hAnsi="Times New Roman" w:eastAsia="Times New Roman" w:cs="Times New Roman"/>
        </w:rPr>
        <w:t xml:space="preserve"> </w:t>
      </w:r>
      <w:r>
        <w:rPr>
          <w:rFonts w:ascii="Ebrima" w:hAnsi="Ebrima" w:eastAsia="Ebrima" w:cs="Ebrima"/>
        </w:rPr>
        <w:t>ዘንድ</w:t>
      </w:r>
      <w:r>
        <w:rPr>
          <w:rFonts w:ascii="Times New Roman" w:hAnsi="Times New Roman" w:eastAsia="Times New Roman" w:cs="Times New Roman"/>
        </w:rPr>
        <w:t xml:space="preserve"> </w:t>
      </w:r>
      <w:r>
        <w:rPr>
          <w:rFonts w:ascii="Ebrima" w:hAnsi="Ebrima" w:eastAsia="Ebrima" w:cs="Ebrima"/>
        </w:rPr>
        <w:t>አልተጸጸቱም</w:t>
      </w:r>
      <w:r>
        <w:rPr>
          <w:rFonts w:ascii="Times New Roman" w:hAnsi="Times New Roman" w:eastAsia="Times New Roman" w:cs="Times New Roman"/>
        </w:rPr>
        <w:t xml:space="preserve"> </w:t>
      </w:r>
      <w:r>
        <w:rPr>
          <w:rFonts w:ascii="Ebrima" w:hAnsi="Ebrima" w:eastAsia="Ebrima" w:cs="Ebrima"/>
        </w:rPr>
        <w:t>አልተለወጡምም።</w:t>
      </w:r>
      <w:r>
        <w:rPr>
          <w:rFonts w:ascii="Times New Roman" w:hAnsi="Times New Roman" w:eastAsia="Times New Roman" w:cs="Times New Roman"/>
        </w:rPr>
        <w:t xml:space="preserve"> </w:t>
      </w:r>
      <w:r>
        <w:rPr>
          <w:rFonts w:ascii="Ebrima" w:hAnsi="Ebrima" w:eastAsia="Ebrima" w:cs="Ebrima"/>
        </w:rPr>
        <w:t>ከባርነት</w:t>
      </w:r>
      <w:r>
        <w:rPr>
          <w:rFonts w:ascii="Times New Roman" w:hAnsi="Times New Roman" w:eastAsia="Times New Roman" w:cs="Times New Roman"/>
        </w:rPr>
        <w:t xml:space="preserve"> </w:t>
      </w:r>
      <w:r>
        <w:rPr>
          <w:rFonts w:ascii="Ebrima" w:hAnsi="Ebrima" w:eastAsia="Ebrima" w:cs="Ebrima"/>
        </w:rPr>
        <w:t>መፈታታቸው</w:t>
      </w:r>
      <w:r>
        <w:rPr>
          <w:rFonts w:ascii="Times New Roman" w:hAnsi="Times New Roman" w:eastAsia="Times New Roman" w:cs="Times New Roman"/>
        </w:rPr>
        <w:t xml:space="preserve"> </w:t>
      </w:r>
      <w:r>
        <w:rPr>
          <w:rFonts w:ascii="Ebrima" w:hAnsi="Ebrima" w:eastAsia="Ebrima" w:cs="Ebrima"/>
        </w:rPr>
        <w:t>ምልክቶች</w:t>
      </w:r>
      <w:r>
        <w:rPr>
          <w:rFonts w:ascii="Times New Roman" w:hAnsi="Times New Roman" w:eastAsia="Times New Roman" w:cs="Times New Roman"/>
        </w:rPr>
        <w:t xml:space="preserve"> </w:t>
      </w:r>
      <w:r>
        <w:rPr>
          <w:rFonts w:ascii="Ebrima" w:hAnsi="Ebrima" w:eastAsia="Ebrima" w:cs="Ebrima"/>
        </w:rPr>
        <w:t>ናቸው</w:t>
      </w:r>
      <w:r>
        <w:rPr>
          <w:rFonts w:ascii="Times New Roman" w:hAnsi="Times New Roman" w:eastAsia="Times New Roman" w:cs="Times New Roman"/>
        </w:rPr>
        <w:t xml:space="preserve"> </w:t>
      </w:r>
      <w:r>
        <w:rPr>
          <w:rFonts w:ascii="Ebrima" w:hAnsi="Ebrima" w:eastAsia="Ebrima" w:cs="Ebrima"/>
        </w:rPr>
        <w:t>ብለው</w:t>
      </w:r>
      <w:r>
        <w:rPr>
          <w:rFonts w:ascii="Times New Roman" w:hAnsi="Times New Roman" w:eastAsia="Times New Roman" w:cs="Times New Roman"/>
        </w:rPr>
        <w:t xml:space="preserve"> </w:t>
      </w:r>
      <w:r>
        <w:rPr>
          <w:rFonts w:ascii="Ebrima" w:hAnsi="Ebrima" w:eastAsia="Ebrima" w:cs="Ebrima"/>
        </w:rPr>
        <w:t>የሚያቀርቧቸው</w:t>
      </w:r>
      <w:r>
        <w:rPr>
          <w:rFonts w:ascii="Times New Roman" w:hAnsi="Times New Roman" w:eastAsia="Times New Roman" w:cs="Times New Roman"/>
        </w:rPr>
        <w:t xml:space="preserve"> </w:t>
      </w:r>
      <w:r>
        <w:rPr>
          <w:rFonts w:ascii="Ebrima" w:hAnsi="Ebrima" w:eastAsia="Ebrima" w:cs="Ebrima"/>
        </w:rPr>
        <w:t>ምልክቶች</w:t>
      </w:r>
      <w:r>
        <w:rPr>
          <w:rFonts w:ascii="Times New Roman" w:hAnsi="Times New Roman" w:eastAsia="Times New Roman" w:cs="Times New Roman"/>
        </w:rPr>
        <w:t xml:space="preserve"> </w:t>
      </w:r>
      <w:r>
        <w:rPr>
          <w:rFonts w:ascii="Ebrima" w:hAnsi="Ebrima" w:eastAsia="Ebrima" w:cs="Ebrima"/>
        </w:rPr>
        <w:t>የጥፋታቸው</w:t>
      </w:r>
      <w:r>
        <w:rPr>
          <w:rFonts w:ascii="Times New Roman" w:hAnsi="Times New Roman" w:eastAsia="Times New Roman" w:cs="Times New Roman"/>
        </w:rPr>
        <w:t xml:space="preserve"> </w:t>
      </w:r>
      <w:r>
        <w:rPr>
          <w:rFonts w:ascii="Ebrima" w:hAnsi="Ebrima" w:eastAsia="Ebrima" w:cs="Ebrima"/>
        </w:rPr>
        <w:t>ምልክቶች</w:t>
      </w:r>
      <w:r>
        <w:rPr>
          <w:rFonts w:ascii="Times New Roman" w:hAnsi="Times New Roman" w:eastAsia="Times New Roman" w:cs="Times New Roman"/>
        </w:rPr>
        <w:t xml:space="preserve"> </w:t>
      </w:r>
      <w:r>
        <w:rPr>
          <w:rFonts w:ascii="Ebrima" w:hAnsi="Ebrima" w:eastAsia="Ebrima" w:cs="Ebrima"/>
        </w:rPr>
        <w:t>ናቸው።</w:t>
      </w:r>
      <w:r>
        <w:rPr>
          <w:rFonts w:ascii="Times New Roman" w:hAnsi="Times New Roman" w:eastAsia="Times New Roman" w:cs="Times New Roman"/>
        </w:rPr>
        <w:t>” The Desire of Ages, 628.</w:t>
      </w:r>
    </w:p>
    <w:p>
      <w:pPr>
        <w:pStyle w:val="ArticleBody"/>
        <w:jc w:val="left"/>
      </w:pPr>
      <w:r>
        <w:rPr>
          <w:rFonts w:ascii="Times New Roman" w:hAnsi="Times New Roman" w:eastAsia="Times New Roman" w:cs="Times New Roman"/>
        </w:rPr>
        <w:t>Bara 66tti marattiin Yerusaalemitti godhame keessaa, mallattoon Roomaan alaabaa ishee naannoo iddoo qulqulluutti dhaabuu of keessatti qabateera. Ibsi Yesuus waaʼee taateewwan yeroo bara 66 hanga 70tti turee kenname, badiisa bara 70tti taʼe Dhufaatii Lammaffaa Isaa wajjin wal qindeesseera; akkasumas mallattoon Dhufaatii Lammaffaa Isaa wajjin walqabatu ni jira.</w:t>
      </w:r>
    </w:p>
    <w:p>
      <w:pPr>
        <w:pStyle w:val="ArticleScripture"/>
        <w:jc w:val="left"/>
      </w:pPr>
      <w:r>
        <w:rPr>
          <w:rFonts w:ascii="Times New Roman" w:hAnsi="Times New Roman" w:eastAsia="Times New Roman" w:cs="Times New Roman"/>
        </w:rPr>
        <w:t>“Yeroo gabaabaa keessatti iji keenya gara Bahaa harkifame; achitti duumessa gurraacha xiqqaan, kan hamma harka nama tokkoo walakkaa ta’u, mul’ate ture; kana hundi keenya Mallattoo Ilma Namaa ta’uu isaa ni beekna turre.” The Day Star, 1846.</w:t>
      </w:r>
    </w:p>
    <w:p>
      <w:pPr>
        <w:pStyle w:val="ArticleBody"/>
        <w:jc w:val="left"/>
      </w:pPr>
      <w:r>
        <w:rPr>
          <w:rFonts w:ascii="Times New Roman" w:hAnsi="Times New Roman" w:eastAsia="Times New Roman" w:cs="Times New Roman"/>
        </w:rPr>
        <w:t>Seenaa waggoota 66 irraa kaasee hanga 70 ADtti jalqabaa fi dhuma isaa keessatti mallattoo jalqaba marsaa fi badiisa magaalattii wajjin walqabatu of keessaa qaba; kunis mallattoo alfaa fi oomeegaa du’a hawwii ijaa bara 587 BC fi 586 BC keessatti mul’ate wajjin walsima.</w:t>
      </w:r>
    </w:p>
    <w:p>
      <w:pPr>
        <w:pStyle w:val="ArticleBody"/>
        <w:jc w:val="left"/>
      </w:pPr>
      <w:r>
        <w:rPr>
          <w:rFonts w:ascii="Nirmala UI" w:hAnsi="Nirmala UI" w:eastAsia="Nirmala UI" w:cs="Nirmala UI"/>
        </w:rPr>
        <w:t>କୁମ୍ଭୀର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ଅର୍ଧର</w:t>
      </w:r>
      <w:r>
        <w:rPr>
          <w:rFonts w:ascii="Times New Roman" w:hAnsi="Times New Roman" w:eastAsia="Times New Roman" w:cs="Times New Roman"/>
        </w:rPr>
        <w:t xml:space="preserve"> </w:t>
      </w:r>
      <w:r>
        <w:rPr>
          <w:rFonts w:ascii="Nirmala UI" w:hAnsi="Nirmala UI" w:eastAsia="Nirmala UI" w:cs="Nirmala UI"/>
        </w:rPr>
        <w:t>ଅବରୋଧର</w:t>
      </w:r>
      <w:r>
        <w:rPr>
          <w:rFonts w:ascii="Times New Roman" w:hAnsi="Times New Roman" w:eastAsia="Times New Roman" w:cs="Times New Roman"/>
        </w:rPr>
        <w:t xml:space="preserve"> </w:t>
      </w:r>
      <w:r>
        <w:rPr>
          <w:rFonts w:ascii="Nirmala UI" w:hAnsi="Nirmala UI" w:eastAsia="Nirmala UI" w:cs="Nirmala UI"/>
        </w:rPr>
        <w:t>ଇତିହାସ</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ଦିନମାନଙ୍କ</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ଅଟେ।</w:t>
      </w:r>
      <w:r>
        <w:rPr>
          <w:rFonts w:ascii="Times New Roman" w:hAnsi="Times New Roman" w:eastAsia="Times New Roman" w:cs="Times New Roman"/>
        </w:rPr>
        <w:t xml:space="preserve"> </w:t>
      </w:r>
      <w:r>
        <w:rPr>
          <w:rFonts w:ascii="Nirmala UI" w:hAnsi="Nirmala UI" w:eastAsia="Nirmala UI" w:cs="Nirmala UI"/>
        </w:rPr>
        <w:t>ଇଯିକିଏଲଙ୍କ</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ମୂର୍ଖ</w:t>
      </w:r>
      <w:r>
        <w:rPr>
          <w:rFonts w:ascii="Times New Roman" w:hAnsi="Times New Roman" w:eastAsia="Times New Roman" w:cs="Times New Roman"/>
        </w:rPr>
        <w:t xml:space="preserve"> </w:t>
      </w:r>
      <w:r>
        <w:rPr>
          <w:rFonts w:ascii="Nirmala UI" w:hAnsi="Nirmala UI" w:eastAsia="Nirmala UI" w:cs="Nirmala UI"/>
        </w:rPr>
        <w:t>କୁମାରୀମାନେ</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ଜ୍ଞାନୀ</w:t>
      </w:r>
      <w:r>
        <w:rPr>
          <w:rFonts w:ascii="Times New Roman" w:hAnsi="Times New Roman" w:eastAsia="Times New Roman" w:cs="Times New Roman"/>
        </w:rPr>
        <w:t xml:space="preserve"> </w:t>
      </w:r>
      <w:r>
        <w:rPr>
          <w:rFonts w:ascii="Nirmala UI" w:hAnsi="Nirmala UI" w:eastAsia="Nirmala UI" w:cs="Nirmala UI"/>
        </w:rPr>
        <w:t>କୁମାରୀମାନଙ୍କ</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ତାଙ୍କର</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ପ୍ରତିରୂପକୁ</w:t>
      </w:r>
      <w:r>
        <w:rPr>
          <w:rFonts w:ascii="Times New Roman" w:hAnsi="Times New Roman" w:eastAsia="Times New Roman" w:cs="Times New Roman"/>
        </w:rPr>
        <w:t xml:space="preserve"> </w:t>
      </w:r>
      <w:r>
        <w:rPr>
          <w:rFonts w:ascii="Nirmala UI" w:hAnsi="Nirmala UI" w:eastAsia="Nirmala UI" w:cs="Nirmala UI"/>
        </w:rPr>
        <w:t>ପାଆନ୍ତି</w:t>
      </w:r>
      <w:r>
        <w:rPr>
          <w:rFonts w:ascii="Times New Roman" w:hAnsi="Times New Roman" w:eastAsia="Times New Roman" w:cs="Times New Roman"/>
        </w:rPr>
        <w:t xml:space="preserve">, </w:t>
      </w:r>
      <w:r>
        <w:rPr>
          <w:rFonts w:ascii="Nirmala UI" w:hAnsi="Nirmala UI" w:eastAsia="Nirmala UI" w:cs="Nirmala UI"/>
        </w:rPr>
        <w:t>ଯେଉଁମାନେ</w:t>
      </w:r>
      <w:r>
        <w:rPr>
          <w:rFonts w:ascii="Times New Roman" w:hAnsi="Times New Roman" w:eastAsia="Times New Roman" w:cs="Times New Roman"/>
        </w:rPr>
        <w:t xml:space="preserve"> 66 </w:t>
      </w:r>
      <w:r>
        <w:rPr>
          <w:rFonts w:ascii="Nirmala UI" w:hAnsi="Nirmala UI" w:eastAsia="Nirmala UI" w:cs="Nirmala UI"/>
        </w:rPr>
        <w:t>ଖ୍ରୀଷ୍ଟାବ୍ଦରେ</w:t>
      </w:r>
      <w:r>
        <w:rPr>
          <w:rFonts w:ascii="Times New Roman" w:hAnsi="Times New Roman" w:eastAsia="Times New Roman" w:cs="Times New Roman"/>
        </w:rPr>
        <w:t xml:space="preserve"> </w:t>
      </w:r>
      <w:r>
        <w:rPr>
          <w:rFonts w:ascii="Nirmala UI" w:hAnsi="Nirmala UI" w:eastAsia="Nirmala UI" w:cs="Nirmala UI"/>
        </w:rPr>
        <w:t>ଅବରୋଧର</w:t>
      </w:r>
      <w:r>
        <w:rPr>
          <w:rFonts w:ascii="Times New Roman" w:hAnsi="Times New Roman" w:eastAsia="Times New Roman" w:cs="Times New Roman"/>
        </w:rPr>
        <w:t xml:space="preserve"> </w:t>
      </w:r>
      <w:r>
        <w:rPr>
          <w:rFonts w:ascii="Nirmala UI" w:hAnsi="Nirmala UI" w:eastAsia="Nirmala UI" w:cs="Nirmala UI"/>
        </w:rPr>
        <w:t>ଚିହ୍ନକୁ</w:t>
      </w:r>
      <w:r>
        <w:rPr>
          <w:rFonts w:ascii="Times New Roman" w:hAnsi="Times New Roman" w:eastAsia="Times New Roman" w:cs="Times New Roman"/>
        </w:rPr>
        <w:t xml:space="preserve"> </w:t>
      </w:r>
      <w:r>
        <w:rPr>
          <w:rFonts w:ascii="Nirmala UI" w:hAnsi="Nirmala UI" w:eastAsia="Nirmala UI" w:cs="Nirmala UI"/>
        </w:rPr>
        <w:t>ଦେଖି</w:t>
      </w:r>
      <w:r>
        <w:rPr>
          <w:rFonts w:ascii="Times New Roman" w:hAnsi="Times New Roman" w:eastAsia="Times New Roman" w:cs="Times New Roman"/>
        </w:rPr>
        <w:t xml:space="preserve"> </w:t>
      </w:r>
      <w:r>
        <w:rPr>
          <w:rFonts w:ascii="Nirmala UI" w:hAnsi="Nirmala UI" w:eastAsia="Nirmala UI" w:cs="Nirmala UI"/>
        </w:rPr>
        <w:t>ସୁରକ୍ଷା</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ପଳାଇ</w:t>
      </w:r>
      <w:r>
        <w:rPr>
          <w:rFonts w:ascii="Times New Roman" w:hAnsi="Times New Roman" w:eastAsia="Times New Roman" w:cs="Times New Roman"/>
        </w:rPr>
        <w:t xml:space="preserve"> </w:t>
      </w:r>
      <w:r>
        <w:rPr>
          <w:rFonts w:ascii="Nirmala UI" w:hAnsi="Nirmala UI" w:eastAsia="Nirmala UI" w:cs="Nirmala UI"/>
        </w:rPr>
        <w:t>ଯାଇଥିଲେ।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ଅର୍ଧର</w:t>
      </w:r>
      <w:r>
        <w:rPr>
          <w:rFonts w:ascii="Times New Roman" w:hAnsi="Times New Roman" w:eastAsia="Times New Roman" w:cs="Times New Roman"/>
        </w:rPr>
        <w:t xml:space="preserve"> </w:t>
      </w:r>
      <w:r>
        <w:rPr>
          <w:rFonts w:ascii="Nirmala UI" w:hAnsi="Nirmala UI" w:eastAsia="Nirmala UI" w:cs="Nirmala UI"/>
        </w:rPr>
        <w:t>ଅବରୋଧ</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 xml:space="preserve"> </w:t>
      </w:r>
      <w:r>
        <w:rPr>
          <w:rFonts w:ascii="Nirmala UI" w:hAnsi="Nirmala UI" w:eastAsia="Nirmala UI" w:cs="Nirmala UI"/>
        </w:rPr>
        <w:t>ପ୍ରକାରର</w:t>
      </w:r>
      <w:r>
        <w:rPr>
          <w:rFonts w:ascii="Times New Roman" w:hAnsi="Times New Roman" w:eastAsia="Times New Roman" w:cs="Times New Roman"/>
        </w:rPr>
        <w:t xml:space="preserve"> </w:t>
      </w:r>
      <w:r>
        <w:rPr>
          <w:rFonts w:ascii="Nirmala UI" w:hAnsi="Nirmala UI" w:eastAsia="Nirmala UI" w:cs="Nirmala UI"/>
        </w:rPr>
        <w:t>ଉପାସକମାନଙ୍କୁ</w:t>
      </w:r>
      <w:r>
        <w:rPr>
          <w:rFonts w:ascii="Times New Roman" w:hAnsi="Times New Roman" w:eastAsia="Times New Roman" w:cs="Times New Roman"/>
        </w:rPr>
        <w:t xml:space="preserve"> </w:t>
      </w:r>
      <w:r>
        <w:rPr>
          <w:rFonts w:ascii="Nirmala UI" w:hAnsi="Nirmala UI" w:eastAsia="Nirmala UI" w:cs="Nirmala UI"/>
        </w:rPr>
        <w:t>ପ୍ରକାଶ</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ଗୋଟିଏ</w:t>
      </w:r>
      <w:r>
        <w:rPr>
          <w:rFonts w:ascii="Times New Roman" w:hAnsi="Times New Roman" w:eastAsia="Times New Roman" w:cs="Times New Roman"/>
        </w:rPr>
        <w:t xml:space="preserve"> </w:t>
      </w:r>
      <w:r>
        <w:rPr>
          <w:rFonts w:ascii="Nirmala UI" w:hAnsi="Nirmala UI" w:eastAsia="Nirmala UI" w:cs="Nirmala UI"/>
        </w:rPr>
        <w:t>ଶ୍ରେଣୀ</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ଚିହ୍ନକୁ</w:t>
      </w:r>
      <w:r>
        <w:rPr>
          <w:rFonts w:ascii="Times New Roman" w:hAnsi="Times New Roman" w:eastAsia="Times New Roman" w:cs="Times New Roman"/>
        </w:rPr>
        <w:t xml:space="preserve"> </w:t>
      </w:r>
      <w:r>
        <w:rPr>
          <w:rFonts w:ascii="Nirmala UI" w:hAnsi="Nirmala UI" w:eastAsia="Nirmala UI" w:cs="Nirmala UI"/>
        </w:rPr>
        <w:t>ବୁଝିବେ</w:t>
      </w:r>
      <w:r>
        <w:rPr>
          <w:rFonts w:ascii="Times New Roman" w:hAnsi="Times New Roman" w:eastAsia="Times New Roman" w:cs="Times New Roman"/>
        </w:rPr>
        <w:t xml:space="preserve">, </w:t>
      </w:r>
      <w:r>
        <w:rPr>
          <w:rFonts w:ascii="Nirmala UI" w:hAnsi="Nirmala UI" w:eastAsia="Nirmala UI" w:cs="Nirmala UI"/>
        </w:rPr>
        <w:t>ଅନ୍ୟ</w:t>
      </w:r>
      <w:r>
        <w:rPr>
          <w:rFonts w:ascii="Times New Roman" w:hAnsi="Times New Roman" w:eastAsia="Times New Roman" w:cs="Times New Roman"/>
        </w:rPr>
        <w:t xml:space="preserve"> </w:t>
      </w:r>
      <w:r>
        <w:rPr>
          <w:rFonts w:ascii="Nirmala UI" w:hAnsi="Nirmala UI" w:eastAsia="Nirmala UI" w:cs="Nirmala UI"/>
        </w:rPr>
        <w:t>ଶ୍ରେଣୀ</w:t>
      </w:r>
      <w:r>
        <w:rPr>
          <w:rFonts w:ascii="Times New Roman" w:hAnsi="Times New Roman" w:eastAsia="Times New Roman" w:cs="Times New Roman"/>
        </w:rPr>
        <w:t>—</w:t>
      </w:r>
      <w:r>
        <w:rPr>
          <w:rFonts w:ascii="Nirmala UI" w:hAnsi="Nirmala UI" w:eastAsia="Nirmala UI" w:cs="Nirmala UI"/>
        </w:rPr>
        <w:t>ଯାହାକୁ</w:t>
      </w:r>
      <w:r>
        <w:rPr>
          <w:rFonts w:ascii="Times New Roman" w:hAnsi="Times New Roman" w:eastAsia="Times New Roman" w:cs="Times New Roman"/>
        </w:rPr>
        <w:t xml:space="preserve"> </w:t>
      </w:r>
      <w:r>
        <w:rPr>
          <w:rFonts w:ascii="Nirmala UI" w:hAnsi="Nirmala UI" w:eastAsia="Nirmala UI" w:cs="Nirmala UI"/>
        </w:rPr>
        <w:t>ଯିଶାୟା</w:t>
      </w:r>
      <w:r>
        <w:rPr>
          <w:rFonts w:ascii="Times New Roman" w:hAnsi="Times New Roman" w:eastAsia="Times New Roman" w:cs="Times New Roman"/>
        </w:rPr>
        <w:t xml:space="preserve"> “</w:t>
      </w:r>
      <w:r>
        <w:rPr>
          <w:rFonts w:ascii="Nirmala UI" w:hAnsi="Nirmala UI" w:eastAsia="Nirmala UI" w:cs="Nirmala UI"/>
        </w:rPr>
        <w:t>ଅନେକ</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କରିଛନ୍ତି</w:t>
      </w:r>
      <w:r>
        <w:rPr>
          <w:rFonts w:ascii="Times New Roman" w:hAnsi="Times New Roman" w:eastAsia="Times New Roman" w:cs="Times New Roman"/>
        </w:rPr>
        <w:t>—</w:t>
      </w:r>
      <w:r>
        <w:rPr>
          <w:rFonts w:ascii="Nirmala UI" w:hAnsi="Nirmala UI" w:eastAsia="Nirmala UI" w:cs="Nirmala UI"/>
        </w:rPr>
        <w:t>ଦେଖିବେ</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କିମ୍ବା</w:t>
      </w:r>
      <w:r>
        <w:rPr>
          <w:rFonts w:ascii="Times New Roman" w:hAnsi="Times New Roman" w:eastAsia="Times New Roman" w:cs="Times New Roman"/>
        </w:rPr>
        <w:t xml:space="preserve"> </w:t>
      </w:r>
      <w:r>
        <w:rPr>
          <w:rFonts w:ascii="Nirmala UI" w:hAnsi="Nirmala UI" w:eastAsia="Nirmala UI" w:cs="Nirmala UI"/>
        </w:rPr>
        <w:t>ଶୁଣିବେ</w:t>
      </w:r>
      <w:r>
        <w:rPr>
          <w:rFonts w:ascii="Times New Roman" w:hAnsi="Times New Roman" w:eastAsia="Times New Roman" w:cs="Times New Roman"/>
        </w:rPr>
        <w:t xml:space="preserve"> </w:t>
      </w:r>
      <w:r>
        <w:rPr>
          <w:rFonts w:ascii="Nirmala UI" w:hAnsi="Nirmala UI" w:eastAsia="Nirmala UI" w:cs="Nirmala UI"/>
        </w:rPr>
        <w:t>ନାହିଁ।</w:t>
      </w:r>
    </w:p>
    <w:p>
      <w:pPr>
        <w:pStyle w:val="ArticleHeading"/>
        <w:jc w:val="left"/>
      </w:pPr>
      <w:r>
        <w:rPr>
          <w:rFonts w:ascii="Arial" w:hAnsi="Arial" w:eastAsia="Arial" w:cs="Arial"/>
        </w:rPr>
        <w:t>Baqattootaa fi Muraasota</w:t>
      </w:r>
    </w:p>
    <w:p>
      <w:pPr>
        <w:pStyle w:val="ArticleScripture"/>
        <w:jc w:val="left"/>
      </w:pPr>
      <w:r>
        <w:rPr>
          <w:rFonts w:ascii="Times New Roman" w:hAnsi="Times New Roman" w:eastAsia="Times New Roman" w:cs="Times New Roman"/>
        </w:rPr>
        <w:t>Yeroo sana mootichi hojjettoota isaatiin, Harkaafi miila isaa hidhatii isa fuudhaatii dukkana alaatti darbadhaa; achitti boo’uunii fi ilkaan qarachuun ni ta’a, jedhe. Namoonni baay’een waamamu, muraasni garuu filatamu. Maatewos 22:13, 14.</w:t>
      </w:r>
    </w:p>
    <w:p>
      <w:pPr>
        <w:pStyle w:val="ArticleScripture"/>
        <w:jc w:val="left"/>
      </w:pPr>
      <w:r>
        <w:rPr>
          <w:rFonts w:ascii="Times New Roman" w:hAnsi="Times New Roman" w:eastAsia="Times New Roman" w:cs="Times New Roman"/>
        </w:rPr>
        <w:t>Kanaaf warri dhumaa taʼan jalqabaa ni taʼu; warri jalqabaa taʼan immoo dhumaa ni taʼu; waamaman baayʼee taʼus, filatamtoonni muraasa. Maatewos 20:16.</w:t>
      </w:r>
    </w:p>
    <w:p>
      <w:pPr>
        <w:pStyle w:val="ArticleHeading"/>
        <w:jc w:val="left"/>
      </w:pPr>
      <w:r>
        <w:rPr>
          <w:rFonts w:ascii="Arial" w:hAnsi="Arial" w:eastAsia="Arial" w:cs="Arial"/>
        </w:rPr>
        <w:t>Itti Arguu fi Dhagaʼuu</w:t>
      </w:r>
    </w:p>
    <w:p>
      <w:pPr>
        <w:pStyle w:val="ArticleBody"/>
        <w:jc w:val="left"/>
      </w:pPr>
      <w:r>
        <w:rPr>
          <w:rFonts w:ascii="Nirmala UI" w:hAnsi="Nirmala UI" w:eastAsia="Nirmala UI" w:cs="Nirmala UI"/>
        </w:rPr>
        <w:t>ᱤᱡᱮᱠᱤᱭᱮᱞ</w:t>
      </w:r>
      <w:r>
        <w:rPr>
          <w:rFonts w:ascii="Times New Roman" w:hAnsi="Times New Roman" w:eastAsia="Times New Roman" w:cs="Times New Roman"/>
        </w:rPr>
        <w:t xml:space="preserve"> </w:t>
      </w:r>
      <w:r>
        <w:rPr>
          <w:rFonts w:ascii="Nirmala UI" w:hAnsi="Nirmala UI" w:eastAsia="Nirmala UI" w:cs="Nirmala UI"/>
        </w:rPr>
        <w:t>ᱨᱮᱱ</w:t>
      </w:r>
      <w:r>
        <w:rPr>
          <w:rFonts w:ascii="Times New Roman" w:hAnsi="Times New Roman" w:eastAsia="Times New Roman" w:cs="Times New Roman"/>
        </w:rPr>
        <w:t xml:space="preserve"> </w:t>
      </w:r>
      <w:r>
        <w:rPr>
          <w:rFonts w:ascii="Nirmala UI" w:hAnsi="Nirmala UI" w:eastAsia="Nirmala UI" w:cs="Nirmala UI"/>
        </w:rPr>
        <w:t>ᱯᱚᱛᱚᱵᱽ</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ᱯᱟᱱᱪ</w:t>
      </w:r>
      <w:r>
        <w:rPr>
          <w:rFonts w:ascii="Times New Roman" w:hAnsi="Times New Roman" w:eastAsia="Times New Roman" w:cs="Times New Roman"/>
        </w:rPr>
        <w:t xml:space="preserve"> </w:t>
      </w:r>
      <w:r>
        <w:rPr>
          <w:rFonts w:ascii="Nirmala UI" w:hAnsi="Nirmala UI" w:eastAsia="Nirmala UI" w:cs="Nirmala UI"/>
        </w:rPr>
        <w:t>ᱜᱮ</w:t>
      </w:r>
      <w:r>
        <w:rPr>
          <w:rFonts w:ascii="Times New Roman" w:hAnsi="Times New Roman" w:eastAsia="Times New Roman" w:cs="Times New Roman"/>
        </w:rPr>
        <w:t xml:space="preserve"> </w:t>
      </w:r>
      <w:r>
        <w:rPr>
          <w:rFonts w:ascii="Nirmala UI" w:hAnsi="Nirmala UI" w:eastAsia="Nirmala UI" w:cs="Nirmala UI"/>
        </w:rPr>
        <w:t>ᱟᱪᱴᱮᱰ</w:t>
      </w:r>
      <w:r>
        <w:rPr>
          <w:rFonts w:ascii="Times New Roman" w:hAnsi="Times New Roman" w:eastAsia="Times New Roman" w:cs="Times New Roman"/>
        </w:rPr>
        <w:t xml:space="preserve"> </w:t>
      </w:r>
      <w:r>
        <w:rPr>
          <w:rFonts w:ascii="Nirmala UI" w:hAnsi="Nirmala UI" w:eastAsia="Nirmala UI" w:cs="Nirmala UI"/>
        </w:rPr>
        <w:t>ᱟᱣᱴ</w:t>
      </w:r>
      <w:r>
        <w:rPr>
          <w:rFonts w:ascii="Times New Roman" w:hAnsi="Times New Roman" w:eastAsia="Times New Roman" w:cs="Times New Roman"/>
        </w:rPr>
        <w:t xml:space="preserve"> </w:t>
      </w:r>
      <w:r>
        <w:rPr>
          <w:rFonts w:ascii="Nirmala UI" w:hAnsi="Nirmala UI" w:eastAsia="Nirmala UI" w:cs="Nirmala UI"/>
        </w:rPr>
        <w:t>ᱯᱮᱨᱟᱵᱚᱞᱮ</w:t>
      </w:r>
      <w:r>
        <w:rPr>
          <w:rFonts w:ascii="Times New Roman" w:hAnsi="Times New Roman" w:eastAsia="Times New Roman" w:cs="Times New Roman"/>
        </w:rPr>
        <w:t xml:space="preserve"> </w:t>
      </w:r>
      <w:r>
        <w:rPr>
          <w:rFonts w:ascii="Nirmala UI" w:hAnsi="Nirmala UI" w:eastAsia="Nirmala UI" w:cs="Nirmala UI"/>
        </w:rPr>
        <w:t>ᱟᱠᱟᱱᱟ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ᱯᱟᱱᱪ</w:t>
      </w:r>
      <w:r>
        <w:rPr>
          <w:rFonts w:ascii="Times New Roman" w:hAnsi="Times New Roman" w:eastAsia="Times New Roman" w:cs="Times New Roman"/>
        </w:rPr>
        <w:t xml:space="preserve"> </w:t>
      </w:r>
      <w:r>
        <w:rPr>
          <w:rFonts w:ascii="Nirmala UI" w:hAnsi="Nirmala UI" w:eastAsia="Nirmala UI" w:cs="Nirmala UI"/>
        </w:rPr>
        <w:t>ᱫᱷᱟᱣ</w:t>
      </w:r>
      <w:r>
        <w:rPr>
          <w:rFonts w:ascii="Times New Roman" w:hAnsi="Times New Roman" w:eastAsia="Times New Roman" w:cs="Times New Roman"/>
        </w:rPr>
        <w:t xml:space="preserve"> </w:t>
      </w:r>
      <w:r>
        <w:rPr>
          <w:rFonts w:ascii="Nirmala UI" w:hAnsi="Nirmala UI" w:eastAsia="Nirmala UI" w:cs="Nirmala UI"/>
        </w:rPr>
        <w:t>ᱜᱮ</w:t>
      </w:r>
      <w:r>
        <w:rPr>
          <w:rFonts w:ascii="Times New Roman" w:hAnsi="Times New Roman" w:eastAsia="Times New Roman" w:cs="Times New Roman"/>
        </w:rPr>
        <w:t xml:space="preserve"> </w:t>
      </w:r>
      <w:r>
        <w:rPr>
          <w:rFonts w:ascii="Nirmala UI" w:hAnsi="Nirmala UI" w:eastAsia="Nirmala UI" w:cs="Nirmala UI"/>
        </w:rPr>
        <w:t>ᱤᱡᱮᱠᱤᱭᱮᱞ</w:t>
      </w:r>
      <w:r>
        <w:rPr>
          <w:rFonts w:ascii="Times New Roman" w:hAnsi="Times New Roman" w:eastAsia="Times New Roman" w:cs="Times New Roman"/>
        </w:rPr>
        <w:t xml:space="preserve"> </w:t>
      </w:r>
      <w:r>
        <w:rPr>
          <w:rFonts w:ascii="Nirmala UI" w:hAnsi="Nirmala UI" w:eastAsia="Nirmala UI" w:cs="Nirmala UI"/>
        </w:rPr>
        <w:t>ᱱᱮᱛᱟᱠᱚ</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ᱦᱚᱲᱠᱚ</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ᱠᱟᱛᱷᱟ</w:t>
      </w:r>
      <w:r>
        <w:rPr>
          <w:rFonts w:ascii="Times New Roman" w:hAnsi="Times New Roman" w:eastAsia="Times New Roman" w:cs="Times New Roman"/>
        </w:rPr>
        <w:t xml:space="preserve"> </w:t>
      </w:r>
      <w:r>
        <w:rPr>
          <w:rFonts w:ascii="Nirmala UI" w:hAnsi="Nirmala UI" w:eastAsia="Nirmala UI" w:cs="Nirmala UI"/>
        </w:rPr>
        <w:t>ᱠᱮᱫᱟᱭ᱾</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ᱵᱟᱨ</w:t>
      </w:r>
      <w:r>
        <w:rPr>
          <w:rFonts w:ascii="Times New Roman" w:hAnsi="Times New Roman" w:eastAsia="Times New Roman" w:cs="Times New Roman"/>
        </w:rPr>
        <w:t xml:space="preserve"> </w:t>
      </w:r>
      <w:r>
        <w:rPr>
          <w:rFonts w:ascii="Nirmala UI" w:hAnsi="Nirmala UI" w:eastAsia="Nirmala UI" w:cs="Nirmala UI"/>
        </w:rPr>
        <w:t>ᱥᱟᱠᱷᱤ</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ᱯᱟᱱᱪ</w:t>
      </w:r>
      <w:r>
        <w:rPr>
          <w:rFonts w:ascii="Times New Roman" w:hAnsi="Times New Roman" w:eastAsia="Times New Roman" w:cs="Times New Roman"/>
        </w:rPr>
        <w:t xml:space="preserve"> </w:t>
      </w:r>
      <w:r>
        <w:rPr>
          <w:rFonts w:ascii="Nirmala UI" w:hAnsi="Nirmala UI" w:eastAsia="Nirmala UI" w:cs="Nirmala UI"/>
        </w:rPr>
        <w:t>ᱵᱚᱠᱟ</w:t>
      </w:r>
      <w:r>
        <w:rPr>
          <w:rFonts w:ascii="Times New Roman" w:hAnsi="Times New Roman" w:eastAsia="Times New Roman" w:cs="Times New Roman"/>
        </w:rPr>
        <w:t xml:space="preserve"> </w:t>
      </w:r>
      <w:r>
        <w:rPr>
          <w:rFonts w:ascii="Nirmala UI" w:hAnsi="Nirmala UI" w:eastAsia="Nirmala UI" w:cs="Nirmala UI"/>
        </w:rPr>
        <w:t>ᱠᱚᱸᱣᱟᱹᱨᱤᱠᱚ</w:t>
      </w:r>
      <w:r>
        <w:rPr>
          <w:rFonts w:ascii="Times New Roman" w:hAnsi="Times New Roman" w:eastAsia="Times New Roman" w:cs="Times New Roman"/>
        </w:rPr>
        <w:t xml:space="preserve"> </w:t>
      </w:r>
      <w:r>
        <w:rPr>
          <w:rFonts w:ascii="Nirmala UI" w:hAnsi="Nirmala UI" w:eastAsia="Nirmala UI" w:cs="Nirmala UI"/>
        </w:rPr>
        <w:t>ᱪᱤᱱᱦᱟᱹᱣᱟ</w:t>
      </w:r>
      <w:r>
        <w:rPr>
          <w:rFonts w:ascii="Times New Roman" w:hAnsi="Times New Roman" w:eastAsia="Times New Roman" w:cs="Times New Roman"/>
        </w:rPr>
        <w:t xml:space="preserve">, </w:t>
      </w:r>
      <w:r>
        <w:rPr>
          <w:rFonts w:ascii="Nirmala UI" w:hAnsi="Nirmala UI" w:eastAsia="Nirmala UI" w:cs="Nirmala UI"/>
        </w:rPr>
        <w:t>ᱡᱮᱠᱚ</w:t>
      </w:r>
      <w:r>
        <w:rPr>
          <w:rFonts w:ascii="Times New Roman" w:hAnsi="Times New Roman" w:eastAsia="Times New Roman" w:cs="Times New Roman"/>
        </w:rPr>
        <w:t xml:space="preserve"> ‘</w:t>
      </w:r>
      <w:r>
        <w:rPr>
          <w:rFonts w:ascii="Nirmala UI" w:hAnsi="Nirmala UI" w:eastAsia="Nirmala UI" w:cs="Nirmala UI"/>
        </w:rPr>
        <w:t>ᱧᱮᱞ</w:t>
      </w:r>
      <w:r>
        <w:rPr>
          <w:rFonts w:ascii="Times New Roman" w:hAnsi="Times New Roman" w:eastAsia="Times New Roman" w:cs="Times New Roman"/>
        </w:rPr>
        <w:t xml:space="preserve">’ </w:t>
      </w:r>
      <w:r>
        <w:rPr>
          <w:rFonts w:ascii="Nirmala UI" w:hAnsi="Nirmala UI" w:eastAsia="Nirmala UI" w:cs="Nirmala UI"/>
        </w:rPr>
        <w:t>ᱠᱚ</w:t>
      </w:r>
      <w:r>
        <w:rPr>
          <w:rFonts w:ascii="Times New Roman" w:hAnsi="Times New Roman" w:eastAsia="Times New Roman" w:cs="Times New Roman"/>
        </w:rPr>
        <w:t xml:space="preserve"> </w:t>
      </w:r>
      <w:r>
        <w:rPr>
          <w:rFonts w:ascii="Nirmala UI" w:hAnsi="Nirmala UI" w:eastAsia="Nirmala UI" w:cs="Nirmala UI"/>
        </w:rPr>
        <w:t>ᱵᱟᱝ</w:t>
      </w:r>
      <w:r>
        <w:rPr>
          <w:rFonts w:ascii="Times New Roman" w:hAnsi="Times New Roman" w:eastAsia="Times New Roman" w:cs="Times New Roman"/>
        </w:rPr>
        <w:t xml:space="preserve"> </w:t>
      </w:r>
      <w:r>
        <w:rPr>
          <w:rFonts w:ascii="Nirmala UI" w:hAnsi="Nirmala UI" w:eastAsia="Nirmala UI" w:cs="Nirmala UI"/>
        </w:rPr>
        <w:t>ᱮᱢᱟ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ᱟᱧᱡᱚᱢ</w:t>
      </w:r>
      <w:r>
        <w:rPr>
          <w:rFonts w:ascii="Times New Roman" w:hAnsi="Times New Roman" w:eastAsia="Times New Roman" w:cs="Times New Roman"/>
        </w:rPr>
        <w:t xml:space="preserve">’ </w:t>
      </w:r>
      <w:r>
        <w:rPr>
          <w:rFonts w:ascii="Nirmala UI" w:hAnsi="Nirmala UI" w:eastAsia="Nirmala UI" w:cs="Nirmala UI"/>
        </w:rPr>
        <w:t>ᱠᱚ</w:t>
      </w:r>
      <w:r>
        <w:rPr>
          <w:rFonts w:ascii="Times New Roman" w:hAnsi="Times New Roman" w:eastAsia="Times New Roman" w:cs="Times New Roman"/>
        </w:rPr>
        <w:t xml:space="preserve"> </w:t>
      </w:r>
      <w:r>
        <w:rPr>
          <w:rFonts w:ascii="Nirmala UI" w:hAnsi="Nirmala UI" w:eastAsia="Nirmala UI" w:cs="Nirmala UI"/>
        </w:rPr>
        <w:t>ᱵᱟᱝ</w:t>
      </w:r>
      <w:r>
        <w:rPr>
          <w:rFonts w:ascii="Times New Roman" w:hAnsi="Times New Roman" w:eastAsia="Times New Roman" w:cs="Times New Roman"/>
        </w:rPr>
        <w:t xml:space="preserve"> </w:t>
      </w:r>
      <w:r>
        <w:rPr>
          <w:rFonts w:ascii="Nirmala UI" w:hAnsi="Nirmala UI" w:eastAsia="Nirmala UI" w:cs="Nirmala UI"/>
        </w:rPr>
        <w:t>ᱮᱢᱟ᱾</w:t>
      </w:r>
      <w:r>
        <w:rPr>
          <w:rFonts w:ascii="Times New Roman" w:hAnsi="Times New Roman" w:eastAsia="Times New Roman" w:cs="Times New Roman"/>
        </w:rPr>
        <w:t xml:space="preserve"> </w:t>
      </w:r>
      <w:r>
        <w:rPr>
          <w:rFonts w:ascii="Nirmala UI" w:hAnsi="Nirmala UI" w:eastAsia="Nirmala UI" w:cs="Nirmala UI"/>
        </w:rPr>
        <w:t>ᱡᱮᱥᱩ</w:t>
      </w:r>
      <w:r>
        <w:rPr>
          <w:rFonts w:ascii="Times New Roman" w:hAnsi="Times New Roman" w:eastAsia="Times New Roman" w:cs="Times New Roman"/>
        </w:rPr>
        <w:t xml:space="preserve">, </w:t>
      </w:r>
      <w:r>
        <w:rPr>
          <w:rFonts w:ascii="Nirmala UI" w:hAnsi="Nirmala UI" w:eastAsia="Nirmala UI" w:cs="Nirmala UI"/>
        </w:rPr>
        <w:t>ᱡᱤᱦᱩᱫᱟ</w:t>
      </w:r>
      <w:r>
        <w:rPr>
          <w:rFonts w:ascii="Times New Roman" w:hAnsi="Times New Roman" w:eastAsia="Times New Roman" w:cs="Times New Roman"/>
        </w:rPr>
        <w:t xml:space="preserve"> </w:t>
      </w:r>
      <w:r>
        <w:rPr>
          <w:rFonts w:ascii="Nirmala UI" w:hAnsi="Nirmala UI" w:eastAsia="Nirmala UI" w:cs="Nirmala UI"/>
        </w:rPr>
        <w:t>ᱠᱩᱞ</w:t>
      </w:r>
      <w:r>
        <w:rPr>
          <w:rFonts w:ascii="Times New Roman" w:hAnsi="Times New Roman" w:eastAsia="Times New Roman" w:cs="Times New Roman"/>
        </w:rPr>
        <w:t xml:space="preserve"> </w:t>
      </w:r>
      <w:r>
        <w:rPr>
          <w:rFonts w:ascii="Nirmala UI" w:hAnsi="Nirmala UI" w:eastAsia="Nirmala UI" w:cs="Nirmala UI"/>
        </w:rPr>
        <w:t>ᱨᱮᱱ</w:t>
      </w:r>
      <w:r>
        <w:rPr>
          <w:rFonts w:ascii="Times New Roman" w:hAnsi="Times New Roman" w:eastAsia="Times New Roman" w:cs="Times New Roman"/>
        </w:rPr>
        <w:t xml:space="preserve"> </w:t>
      </w:r>
      <w:r>
        <w:rPr>
          <w:rFonts w:ascii="Nirmala UI" w:hAnsi="Nirmala UI" w:eastAsia="Nirmala UI" w:cs="Nirmala UI"/>
        </w:rPr>
        <w:t>ᱥᱤᱝᱦ</w:t>
      </w:r>
      <w:r>
        <w:rPr>
          <w:rFonts w:ascii="Times New Roman" w:hAnsi="Times New Roman" w:eastAsia="Times New Roman" w:cs="Times New Roman"/>
        </w:rPr>
        <w:t xml:space="preserve"> </w:t>
      </w:r>
      <w:r>
        <w:rPr>
          <w:rFonts w:ascii="Nirmala UI" w:hAnsi="Nirmala UI" w:eastAsia="Nirmala UI" w:cs="Nirmala UI"/>
        </w:rPr>
        <w:t>ᱮᱥ</w:t>
      </w:r>
      <w:r>
        <w:rPr>
          <w:rFonts w:ascii="Times New Roman" w:hAnsi="Times New Roman" w:eastAsia="Times New Roman" w:cs="Times New Roman"/>
        </w:rPr>
        <w:t xml:space="preserve"> </w:t>
      </w:r>
      <w:r>
        <w:rPr>
          <w:rFonts w:ascii="Nirmala UI" w:hAnsi="Nirmala UI" w:eastAsia="Nirmala UI" w:cs="Nirmala UI"/>
        </w:rPr>
        <w:t>ᱟᱯᱱᱟᱨ</w:t>
      </w:r>
      <w:r>
        <w:rPr>
          <w:rFonts w:ascii="Times New Roman" w:hAnsi="Times New Roman" w:eastAsia="Times New Roman" w:cs="Times New Roman"/>
        </w:rPr>
        <w:t xml:space="preserve"> </w:t>
      </w:r>
      <w:r>
        <w:rPr>
          <w:rFonts w:ascii="Nirmala UI" w:hAnsi="Nirmala UI" w:eastAsia="Nirmala UI" w:cs="Nirmala UI"/>
        </w:rPr>
        <w:t>ᱵᱷᱟᱵᱤᱥᱭᱚᱫᱽᱵᱟᱱᱤ</w:t>
      </w:r>
      <w:r>
        <w:rPr>
          <w:rFonts w:ascii="Times New Roman" w:hAnsi="Times New Roman" w:eastAsia="Times New Roman" w:cs="Times New Roman"/>
        </w:rPr>
        <w:t xml:space="preserve"> </w:t>
      </w:r>
      <w:r>
        <w:rPr>
          <w:rFonts w:ascii="Nirmala UI" w:hAnsi="Nirmala UI" w:eastAsia="Nirmala UI" w:cs="Nirmala UI"/>
        </w:rPr>
        <w:t>ᱠᱟᱛᱷᱟ</w:t>
      </w:r>
      <w:r>
        <w:rPr>
          <w:rFonts w:ascii="Times New Roman" w:hAnsi="Times New Roman" w:eastAsia="Times New Roman" w:cs="Times New Roman"/>
        </w:rPr>
        <w:t xml:space="preserve"> </w:t>
      </w:r>
      <w:r>
        <w:rPr>
          <w:rFonts w:ascii="Nirmala UI" w:hAnsi="Nirmala UI" w:eastAsia="Nirmala UI" w:cs="Nirmala UI"/>
        </w:rPr>
        <w:t>ᱩᱱᱠᱩᱞ</w:t>
      </w:r>
      <w:r>
        <w:rPr>
          <w:rFonts w:ascii="Times New Roman" w:hAnsi="Times New Roman" w:eastAsia="Times New Roman" w:cs="Times New Roman"/>
        </w:rPr>
        <w:t xml:space="preserve">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ᱚᱠᱟ</w:t>
      </w:r>
      <w:r>
        <w:rPr>
          <w:rFonts w:ascii="Times New Roman" w:hAnsi="Times New Roman" w:eastAsia="Times New Roman" w:cs="Times New Roman"/>
        </w:rPr>
        <w:t xml:space="preserve"> </w:t>
      </w:r>
      <w:r>
        <w:rPr>
          <w:rFonts w:ascii="Nirmala UI" w:hAnsi="Nirmala UI" w:eastAsia="Nirmala UI" w:cs="Nirmala UI"/>
        </w:rPr>
        <w:t>ᱵᱮᱲᱟ</w:t>
      </w:r>
      <w:r>
        <w:rPr>
          <w:rFonts w:ascii="Times New Roman" w:hAnsi="Times New Roman" w:eastAsia="Times New Roman" w:cs="Times New Roman"/>
        </w:rPr>
        <w:t xml:space="preserve"> </w:t>
      </w:r>
      <w:r>
        <w:rPr>
          <w:rFonts w:ascii="Nirmala UI" w:hAnsi="Nirmala UI" w:eastAsia="Nirmala UI" w:cs="Nirmala UI"/>
        </w:rPr>
        <w:t>ᱵᱟᱹᱲᱛᱤ</w:t>
      </w:r>
      <w:r>
        <w:rPr>
          <w:rFonts w:ascii="Times New Roman" w:hAnsi="Times New Roman" w:eastAsia="Times New Roman" w:cs="Times New Roman"/>
        </w:rPr>
        <w:t xml:space="preserve"> </w:t>
      </w:r>
      <w:r>
        <w:rPr>
          <w:rFonts w:ascii="Nirmala UI" w:hAnsi="Nirmala UI" w:eastAsia="Nirmala UI" w:cs="Nirmala UI"/>
        </w:rPr>
        <w:t>ᱦᱚᱭᱚᱜᱼᱟ</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ᱜᱮᱭᱟᱱ</w:t>
      </w:r>
      <w:r>
        <w:rPr>
          <w:rFonts w:ascii="Times New Roman" w:hAnsi="Times New Roman" w:eastAsia="Times New Roman" w:cs="Times New Roman"/>
        </w:rPr>
        <w:t xml:space="preserve"> </w:t>
      </w:r>
      <w:r>
        <w:rPr>
          <w:rFonts w:ascii="Nirmala UI" w:hAnsi="Nirmala UI" w:eastAsia="Nirmala UI" w:cs="Nirmala UI"/>
        </w:rPr>
        <w:t>ᱠᱚ</w:t>
      </w:r>
      <w:r>
        <w:rPr>
          <w:rFonts w:ascii="Times New Roman" w:hAnsi="Times New Roman" w:eastAsia="Times New Roman" w:cs="Times New Roman"/>
        </w:rPr>
        <w:t xml:space="preserve"> </w:t>
      </w:r>
      <w:r>
        <w:rPr>
          <w:rFonts w:ascii="Nirmala UI" w:hAnsi="Nirmala UI" w:eastAsia="Nirmala UI" w:cs="Nirmala UI"/>
        </w:rPr>
        <w:t>ᱧᱮᱞ</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ᱟᱧᱡᱚᱢ</w:t>
      </w:r>
      <w:r>
        <w:rPr>
          <w:rFonts w:ascii="Times New Roman" w:hAnsi="Times New Roman" w:eastAsia="Times New Roman" w:cs="Times New Roman"/>
        </w:rPr>
        <w:t xml:space="preserve"> </w:t>
      </w:r>
      <w:r>
        <w:rPr>
          <w:rFonts w:ascii="Nirmala UI" w:hAnsi="Nirmala UI" w:eastAsia="Nirmala UI" w:cs="Nirmala UI"/>
        </w:rPr>
        <w:t>ᱠᱚ</w:t>
      </w:r>
      <w:r>
        <w:rPr>
          <w:rFonts w:ascii="Times New Roman" w:hAnsi="Times New Roman" w:eastAsia="Times New Roman" w:cs="Times New Roman"/>
        </w:rPr>
        <w:t xml:space="preserve"> </w:t>
      </w:r>
      <w:r>
        <w:rPr>
          <w:rFonts w:ascii="Nirmala UI" w:hAnsi="Nirmala UI" w:eastAsia="Nirmala UI" w:cs="Nirmala UI"/>
        </w:rPr>
        <w:t>ᱵᱟᱝ</w:t>
      </w:r>
      <w:r>
        <w:rPr>
          <w:rFonts w:ascii="Times New Roman" w:hAnsi="Times New Roman" w:eastAsia="Times New Roman" w:cs="Times New Roman"/>
        </w:rPr>
        <w:t xml:space="preserve"> </w:t>
      </w:r>
      <w:r>
        <w:rPr>
          <w:rFonts w:ascii="Nirmala UI" w:hAnsi="Nirmala UI" w:eastAsia="Nirmala UI" w:cs="Nirmala UI"/>
        </w:rPr>
        <w:t>ᱮᱢᱟ᱾</w:t>
      </w:r>
    </w:p>
    <w:p>
      <w:pPr>
        <w:pStyle w:val="ArticleHeading"/>
        <w:jc w:val="left"/>
      </w:pPr>
      <w:r>
        <w:rPr>
          <w:rFonts w:ascii="Arial" w:hAnsi="Arial" w:eastAsia="Arial" w:cs="Arial"/>
        </w:rPr>
        <w:t>Biyyi ni Arguu fi Dhaga’a</w:t>
      </w:r>
    </w:p>
    <w:p>
      <w:pPr>
        <w:pStyle w:val="ArticleScripture"/>
        <w:jc w:val="left"/>
      </w:pPr>
      <w:r>
        <w:rPr>
          <w:rFonts w:ascii="Times New Roman" w:hAnsi="Times New Roman" w:eastAsia="Times New Roman" w:cs="Times New Roman"/>
        </w:rPr>
        <w:t>Yaa jiraattota biyya lafaa hundinuu fi warri lafa irra qubattanis, yeroo inni tulluuwwan irratti mallattoo ol kaasu, ilaalaa; yeroo inni malakata afuufu immoo, dhagaʼaa. Isaayyaas 18:3.</w:t>
      </w:r>
    </w:p>
    <w:p>
      <w:pPr>
        <w:pStyle w:val="ArticleScripture"/>
        <w:jc w:val="left"/>
      </w:pPr>
      <w:r>
        <w:rPr>
          <w:rFonts w:ascii="Ebrima" w:hAnsi="Ebrima" w:eastAsia="Ebrima" w:cs="Ebrima"/>
        </w:rPr>
        <w:t>መዓልቲ</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ጽሑፍ</w:t>
      </w:r>
      <w:r>
        <w:rPr>
          <w:rFonts w:ascii="Times New Roman" w:hAnsi="Times New Roman" w:eastAsia="Times New Roman" w:cs="Times New Roman"/>
        </w:rPr>
        <w:t xml:space="preserve"> </w:t>
      </w:r>
      <w:r>
        <w:rPr>
          <w:rFonts w:ascii="Ebrima" w:hAnsi="Ebrima" w:eastAsia="Ebrima" w:cs="Ebrima"/>
        </w:rPr>
        <w:t>ቃላት</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መጽሓፍ</w:t>
      </w:r>
      <w:r>
        <w:rPr>
          <w:rFonts w:ascii="Times New Roman" w:hAnsi="Times New Roman" w:eastAsia="Times New Roman" w:cs="Times New Roman"/>
        </w:rPr>
        <w:t xml:space="preserve"> </w:t>
      </w:r>
      <w:r>
        <w:rPr>
          <w:rFonts w:ascii="Ebrima" w:hAnsi="Ebrima" w:eastAsia="Ebrima" w:cs="Ebrima"/>
        </w:rPr>
        <w:t>ክሰምዑ</w:t>
      </w:r>
      <w:r>
        <w:rPr>
          <w:rFonts w:ascii="Times New Roman" w:hAnsi="Times New Roman" w:eastAsia="Times New Roman" w:cs="Times New Roman"/>
        </w:rPr>
        <w:t xml:space="preserve"> </w:t>
      </w:r>
      <w:r>
        <w:rPr>
          <w:rFonts w:ascii="Ebrima" w:hAnsi="Ebrima" w:eastAsia="Ebrima" w:cs="Ebrima"/>
        </w:rPr>
        <w:t>ድኹማን</w:t>
      </w:r>
      <w:r>
        <w:rPr>
          <w:rFonts w:ascii="Times New Roman" w:hAnsi="Times New Roman" w:eastAsia="Times New Roman" w:cs="Times New Roman"/>
        </w:rPr>
        <w:t xml:space="preserve"> </w:t>
      </w:r>
      <w:r>
        <w:rPr>
          <w:rFonts w:ascii="Ebrima" w:hAnsi="Ebrima" w:eastAsia="Ebrima" w:cs="Ebrima"/>
        </w:rPr>
        <w:t>እዮም፤</w:t>
      </w:r>
      <w:r>
        <w:rPr>
          <w:rFonts w:ascii="Times New Roman" w:hAnsi="Times New Roman" w:eastAsia="Times New Roman" w:cs="Times New Roman"/>
        </w:rPr>
        <w:t xml:space="preserve"> </w:t>
      </w:r>
      <w:r>
        <w:rPr>
          <w:rFonts w:ascii="Ebrima" w:hAnsi="Ebrima" w:eastAsia="Ebrima" w:cs="Ebrima"/>
        </w:rPr>
        <w:t>ዓይኒ</w:t>
      </w:r>
      <w:r>
        <w:rPr>
          <w:rFonts w:ascii="Times New Roman" w:hAnsi="Times New Roman" w:eastAsia="Times New Roman" w:cs="Times New Roman"/>
        </w:rPr>
        <w:t xml:space="preserve"> </w:t>
      </w:r>
      <w:r>
        <w:rPr>
          <w:rFonts w:ascii="Ebrima" w:hAnsi="Ebrima" w:eastAsia="Ebrima" w:cs="Ebrima"/>
        </w:rPr>
        <w:t>ዕዉራን</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ካብ</w:t>
      </w:r>
      <w:r>
        <w:rPr>
          <w:rFonts w:ascii="Times New Roman" w:hAnsi="Times New Roman" w:eastAsia="Times New Roman" w:cs="Times New Roman"/>
        </w:rPr>
        <w:t xml:space="preserve"> </w:t>
      </w:r>
      <w:r>
        <w:rPr>
          <w:rFonts w:ascii="Ebrima" w:hAnsi="Ebrima" w:eastAsia="Ebrima" w:cs="Ebrima"/>
        </w:rPr>
        <w:t>ጭልማትን</w:t>
      </w:r>
      <w:r>
        <w:rPr>
          <w:rFonts w:ascii="Times New Roman" w:hAnsi="Times New Roman" w:eastAsia="Times New Roman" w:cs="Times New Roman"/>
        </w:rPr>
        <w:t xml:space="preserve"> </w:t>
      </w:r>
      <w:r>
        <w:rPr>
          <w:rFonts w:ascii="Ebrima" w:hAnsi="Ebrima" w:eastAsia="Ebrima" w:cs="Ebrima"/>
        </w:rPr>
        <w:t>ካብ</w:t>
      </w:r>
      <w:r>
        <w:rPr>
          <w:rFonts w:ascii="Times New Roman" w:hAnsi="Times New Roman" w:eastAsia="Times New Roman" w:cs="Times New Roman"/>
        </w:rPr>
        <w:t xml:space="preserve"> </w:t>
      </w:r>
      <w:r>
        <w:rPr>
          <w:rFonts w:ascii="Ebrima" w:hAnsi="Ebrima" w:eastAsia="Ebrima" w:cs="Ebrima"/>
        </w:rPr>
        <w:t>ጽልማትን</w:t>
      </w:r>
      <w:r>
        <w:rPr>
          <w:rFonts w:ascii="Times New Roman" w:hAnsi="Times New Roman" w:eastAsia="Times New Roman" w:cs="Times New Roman"/>
        </w:rPr>
        <w:t xml:space="preserve"> </w:t>
      </w:r>
      <w:r>
        <w:rPr>
          <w:rFonts w:ascii="Ebrima" w:hAnsi="Ebrima" w:eastAsia="Ebrima" w:cs="Ebrima"/>
        </w:rPr>
        <w:t>ክርእዩ</w:t>
      </w:r>
      <w:r>
        <w:rPr>
          <w:rFonts w:ascii="Times New Roman" w:hAnsi="Times New Roman" w:eastAsia="Times New Roman" w:cs="Times New Roman"/>
        </w:rPr>
        <w:t xml:space="preserve"> </w:t>
      </w:r>
      <w:r>
        <w:rPr>
          <w:rFonts w:ascii="Ebrima" w:hAnsi="Ebrima" w:eastAsia="Ebrima" w:cs="Ebrima"/>
        </w:rPr>
        <w:t>እዮም።</w:t>
      </w:r>
      <w:r>
        <w:rPr>
          <w:rFonts w:ascii="Times New Roman" w:hAnsi="Times New Roman" w:eastAsia="Times New Roman" w:cs="Times New Roman"/>
        </w:rPr>
        <w:t xml:space="preserve"> </w:t>
      </w:r>
      <w:r>
        <w:rPr>
          <w:rFonts w:ascii="Ebrima" w:hAnsi="Ebrima" w:eastAsia="Ebrima" w:cs="Ebrima"/>
        </w:rPr>
        <w:t>ኢሳይያስ</w:t>
      </w:r>
      <w:r>
        <w:rPr>
          <w:rFonts w:ascii="Times New Roman" w:hAnsi="Times New Roman" w:eastAsia="Times New Roman" w:cs="Times New Roman"/>
        </w:rPr>
        <w:t xml:space="preserve"> 29:18</w:t>
      </w:r>
      <w:r>
        <w:rPr>
          <w:rFonts w:ascii="Ebrima" w:hAnsi="Ebrima" w:eastAsia="Ebrima" w:cs="Ebrima"/>
        </w:rPr>
        <w:t>።</w:t>
      </w:r>
    </w:p>
    <w:p>
      <w:pPr>
        <w:pStyle w:val="ArticleHeading"/>
        <w:jc w:val="left"/>
      </w:pPr>
      <w:r>
        <w:rPr>
          <w:rFonts w:ascii="Arial" w:hAnsi="Arial" w:eastAsia="Arial" w:cs="Arial"/>
        </w:rPr>
        <w:t>Manni Gowwuu fi Wallaalaan Qabamu Beekuumsaan Hin Qaban</w:t>
      </w:r>
    </w:p>
    <w:p>
      <w:pPr>
        <w:pStyle w:val="ArticleScripture"/>
        <w:jc w:val="left"/>
      </w:pPr>
      <w:r>
        <w:rPr>
          <w:rFonts w:ascii="Ebrima" w:hAnsi="Ebrima" w:eastAsia="Ebrima" w:cs="Ebrima"/>
        </w:rPr>
        <w:t>ምልክትቱ</w:t>
      </w:r>
      <w:r>
        <w:rPr>
          <w:rFonts w:ascii="Times New Roman" w:hAnsi="Times New Roman" w:eastAsia="Times New Roman" w:cs="Times New Roman"/>
        </w:rPr>
        <w:t xml:space="preserve"> </w:t>
      </w:r>
      <w:r>
        <w:rPr>
          <w:rFonts w:ascii="Ebrima" w:hAnsi="Ebrima" w:eastAsia="Ebrima" w:cs="Ebrima"/>
        </w:rPr>
        <w:t>ክሳዕ</w:t>
      </w:r>
      <w:r>
        <w:rPr>
          <w:rFonts w:ascii="Times New Roman" w:hAnsi="Times New Roman" w:eastAsia="Times New Roman" w:cs="Times New Roman"/>
        </w:rPr>
        <w:t xml:space="preserve"> </w:t>
      </w:r>
      <w:r>
        <w:rPr>
          <w:rFonts w:ascii="Ebrima" w:hAnsi="Ebrima" w:eastAsia="Ebrima" w:cs="Ebrima"/>
        </w:rPr>
        <w:t>መዓስ</w:t>
      </w:r>
      <w:r>
        <w:rPr>
          <w:rFonts w:ascii="Times New Roman" w:hAnsi="Times New Roman" w:eastAsia="Times New Roman" w:cs="Times New Roman"/>
        </w:rPr>
        <w:t xml:space="preserve"> </w:t>
      </w:r>
      <w:r>
        <w:rPr>
          <w:rFonts w:ascii="Ebrima" w:hAnsi="Ebrima" w:eastAsia="Ebrima" w:cs="Ebrima"/>
        </w:rPr>
        <w:t>እርኢ</w:t>
      </w:r>
      <w:r>
        <w:rPr>
          <w:rFonts w:ascii="Times New Roman" w:hAnsi="Times New Roman" w:eastAsia="Times New Roman" w:cs="Times New Roman"/>
        </w:rPr>
        <w:t xml:space="preserve"> </w:t>
      </w:r>
      <w:r>
        <w:rPr>
          <w:rFonts w:ascii="Ebrima" w:hAnsi="Ebrima" w:eastAsia="Ebrima" w:cs="Ebrima"/>
        </w:rPr>
        <w:t>እሞ፣</w:t>
      </w:r>
      <w:r>
        <w:rPr>
          <w:rFonts w:ascii="Times New Roman" w:hAnsi="Times New Roman" w:eastAsia="Times New Roman" w:cs="Times New Roman"/>
        </w:rPr>
        <w:t xml:space="preserve"> </w:t>
      </w:r>
      <w:r>
        <w:rPr>
          <w:rFonts w:ascii="Ebrima" w:hAnsi="Ebrima" w:eastAsia="Ebrima" w:cs="Ebrima"/>
        </w:rPr>
        <w:t>ድምፂ</w:t>
      </w:r>
      <w:r>
        <w:rPr>
          <w:rFonts w:ascii="Times New Roman" w:hAnsi="Times New Roman" w:eastAsia="Times New Roman" w:cs="Times New Roman"/>
        </w:rPr>
        <w:t xml:space="preserve"> </w:t>
      </w:r>
      <w:r>
        <w:rPr>
          <w:rFonts w:ascii="Ebrima" w:hAnsi="Ebrima" w:eastAsia="Ebrima" w:cs="Ebrima"/>
        </w:rPr>
        <w:t>መለኸትውን</w:t>
      </w:r>
      <w:r>
        <w:rPr>
          <w:rFonts w:ascii="Times New Roman" w:hAnsi="Times New Roman" w:eastAsia="Times New Roman" w:cs="Times New Roman"/>
        </w:rPr>
        <w:t xml:space="preserve"> </w:t>
      </w:r>
      <w:r>
        <w:rPr>
          <w:rFonts w:ascii="Ebrima" w:hAnsi="Ebrima" w:eastAsia="Ebrima" w:cs="Ebrima"/>
        </w:rPr>
        <w:t>እሰምዕ</w:t>
      </w:r>
      <w:r>
        <w:rPr>
          <w:rFonts w:ascii="Times New Roman" w:hAnsi="Times New Roman" w:eastAsia="Times New Roman" w:cs="Times New Roman"/>
        </w:rPr>
        <w:t xml:space="preserve">? </w:t>
      </w:r>
      <w:r>
        <w:rPr>
          <w:rFonts w:ascii="Ebrima" w:hAnsi="Ebrima" w:eastAsia="Ebrima" w:cs="Ebrima"/>
        </w:rPr>
        <w:t>ሕዝበይ</w:t>
      </w:r>
      <w:r>
        <w:rPr>
          <w:rFonts w:ascii="Times New Roman" w:hAnsi="Times New Roman" w:eastAsia="Times New Roman" w:cs="Times New Roman"/>
        </w:rPr>
        <w:t xml:space="preserve"> </w:t>
      </w:r>
      <w:r>
        <w:rPr>
          <w:rFonts w:ascii="Ebrima" w:hAnsi="Ebrima" w:eastAsia="Ebrima" w:cs="Ebrima"/>
        </w:rPr>
        <w:t>ዓሻ</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እሞ፣</w:t>
      </w:r>
      <w:r>
        <w:rPr>
          <w:rFonts w:ascii="Times New Roman" w:hAnsi="Times New Roman" w:eastAsia="Times New Roman" w:cs="Times New Roman"/>
        </w:rPr>
        <w:t xml:space="preserve"> </w:t>
      </w:r>
      <w:r>
        <w:rPr>
          <w:rFonts w:ascii="Ebrima" w:hAnsi="Ebrima" w:eastAsia="Ebrima" w:cs="Ebrima"/>
        </w:rPr>
        <w:t>ኣይፈልጡንኒ፤</w:t>
      </w:r>
      <w:r>
        <w:rPr>
          <w:rFonts w:ascii="Times New Roman" w:hAnsi="Times New Roman" w:eastAsia="Times New Roman" w:cs="Times New Roman"/>
        </w:rPr>
        <w:t xml:space="preserve"> </w:t>
      </w:r>
      <w:r>
        <w:rPr>
          <w:rFonts w:ascii="Ebrima" w:hAnsi="Ebrima" w:eastAsia="Ebrima" w:cs="Ebrima"/>
        </w:rPr>
        <w:t>ንሳቶም</w:t>
      </w:r>
      <w:r>
        <w:rPr>
          <w:rFonts w:ascii="Times New Roman" w:hAnsi="Times New Roman" w:eastAsia="Times New Roman" w:cs="Times New Roman"/>
        </w:rPr>
        <w:t xml:space="preserve"> </w:t>
      </w:r>
      <w:r>
        <w:rPr>
          <w:rFonts w:ascii="Ebrima" w:hAnsi="Ebrima" w:eastAsia="Ebrima" w:cs="Ebrima"/>
        </w:rPr>
        <w:t>ደቂ</w:t>
      </w:r>
      <w:r>
        <w:rPr>
          <w:rFonts w:ascii="Times New Roman" w:hAnsi="Times New Roman" w:eastAsia="Times New Roman" w:cs="Times New Roman"/>
        </w:rPr>
        <w:t xml:space="preserve"> </w:t>
      </w:r>
      <w:r>
        <w:rPr>
          <w:rFonts w:ascii="Ebrima" w:hAnsi="Ebrima" w:eastAsia="Ebrima" w:cs="Ebrima"/>
        </w:rPr>
        <w:t>ድንቁርና</w:t>
      </w:r>
      <w:r>
        <w:rPr>
          <w:rFonts w:ascii="Times New Roman" w:hAnsi="Times New Roman" w:eastAsia="Times New Roman" w:cs="Times New Roman"/>
        </w:rPr>
        <w:t xml:space="preserve"> </w:t>
      </w:r>
      <w:r>
        <w:rPr>
          <w:rFonts w:ascii="Ebrima" w:hAnsi="Ebrima" w:eastAsia="Ebrima" w:cs="Ebrima"/>
        </w:rPr>
        <w:t>እዮም፣</w:t>
      </w:r>
      <w:r>
        <w:rPr>
          <w:rFonts w:ascii="Times New Roman" w:hAnsi="Times New Roman" w:eastAsia="Times New Roman" w:cs="Times New Roman"/>
        </w:rPr>
        <w:t xml:space="preserve"> </w:t>
      </w:r>
      <w:r>
        <w:rPr>
          <w:rFonts w:ascii="Ebrima" w:hAnsi="Ebrima" w:eastAsia="Ebrima" w:cs="Ebrima"/>
        </w:rPr>
        <w:t>ኣስተውዕሎ</w:t>
      </w:r>
      <w:r>
        <w:rPr>
          <w:rFonts w:ascii="Times New Roman" w:hAnsi="Times New Roman" w:eastAsia="Times New Roman" w:cs="Times New Roman"/>
        </w:rPr>
        <w:t xml:space="preserve"> </w:t>
      </w:r>
      <w:r>
        <w:rPr>
          <w:rFonts w:ascii="Ebrima" w:hAnsi="Ebrima" w:eastAsia="Ebrima" w:cs="Ebrima"/>
        </w:rPr>
        <w:t>የብሎምን፤</w:t>
      </w:r>
      <w:r>
        <w:rPr>
          <w:rFonts w:ascii="Times New Roman" w:hAnsi="Times New Roman" w:eastAsia="Times New Roman" w:cs="Times New Roman"/>
        </w:rPr>
        <w:t xml:space="preserve"> </w:t>
      </w:r>
      <w:r>
        <w:rPr>
          <w:rFonts w:ascii="Ebrima" w:hAnsi="Ebrima" w:eastAsia="Ebrima" w:cs="Ebrima"/>
        </w:rPr>
        <w:t>ክፉእ</w:t>
      </w:r>
      <w:r>
        <w:rPr>
          <w:rFonts w:ascii="Times New Roman" w:hAnsi="Times New Roman" w:eastAsia="Times New Roman" w:cs="Times New Roman"/>
        </w:rPr>
        <w:t xml:space="preserve"> </w:t>
      </w:r>
      <w:r>
        <w:rPr>
          <w:rFonts w:ascii="Ebrima" w:hAnsi="Ebrima" w:eastAsia="Ebrima" w:cs="Ebrima"/>
        </w:rPr>
        <w:t>ንምግባር</w:t>
      </w:r>
      <w:r>
        <w:rPr>
          <w:rFonts w:ascii="Times New Roman" w:hAnsi="Times New Roman" w:eastAsia="Times New Roman" w:cs="Times New Roman"/>
        </w:rPr>
        <w:t xml:space="preserve"> </w:t>
      </w:r>
      <w:r>
        <w:rPr>
          <w:rFonts w:ascii="Ebrima" w:hAnsi="Ebrima" w:eastAsia="Ebrima" w:cs="Ebrima"/>
        </w:rPr>
        <w:t>ግና</w:t>
      </w:r>
      <w:r>
        <w:rPr>
          <w:rFonts w:ascii="Times New Roman" w:hAnsi="Times New Roman" w:eastAsia="Times New Roman" w:cs="Times New Roman"/>
        </w:rPr>
        <w:t xml:space="preserve"> </w:t>
      </w:r>
      <w:r>
        <w:rPr>
          <w:rFonts w:ascii="Ebrima" w:hAnsi="Ebrima" w:eastAsia="Ebrima" w:cs="Ebrima"/>
        </w:rPr>
        <w:t>ጥበበኛታት</w:t>
      </w:r>
      <w:r>
        <w:rPr>
          <w:rFonts w:ascii="Times New Roman" w:hAnsi="Times New Roman" w:eastAsia="Times New Roman" w:cs="Times New Roman"/>
        </w:rPr>
        <w:t xml:space="preserve"> </w:t>
      </w:r>
      <w:r>
        <w:rPr>
          <w:rFonts w:ascii="Ebrima" w:hAnsi="Ebrima" w:eastAsia="Ebrima" w:cs="Ebrima"/>
        </w:rPr>
        <w:t>እዮም፣</w:t>
      </w:r>
      <w:r>
        <w:rPr>
          <w:rFonts w:ascii="Times New Roman" w:hAnsi="Times New Roman" w:eastAsia="Times New Roman" w:cs="Times New Roman"/>
        </w:rPr>
        <w:t xml:space="preserve"> </w:t>
      </w:r>
      <w:r>
        <w:rPr>
          <w:rFonts w:ascii="Ebrima" w:hAnsi="Ebrima" w:eastAsia="Ebrima" w:cs="Ebrima"/>
        </w:rPr>
        <w:t>ሰናይ</w:t>
      </w:r>
      <w:r>
        <w:rPr>
          <w:rFonts w:ascii="Times New Roman" w:hAnsi="Times New Roman" w:eastAsia="Times New Roman" w:cs="Times New Roman"/>
        </w:rPr>
        <w:t xml:space="preserve"> </w:t>
      </w:r>
      <w:r>
        <w:rPr>
          <w:rFonts w:ascii="Ebrima" w:hAnsi="Ebrima" w:eastAsia="Ebrima" w:cs="Ebrima"/>
        </w:rPr>
        <w:t>ንምግባር</w:t>
      </w:r>
      <w:r>
        <w:rPr>
          <w:rFonts w:ascii="Times New Roman" w:hAnsi="Times New Roman" w:eastAsia="Times New Roman" w:cs="Times New Roman"/>
        </w:rPr>
        <w:t xml:space="preserve"> </w:t>
      </w:r>
      <w:r>
        <w:rPr>
          <w:rFonts w:ascii="Ebrima" w:hAnsi="Ebrima" w:eastAsia="Ebrima" w:cs="Ebrima"/>
        </w:rPr>
        <w:t>ግና</w:t>
      </w:r>
      <w:r>
        <w:rPr>
          <w:rFonts w:ascii="Times New Roman" w:hAnsi="Times New Roman" w:eastAsia="Times New Roman" w:cs="Times New Roman"/>
        </w:rPr>
        <w:t xml:space="preserve"> </w:t>
      </w:r>
      <w:r>
        <w:rPr>
          <w:rFonts w:ascii="Ebrima" w:hAnsi="Ebrima" w:eastAsia="Ebrima" w:cs="Ebrima"/>
        </w:rPr>
        <w:t>ፍልጠት</w:t>
      </w:r>
      <w:r>
        <w:rPr>
          <w:rFonts w:ascii="Times New Roman" w:hAnsi="Times New Roman" w:eastAsia="Times New Roman" w:cs="Times New Roman"/>
        </w:rPr>
        <w:t xml:space="preserve"> </w:t>
      </w:r>
      <w:r>
        <w:rPr>
          <w:rFonts w:ascii="Ebrima" w:hAnsi="Ebrima" w:eastAsia="Ebrima" w:cs="Ebrima"/>
        </w:rPr>
        <w:t>የብሎምን።</w:t>
      </w:r>
      <w:r>
        <w:rPr>
          <w:rFonts w:ascii="Times New Roman" w:hAnsi="Times New Roman" w:eastAsia="Times New Roman" w:cs="Times New Roman"/>
        </w:rPr>
        <w:t xml:space="preserve"> </w:t>
      </w:r>
      <w:r>
        <w:rPr>
          <w:rFonts w:ascii="Ebrima" w:hAnsi="Ebrima" w:eastAsia="Ebrima" w:cs="Ebrima"/>
        </w:rPr>
        <w:t>ኤርምያስ</w:t>
      </w:r>
      <w:r>
        <w:rPr>
          <w:rFonts w:ascii="Times New Roman" w:hAnsi="Times New Roman" w:eastAsia="Times New Roman" w:cs="Times New Roman"/>
        </w:rPr>
        <w:t xml:space="preserve"> 4</w:t>
      </w:r>
      <w:r>
        <w:rPr>
          <w:rFonts w:ascii="Ebrima" w:hAnsi="Ebrima" w:eastAsia="Ebrima" w:cs="Ebrima"/>
        </w:rPr>
        <w:t>፡</w:t>
      </w:r>
      <w:r>
        <w:rPr>
          <w:rFonts w:ascii="Times New Roman" w:hAnsi="Times New Roman" w:eastAsia="Times New Roman" w:cs="Times New Roman"/>
        </w:rPr>
        <w:t>21, 22</w:t>
      </w:r>
    </w:p>
    <w:p>
      <w:pPr>
        <w:pStyle w:val="ArticleScripture"/>
        <w:jc w:val="left"/>
      </w:pPr>
      <w:r>
        <w:rPr>
          <w:rFonts w:ascii="Times New Roman" w:hAnsi="Times New Roman" w:eastAsia="Times New Roman" w:cs="Times New Roman"/>
        </w:rPr>
        <w:t>Kana mana Yaaqoob keessatti kana labsaa, Yihudaattis beeksisaa, “Yaa saba gowwaa fi hubannaa hin qabne, kana amma dhaga’aa; warri ija qabdanii arguu hin dandeenye, warri gurra qabdanii dhagahuu hin dandeenye.” Ermiyaas 5:20, 21.</w:t>
      </w:r>
    </w:p>
    <w:p>
      <w:pPr>
        <w:pStyle w:val="ArticleHeading"/>
        <w:jc w:val="left"/>
      </w:pPr>
      <w:r>
        <w:rPr>
          <w:rFonts w:ascii="Arial" w:hAnsi="Arial" w:eastAsia="Arial" w:cs="Arial"/>
        </w:rPr>
        <w:t>Mana Diddaa Bikoo Taate</w:t>
      </w:r>
    </w:p>
    <w:p>
      <w:pPr>
        <w:pStyle w:val="ArticleScripture"/>
        <w:jc w:val="left"/>
      </w:pPr>
      <w:r>
        <w:rPr>
          <w:rFonts w:ascii="Times New Roman" w:hAnsi="Times New Roman" w:eastAsia="Times New Roman" w:cs="Times New Roman"/>
        </w:rPr>
        <w:t>Akkasumas dubbi Waaqayyoo natti dhufe; akkana jedhe; Yaa ilma namaa, ati mana fincilaa gidduu keessa jiraatta; isaan arguuf ija qabu, garuu hin argan; dhaga’uufis gurra qabu, garuu hin dhaga’an; isaan mana fincilaa dhaabaniiti. Hisqiʼeel 12:1, 2.</w:t>
      </w:r>
    </w:p>
    <w:p>
      <w:pPr>
        <w:pStyle w:val="ArticleScripture"/>
        <w:jc w:val="left"/>
      </w:pPr>
      <w:r>
        <w:rPr>
          <w:rFonts w:ascii="Times New Roman" w:hAnsi="Times New Roman" w:eastAsia="Times New Roman" w:cs="Times New Roman"/>
        </w:rPr>
        <w:t>Kanaafan fakkeenyadhaan isaanitti dubbadha; isaan ilaalaa hin argan; dhaga'aas dhaga'anii hin hubatan. Isaan keessatti raajii Isaayaas raawwatameera; innis akkana jedha: “Dhageenyaan ni dhageessu, garuu hin hubattan; ilaaluudhaanis ni ilaaltu, garuu hin qalbeeffattan. Sababiin isaas garaan saba kanaa jabaatee dulloomeera; gurri isaanii dhaga'uu irratti dadhabeera; ija isaaniis ofii isaanii cufataniiru; kun akka yeroo tokko illee ija isaanii tiin hin argine, gurra isaaniitiinis hin dhageenye, garaa isaaniitiinis hin hubanne, deebi'aniis ani isaan hin fayyisneef.”</w:t>
      </w:r>
    </w:p>
    <w:p>
      <w:pPr>
        <w:pStyle w:val="ArticleScripture"/>
        <w:jc w:val="left"/>
      </w:pPr>
      <w:r>
        <w:rPr>
          <w:rFonts w:ascii="Times New Roman" w:hAnsi="Times New Roman" w:eastAsia="Times New Roman" w:cs="Times New Roman"/>
        </w:rPr>
        <w:t>Garuu ija keessan waan arguuf, eebbifamoo dha; gurri keessanis waan dhagaʼuuf, eebbifamaa dha. Dhuguman isinittan jedhu, raajonni baayʼeenii fi namoonni qajeelonni waan isin argitan kana arguuf hawwanii turan, garuu hin argine; waan isin dhageessan kanas dhagaʼuuf hawwanii turan, garuu hin dhageenye. Maatewos 13:13–17.</w:t>
      </w:r>
    </w:p>
    <w:p>
      <w:pPr>
        <w:pStyle w:val="ArticleHeading"/>
        <w:jc w:val="left"/>
      </w:pPr>
      <w:r>
        <w:rPr>
          <w:rFonts w:ascii="Gadugi" w:hAnsi="Gadugi" w:eastAsia="Gadugi" w:cs="Gadugi"/>
        </w:rPr>
        <w:t>ᎤᏪᏘ</w:t>
      </w:r>
      <w:r>
        <w:rPr>
          <w:rFonts w:ascii="Arial" w:hAnsi="Arial" w:eastAsia="Arial" w:cs="Arial"/>
        </w:rPr>
        <w:t xml:space="preserve"> </w:t>
      </w:r>
      <w:r>
        <w:rPr>
          <w:rFonts w:ascii="Gadugi" w:hAnsi="Gadugi" w:eastAsia="Gadugi" w:cs="Gadugi"/>
        </w:rPr>
        <w:t>ᏥᎨᏒ</w:t>
      </w:r>
      <w:r>
        <w:rPr>
          <w:rFonts w:ascii="Arial" w:hAnsi="Arial" w:eastAsia="Arial" w:cs="Arial"/>
        </w:rPr>
        <w:t xml:space="preserve"> </w:t>
      </w:r>
      <w:r>
        <w:rPr>
          <w:rFonts w:ascii="Gadugi" w:hAnsi="Gadugi" w:eastAsia="Gadugi" w:cs="Gadugi"/>
        </w:rPr>
        <w:t>ᎠᏂᎦᏔᎯᏍᏗᎢ</w:t>
      </w:r>
    </w:p>
    <w:p>
      <w:pPr>
        <w:pStyle w:val="ArticleScripture"/>
        <w:jc w:val="left"/>
      </w:pPr>
      <w:r>
        <w:rPr>
          <w:rFonts w:ascii="Nirmala UI" w:hAnsi="Nirmala UI" w:eastAsia="Nirmala UI" w:cs="Nirmala UI"/>
        </w:rPr>
        <w:t>ଏହିପରି</w:t>
      </w:r>
      <w:r>
        <w:rPr>
          <w:rFonts w:ascii="Times New Roman" w:hAnsi="Times New Roman" w:eastAsia="Times New Roman" w:cs="Times New Roman"/>
        </w:rPr>
        <w:t xml:space="preserve"> </w:t>
      </w:r>
      <w:r>
        <w:rPr>
          <w:rFonts w:ascii="Nirmala UI" w:hAnsi="Nirmala UI" w:eastAsia="Nirmala UI" w:cs="Nirmala UI"/>
        </w:rPr>
        <w:t>ପ୍ରଭୁ</w:t>
      </w:r>
      <w:r>
        <w:rPr>
          <w:rFonts w:ascii="Times New Roman" w:hAnsi="Times New Roman" w:eastAsia="Times New Roman" w:cs="Times New Roman"/>
        </w:rPr>
        <w:t xml:space="preserve"> </w:t>
      </w:r>
      <w:r>
        <w:rPr>
          <w:rFonts w:ascii="Nirmala UI" w:hAnsi="Nirmala UI" w:eastAsia="Nirmala UI" w:cs="Nirmala UI"/>
        </w:rPr>
        <w:t>କହୁଛନ୍ତି</w:t>
      </w:r>
      <w:r>
        <w:rPr>
          <w:rFonts w:ascii="Times New Roman" w:hAnsi="Times New Roman" w:eastAsia="Times New Roman" w:cs="Times New Roman"/>
        </w:rPr>
        <w:t>, “</w:t>
      </w:r>
      <w:r>
        <w:rPr>
          <w:rFonts w:ascii="Nirmala UI" w:hAnsi="Nirmala UI" w:eastAsia="Nirmala UI" w:cs="Nirmala UI"/>
        </w:rPr>
        <w:t>ତୁମେ</w:t>
      </w:r>
      <w:r>
        <w:rPr>
          <w:rFonts w:ascii="Times New Roman" w:hAnsi="Times New Roman" w:eastAsia="Times New Roman" w:cs="Times New Roman"/>
        </w:rPr>
        <w:t xml:space="preserve"> </w:t>
      </w:r>
      <w:r>
        <w:rPr>
          <w:rFonts w:ascii="Nirmala UI" w:hAnsi="Nirmala UI" w:eastAsia="Nirmala UI" w:cs="Nirmala UI"/>
        </w:rPr>
        <w:t>ପଥମାନଙ୍କରେ</w:t>
      </w:r>
      <w:r>
        <w:rPr>
          <w:rFonts w:ascii="Times New Roman" w:hAnsi="Times New Roman" w:eastAsia="Times New Roman" w:cs="Times New Roman"/>
        </w:rPr>
        <w:t xml:space="preserve"> </w:t>
      </w:r>
      <w:r>
        <w:rPr>
          <w:rFonts w:ascii="Nirmala UI" w:hAnsi="Nirmala UI" w:eastAsia="Nirmala UI" w:cs="Nirmala UI"/>
        </w:rPr>
        <w:t>ଦାଁଡି</w:t>
      </w:r>
      <w:r>
        <w:rPr>
          <w:rFonts w:ascii="Times New Roman" w:hAnsi="Times New Roman" w:eastAsia="Times New Roman" w:cs="Times New Roman"/>
        </w:rPr>
        <w:t xml:space="preserve"> </w:t>
      </w:r>
      <w:r>
        <w:rPr>
          <w:rFonts w:ascii="Nirmala UI" w:hAnsi="Nirmala UI" w:eastAsia="Nirmala UI" w:cs="Nirmala UI"/>
        </w:rPr>
        <w:t>ଦେଖ</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ପୁରାତନ</w:t>
      </w:r>
      <w:r>
        <w:rPr>
          <w:rFonts w:ascii="Times New Roman" w:hAnsi="Times New Roman" w:eastAsia="Times New Roman" w:cs="Times New Roman"/>
        </w:rPr>
        <w:t xml:space="preserve"> </w:t>
      </w:r>
      <w:r>
        <w:rPr>
          <w:rFonts w:ascii="Nirmala UI" w:hAnsi="Nirmala UI" w:eastAsia="Nirmala UI" w:cs="Nirmala UI"/>
        </w:rPr>
        <w:t>ପଥଗୁଡ଼ିକ</w:t>
      </w:r>
      <w:r>
        <w:rPr>
          <w:rFonts w:ascii="Times New Roman" w:hAnsi="Times New Roman" w:eastAsia="Times New Roman" w:cs="Times New Roman"/>
        </w:rPr>
        <w:t xml:space="preserve"> </w:t>
      </w:r>
      <w:r>
        <w:rPr>
          <w:rFonts w:ascii="Nirmala UI" w:hAnsi="Nirmala UI" w:eastAsia="Nirmala UI" w:cs="Nirmala UI"/>
        </w:rPr>
        <w:t>ବିଷୟରେ</w:t>
      </w:r>
      <w:r>
        <w:rPr>
          <w:rFonts w:ascii="Times New Roman" w:hAnsi="Times New Roman" w:eastAsia="Times New Roman" w:cs="Times New Roman"/>
        </w:rPr>
        <w:t xml:space="preserve"> </w:t>
      </w:r>
      <w:r>
        <w:rPr>
          <w:rFonts w:ascii="Nirmala UI" w:hAnsi="Nirmala UI" w:eastAsia="Nirmala UI" w:cs="Nirmala UI"/>
        </w:rPr>
        <w:t>ପଚାର</w:t>
      </w:r>
      <w:r>
        <w:rPr>
          <w:rFonts w:ascii="Times New Roman" w:hAnsi="Times New Roman" w:eastAsia="Times New Roman" w:cs="Times New Roman"/>
        </w:rPr>
        <w:t xml:space="preserve">; </w:t>
      </w:r>
      <w:r>
        <w:rPr>
          <w:rFonts w:ascii="Nirmala UI" w:hAnsi="Nirmala UI" w:eastAsia="Nirmala UI" w:cs="Nirmala UI"/>
        </w:rPr>
        <w:t>କେଉଁଠି</w:t>
      </w:r>
      <w:r>
        <w:rPr>
          <w:rFonts w:ascii="Times New Roman" w:hAnsi="Times New Roman" w:eastAsia="Times New Roman" w:cs="Times New Roman"/>
        </w:rPr>
        <w:t xml:space="preserve"> </w:t>
      </w:r>
      <w:r>
        <w:rPr>
          <w:rFonts w:ascii="Nirmala UI" w:hAnsi="Nirmala UI" w:eastAsia="Nirmala UI" w:cs="Nirmala UI"/>
        </w:rPr>
        <w:t>ଭଲ</w:t>
      </w:r>
      <w:r>
        <w:rPr>
          <w:rFonts w:ascii="Times New Roman" w:hAnsi="Times New Roman" w:eastAsia="Times New Roman" w:cs="Times New Roman"/>
        </w:rPr>
        <w:t xml:space="preserve"> </w:t>
      </w:r>
      <w:r>
        <w:rPr>
          <w:rFonts w:ascii="Nirmala UI" w:hAnsi="Nirmala UI" w:eastAsia="Nirmala UI" w:cs="Nirmala UI"/>
        </w:rPr>
        <w:t>ପଥ</w:t>
      </w:r>
      <w:r>
        <w:rPr>
          <w:rFonts w:ascii="Times New Roman" w:hAnsi="Times New Roman" w:eastAsia="Times New Roman" w:cs="Times New Roman"/>
        </w:rPr>
        <w:t xml:space="preserve"> </w:t>
      </w:r>
      <w:r>
        <w:rPr>
          <w:rFonts w:ascii="Nirmala UI" w:hAnsi="Nirmala UI" w:eastAsia="Nirmala UI" w:cs="Nirmala UI"/>
        </w:rPr>
        <w:t>ଅଛି</w:t>
      </w:r>
      <w:r>
        <w:rPr>
          <w:rFonts w:ascii="Times New Roman" w:hAnsi="Times New Roman" w:eastAsia="Times New Roman" w:cs="Times New Roman"/>
        </w:rPr>
        <w:t xml:space="preserve">, </w:t>
      </w:r>
      <w:r>
        <w:rPr>
          <w:rFonts w:ascii="Nirmala UI" w:hAnsi="Nirmala UI" w:eastAsia="Nirmala UI" w:cs="Nirmala UI"/>
        </w:rPr>
        <w:t>ତାହା</w:t>
      </w:r>
      <w:r>
        <w:rPr>
          <w:rFonts w:ascii="Times New Roman" w:hAnsi="Times New Roman" w:eastAsia="Times New Roman" w:cs="Times New Roman"/>
        </w:rPr>
        <w:t xml:space="preserve"> </w:t>
      </w:r>
      <w:r>
        <w:rPr>
          <w:rFonts w:ascii="Nirmala UI" w:hAnsi="Nirmala UI" w:eastAsia="Nirmala UI" w:cs="Nirmala UI"/>
        </w:rPr>
        <w:t>ଜାଣି</w:t>
      </w:r>
      <w:r>
        <w:rPr>
          <w:rFonts w:ascii="Times New Roman" w:hAnsi="Times New Roman" w:eastAsia="Times New Roman" w:cs="Times New Roman"/>
        </w:rPr>
        <w:t xml:space="preserve"> </w:t>
      </w:r>
      <w:r>
        <w:rPr>
          <w:rFonts w:ascii="Nirmala UI" w:hAnsi="Nirmala UI" w:eastAsia="Nirmala UI" w:cs="Nirmala UI"/>
        </w:rPr>
        <w:t>ସେହିଥିରେ</w:t>
      </w:r>
      <w:r>
        <w:rPr>
          <w:rFonts w:ascii="Times New Roman" w:hAnsi="Times New Roman" w:eastAsia="Times New Roman" w:cs="Times New Roman"/>
        </w:rPr>
        <w:t xml:space="preserve"> </w:t>
      </w:r>
      <w:r>
        <w:rPr>
          <w:rFonts w:ascii="Nirmala UI" w:hAnsi="Nirmala UI" w:eastAsia="Nirmala UI" w:cs="Nirmala UI"/>
        </w:rPr>
        <w:t>ଚାଲ</w:t>
      </w:r>
      <w:r>
        <w:rPr>
          <w:rFonts w:ascii="Times New Roman" w:hAnsi="Times New Roman" w:eastAsia="Times New Roman" w:cs="Times New Roman"/>
        </w:rPr>
        <w:t xml:space="preserve">; </w:t>
      </w:r>
      <w:r>
        <w:rPr>
          <w:rFonts w:ascii="Nirmala UI" w:hAnsi="Nirmala UI" w:eastAsia="Nirmala UI" w:cs="Nirmala UI"/>
        </w:rPr>
        <w:t>ତେବେ</w:t>
      </w:r>
      <w:r>
        <w:rPr>
          <w:rFonts w:ascii="Times New Roman" w:hAnsi="Times New Roman" w:eastAsia="Times New Roman" w:cs="Times New Roman"/>
        </w:rPr>
        <w:t xml:space="preserve"> </w:t>
      </w:r>
      <w:r>
        <w:rPr>
          <w:rFonts w:ascii="Nirmala UI" w:hAnsi="Nirmala UI" w:eastAsia="Nirmala UI" w:cs="Nirmala UI"/>
        </w:rPr>
        <w:t>ତୁମ</w:t>
      </w:r>
      <w:r>
        <w:rPr>
          <w:rFonts w:ascii="Times New Roman" w:hAnsi="Times New Roman" w:eastAsia="Times New Roman" w:cs="Times New Roman"/>
        </w:rPr>
        <w:t xml:space="preserve"> </w:t>
      </w:r>
      <w:r>
        <w:rPr>
          <w:rFonts w:ascii="Nirmala UI" w:hAnsi="Nirmala UI" w:eastAsia="Nirmala UI" w:cs="Nirmala UI"/>
        </w:rPr>
        <w:t>ଆତ୍ମାମାନଙ୍କ</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ବିଶ୍ରାମ</w:t>
      </w:r>
      <w:r>
        <w:rPr>
          <w:rFonts w:ascii="Times New Roman" w:hAnsi="Times New Roman" w:eastAsia="Times New Roman" w:cs="Times New Roman"/>
        </w:rPr>
        <w:t xml:space="preserve"> </w:t>
      </w:r>
      <w:r>
        <w:rPr>
          <w:rFonts w:ascii="Nirmala UI" w:hAnsi="Nirmala UI" w:eastAsia="Nirmala UI" w:cs="Nirmala UI"/>
        </w:rPr>
        <w:t>ପାଇବା।</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ଆମେ</w:t>
      </w:r>
      <w:r>
        <w:rPr>
          <w:rFonts w:ascii="Times New Roman" w:hAnsi="Times New Roman" w:eastAsia="Times New Roman" w:cs="Times New Roman"/>
        </w:rPr>
        <w:t xml:space="preserve"> </w:t>
      </w:r>
      <w:r>
        <w:rPr>
          <w:rFonts w:ascii="Nirmala UI" w:hAnsi="Nirmala UI" w:eastAsia="Nirmala UI" w:cs="Nirmala UI"/>
        </w:rPr>
        <w:t>ସେହିଥିରେ</w:t>
      </w:r>
      <w:r>
        <w:rPr>
          <w:rFonts w:ascii="Times New Roman" w:hAnsi="Times New Roman" w:eastAsia="Times New Roman" w:cs="Times New Roman"/>
        </w:rPr>
        <w:t xml:space="preserve"> </w:t>
      </w:r>
      <w:r>
        <w:rPr>
          <w:rFonts w:ascii="Nirmala UI" w:hAnsi="Nirmala UI" w:eastAsia="Nirmala UI" w:cs="Nirmala UI"/>
        </w:rPr>
        <w:t>ଚାଲିବୁ</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ଆହୁରି</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ତୁମମାନଙ୍କ</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ପ୍ରହରୀମାନଙ୍କୁ</w:t>
      </w:r>
      <w:r>
        <w:rPr>
          <w:rFonts w:ascii="Times New Roman" w:hAnsi="Times New Roman" w:eastAsia="Times New Roman" w:cs="Times New Roman"/>
        </w:rPr>
        <w:t xml:space="preserve"> </w:t>
      </w:r>
      <w:r>
        <w:rPr>
          <w:rFonts w:ascii="Nirmala UI" w:hAnsi="Nirmala UI" w:eastAsia="Nirmala UI" w:cs="Nirmala UI"/>
        </w:rPr>
        <w:t>ନିଯୁକ୍ତ</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ତୁରୀର</w:t>
      </w:r>
      <w:r>
        <w:rPr>
          <w:rFonts w:ascii="Times New Roman" w:hAnsi="Times New Roman" w:eastAsia="Times New Roman" w:cs="Times New Roman"/>
        </w:rPr>
        <w:t xml:space="preserve"> </w:t>
      </w:r>
      <w:r>
        <w:rPr>
          <w:rFonts w:ascii="Nirmala UI" w:hAnsi="Nirmala UI" w:eastAsia="Nirmala UI" w:cs="Nirmala UI"/>
        </w:rPr>
        <w:t>ଶବ୍ଦକୁ</w:t>
      </w:r>
      <w:r>
        <w:rPr>
          <w:rFonts w:ascii="Times New Roman" w:hAnsi="Times New Roman" w:eastAsia="Times New Roman" w:cs="Times New Roman"/>
        </w:rPr>
        <w:t xml:space="preserve"> </w:t>
      </w:r>
      <w:r>
        <w:rPr>
          <w:rFonts w:ascii="Nirmala UI" w:hAnsi="Nirmala UI" w:eastAsia="Nirmala UI" w:cs="Nirmala UI"/>
        </w:rPr>
        <w:t>ଶୁଣ।</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w:t>
      </w:r>
      <w:r>
        <w:rPr>
          <w:rFonts w:ascii="Nirmala UI" w:hAnsi="Nirmala UI" w:eastAsia="Nirmala UI" w:cs="Nirmala UI"/>
        </w:rPr>
        <w:t>ଆମେ</w:t>
      </w:r>
      <w:r>
        <w:rPr>
          <w:rFonts w:ascii="Times New Roman" w:hAnsi="Times New Roman" w:eastAsia="Times New Roman" w:cs="Times New Roman"/>
        </w:rPr>
        <w:t xml:space="preserve"> </w:t>
      </w:r>
      <w:r>
        <w:rPr>
          <w:rFonts w:ascii="Nirmala UI" w:hAnsi="Nirmala UI" w:eastAsia="Nirmala UI" w:cs="Nirmala UI"/>
        </w:rPr>
        <w:t>ଶୁଣିବୁ</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ଯିରିମିୟ</w:t>
      </w:r>
      <w:r>
        <w:rPr>
          <w:rFonts w:ascii="Times New Roman" w:hAnsi="Times New Roman" w:eastAsia="Times New Roman" w:cs="Times New Roman"/>
        </w:rPr>
        <w:t xml:space="preserve"> </w:t>
      </w:r>
      <w:r>
        <w:rPr>
          <w:rFonts w:ascii="Nirmala UI" w:hAnsi="Nirmala UI" w:eastAsia="Nirmala UI" w:cs="Nirmala UI"/>
        </w:rPr>
        <w:t>୬</w:t>
      </w:r>
      <w:r>
        <w:rPr>
          <w:rFonts w:ascii="Times New Roman" w:hAnsi="Times New Roman" w:eastAsia="Times New Roman" w:cs="Times New Roman"/>
        </w:rPr>
        <w:t>:</w:t>
      </w:r>
      <w:r>
        <w:rPr>
          <w:rFonts w:ascii="Nirmala UI" w:hAnsi="Nirmala UI" w:eastAsia="Nirmala UI" w:cs="Nirmala UI"/>
        </w:rPr>
        <w:t>୧୬</w:t>
      </w:r>
      <w:r>
        <w:rPr>
          <w:rFonts w:ascii="Times New Roman" w:hAnsi="Times New Roman" w:eastAsia="Times New Roman" w:cs="Times New Roman"/>
        </w:rPr>
        <w:t xml:space="preserve">, </w:t>
      </w:r>
      <w:r>
        <w:rPr>
          <w:rFonts w:ascii="Nirmala UI" w:hAnsi="Nirmala UI" w:eastAsia="Nirmala UI" w:cs="Nirmala UI"/>
        </w:rPr>
        <w:t>୧୭।</w:t>
      </w:r>
    </w:p>
    <w:p>
      <w:pPr>
        <w:pStyle w:val="ArticleHeading"/>
        <w:jc w:val="left"/>
      </w:pPr>
      <w:r>
        <w:rPr>
          <w:rFonts w:ascii="Arial" w:hAnsi="Arial" w:eastAsia="Arial" w:cs="Arial"/>
        </w:rPr>
        <w:t>Ergaa bara 1840–1844 keessaa jechuun Dhaamsa jedhu</w:t>
      </w:r>
    </w:p>
    <w:p>
      <w:pPr>
        <w:pStyle w:val="ArticleScripture"/>
        <w:jc w:val="left"/>
      </w:pPr>
      <w:r>
        <w:rPr>
          <w:rFonts w:ascii="Times New Roman" w:hAnsi="Times New Roman" w:eastAsia="Times New Roman" w:cs="Times New Roman"/>
        </w:rPr>
        <w:t>“Ergaa hundi ergaa 1840–1844 keessatti kennaman amma humna qabeessa taʼanii dhiʼaatuu qabu; namoonni baayʼeen kallattii isaanii waan dhabanif. Ergaawwan kun waldoota amantii hunda bira gaʼuu qabu.”</w:t>
      </w:r>
    </w:p>
    <w:p>
      <w:pPr>
        <w:pStyle w:val="ArticleScripture"/>
        <w:jc w:val="left"/>
      </w:pPr>
      <w:r>
        <w:rPr>
          <w:rFonts w:ascii="Times New Roman" w:hAnsi="Times New Roman" w:eastAsia="Times New Roman" w:cs="Times New Roman"/>
        </w:rPr>
        <w:t>“Kiristoos akkana jedhe, ‘Ijji keessan waan arguuf, gurri keessanis waan dhaga’uuf eebbifamoo dha. Dhugumaan isinitti nan jedhu, raajonni baayʼeenii fi namoonni qajeeloon waan isin argitan arguuf hawwanii turan; garuu hin argine; waan isin dhageessan dhaga’uufis hawwanii turan; garuu hin dhageenye’ [Matthew 13:16, 17]. Ijji wantoota bara 1843 fi 1844 keessatti mulʼatan argite eebbifamtuudha.</w:t>
      </w:r>
    </w:p>
    <w:p>
      <w:pPr>
        <w:pStyle w:val="ArticleScripture"/>
        <w:jc w:val="left"/>
      </w:pPr>
      <w:r>
        <w:rPr>
          <w:rFonts w:ascii="Times New Roman" w:hAnsi="Times New Roman" w:eastAsia="Times New Roman" w:cs="Times New Roman"/>
        </w:rPr>
        <w:t>“</w:t>
      </w:r>
      <w:r>
        <w:rPr>
          <w:rFonts w:ascii="Nirmala UI" w:hAnsi="Nirmala UI" w:eastAsia="Nirmala UI" w:cs="Nirmala UI"/>
        </w:rPr>
        <w:t>ᱥᱟᱱᱫᱮᱥ</w:t>
      </w:r>
      <w:r>
        <w:rPr>
          <w:rFonts w:ascii="Times New Roman" w:hAnsi="Times New Roman" w:eastAsia="Times New Roman" w:cs="Times New Roman"/>
        </w:rPr>
        <w:t xml:space="preserve"> </w:t>
      </w:r>
      <w:r>
        <w:rPr>
          <w:rFonts w:ascii="Nirmala UI" w:hAnsi="Nirmala UI" w:eastAsia="Nirmala UI" w:cs="Nirmala UI"/>
        </w:rPr>
        <w:t>ᱮᱢ</w:t>
      </w:r>
      <w:r>
        <w:rPr>
          <w:rFonts w:ascii="Times New Roman" w:hAnsi="Times New Roman" w:eastAsia="Times New Roman" w:cs="Times New Roman"/>
        </w:rPr>
        <w:t xml:space="preserve"> </w:t>
      </w:r>
      <w:r>
        <w:rPr>
          <w:rFonts w:ascii="Nirmala UI" w:hAnsi="Nirmala UI" w:eastAsia="Nirmala UI" w:cs="Nirmala UI"/>
        </w:rPr>
        <w:t>ᱮᱱᱟ᱾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ᱥᱟᱱᱫᱮᱥ</w:t>
      </w:r>
      <w:r>
        <w:rPr>
          <w:rFonts w:ascii="Times New Roman" w:hAnsi="Times New Roman" w:eastAsia="Times New Roman" w:cs="Times New Roman"/>
        </w:rPr>
        <w:t xml:space="preserve">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ᱫᱚᱦᱲᱟ</w:t>
      </w:r>
      <w:r>
        <w:rPr>
          <w:rFonts w:ascii="Times New Roman" w:hAnsi="Times New Roman" w:eastAsia="Times New Roman" w:cs="Times New Roman"/>
        </w:rPr>
        <w:t xml:space="preserve"> </w:t>
      </w:r>
      <w:r>
        <w:rPr>
          <w:rFonts w:ascii="Nirmala UI" w:hAnsi="Nirmala UI" w:eastAsia="Nirmala UI" w:cs="Nirmala UI"/>
        </w:rPr>
        <w:t>ᱠᱟᱛᱮ</w:t>
      </w:r>
      <w:r>
        <w:rPr>
          <w:rFonts w:ascii="Times New Roman" w:hAnsi="Times New Roman" w:eastAsia="Times New Roman" w:cs="Times New Roman"/>
        </w:rPr>
        <w:t xml:space="preserve"> </w:t>
      </w:r>
      <w:r>
        <w:rPr>
          <w:rFonts w:ascii="Nirmala UI" w:hAnsi="Nirmala UI" w:eastAsia="Nirmala UI" w:cs="Nirmala UI"/>
        </w:rPr>
        <w:t>ᱠᱟᱦᱟ</w:t>
      </w:r>
      <w:r>
        <w:rPr>
          <w:rFonts w:ascii="Times New Roman" w:hAnsi="Times New Roman" w:eastAsia="Times New Roman" w:cs="Times New Roman"/>
        </w:rPr>
        <w:t xml:space="preserve"> </w:t>
      </w:r>
      <w:r>
        <w:rPr>
          <w:rFonts w:ascii="Nirmala UI" w:hAnsi="Nirmala UI" w:eastAsia="Nirmala UI" w:cs="Nirmala UI"/>
        </w:rPr>
        <w:t>ᱫᱤᱲᱟᱹᱭ</w:t>
      </w:r>
      <w:r>
        <w:rPr>
          <w:rFonts w:ascii="Times New Roman" w:hAnsi="Times New Roman" w:eastAsia="Times New Roman" w:cs="Times New Roman"/>
        </w:rPr>
        <w:t xml:space="preserve"> </w:t>
      </w:r>
      <w:r>
        <w:rPr>
          <w:rFonts w:ascii="Nirmala UI" w:hAnsi="Nirmala UI" w:eastAsia="Nirmala UI" w:cs="Nirmala UI"/>
        </w:rPr>
        <w:t>ᱛᱟᱦᱮᱱᱟ</w:t>
      </w:r>
      <w:r>
        <w:rPr>
          <w:rFonts w:ascii="Times New Roman" w:hAnsi="Times New Roman" w:eastAsia="Times New Roman" w:cs="Times New Roman"/>
        </w:rPr>
        <w:t xml:space="preserve">, </w:t>
      </w:r>
      <w:r>
        <w:rPr>
          <w:rFonts w:ascii="Nirmala UI" w:hAnsi="Nirmala UI" w:eastAsia="Nirmala UI" w:cs="Nirmala UI"/>
        </w:rPr>
        <w:t>ᱠᱟᱨᱚᱱ</w:t>
      </w:r>
      <w:r>
        <w:rPr>
          <w:rFonts w:ascii="Times New Roman" w:hAnsi="Times New Roman" w:eastAsia="Times New Roman" w:cs="Times New Roman"/>
        </w:rPr>
        <w:t xml:space="preserve"> </w:t>
      </w:r>
      <w:r>
        <w:rPr>
          <w:rFonts w:ascii="Nirmala UI" w:hAnsi="Nirmala UI" w:eastAsia="Nirmala UI" w:cs="Nirmala UI"/>
        </w:rPr>
        <w:t>ᱥᱚᱢᱚᱭ</w:t>
      </w:r>
      <w:r>
        <w:rPr>
          <w:rFonts w:ascii="Times New Roman" w:hAnsi="Times New Roman" w:eastAsia="Times New Roman" w:cs="Times New Roman"/>
        </w:rPr>
        <w:t xml:space="preserve"> </w:t>
      </w:r>
      <w:r>
        <w:rPr>
          <w:rFonts w:ascii="Nirmala UI" w:hAnsi="Nirmala UI" w:eastAsia="Nirmala UI" w:cs="Nirmala UI"/>
        </w:rPr>
        <w:t>ᱨᱮᱱᱟᱜ</w:t>
      </w:r>
      <w:r>
        <w:rPr>
          <w:rFonts w:ascii="Times New Roman" w:hAnsi="Times New Roman" w:eastAsia="Times New Roman" w:cs="Times New Roman"/>
        </w:rPr>
        <w:t xml:space="preserve"> </w:t>
      </w:r>
      <w:r>
        <w:rPr>
          <w:rFonts w:ascii="Nirmala UI" w:hAnsi="Nirmala UI" w:eastAsia="Nirmala UI" w:cs="Nirmala UI"/>
        </w:rPr>
        <w:t>ᱪᱤᱱᱦᱟᱹ</w:t>
      </w:r>
      <w:r>
        <w:rPr>
          <w:rFonts w:ascii="Times New Roman" w:hAnsi="Times New Roman" w:eastAsia="Times New Roman" w:cs="Times New Roman"/>
        </w:rPr>
        <w:t xml:space="preserve"> </w:t>
      </w:r>
      <w:r>
        <w:rPr>
          <w:rFonts w:ascii="Nirmala UI" w:hAnsi="Nirmala UI" w:eastAsia="Nirmala UI" w:cs="Nirmala UI"/>
        </w:rPr>
        <w:t>ᱠᱚ</w:t>
      </w:r>
      <w:r>
        <w:rPr>
          <w:rFonts w:ascii="Times New Roman" w:hAnsi="Times New Roman" w:eastAsia="Times New Roman" w:cs="Times New Roman"/>
        </w:rPr>
        <w:t xml:space="preserve"> </w:t>
      </w:r>
      <w:r>
        <w:rPr>
          <w:rFonts w:ascii="Nirmala UI" w:hAnsi="Nirmala UI" w:eastAsia="Nirmala UI" w:cs="Nirmala UI"/>
        </w:rPr>
        <w:t>ᱯᱩᱨᱟᱹᱣ</w:t>
      </w:r>
      <w:r>
        <w:rPr>
          <w:rFonts w:ascii="Times New Roman" w:hAnsi="Times New Roman" w:eastAsia="Times New Roman" w:cs="Times New Roman"/>
        </w:rPr>
        <w:t xml:space="preserve"> </w:t>
      </w:r>
      <w:r>
        <w:rPr>
          <w:rFonts w:ascii="Nirmala UI" w:hAnsi="Nirmala UI" w:eastAsia="Nirmala UI" w:cs="Nirmala UI"/>
        </w:rPr>
        <w:t>ᱦᱚᱪᱚᱜᱼᱟ</w:t>
      </w:r>
      <w:r>
        <w:rPr>
          <w:rFonts w:ascii="Times New Roman" w:hAnsi="Times New Roman" w:eastAsia="Times New Roman" w:cs="Times New Roman"/>
        </w:rPr>
        <w:t xml:space="preserve">; </w:t>
      </w:r>
      <w:r>
        <w:rPr>
          <w:rFonts w:ascii="Nirmala UI" w:hAnsi="Nirmala UI" w:eastAsia="Nirmala UI" w:cs="Nirmala UI"/>
        </w:rPr>
        <w:t>ᱢᱩᱪᱟᱹᱫ</w:t>
      </w:r>
      <w:r>
        <w:rPr>
          <w:rFonts w:ascii="Times New Roman" w:hAnsi="Times New Roman" w:eastAsia="Times New Roman" w:cs="Times New Roman"/>
        </w:rPr>
        <w:t xml:space="preserve"> </w:t>
      </w:r>
      <w:r>
        <w:rPr>
          <w:rFonts w:ascii="Nirmala UI" w:hAnsi="Nirmala UI" w:eastAsia="Nirmala UI" w:cs="Nirmala UI"/>
        </w:rPr>
        <w:t>ᱠᱟᱹᱢᱤ</w:t>
      </w:r>
      <w:r>
        <w:rPr>
          <w:rFonts w:ascii="Times New Roman" w:hAnsi="Times New Roman" w:eastAsia="Times New Roman" w:cs="Times New Roman"/>
        </w:rPr>
        <w:t xml:space="preserve">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ᱥᱟᱨᱮ</w:t>
      </w:r>
      <w:r>
        <w:rPr>
          <w:rFonts w:ascii="Times New Roman" w:hAnsi="Times New Roman" w:eastAsia="Times New Roman" w:cs="Times New Roman"/>
        </w:rPr>
        <w:t xml:space="preserve"> </w:t>
      </w:r>
      <w:r>
        <w:rPr>
          <w:rFonts w:ascii="Nirmala UI" w:hAnsi="Nirmala UI" w:eastAsia="Nirmala UI" w:cs="Nirmala UI"/>
        </w:rPr>
        <w:t>ᱠᱚᱢ</w:t>
      </w:r>
      <w:r>
        <w:rPr>
          <w:rFonts w:ascii="Times New Roman" w:hAnsi="Times New Roman" w:eastAsia="Times New Roman" w:cs="Times New Roman"/>
        </w:rPr>
        <w:t xml:space="preserve"> </w:t>
      </w:r>
      <w:r>
        <w:rPr>
          <w:rFonts w:ascii="Nirmala UI" w:hAnsi="Nirmala UI" w:eastAsia="Nirmala UI" w:cs="Nirmala UI"/>
        </w:rPr>
        <w:t>ᱦᱚᱪᱚ</w:t>
      </w:r>
      <w:r>
        <w:rPr>
          <w:rFonts w:ascii="Times New Roman" w:hAnsi="Times New Roman" w:eastAsia="Times New Roman" w:cs="Times New Roman"/>
        </w:rPr>
        <w:t xml:space="preserve"> </w:t>
      </w:r>
      <w:r>
        <w:rPr>
          <w:rFonts w:ascii="Nirmala UI" w:hAnsi="Nirmala UI" w:eastAsia="Nirmala UI" w:cs="Nirmala UI"/>
        </w:rPr>
        <w:t>ᱦᱚᱭᱚᱜᱼᱟ᱾</w:t>
      </w:r>
      <w:r>
        <w:rPr>
          <w:rFonts w:ascii="Times New Roman" w:hAnsi="Times New Roman" w:eastAsia="Times New Roman" w:cs="Times New Roman"/>
        </w:rPr>
        <w:t xml:space="preserve"> </w:t>
      </w:r>
      <w:r>
        <w:rPr>
          <w:rFonts w:ascii="Nirmala UI" w:hAnsi="Nirmala UI" w:eastAsia="Nirmala UI" w:cs="Nirmala UI"/>
        </w:rPr>
        <w:t>ᱦᱩᱰᱤᱧ</w:t>
      </w:r>
      <w:r>
        <w:rPr>
          <w:rFonts w:ascii="Times New Roman" w:hAnsi="Times New Roman" w:eastAsia="Times New Roman" w:cs="Times New Roman"/>
        </w:rPr>
        <w:t xml:space="preserve"> </w:t>
      </w:r>
      <w:r>
        <w:rPr>
          <w:rFonts w:ascii="Nirmala UI" w:hAnsi="Nirmala UI" w:eastAsia="Nirmala UI" w:cs="Nirmala UI"/>
        </w:rPr>
        <w:t>ᱥᱚᱢᱚᱭ</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ᱢᱤᱫ</w:t>
      </w:r>
      <w:r>
        <w:rPr>
          <w:rFonts w:ascii="Times New Roman" w:hAnsi="Times New Roman" w:eastAsia="Times New Roman" w:cs="Times New Roman"/>
        </w:rPr>
        <w:t xml:space="preserve"> </w:t>
      </w:r>
      <w:r>
        <w:rPr>
          <w:rFonts w:ascii="Nirmala UI" w:hAnsi="Nirmala UI" w:eastAsia="Nirmala UI" w:cs="Nirmala UI"/>
        </w:rPr>
        <w:t>ᱢᱟᱨᱟᱝ</w:t>
      </w:r>
      <w:r>
        <w:rPr>
          <w:rFonts w:ascii="Times New Roman" w:hAnsi="Times New Roman" w:eastAsia="Times New Roman" w:cs="Times New Roman"/>
        </w:rPr>
        <w:t xml:space="preserve"> </w:t>
      </w:r>
      <w:r>
        <w:rPr>
          <w:rFonts w:ascii="Nirmala UI" w:hAnsi="Nirmala UI" w:eastAsia="Nirmala UI" w:cs="Nirmala UI"/>
        </w:rPr>
        <w:t>ᱠᱟᱹᱢᱤ</w:t>
      </w:r>
      <w:r>
        <w:rPr>
          <w:rFonts w:ascii="Times New Roman" w:hAnsi="Times New Roman" w:eastAsia="Times New Roman" w:cs="Times New Roman"/>
        </w:rPr>
        <w:t xml:space="preserve"> </w:t>
      </w:r>
      <w:r>
        <w:rPr>
          <w:rFonts w:ascii="Nirmala UI" w:hAnsi="Nirmala UI" w:eastAsia="Nirmala UI" w:cs="Nirmala UI"/>
        </w:rPr>
        <w:t>ᱦᱚᱭᱚᱜᱼᱟ᱾</w:t>
      </w:r>
      <w:r>
        <w:rPr>
          <w:rFonts w:ascii="Times New Roman" w:hAnsi="Times New Roman" w:eastAsia="Times New Roman" w:cs="Times New Roman"/>
        </w:rPr>
        <w:t xml:space="preserve"> </w:t>
      </w:r>
      <w:r>
        <w:rPr>
          <w:rFonts w:ascii="Nirmala UI" w:hAnsi="Nirmala UI" w:eastAsia="Nirmala UI" w:cs="Nirmala UI"/>
        </w:rPr>
        <w:t>ᱥᱤᱜᱜᱤᱨ</w:t>
      </w:r>
      <w:r>
        <w:rPr>
          <w:rFonts w:ascii="Times New Roman" w:hAnsi="Times New Roman" w:eastAsia="Times New Roman" w:cs="Times New Roman"/>
        </w:rPr>
        <w:t xml:space="preserve"> </w:t>
      </w:r>
      <w:r>
        <w:rPr>
          <w:rFonts w:ascii="Nirmala UI" w:hAnsi="Nirmala UI" w:eastAsia="Nirmala UI" w:cs="Nirmala UI"/>
        </w:rPr>
        <w:t>ᱤᱥᱚᱨ</w:t>
      </w:r>
      <w:r>
        <w:rPr>
          <w:rFonts w:ascii="Times New Roman" w:hAnsi="Times New Roman" w:eastAsia="Times New Roman" w:cs="Times New Roman"/>
        </w:rPr>
        <w:t xml:space="preserve"> </w:t>
      </w:r>
      <w:r>
        <w:rPr>
          <w:rFonts w:ascii="Nirmala UI" w:hAnsi="Nirmala UI" w:eastAsia="Nirmala UI" w:cs="Nirmala UI"/>
        </w:rPr>
        <w:t>ᱨᱮᱱᱟᱜ</w:t>
      </w:r>
      <w:r>
        <w:rPr>
          <w:rFonts w:ascii="Times New Roman" w:hAnsi="Times New Roman" w:eastAsia="Times New Roman" w:cs="Times New Roman"/>
        </w:rPr>
        <w:t xml:space="preserve"> </w:t>
      </w:r>
      <w:r>
        <w:rPr>
          <w:rFonts w:ascii="Nirmala UI" w:hAnsi="Nirmala UI" w:eastAsia="Nirmala UI" w:cs="Nirmala UI"/>
        </w:rPr>
        <w:t>ᱱᱤᱭᱩᱠᱛᱤ</w:t>
      </w:r>
      <w:r>
        <w:rPr>
          <w:rFonts w:ascii="Times New Roman" w:hAnsi="Times New Roman" w:eastAsia="Times New Roman" w:cs="Times New Roman"/>
        </w:rPr>
        <w:t xml:space="preserve"> </w:t>
      </w:r>
      <w:r>
        <w:rPr>
          <w:rFonts w:ascii="Nirmala UI" w:hAnsi="Nirmala UI" w:eastAsia="Nirmala UI" w:cs="Nirmala UI"/>
        </w:rPr>
        <w:t>ᱛᱮ</w:t>
      </w:r>
      <w:r>
        <w:rPr>
          <w:rFonts w:ascii="Times New Roman" w:hAnsi="Times New Roman" w:eastAsia="Times New Roman" w:cs="Times New Roman"/>
        </w:rPr>
        <w:t xml:space="preserve"> </w:t>
      </w:r>
      <w:r>
        <w:rPr>
          <w:rFonts w:ascii="Nirmala UI" w:hAnsi="Nirmala UI" w:eastAsia="Nirmala UI" w:cs="Nirmala UI"/>
        </w:rPr>
        <w:t>ᱢᱤᱫ</w:t>
      </w:r>
      <w:r>
        <w:rPr>
          <w:rFonts w:ascii="Times New Roman" w:hAnsi="Times New Roman" w:eastAsia="Times New Roman" w:cs="Times New Roman"/>
        </w:rPr>
        <w:t xml:space="preserve"> </w:t>
      </w:r>
      <w:r>
        <w:rPr>
          <w:rFonts w:ascii="Nirmala UI" w:hAnsi="Nirmala UI" w:eastAsia="Nirmala UI" w:cs="Nirmala UI"/>
        </w:rPr>
        <w:t>ᱥᱟᱱᱫᱮᱥ</w:t>
      </w:r>
      <w:r>
        <w:rPr>
          <w:rFonts w:ascii="Times New Roman" w:hAnsi="Times New Roman" w:eastAsia="Times New Roman" w:cs="Times New Roman"/>
        </w:rPr>
        <w:t xml:space="preserve"> </w:t>
      </w:r>
      <w:r>
        <w:rPr>
          <w:rFonts w:ascii="Nirmala UI" w:hAnsi="Nirmala UI" w:eastAsia="Nirmala UI" w:cs="Nirmala UI"/>
        </w:rPr>
        <w:t>ᱮᱢᱚᱜᱼᱟ</w:t>
      </w:r>
      <w:r>
        <w:rPr>
          <w:rFonts w:ascii="Times New Roman" w:hAnsi="Times New Roman" w:eastAsia="Times New Roman" w:cs="Times New Roman"/>
        </w:rPr>
        <w:t xml:space="preserve"> </w:t>
      </w:r>
      <w:r>
        <w:rPr>
          <w:rFonts w:ascii="Nirmala UI" w:hAnsi="Nirmala UI" w:eastAsia="Nirmala UI" w:cs="Nirmala UI"/>
        </w:rPr>
        <w:t>ᱡᱟᱦᱟᱸ</w:t>
      </w:r>
      <w:r>
        <w:rPr>
          <w:rFonts w:ascii="Times New Roman" w:hAnsi="Times New Roman" w:eastAsia="Times New Roman" w:cs="Times New Roman"/>
        </w:rPr>
        <w:t xml:space="preserve"> </w:t>
      </w:r>
      <w:r>
        <w:rPr>
          <w:rFonts w:ascii="Nirmala UI" w:hAnsi="Nirmala UI" w:eastAsia="Nirmala UI" w:cs="Nirmala UI"/>
        </w:rPr>
        <w:t>ᱢᱟᱨᱟᱝ</w:t>
      </w:r>
      <w:r>
        <w:rPr>
          <w:rFonts w:ascii="Times New Roman" w:hAnsi="Times New Roman" w:eastAsia="Times New Roman" w:cs="Times New Roman"/>
        </w:rPr>
        <w:t xml:space="preserve"> </w:t>
      </w:r>
      <w:r>
        <w:rPr>
          <w:rFonts w:ascii="Nirmala UI" w:hAnsi="Nirmala UI" w:eastAsia="Nirmala UI" w:cs="Nirmala UI"/>
        </w:rPr>
        <w:t>ᱠᱟᱲᱟ</w:t>
      </w:r>
      <w:r>
        <w:rPr>
          <w:rFonts w:ascii="Times New Roman" w:hAnsi="Times New Roman" w:eastAsia="Times New Roman" w:cs="Times New Roman"/>
        </w:rPr>
        <w:t xml:space="preserve"> </w:t>
      </w:r>
      <w:r>
        <w:rPr>
          <w:rFonts w:ascii="Nirmala UI" w:hAnsi="Nirmala UI" w:eastAsia="Nirmala UI" w:cs="Nirmala UI"/>
        </w:rPr>
        <w:t>ᱠᱩᱲᱟᱹᱭ</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ᱯᱮᱨᱮᱡᱚᱜᱼᱟ᱾</w:t>
      </w:r>
      <w:r>
        <w:rPr>
          <w:rFonts w:ascii="Times New Roman" w:hAnsi="Times New Roman" w:eastAsia="Times New Roman" w:cs="Times New Roman"/>
        </w:rPr>
        <w:t xml:space="preserve"> </w:t>
      </w:r>
      <w:r>
        <w:rPr>
          <w:rFonts w:ascii="Nirmala UI" w:hAnsi="Nirmala UI" w:eastAsia="Nirmala UI" w:cs="Nirmala UI"/>
        </w:rPr>
        <w:t>ᱛᱚᱵᱮ</w:t>
      </w:r>
      <w:r>
        <w:rPr>
          <w:rFonts w:ascii="Times New Roman" w:hAnsi="Times New Roman" w:eastAsia="Times New Roman" w:cs="Times New Roman"/>
        </w:rPr>
        <w:t xml:space="preserve"> </w:t>
      </w:r>
      <w:r>
        <w:rPr>
          <w:rFonts w:ascii="Nirmala UI" w:hAnsi="Nirmala UI" w:eastAsia="Nirmala UI" w:cs="Nirmala UI"/>
        </w:rPr>
        <w:t>ᱫᱟᱱᱤᱭᱮᱞ</w:t>
      </w:r>
      <w:r>
        <w:rPr>
          <w:rFonts w:ascii="Times New Roman" w:hAnsi="Times New Roman" w:eastAsia="Times New Roman" w:cs="Times New Roman"/>
        </w:rPr>
        <w:t xml:space="preserve"> </w:t>
      </w:r>
      <w:r>
        <w:rPr>
          <w:rFonts w:ascii="Nirmala UI" w:hAnsi="Nirmala UI" w:eastAsia="Nirmala UI" w:cs="Nirmala UI"/>
        </w:rPr>
        <w:t>ᱟᱯᱱᱟᱨ</w:t>
      </w:r>
      <w:r>
        <w:rPr>
          <w:rFonts w:ascii="Times New Roman" w:hAnsi="Times New Roman" w:eastAsia="Times New Roman" w:cs="Times New Roman"/>
        </w:rPr>
        <w:t xml:space="preserve"> </w:t>
      </w:r>
      <w:r>
        <w:rPr>
          <w:rFonts w:ascii="Nirmala UI" w:hAnsi="Nirmala UI" w:eastAsia="Nirmala UI" w:cs="Nirmala UI"/>
        </w:rPr>
        <w:t>ᱛᱷᱟᱱ</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ᱛᱤᱝᱜᱩᱭᱟ</w:t>
      </w:r>
      <w:r>
        <w:rPr>
          <w:rFonts w:ascii="Times New Roman" w:hAnsi="Times New Roman" w:eastAsia="Times New Roman" w:cs="Times New Roman"/>
        </w:rPr>
        <w:t xml:space="preserve">, </w:t>
      </w:r>
      <w:r>
        <w:rPr>
          <w:rFonts w:ascii="Nirmala UI" w:hAnsi="Nirmala UI" w:eastAsia="Nirmala UI" w:cs="Nirmala UI"/>
        </w:rPr>
        <w:t>ᱟᱯᱱᱟᱨ</w:t>
      </w:r>
      <w:r>
        <w:rPr>
          <w:rFonts w:ascii="Times New Roman" w:hAnsi="Times New Roman" w:eastAsia="Times New Roman" w:cs="Times New Roman"/>
        </w:rPr>
        <w:t xml:space="preserve"> </w:t>
      </w:r>
      <w:r>
        <w:rPr>
          <w:rFonts w:ascii="Nirmala UI" w:hAnsi="Nirmala UI" w:eastAsia="Nirmala UI" w:cs="Nirmala UI"/>
        </w:rPr>
        <w:t>ᱥᱟᱠᱷᱤ</w:t>
      </w:r>
      <w:r>
        <w:rPr>
          <w:rFonts w:ascii="Times New Roman" w:hAnsi="Times New Roman" w:eastAsia="Times New Roman" w:cs="Times New Roman"/>
        </w:rPr>
        <w:t xml:space="preserve"> </w:t>
      </w:r>
      <w:r>
        <w:rPr>
          <w:rFonts w:ascii="Nirmala UI" w:hAnsi="Nirmala UI" w:eastAsia="Nirmala UI" w:cs="Nirmala UI"/>
        </w:rPr>
        <w:t>ᱮᱢ</w:t>
      </w:r>
      <w:r>
        <w:rPr>
          <w:rFonts w:ascii="Times New Roman" w:hAnsi="Times New Roman" w:eastAsia="Times New Roman" w:cs="Times New Roman"/>
        </w:rPr>
        <w:t xml:space="preserve"> </w:t>
      </w:r>
      <w:r>
        <w:rPr>
          <w:rFonts w:ascii="Nirmala UI" w:hAnsi="Nirmala UI" w:eastAsia="Nirmala UI" w:cs="Nirmala UI"/>
        </w:rPr>
        <w:t>ᱠᱟᱛᱮ</w:t>
      </w:r>
      <w:r>
        <w:rPr>
          <w:rFonts w:ascii="Times New Roman" w:hAnsi="Times New Roman" w:eastAsia="Times New Roman" w:cs="Times New Roman"/>
        </w:rPr>
        <w:t xml:space="preserve"> </w:t>
      </w:r>
      <w:r>
        <w:rPr>
          <w:rFonts w:ascii="Nirmala UI" w:hAnsi="Nirmala UI" w:eastAsia="Nirmala UI" w:cs="Nirmala UI"/>
        </w:rPr>
        <w:t>᱾</w:t>
      </w:r>
      <w:r>
        <w:rPr>
          <w:rFonts w:ascii="Times New Roman" w:hAnsi="Times New Roman" w:eastAsia="Times New Roman" w:cs="Times New Roman"/>
        </w:rPr>
        <w:t>” Manuscript Releases, volume 21, 437.</w:t>
      </w:r>
    </w:p>
    <w:p>
      <w:pPr>
        <w:pStyle w:val="ArticleHeading"/>
        <w:jc w:val="left"/>
      </w:pPr>
      <w:r>
        <w:rPr>
          <w:rFonts w:ascii="Arial" w:hAnsi="Arial" w:eastAsia="Arial" w:cs="Arial"/>
        </w:rPr>
        <w:t>Mallattoo Marfamuu keessaa Mallattoo</w:t>
      </w:r>
    </w:p>
    <w:p>
      <w:pPr>
        <w:pStyle w:val="ArticleBody"/>
        <w:jc w:val="left"/>
      </w:pPr>
      <w:r>
        <w:rPr>
          <w:rFonts w:ascii="Times New Roman" w:hAnsi="Times New Roman" w:eastAsia="Times New Roman" w:cs="Times New Roman"/>
        </w:rPr>
        <w:t>Kitaaba Hisqiʼel keessatti yeroo shan inni fakkeenya ummanni arguuf didde tokko “hojiidhaan agarsiise”; akkasumas yeroo shan warra dhagaʼuu didan sana waliin “dubbate.” Ragaan lamaan—fakkeenyi hojiidhaan agarsiifame fi dubbii himame—durboota gowwaa shan sanaaf dhiyaataniiru. Fakkeenyota hojiidhaan agarsiifaman keessaa tokko, inni boqonnaa afur keessatti argamu, “mallattoo” marfamuu sanaa kan badiisa dhufu akeekkachiisu dha. Ergaan Hisqiʼel ergaa Laaʼodiiqeyaati.</w:t>
      </w:r>
    </w:p>
    <w:p>
      <w:pPr>
        <w:pStyle w:val="ArticleBody"/>
        <w:jc w:val="left"/>
      </w:pPr>
      <w:r>
        <w:rPr>
          <w:rFonts w:ascii="Nirmala UI" w:hAnsi="Nirmala UI" w:eastAsia="Nirmala UI" w:cs="Nirmala UI"/>
        </w:rPr>
        <w:t>ଲାଓଦିକିଆ</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ଦିଆଯାଇଥିବା</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ହେଉଛି</w:t>
      </w:r>
      <w:r>
        <w:rPr>
          <w:rFonts w:ascii="Times New Roman" w:hAnsi="Times New Roman" w:eastAsia="Times New Roman" w:cs="Times New Roman"/>
        </w:rPr>
        <w:t xml:space="preserve"> ‘</w:t>
      </w:r>
      <w:r>
        <w:rPr>
          <w:rFonts w:ascii="Nirmala UI" w:hAnsi="Nirmala UI" w:eastAsia="Nirmala UI" w:cs="Nirmala UI"/>
        </w:rPr>
        <w:t>ଘେରାଉର</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ଦିନଗୁଡ଼ିକର</w:t>
      </w:r>
      <w:r>
        <w:rPr>
          <w:rFonts w:ascii="Times New Roman" w:hAnsi="Times New Roman" w:eastAsia="Times New Roman" w:cs="Times New Roman"/>
        </w:rPr>
        <w:t xml:space="preserve"> </w:t>
      </w:r>
      <w:r>
        <w:rPr>
          <w:rFonts w:ascii="Nirmala UI" w:hAnsi="Nirmala UI" w:eastAsia="Nirmala UI" w:cs="Nirmala UI"/>
        </w:rPr>
        <w:t>ଘେରାଉ</w:t>
      </w:r>
      <w:r>
        <w:rPr>
          <w:rFonts w:ascii="Times New Roman" w:hAnsi="Times New Roman" w:eastAsia="Times New Roman" w:cs="Times New Roman"/>
        </w:rPr>
        <w:t xml:space="preserve"> </w:t>
      </w:r>
      <w:r>
        <w:rPr>
          <w:rFonts w:ascii="Nirmala UI" w:hAnsi="Nirmala UI" w:eastAsia="Nirmala UI" w:cs="Nirmala UI"/>
        </w:rPr>
        <w:t>କିଛି</w:t>
      </w:r>
      <w:r>
        <w:rPr>
          <w:rFonts w:ascii="Times New Roman" w:hAnsi="Times New Roman" w:eastAsia="Times New Roman" w:cs="Times New Roman"/>
        </w:rPr>
        <w:t xml:space="preserve"> </w:t>
      </w:r>
      <w:r>
        <w:rPr>
          <w:rFonts w:ascii="Nirmala UI" w:hAnsi="Nirmala UI" w:eastAsia="Nirmala UI" w:cs="Nirmala UI"/>
        </w:rPr>
        <w:t>ସାକ୍ଷୀଙ୍କ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ହୋଇଛି।</w:t>
      </w:r>
      <w:r>
        <w:rPr>
          <w:rFonts w:ascii="Times New Roman" w:hAnsi="Times New Roman" w:eastAsia="Times New Roman" w:cs="Times New Roman"/>
        </w:rPr>
        <w:t xml:space="preserve"> </w:t>
      </w:r>
      <w:r>
        <w:rPr>
          <w:rFonts w:ascii="Nirmala UI" w:hAnsi="Nirmala UI" w:eastAsia="Nirmala UI" w:cs="Nirmala UI"/>
        </w:rPr>
        <w:t>ଖ୍ରୀଷ୍ଟଙ୍କ</w:t>
      </w:r>
      <w:r>
        <w:rPr>
          <w:rFonts w:ascii="Times New Roman" w:hAnsi="Times New Roman" w:eastAsia="Times New Roman" w:cs="Times New Roman"/>
        </w:rPr>
        <w:t xml:space="preserve"> </w:t>
      </w:r>
      <w:r>
        <w:rPr>
          <w:rFonts w:ascii="Nirmala UI" w:hAnsi="Nirmala UI" w:eastAsia="Nirmala UI" w:cs="Nirmala UI"/>
        </w:rPr>
        <w:t>ଦିନର</w:t>
      </w:r>
      <w:r>
        <w:rPr>
          <w:rFonts w:ascii="Times New Roman" w:hAnsi="Times New Roman" w:eastAsia="Times New Roman" w:cs="Times New Roman"/>
        </w:rPr>
        <w:t xml:space="preserve"> </w:t>
      </w:r>
      <w:r>
        <w:rPr>
          <w:rFonts w:ascii="Nirmala UI" w:hAnsi="Nirmala UI" w:eastAsia="Nirmala UI" w:cs="Nirmala UI"/>
        </w:rPr>
        <w:t>ଯିହୂଦୀମାନଙ୍କୁ</w:t>
      </w:r>
      <w:r>
        <w:rPr>
          <w:rFonts w:ascii="Times New Roman" w:hAnsi="Times New Roman" w:eastAsia="Times New Roman" w:cs="Times New Roman"/>
        </w:rPr>
        <w:t xml:space="preserve"> </w:t>
      </w:r>
      <w:r>
        <w:rPr>
          <w:rFonts w:ascii="Nirmala UI" w:hAnsi="Nirmala UI" w:eastAsia="Nirmala UI" w:cs="Nirmala UI"/>
        </w:rPr>
        <w:t>ଦିଆଯାଇଥିବା</w:t>
      </w:r>
      <w:r>
        <w:rPr>
          <w:rFonts w:ascii="Times New Roman" w:hAnsi="Times New Roman" w:eastAsia="Times New Roman" w:cs="Times New Roman"/>
        </w:rPr>
        <w:t xml:space="preserve"> </w:t>
      </w:r>
      <w:r>
        <w:rPr>
          <w:rFonts w:ascii="Nirmala UI" w:hAnsi="Nirmala UI" w:eastAsia="Nirmala UI" w:cs="Nirmala UI"/>
        </w:rPr>
        <w:t>ଏକମାତ୍ର</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ଯୋନାଙ୍କର</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ଯେଉଁଥି</w:t>
      </w:r>
      <w:r>
        <w:rPr>
          <w:rFonts w:ascii="Times New Roman" w:hAnsi="Times New Roman" w:eastAsia="Times New Roman" w:cs="Times New Roman"/>
        </w:rPr>
        <w:t xml:space="preserve"> </w:t>
      </w:r>
      <w:r>
        <w:rPr>
          <w:rFonts w:ascii="Nirmala UI" w:hAnsi="Nirmala UI" w:eastAsia="Nirmala UI" w:cs="Nirmala UI"/>
        </w:rPr>
        <w:t>ତିନି</w:t>
      </w:r>
      <w:r>
        <w:rPr>
          <w:rFonts w:ascii="Times New Roman" w:hAnsi="Times New Roman" w:eastAsia="Times New Roman" w:cs="Times New Roman"/>
        </w:rPr>
        <w:t xml:space="preserve"> </w:t>
      </w:r>
      <w:r>
        <w:rPr>
          <w:rFonts w:ascii="Nirmala UI" w:hAnsi="Nirmala UI" w:eastAsia="Nirmala UI" w:cs="Nirmala UI"/>
        </w:rPr>
        <w:t>ଦିନ</w:t>
      </w:r>
      <w:r>
        <w:rPr>
          <w:rFonts w:ascii="Times New Roman" w:hAnsi="Times New Roman" w:eastAsia="Times New Roman" w:cs="Times New Roman"/>
        </w:rPr>
        <w:t xml:space="preserve"> </w:t>
      </w:r>
      <w:r>
        <w:rPr>
          <w:rFonts w:ascii="Nirmala UI" w:hAnsi="Nirmala UI" w:eastAsia="Nirmala UI" w:cs="Nirmala UI"/>
        </w:rPr>
        <w:t>ତିମିମାଛର</w:t>
      </w:r>
      <w:r>
        <w:rPr>
          <w:rFonts w:ascii="Times New Roman" w:hAnsi="Times New Roman" w:eastAsia="Times New Roman" w:cs="Times New Roman"/>
        </w:rPr>
        <w:t xml:space="preserve"> </w:t>
      </w:r>
      <w:r>
        <w:rPr>
          <w:rFonts w:ascii="Nirmala UI" w:hAnsi="Nirmala UI" w:eastAsia="Nirmala UI" w:cs="Nirmala UI"/>
        </w:rPr>
        <w:t>ପେଟରେ</w:t>
      </w:r>
      <w:r>
        <w:rPr>
          <w:rFonts w:ascii="Times New Roman" w:hAnsi="Times New Roman" w:eastAsia="Times New Roman" w:cs="Times New Roman"/>
        </w:rPr>
        <w:t xml:space="preserve"> </w:t>
      </w:r>
      <w:r>
        <w:rPr>
          <w:rFonts w:ascii="Nirmala UI" w:hAnsi="Nirmala UI" w:eastAsia="Nirmala UI" w:cs="Nirmala UI"/>
        </w:rPr>
        <w:t>ରହିବାର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ଅଭିନିତ</w:t>
      </w:r>
      <w:r>
        <w:rPr>
          <w:rFonts w:ascii="Times New Roman" w:hAnsi="Times New Roman" w:eastAsia="Times New Roman" w:cs="Times New Roman"/>
        </w:rPr>
        <w:t xml:space="preserve"> </w:t>
      </w:r>
      <w:r>
        <w:rPr>
          <w:rFonts w:ascii="Nirmala UI" w:hAnsi="Nirmala UI" w:eastAsia="Nirmala UI" w:cs="Nirmala UI"/>
        </w:rPr>
        <w:t>ଦୃଷ୍ଟାନ୍ତର</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କରନ୍ତି।</w:t>
      </w:r>
    </w:p>
    <w:p>
      <w:pPr>
        <w:pStyle w:val="ArticleScripture"/>
        <w:jc w:val="left"/>
      </w:pPr>
      <w:r>
        <w:rPr>
          <w:rFonts w:ascii="Times New Roman" w:hAnsi="Times New Roman" w:eastAsia="Times New Roman" w:cs="Times New Roman"/>
        </w:rPr>
        <w:t>Ergasii barreessitootaa fi Fariisotaa keessaa tokko tokko deebisanii, “Yaa Barsiisaa, mallattoo tokko si irraa arguuf barbaanna” jedhan. Inni garuu deebisee isaaniin, “Dhaloonni hamaanii fi ejjituun mallattoo barbaada; mallattoon garuu isaaf hin kennamu, yoo taʼe malee mallattoo raajicha Yoonaas. Akkuma Yoonaas guyyoota sadii fi halkan sadii garaa qurxummii guddaa keessa ture, Ilmi namaas akkasuma guyyoota sadii fi halkan sadii garaa lafaa keessa ni taʼa” jedhe. Maatewos 12:38–40.</w:t>
      </w:r>
    </w:p>
    <w:p>
      <w:pPr>
        <w:pStyle w:val="ArticleHeading"/>
        <w:jc w:val="left"/>
      </w:pPr>
      <w:r>
        <w:rPr>
          <w:rFonts w:ascii="Ebrima" w:hAnsi="Ebrima" w:eastAsia="Ebrima" w:cs="Ebrima"/>
        </w:rPr>
        <w:t>ምልክት</w:t>
      </w:r>
      <w:r>
        <w:rPr>
          <w:rFonts w:ascii="Arial" w:hAnsi="Arial" w:eastAsia="Arial" w:cs="Arial"/>
        </w:rPr>
        <w:t xml:space="preserve"> </w:t>
      </w:r>
      <w:r>
        <w:rPr>
          <w:rFonts w:ascii="Ebrima" w:hAnsi="Ebrima" w:eastAsia="Ebrima" w:cs="Ebrima"/>
        </w:rPr>
        <w:t>ዮናስ</w:t>
      </w:r>
    </w:p>
    <w:p>
      <w:pPr>
        <w:pStyle w:val="ArticleBody"/>
        <w:jc w:val="left"/>
      </w:pPr>
      <w:r>
        <w:rPr>
          <w:rFonts w:ascii="Ebrima" w:hAnsi="Ebrima" w:eastAsia="Ebrima" w:cs="Ebrima"/>
        </w:rPr>
        <w:t>ⵉⵙⴳⵉⵍ</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ⵢⵓⵏⴰⵙ</w:t>
      </w:r>
      <w:r>
        <w:rPr>
          <w:rFonts w:ascii="Times New Roman" w:hAnsi="Times New Roman" w:eastAsia="Times New Roman" w:cs="Times New Roman"/>
        </w:rPr>
        <w:t xml:space="preserve"> </w:t>
      </w:r>
      <w:r>
        <w:rPr>
          <w:rFonts w:ascii="Ebrima" w:hAnsi="Ebrima" w:eastAsia="Ebrima" w:cs="Ebrima"/>
        </w:rPr>
        <w:t>ⵉⴳⴰ</w:t>
      </w:r>
      <w:r>
        <w:rPr>
          <w:rFonts w:ascii="Times New Roman" w:hAnsi="Times New Roman" w:eastAsia="Times New Roman" w:cs="Times New Roman"/>
        </w:rPr>
        <w:t xml:space="preserve"> </w:t>
      </w:r>
      <w:r>
        <w:rPr>
          <w:rFonts w:ascii="Ebrima" w:hAnsi="Ebrima" w:eastAsia="Ebrima" w:cs="Ebrima"/>
        </w:rPr>
        <w:t>ⵜⴰⵎⵙⴰⵍⴰ</w:t>
      </w:r>
      <w:r>
        <w:rPr>
          <w:rFonts w:ascii="Times New Roman" w:hAnsi="Times New Roman" w:eastAsia="Times New Roman" w:cs="Times New Roman"/>
        </w:rPr>
        <w:t xml:space="preserve"> </w:t>
      </w:r>
      <w:r>
        <w:rPr>
          <w:rFonts w:ascii="Ebrima" w:hAnsi="Ebrima" w:eastAsia="Ebrima" w:cs="Ebrima"/>
        </w:rPr>
        <w:t>ⵜⵜⵓⵙⴽⵔⵜ</w:t>
      </w:r>
      <w:r>
        <w:rPr>
          <w:rFonts w:ascii="Times New Roman" w:hAnsi="Times New Roman" w:eastAsia="Times New Roman" w:cs="Times New Roman"/>
        </w:rPr>
        <w:t xml:space="preserve"> </w:t>
      </w:r>
      <w:r>
        <w:rPr>
          <w:rFonts w:ascii="Ebrima" w:hAnsi="Ebrima" w:eastAsia="Ebrima" w:cs="Ebrima"/>
        </w:rPr>
        <w:t>ⵙ</w:t>
      </w:r>
      <w:r>
        <w:rPr>
          <w:rFonts w:ascii="Times New Roman" w:hAnsi="Times New Roman" w:eastAsia="Times New Roman" w:cs="Times New Roman"/>
        </w:rPr>
        <w:t xml:space="preserve"> </w:t>
      </w:r>
      <w:r>
        <w:rPr>
          <w:rFonts w:ascii="Ebrima" w:hAnsi="Ebrima" w:eastAsia="Ebrima" w:cs="Ebrima"/>
        </w:rPr>
        <w:t>ⵓⵙⴽⴰⵏ</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ⵢⴰⵏ</w:t>
      </w:r>
      <w:r>
        <w:rPr>
          <w:rFonts w:ascii="Times New Roman" w:hAnsi="Times New Roman" w:eastAsia="Times New Roman" w:cs="Times New Roman"/>
        </w:rPr>
        <w:t xml:space="preserve"> </w:t>
      </w:r>
      <w:r>
        <w:rPr>
          <w:rFonts w:ascii="Ebrima" w:hAnsi="Ebrima" w:eastAsia="Ebrima" w:cs="Ebrima"/>
        </w:rPr>
        <w:t>ⵓⵏⴰⴽⴽⵉⵔ</w:t>
      </w:r>
      <w:r>
        <w:rPr>
          <w:rFonts w:ascii="Times New Roman" w:hAnsi="Times New Roman" w:eastAsia="Times New Roman" w:cs="Times New Roman"/>
        </w:rPr>
        <w:t xml:space="preserve"> </w:t>
      </w:r>
      <w:r>
        <w:rPr>
          <w:rFonts w:ascii="Ebrima" w:hAnsi="Ebrima" w:eastAsia="Ebrima" w:cs="Ebrima"/>
        </w:rPr>
        <w:t>ⵙⴳ</w:t>
      </w:r>
      <w:r>
        <w:rPr>
          <w:rFonts w:ascii="Times New Roman" w:hAnsi="Times New Roman" w:eastAsia="Times New Roman" w:cs="Times New Roman"/>
        </w:rPr>
        <w:t xml:space="preserve"> </w:t>
      </w:r>
      <w:r>
        <w:rPr>
          <w:rFonts w:ascii="Ebrima" w:hAnsi="Ebrima" w:eastAsia="Ebrima" w:cs="Ebrima"/>
        </w:rPr>
        <w:t>ⵜⵎⵜⵜⴰⵏⵜ</w:t>
      </w:r>
      <w:r>
        <w:rPr>
          <w:rFonts w:ascii="Times New Roman" w:hAnsi="Times New Roman" w:eastAsia="Times New Roman" w:cs="Times New Roman"/>
        </w:rPr>
        <w:t xml:space="preserve">. </w:t>
      </w:r>
      <w:r>
        <w:rPr>
          <w:rFonts w:ascii="Ebrima" w:hAnsi="Ebrima" w:eastAsia="Ebrima" w:cs="Ebrima"/>
        </w:rPr>
        <w:t>ⵢⵓⵀⴰⵏⵏⴰ</w:t>
      </w:r>
      <w:r>
        <w:rPr>
          <w:rFonts w:ascii="Times New Roman" w:hAnsi="Times New Roman" w:eastAsia="Times New Roman" w:cs="Times New Roman"/>
        </w:rPr>
        <w:t xml:space="preserve"> </w:t>
      </w:r>
      <w:r>
        <w:rPr>
          <w:rFonts w:ascii="Ebrima" w:hAnsi="Ebrima" w:eastAsia="Ebrima" w:cs="Ebrima"/>
        </w:rPr>
        <w:t>ⵉⵜⵜⵓⵙⴽⴰⵔ</w:t>
      </w:r>
      <w:r>
        <w:rPr>
          <w:rFonts w:ascii="Times New Roman" w:hAnsi="Times New Roman" w:eastAsia="Times New Roman" w:cs="Times New Roman"/>
        </w:rPr>
        <w:t xml:space="preserve"> </w:t>
      </w:r>
      <w:r>
        <w:rPr>
          <w:rFonts w:ascii="Ebrima" w:hAnsi="Ebrima" w:eastAsia="Ebrima" w:cs="Ebrima"/>
        </w:rPr>
        <w:t>ⴰⵡⴷ</w:t>
      </w:r>
      <w:r>
        <w:rPr>
          <w:rFonts w:ascii="Times New Roman" w:hAnsi="Times New Roman" w:eastAsia="Times New Roman" w:cs="Times New Roman"/>
        </w:rPr>
        <w:t xml:space="preserve"> </w:t>
      </w:r>
      <w:r>
        <w:rPr>
          <w:rFonts w:ascii="Ebrima" w:hAnsi="Ebrima" w:eastAsia="Ebrima" w:cs="Ebrima"/>
        </w:rPr>
        <w:t>ⵏⵜⵜⴰ</w:t>
      </w:r>
      <w:r>
        <w:rPr>
          <w:rFonts w:ascii="Times New Roman" w:hAnsi="Times New Roman" w:eastAsia="Times New Roman" w:cs="Times New Roman"/>
        </w:rPr>
        <w:t xml:space="preserve"> </w:t>
      </w:r>
      <w:r>
        <w:rPr>
          <w:rFonts w:ascii="Ebrima" w:hAnsi="Ebrima" w:eastAsia="Ebrima" w:cs="Ebrima"/>
        </w:rPr>
        <w:t>ⵉ</w:t>
      </w:r>
      <w:r>
        <w:rPr>
          <w:rFonts w:ascii="Times New Roman" w:hAnsi="Times New Roman" w:eastAsia="Times New Roman" w:cs="Times New Roman"/>
        </w:rPr>
        <w:t xml:space="preserve"> </w:t>
      </w:r>
      <w:r>
        <w:rPr>
          <w:rFonts w:ascii="Ebrima" w:hAnsi="Ebrima" w:eastAsia="Ebrima" w:cs="Ebrima"/>
        </w:rPr>
        <w:t>ⵜⵉⴷⴻⵜ</w:t>
      </w:r>
      <w:r>
        <w:rPr>
          <w:rFonts w:ascii="Times New Roman" w:hAnsi="Times New Roman" w:eastAsia="Times New Roman" w:cs="Times New Roman"/>
        </w:rPr>
        <w:t xml:space="preserve"> </w:t>
      </w:r>
      <w:r>
        <w:rPr>
          <w:rFonts w:ascii="Ebrima" w:hAnsi="Ebrima" w:eastAsia="Ebrima" w:cs="Ebrima"/>
        </w:rPr>
        <w:t>ⴰⴷ</w:t>
      </w:r>
      <w:r>
        <w:rPr>
          <w:rFonts w:ascii="Times New Roman" w:hAnsi="Times New Roman" w:eastAsia="Times New Roman" w:cs="Times New Roman"/>
        </w:rPr>
        <w:t xml:space="preserve"> </w:t>
      </w:r>
      <w:r>
        <w:rPr>
          <w:rFonts w:ascii="Ebrima" w:hAnsi="Ebrima" w:eastAsia="Ebrima" w:cs="Ebrima"/>
        </w:rPr>
        <w:t>ⵜⵜⵓⵏⵏⴰ</w:t>
      </w:r>
      <w:r>
        <w:rPr>
          <w:rFonts w:ascii="Times New Roman" w:hAnsi="Times New Roman" w:eastAsia="Times New Roman" w:cs="Times New Roman"/>
        </w:rPr>
        <w:t xml:space="preserve">, </w:t>
      </w:r>
      <w:r>
        <w:rPr>
          <w:rFonts w:ascii="Ebrima" w:hAnsi="Ebrima" w:eastAsia="Ebrima" w:cs="Ebrima"/>
        </w:rPr>
        <w:t>ⵎⴰⵙ</w:t>
      </w:r>
      <w:r>
        <w:rPr>
          <w:rFonts w:ascii="Times New Roman" w:hAnsi="Times New Roman" w:eastAsia="Times New Roman" w:cs="Times New Roman"/>
        </w:rPr>
        <w:t xml:space="preserve"> </w:t>
      </w:r>
      <w:r>
        <w:rPr>
          <w:rFonts w:ascii="Ebrima" w:hAnsi="Ebrima" w:eastAsia="Ebrima" w:cs="Ebrima"/>
        </w:rPr>
        <w:t>ⵉⵜⵜⵓⵔⴳⴰ</w:t>
      </w:r>
      <w:r>
        <w:rPr>
          <w:rFonts w:ascii="Times New Roman" w:hAnsi="Times New Roman" w:eastAsia="Times New Roman" w:cs="Times New Roman"/>
        </w:rPr>
        <w:t xml:space="preserve"> </w:t>
      </w:r>
      <w:r>
        <w:rPr>
          <w:rFonts w:ascii="Ebrima" w:hAnsi="Ebrima" w:eastAsia="Ebrima" w:cs="Ebrima"/>
        </w:rPr>
        <w:t>ⵙ</w:t>
      </w:r>
      <w:r>
        <w:rPr>
          <w:rFonts w:ascii="Times New Roman" w:hAnsi="Times New Roman" w:eastAsia="Times New Roman" w:cs="Times New Roman"/>
        </w:rPr>
        <w:t xml:space="preserve"> </w:t>
      </w:r>
      <w:r>
        <w:rPr>
          <w:rFonts w:ascii="Ebrima" w:hAnsi="Ebrima" w:eastAsia="Ebrima" w:cs="Ebrima"/>
        </w:rPr>
        <w:t>ⵢⴰⵜ</w:t>
      </w:r>
      <w:r>
        <w:rPr>
          <w:rFonts w:ascii="Times New Roman" w:hAnsi="Times New Roman" w:eastAsia="Times New Roman" w:cs="Times New Roman"/>
        </w:rPr>
        <w:t xml:space="preserve"> </w:t>
      </w:r>
      <w:r>
        <w:rPr>
          <w:rFonts w:ascii="Ebrima" w:hAnsi="Ebrima" w:eastAsia="Ebrima" w:cs="Ebrima"/>
        </w:rPr>
        <w:t>ⵜⵇⵇⴰⵔⵉⴹⵜ</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ⵓⵣⵣⵓⵎ</w:t>
      </w:r>
      <w:r>
        <w:rPr>
          <w:rFonts w:ascii="Times New Roman" w:hAnsi="Times New Roman" w:eastAsia="Times New Roman" w:cs="Times New Roman"/>
        </w:rPr>
        <w:t xml:space="preserve"> </w:t>
      </w:r>
      <w:r>
        <w:rPr>
          <w:rFonts w:ascii="Ebrima" w:hAnsi="Ebrima" w:eastAsia="Ebrima" w:cs="Ebrima"/>
        </w:rPr>
        <w:t>ⵉⵜⵜⴰⵖⵖⴰⵏ</w:t>
      </w:r>
      <w:r>
        <w:rPr>
          <w:rFonts w:ascii="Times New Roman" w:hAnsi="Times New Roman" w:eastAsia="Times New Roman" w:cs="Times New Roman"/>
        </w:rPr>
        <w:t xml:space="preserve">, </w:t>
      </w:r>
      <w:r>
        <w:rPr>
          <w:rFonts w:ascii="Ebrima" w:hAnsi="Ebrima" w:eastAsia="Ebrima" w:cs="Ebrima"/>
        </w:rPr>
        <w:t>ⵉⴼⴼⵖ</w:t>
      </w:r>
      <w:r>
        <w:rPr>
          <w:rFonts w:ascii="Times New Roman" w:hAnsi="Times New Roman" w:eastAsia="Times New Roman" w:cs="Times New Roman"/>
        </w:rPr>
        <w:t xml:space="preserve"> </w:t>
      </w:r>
      <w:r>
        <w:rPr>
          <w:rFonts w:ascii="Ebrima" w:hAnsi="Ebrima" w:eastAsia="Ebrima" w:cs="Ebrima"/>
        </w:rPr>
        <w:t>ⴷ</w:t>
      </w:r>
      <w:r>
        <w:rPr>
          <w:rFonts w:ascii="Times New Roman" w:hAnsi="Times New Roman" w:eastAsia="Times New Roman" w:cs="Times New Roman"/>
        </w:rPr>
        <w:t xml:space="preserve"> </w:t>
      </w:r>
      <w:r>
        <w:rPr>
          <w:rFonts w:ascii="Ebrima" w:hAnsi="Ebrima" w:eastAsia="Ebrima" w:cs="Ebrima"/>
        </w:rPr>
        <w:t>ⵙⵉⵙ</w:t>
      </w:r>
      <w:r>
        <w:rPr>
          <w:rFonts w:ascii="Times New Roman" w:hAnsi="Times New Roman" w:eastAsia="Times New Roman" w:cs="Times New Roman"/>
        </w:rPr>
        <w:t xml:space="preserve"> </w:t>
      </w:r>
      <w:r>
        <w:rPr>
          <w:rFonts w:ascii="Ebrima" w:hAnsi="Ebrima" w:eastAsia="Ebrima" w:cs="Ebrima"/>
        </w:rPr>
        <w:t>ⵉⴷⴷⴰⵔ</w:t>
      </w:r>
      <w:r>
        <w:rPr>
          <w:rFonts w:ascii="Times New Roman" w:hAnsi="Times New Roman" w:eastAsia="Times New Roman" w:cs="Times New Roman"/>
        </w:rPr>
        <w:t xml:space="preserve">. </w:t>
      </w:r>
      <w:r>
        <w:rPr>
          <w:rFonts w:ascii="Ebrima" w:hAnsi="Ebrima" w:eastAsia="Ebrima" w:cs="Ebrima"/>
        </w:rPr>
        <w:t>ⴷⴰⵏⵉⵢⵢⴰⵍ</w:t>
      </w:r>
      <w:r>
        <w:rPr>
          <w:rFonts w:ascii="Times New Roman" w:hAnsi="Times New Roman" w:eastAsia="Times New Roman" w:cs="Times New Roman"/>
        </w:rPr>
        <w:t xml:space="preserve"> </w:t>
      </w:r>
      <w:r>
        <w:rPr>
          <w:rFonts w:ascii="Ebrima" w:hAnsi="Ebrima" w:eastAsia="Ebrima" w:cs="Ebrima"/>
        </w:rPr>
        <w:t>ⴳ</w:t>
      </w:r>
      <w:r>
        <w:rPr>
          <w:rFonts w:ascii="Times New Roman" w:hAnsi="Times New Roman" w:eastAsia="Times New Roman" w:cs="Times New Roman"/>
        </w:rPr>
        <w:t xml:space="preserve"> </w:t>
      </w:r>
      <w:r>
        <w:rPr>
          <w:rFonts w:ascii="Ebrima" w:hAnsi="Ebrima" w:eastAsia="Ebrima" w:cs="Ebrima"/>
        </w:rPr>
        <w:t>ⵓⵏⵓ</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ⵉⵣⵎ</w:t>
      </w:r>
      <w:r>
        <w:rPr>
          <w:rFonts w:ascii="Times New Roman" w:hAnsi="Times New Roman" w:eastAsia="Times New Roman" w:cs="Times New Roman"/>
        </w:rPr>
        <w:t xml:space="preserve">, </w:t>
      </w:r>
      <w:r>
        <w:rPr>
          <w:rFonts w:ascii="Ebrima" w:hAnsi="Ebrima" w:eastAsia="Ebrima" w:cs="Ebrima"/>
        </w:rPr>
        <w:t>ⴰⴽⴷ</w:t>
      </w:r>
      <w:r>
        <w:rPr>
          <w:rFonts w:ascii="Times New Roman" w:hAnsi="Times New Roman" w:eastAsia="Times New Roman" w:cs="Times New Roman"/>
        </w:rPr>
        <w:t xml:space="preserve"> </w:t>
      </w:r>
      <w:r>
        <w:rPr>
          <w:rFonts w:ascii="Ebrima" w:hAnsi="Ebrima" w:eastAsia="Ebrima" w:cs="Ebrima"/>
        </w:rPr>
        <w:t>ⴽⵕⴰⴹⵜ</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ⵡⵉⵏ</w:t>
      </w:r>
      <w:r>
        <w:rPr>
          <w:rFonts w:ascii="Times New Roman" w:hAnsi="Times New Roman" w:eastAsia="Times New Roman" w:cs="Times New Roman"/>
        </w:rPr>
        <w:t xml:space="preserve"> </w:t>
      </w:r>
      <w:r>
        <w:rPr>
          <w:rFonts w:ascii="Ebrima" w:hAnsi="Ebrima" w:eastAsia="Ebrima" w:cs="Ebrima"/>
        </w:rPr>
        <w:t>ⵉⵜⵜⵓⵙⵎⵖⵓⵔⵏ</w:t>
      </w:r>
      <w:r>
        <w:rPr>
          <w:rFonts w:ascii="Times New Roman" w:hAnsi="Times New Roman" w:eastAsia="Times New Roman" w:cs="Times New Roman"/>
        </w:rPr>
        <w:t xml:space="preserve"> </w:t>
      </w:r>
      <w:r>
        <w:rPr>
          <w:rFonts w:ascii="Ebrima" w:hAnsi="Ebrima" w:eastAsia="Ebrima" w:cs="Ebrima"/>
        </w:rPr>
        <w:t>ⴳ</w:t>
      </w:r>
      <w:r>
        <w:rPr>
          <w:rFonts w:ascii="Times New Roman" w:hAnsi="Times New Roman" w:eastAsia="Times New Roman" w:cs="Times New Roman"/>
        </w:rPr>
        <w:t xml:space="preserve"> </w:t>
      </w:r>
      <w:r>
        <w:rPr>
          <w:rFonts w:ascii="Ebrima" w:hAnsi="Ebrima" w:eastAsia="Ebrima" w:cs="Ebrima"/>
        </w:rPr>
        <w:t>ⵜⵏⵓⵔⴰ</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ⵏⴰⴱⵓⴽⴰⴷⵏⴻⵙⵚⴰⵕ</w:t>
      </w:r>
      <w:r>
        <w:rPr>
          <w:rFonts w:ascii="Times New Roman" w:hAnsi="Times New Roman" w:eastAsia="Times New Roman" w:cs="Times New Roman"/>
        </w:rPr>
        <w:t xml:space="preserve">, </w:t>
      </w:r>
      <w:r>
        <w:rPr>
          <w:rFonts w:ascii="Ebrima" w:hAnsi="Ebrima" w:eastAsia="Ebrima" w:cs="Ebrima"/>
        </w:rPr>
        <w:t>ⴰⵔ</w:t>
      </w:r>
      <w:r>
        <w:rPr>
          <w:rFonts w:ascii="Times New Roman" w:hAnsi="Times New Roman" w:eastAsia="Times New Roman" w:cs="Times New Roman"/>
        </w:rPr>
        <w:t xml:space="preserve"> </w:t>
      </w:r>
      <w:r>
        <w:rPr>
          <w:rFonts w:ascii="Ebrima" w:hAnsi="Ebrima" w:eastAsia="Ebrima" w:cs="Ebrima"/>
        </w:rPr>
        <w:t>ⵜⵜⵓⵙⴽⴰⵔⵏ</w:t>
      </w:r>
      <w:r>
        <w:rPr>
          <w:rFonts w:ascii="Times New Roman" w:hAnsi="Times New Roman" w:eastAsia="Times New Roman" w:cs="Times New Roman"/>
        </w:rPr>
        <w:t xml:space="preserve"> </w:t>
      </w:r>
      <w:r>
        <w:rPr>
          <w:rFonts w:ascii="Ebrima" w:hAnsi="Ebrima" w:eastAsia="Ebrima" w:cs="Ebrima"/>
        </w:rPr>
        <w:t>ⴰⵏⴰⴽⴽⵉⵔ</w:t>
      </w:r>
      <w:r>
        <w:rPr>
          <w:rFonts w:ascii="Times New Roman" w:hAnsi="Times New Roman" w:eastAsia="Times New Roman" w:cs="Times New Roman"/>
        </w:rPr>
        <w:t xml:space="preserve"> </w:t>
      </w:r>
      <w:r>
        <w:rPr>
          <w:rFonts w:ascii="Ebrima" w:hAnsi="Ebrima" w:eastAsia="Ebrima" w:cs="Ebrima"/>
        </w:rPr>
        <w:t>ⵙⴳ</w:t>
      </w:r>
      <w:r>
        <w:rPr>
          <w:rFonts w:ascii="Times New Roman" w:hAnsi="Times New Roman" w:eastAsia="Times New Roman" w:cs="Times New Roman"/>
        </w:rPr>
        <w:t xml:space="preserve"> </w:t>
      </w:r>
      <w:r>
        <w:rPr>
          <w:rFonts w:ascii="Ebrima" w:hAnsi="Ebrima" w:eastAsia="Ebrima" w:cs="Ebrima"/>
        </w:rPr>
        <w:t>ⵜⵎⵜⵜⴰⵏⵜ</w:t>
      </w:r>
      <w:r>
        <w:rPr>
          <w:rFonts w:ascii="Times New Roman" w:hAnsi="Times New Roman" w:eastAsia="Times New Roman" w:cs="Times New Roman"/>
        </w:rPr>
        <w:t xml:space="preserve">. </w:t>
      </w:r>
      <w:r>
        <w:rPr>
          <w:rFonts w:ascii="Ebrima" w:hAnsi="Ebrima" w:eastAsia="Ebrima" w:cs="Ebrima"/>
        </w:rPr>
        <w:t>ⴽⵓⵍⵍⵓⵜⵏ</w:t>
      </w:r>
      <w:r>
        <w:rPr>
          <w:rFonts w:ascii="Times New Roman" w:hAnsi="Times New Roman" w:eastAsia="Times New Roman" w:cs="Times New Roman"/>
        </w:rPr>
        <w:t xml:space="preserve"> </w:t>
      </w:r>
      <w:r>
        <w:rPr>
          <w:rFonts w:ascii="Ebrima" w:hAnsi="Ebrima" w:eastAsia="Ebrima" w:cs="Ebrima"/>
        </w:rPr>
        <w:t>ⴰⴷ</w:t>
      </w:r>
      <w:r>
        <w:rPr>
          <w:rFonts w:ascii="Times New Roman" w:hAnsi="Times New Roman" w:eastAsia="Times New Roman" w:cs="Times New Roman"/>
        </w:rPr>
        <w:t xml:space="preserve"> </w:t>
      </w:r>
      <w:r>
        <w:rPr>
          <w:rFonts w:ascii="Ebrima" w:hAnsi="Ebrima" w:eastAsia="Ebrima" w:cs="Ebrima"/>
        </w:rPr>
        <w:t>ⴰⵔ</w:t>
      </w:r>
      <w:r>
        <w:rPr>
          <w:rFonts w:ascii="Times New Roman" w:hAnsi="Times New Roman" w:eastAsia="Times New Roman" w:cs="Times New Roman"/>
        </w:rPr>
        <w:t xml:space="preserve"> </w:t>
      </w:r>
      <w:r>
        <w:rPr>
          <w:rFonts w:ascii="Ebrima" w:hAnsi="Ebrima" w:eastAsia="Ebrima" w:cs="Ebrima"/>
        </w:rPr>
        <w:t>ⵜⵜⵓⵙⴽⴰⵔⵏ</w:t>
      </w:r>
      <w:r>
        <w:rPr>
          <w:rFonts w:ascii="Times New Roman" w:hAnsi="Times New Roman" w:eastAsia="Times New Roman" w:cs="Times New Roman"/>
        </w:rPr>
        <w:t xml:space="preserve"> </w:t>
      </w:r>
      <w:r>
        <w:rPr>
          <w:rFonts w:ascii="Ebrima" w:hAnsi="Ebrima" w:eastAsia="Ebrima" w:cs="Ebrima"/>
        </w:rPr>
        <w:t>ⵉ</w:t>
      </w:r>
      <w:r>
        <w:rPr>
          <w:rFonts w:ascii="Times New Roman" w:hAnsi="Times New Roman" w:eastAsia="Times New Roman" w:cs="Times New Roman"/>
        </w:rPr>
        <w:t xml:space="preserve"> </w:t>
      </w:r>
      <w:r>
        <w:rPr>
          <w:rFonts w:ascii="Ebrima" w:hAnsi="Ebrima" w:eastAsia="Ebrima" w:cs="Ebrima"/>
        </w:rPr>
        <w:t>ⵓⴽⴽⵓⵣ</w:t>
      </w:r>
      <w:r>
        <w:rPr>
          <w:rFonts w:ascii="Times New Roman" w:hAnsi="Times New Roman" w:eastAsia="Times New Roman" w:cs="Times New Roman"/>
        </w:rPr>
        <w:t xml:space="preserve"> </w:t>
      </w:r>
      <w:r>
        <w:rPr>
          <w:rFonts w:ascii="Ebrima" w:hAnsi="Ebrima" w:eastAsia="Ebrima" w:cs="Ebrima"/>
        </w:rPr>
        <w:t>ⴷ</w:t>
      </w:r>
      <w:r>
        <w:rPr>
          <w:rFonts w:ascii="Times New Roman" w:hAnsi="Times New Roman" w:eastAsia="Times New Roman" w:cs="Times New Roman"/>
        </w:rPr>
        <w:t xml:space="preserve"> </w:t>
      </w:r>
      <w:r>
        <w:rPr>
          <w:rFonts w:ascii="Ebrima" w:hAnsi="Ebrima" w:eastAsia="Ebrima" w:cs="Ebrima"/>
        </w:rPr>
        <w:t>ⴽⵓⵥ</w:t>
      </w:r>
      <w:r>
        <w:rPr>
          <w:rFonts w:ascii="Times New Roman" w:hAnsi="Times New Roman" w:eastAsia="Times New Roman" w:cs="Times New Roman"/>
        </w:rPr>
        <w:t xml:space="preserve"> </w:t>
      </w:r>
      <w:r>
        <w:rPr>
          <w:rFonts w:ascii="Ebrima" w:hAnsi="Ebrima" w:eastAsia="Ebrima" w:cs="Ebrima"/>
        </w:rPr>
        <w:t>ⵉⴼⴹ</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ⵉⴼⴹ</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ⵡⵉⴷⴰ</w:t>
      </w:r>
      <w:r>
        <w:rPr>
          <w:rFonts w:ascii="Times New Roman" w:hAnsi="Times New Roman" w:eastAsia="Times New Roman" w:cs="Times New Roman"/>
        </w:rPr>
        <w:t xml:space="preserve"> </w:t>
      </w:r>
      <w:r>
        <w:rPr>
          <w:rFonts w:ascii="Ebrima" w:hAnsi="Ebrima" w:eastAsia="Ebrima" w:cs="Ebrima"/>
        </w:rPr>
        <w:t>ⵉⵜⵜⵓⵏⴰⴽⴽⴰⵔⵏ</w:t>
      </w:r>
      <w:r>
        <w:rPr>
          <w:rFonts w:ascii="Times New Roman" w:hAnsi="Times New Roman" w:eastAsia="Times New Roman" w:cs="Times New Roman"/>
        </w:rPr>
        <w:t xml:space="preserve"> </w:t>
      </w:r>
      <w:r>
        <w:rPr>
          <w:rFonts w:ascii="Ebrima" w:hAnsi="Ebrima" w:eastAsia="Ebrima" w:cs="Ebrima"/>
        </w:rPr>
        <w:t>ⴳ</w:t>
      </w:r>
      <w:r>
        <w:rPr>
          <w:rFonts w:ascii="Times New Roman" w:hAnsi="Times New Roman" w:eastAsia="Times New Roman" w:cs="Times New Roman"/>
        </w:rPr>
        <w:t xml:space="preserve"> </w:t>
      </w:r>
      <w:r>
        <w:rPr>
          <w:rFonts w:ascii="Ebrima" w:hAnsi="Ebrima" w:eastAsia="Ebrima" w:cs="Ebrima"/>
        </w:rPr>
        <w:t>ⵓⵙⴽⵜⵉ</w:t>
      </w:r>
      <w:r>
        <w:rPr>
          <w:rFonts w:ascii="Times New Roman" w:hAnsi="Times New Roman" w:eastAsia="Times New Roman" w:cs="Times New Roman"/>
        </w:rPr>
        <w:t xml:space="preserve"> </w:t>
      </w:r>
      <w:r>
        <w:rPr>
          <w:rFonts w:ascii="Ebrima" w:hAnsi="Ebrima" w:eastAsia="Ebrima" w:cs="Ebrima"/>
        </w:rPr>
        <w:t>ⵏ</w:t>
      </w:r>
      <w:r>
        <w:rPr>
          <w:rFonts w:ascii="Times New Roman" w:hAnsi="Times New Roman" w:eastAsia="Times New Roman" w:cs="Times New Roman"/>
        </w:rPr>
        <w:t xml:space="preserve"> </w:t>
      </w:r>
      <w:r>
        <w:rPr>
          <w:rFonts w:ascii="Ebrima" w:hAnsi="Ebrima" w:eastAsia="Ebrima" w:cs="Ebrima"/>
        </w:rPr>
        <w:t>ⵢⵓⵀⴰⵏⵏⴰ</w:t>
      </w:r>
      <w:r>
        <w:rPr>
          <w:rFonts w:ascii="Times New Roman" w:hAnsi="Times New Roman" w:eastAsia="Times New Roman" w:cs="Times New Roman"/>
        </w:rPr>
        <w:t xml:space="preserve">, </w:t>
      </w:r>
      <w:r>
        <w:rPr>
          <w:rFonts w:ascii="Ebrima" w:hAnsi="Ebrima" w:eastAsia="Ebrima" w:cs="Ebrima"/>
        </w:rPr>
        <w:t>ⵉⵅⴼ</w:t>
      </w:r>
      <w:r>
        <w:rPr>
          <w:rFonts w:ascii="Times New Roman" w:hAnsi="Times New Roman" w:eastAsia="Times New Roman" w:cs="Times New Roman"/>
        </w:rPr>
        <w:t xml:space="preserve"> </w:t>
      </w:r>
      <w:r>
        <w:rPr>
          <w:rFonts w:ascii="Ebrima" w:hAnsi="Ebrima" w:eastAsia="Ebrima" w:cs="Ebrima"/>
        </w:rPr>
        <w:t>ⵓⵎⵔⴰⵡ</w:t>
      </w:r>
      <w:r>
        <w:rPr>
          <w:rFonts w:ascii="Times New Roman" w:hAnsi="Times New Roman" w:eastAsia="Times New Roman" w:cs="Times New Roman"/>
        </w:rPr>
        <w:t xml:space="preserve"> </w:t>
      </w:r>
      <w:r>
        <w:rPr>
          <w:rFonts w:ascii="Ebrima" w:hAnsi="Ebrima" w:eastAsia="Ebrima" w:cs="Ebrima"/>
        </w:rPr>
        <w:t>ⴷ</w:t>
      </w:r>
      <w:r>
        <w:rPr>
          <w:rFonts w:ascii="Times New Roman" w:hAnsi="Times New Roman" w:eastAsia="Times New Roman" w:cs="Times New Roman"/>
        </w:rPr>
        <w:t xml:space="preserve"> </w:t>
      </w:r>
      <w:r>
        <w:rPr>
          <w:rFonts w:ascii="Ebrima" w:hAnsi="Ebrima" w:eastAsia="Ebrima" w:cs="Ebrima"/>
        </w:rPr>
        <w:t>ⵢⴰⵏ</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w:t>
      </w:r>
      <w:r>
        <w:rPr>
          <w:rFonts w:ascii="Nirmala UI" w:hAnsi="Nirmala UI" w:eastAsia="Nirmala UI" w:cs="Nirmala UI"/>
        </w:rPr>
        <w:t>ସେବକତାରକଙ୍କ</w:t>
      </w:r>
      <w:r>
        <w:rPr>
          <w:rFonts w:ascii="Times New Roman" w:hAnsi="Times New Roman" w:eastAsia="Times New Roman" w:cs="Times New Roman"/>
        </w:rPr>
        <w:t xml:space="preserve"> </w:t>
      </w:r>
      <w:r>
        <w:rPr>
          <w:rFonts w:ascii="Nirmala UI" w:hAnsi="Nirmala UI" w:eastAsia="Nirmala UI" w:cs="Nirmala UI"/>
        </w:rPr>
        <w:t>ଚିନ୍ତାଧାରା</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ଅତୀତ</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ଭବିଷ୍ୟତ୍</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ଧ୍ୟାନରୁ</w:t>
      </w:r>
      <w:r>
        <w:rPr>
          <w:rFonts w:ascii="Times New Roman" w:hAnsi="Times New Roman" w:eastAsia="Times New Roman" w:cs="Times New Roman"/>
        </w:rPr>
        <w:t xml:space="preserve"> </w:t>
      </w:r>
      <w:r>
        <w:rPr>
          <w:rFonts w:ascii="Nirmala UI" w:hAnsi="Nirmala UI" w:eastAsia="Nirmala UI" w:cs="Nirmala UI"/>
        </w:rPr>
        <w:t>ଫେରିଲା।</w:t>
      </w:r>
      <w:r>
        <w:rPr>
          <w:rFonts w:ascii="Times New Roman" w:hAnsi="Times New Roman" w:eastAsia="Times New Roman" w:cs="Times New Roman"/>
        </w:rPr>
        <w:t xml:space="preserve"> </w:t>
      </w:r>
      <w:r>
        <w:rPr>
          <w:rFonts w:ascii="Nirmala UI" w:hAnsi="Nirmala UI" w:eastAsia="Nirmala UI" w:cs="Nirmala UI"/>
        </w:rPr>
        <w:t>ଲୋକମାନେ</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ଦେଖିଥିଲେ</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ଶୁଣିଥିଲେ</w:t>
      </w:r>
      <w:r>
        <w:rPr>
          <w:rFonts w:ascii="Times New Roman" w:hAnsi="Times New Roman" w:eastAsia="Times New Roman" w:cs="Times New Roman"/>
        </w:rPr>
        <w:t xml:space="preserve">, </w:t>
      </w:r>
      <w:r>
        <w:rPr>
          <w:rFonts w:ascii="Nirmala UI" w:hAnsi="Nirmala UI" w:eastAsia="Nirmala UI" w:cs="Nirmala UI"/>
        </w:rPr>
        <w:t>ତାହାକୁ</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ମନରେ</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ପ୍ରତିଛବି</w:t>
      </w:r>
      <w:r>
        <w:rPr>
          <w:rFonts w:ascii="Times New Roman" w:hAnsi="Times New Roman" w:eastAsia="Times New Roman" w:cs="Times New Roman"/>
        </w:rPr>
        <w:t xml:space="preserve"> </w:t>
      </w:r>
      <w:r>
        <w:rPr>
          <w:rFonts w:ascii="Nirmala UI" w:hAnsi="Nirmala UI" w:eastAsia="Nirmala UI" w:cs="Nirmala UI"/>
        </w:rPr>
        <w:t>ଅନୁଯାୟୀ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ନିଜେମାନେ</w:t>
      </w:r>
      <w:r>
        <w:rPr>
          <w:rFonts w:ascii="Times New Roman" w:hAnsi="Times New Roman" w:eastAsia="Times New Roman" w:cs="Times New Roman"/>
        </w:rPr>
        <w:t xml:space="preserve"> </w:t>
      </w:r>
      <w:r>
        <w:rPr>
          <w:rFonts w:ascii="Nirmala UI" w:hAnsi="Nirmala UI" w:eastAsia="Nirmala UI" w:cs="Nirmala UI"/>
        </w:rPr>
        <w:t>ଯେତେକ</w:t>
      </w:r>
      <w:r>
        <w:rPr>
          <w:rFonts w:ascii="Times New Roman" w:hAnsi="Times New Roman" w:eastAsia="Times New Roman" w:cs="Times New Roman"/>
        </w:rPr>
        <w:t xml:space="preserve"> </w:t>
      </w:r>
      <w:r>
        <w:rPr>
          <w:rFonts w:ascii="Nirmala UI" w:hAnsi="Nirmala UI" w:eastAsia="Nirmala UI" w:cs="Nirmala UI"/>
        </w:rPr>
        <w:t>ଆଲୋକ</w:t>
      </w:r>
      <w:r>
        <w:rPr>
          <w:rFonts w:ascii="Times New Roman" w:hAnsi="Times New Roman" w:eastAsia="Times New Roman" w:cs="Times New Roman"/>
        </w:rPr>
        <w:t xml:space="preserve"> </w:t>
      </w:r>
      <w:r>
        <w:rPr>
          <w:rFonts w:ascii="Nirmala UI" w:hAnsi="Nirmala UI" w:eastAsia="Nirmala UI" w:cs="Nirmala UI"/>
        </w:rPr>
        <w:t>ପାଇଥିଲେ</w:t>
      </w:r>
      <w:r>
        <w:rPr>
          <w:rFonts w:ascii="Times New Roman" w:hAnsi="Times New Roman" w:eastAsia="Times New Roman" w:cs="Times New Roman"/>
        </w:rPr>
        <w:t xml:space="preserve"> </w:t>
      </w:r>
      <w:r>
        <w:rPr>
          <w:rFonts w:ascii="Nirmala UI" w:hAnsi="Nirmala UI" w:eastAsia="Nirmala UI" w:cs="Nirmala UI"/>
        </w:rPr>
        <w:t>ତାହାଅନୁସାରେ</w:t>
      </w:r>
      <w:r>
        <w:rPr>
          <w:rFonts w:ascii="Times New Roman" w:hAnsi="Times New Roman" w:eastAsia="Times New Roman" w:cs="Times New Roman"/>
        </w:rPr>
        <w:t xml:space="preserve"> </w:t>
      </w:r>
      <w:r>
        <w:rPr>
          <w:rFonts w:ascii="Nirmala UI" w:hAnsi="Nirmala UI" w:eastAsia="Nirmala UI" w:cs="Nirmala UI"/>
        </w:rPr>
        <w:t>ବ୍ୟାଖ୍ୟା</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ଚେଷ୍ଟା</w:t>
      </w:r>
      <w:r>
        <w:rPr>
          <w:rFonts w:ascii="Times New Roman" w:hAnsi="Times New Roman" w:eastAsia="Times New Roman" w:cs="Times New Roman"/>
        </w:rPr>
        <w:t xml:space="preserve"> </w:t>
      </w:r>
      <w:r>
        <w:rPr>
          <w:rFonts w:ascii="Nirmala UI" w:hAnsi="Nirmala UI" w:eastAsia="Nirmala UI" w:cs="Nirmala UI"/>
        </w:rPr>
        <w:t>କରୁଥିବାବେଳେ</w:t>
      </w:r>
      <w:r>
        <w:rPr>
          <w:rFonts w:ascii="Times New Roman" w:hAnsi="Times New Roman" w:eastAsia="Times New Roman" w:cs="Times New Roman"/>
        </w:rPr>
        <w:t>, ‘</w:t>
      </w:r>
      <w:r>
        <w:rPr>
          <w:rFonts w:ascii="Nirmala UI" w:hAnsi="Nirmala UI" w:eastAsia="Nirmala UI" w:cs="Nirmala UI"/>
        </w:rPr>
        <w:t>ଯୀଶୁ</w:t>
      </w:r>
      <w:r>
        <w:rPr>
          <w:rFonts w:ascii="Times New Roman" w:hAnsi="Times New Roman" w:eastAsia="Times New Roman" w:cs="Times New Roman"/>
        </w:rPr>
        <w:t xml:space="preserve"> </w:t>
      </w:r>
      <w:r>
        <w:rPr>
          <w:rFonts w:ascii="Nirmala UI" w:hAnsi="Nirmala UI" w:eastAsia="Nirmala UI" w:cs="Nirmala UI"/>
        </w:rPr>
        <w:t>ଉତ୍ତର</w:t>
      </w:r>
      <w:r>
        <w:rPr>
          <w:rFonts w:ascii="Times New Roman" w:hAnsi="Times New Roman" w:eastAsia="Times New Roman" w:cs="Times New Roman"/>
        </w:rPr>
        <w:t xml:space="preserve"> </w:t>
      </w:r>
      <w:r>
        <w:rPr>
          <w:rFonts w:ascii="Nirmala UI" w:hAnsi="Nirmala UI" w:eastAsia="Nirmala UI" w:cs="Nirmala UI"/>
        </w:rPr>
        <w:t>ଦେଇ</w:t>
      </w:r>
      <w:r>
        <w:rPr>
          <w:rFonts w:ascii="Times New Roman" w:hAnsi="Times New Roman" w:eastAsia="Times New Roman" w:cs="Times New Roman"/>
        </w:rPr>
        <w:t xml:space="preserve"> </w:t>
      </w:r>
      <w:r>
        <w:rPr>
          <w:rFonts w:ascii="Nirmala UI" w:hAnsi="Nirmala UI" w:eastAsia="Nirmala UI" w:cs="Nirmala UI"/>
        </w:rPr>
        <w:t>କହିଲେ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ସ୍ୱର</w:t>
      </w:r>
      <w:r>
        <w:rPr>
          <w:rFonts w:ascii="Times New Roman" w:hAnsi="Times New Roman" w:eastAsia="Times New Roman" w:cs="Times New Roman"/>
        </w:rPr>
        <w:t xml:space="preserve"> </w:t>
      </w:r>
      <w:r>
        <w:rPr>
          <w:rFonts w:ascii="Nirmala UI" w:hAnsi="Nirmala UI" w:eastAsia="Nirmala UI" w:cs="Nirmala UI"/>
        </w:rPr>
        <w:t>ମୋର</w:t>
      </w:r>
      <w:r>
        <w:rPr>
          <w:rFonts w:ascii="Times New Roman" w:hAnsi="Times New Roman" w:eastAsia="Times New Roman" w:cs="Times New Roman"/>
        </w:rPr>
        <w:t xml:space="preserve"> </w:t>
      </w:r>
      <w:r>
        <w:rPr>
          <w:rFonts w:ascii="Nirmala UI" w:hAnsi="Nirmala UI" w:eastAsia="Nirmala UI" w:cs="Nirmala UI"/>
        </w:rPr>
        <w:t>କାରଣରୁ</w:t>
      </w:r>
      <w:r>
        <w:rPr>
          <w:rFonts w:ascii="Times New Roman" w:hAnsi="Times New Roman" w:eastAsia="Times New Roman" w:cs="Times New Roman"/>
        </w:rPr>
        <w:t xml:space="preserve"> </w:t>
      </w:r>
      <w:r>
        <w:rPr>
          <w:rFonts w:ascii="Nirmala UI" w:hAnsi="Nirmala UI" w:eastAsia="Nirmala UI" w:cs="Nirmala UI"/>
        </w:rPr>
        <w:t>ଆସିନାହିଁ</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ତୁମ୍ଭମାନଙ୍କ</w:t>
      </w:r>
      <w:r>
        <w:rPr>
          <w:rFonts w:ascii="Times New Roman" w:hAnsi="Times New Roman" w:eastAsia="Times New Roman" w:cs="Times New Roman"/>
        </w:rPr>
        <w:t xml:space="preserve"> </w:t>
      </w:r>
      <w:r>
        <w:rPr>
          <w:rFonts w:ascii="Nirmala UI" w:hAnsi="Nirmala UI" w:eastAsia="Nirmala UI" w:cs="Nirmala UI"/>
        </w:rPr>
        <w:t>ନିମନ୍ତେ।</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ତାଙ୍କର</w:t>
      </w:r>
      <w:r>
        <w:rPr>
          <w:rFonts w:ascii="Times New Roman" w:hAnsi="Times New Roman" w:eastAsia="Times New Roman" w:cs="Times New Roman"/>
        </w:rPr>
        <w:t xml:space="preserve"> </w:t>
      </w:r>
      <w:r>
        <w:rPr>
          <w:rFonts w:ascii="Nirmala UI" w:hAnsi="Nirmala UI" w:eastAsia="Nirmala UI" w:cs="Nirmala UI"/>
        </w:rPr>
        <w:t>ମେସିହାତ୍ୱର</w:t>
      </w:r>
      <w:r>
        <w:rPr>
          <w:rFonts w:ascii="Times New Roman" w:hAnsi="Times New Roman" w:eastAsia="Times New Roman" w:cs="Times New Roman"/>
        </w:rPr>
        <w:t xml:space="preserve"> </w:t>
      </w:r>
      <w:r>
        <w:rPr>
          <w:rFonts w:ascii="Nirmala UI" w:hAnsi="Nirmala UI" w:eastAsia="Nirmala UI" w:cs="Nirmala UI"/>
        </w:rPr>
        <w:t>ଶିରୋମଣି</w:t>
      </w:r>
      <w:r>
        <w:rPr>
          <w:rFonts w:ascii="Times New Roman" w:hAnsi="Times New Roman" w:eastAsia="Times New Roman" w:cs="Times New Roman"/>
        </w:rPr>
        <w:t xml:space="preserve"> </w:t>
      </w:r>
      <w:r>
        <w:rPr>
          <w:rFonts w:ascii="Nirmala UI" w:hAnsi="Nirmala UI" w:eastAsia="Nirmala UI" w:cs="Nirmala UI"/>
        </w:rPr>
        <w:t>ପ୍ରମାଣ</w:t>
      </w:r>
      <w:r>
        <w:rPr>
          <w:rFonts w:ascii="Times New Roman" w:hAnsi="Times New Roman" w:eastAsia="Times New Roman" w:cs="Times New Roman"/>
        </w:rPr>
        <w:t xml:space="preserve">, </w:t>
      </w:r>
      <w:r>
        <w:rPr>
          <w:rFonts w:ascii="Nirmala UI" w:hAnsi="Nirmala UI" w:eastAsia="Nirmala UI" w:cs="Nirmala UI"/>
        </w:rPr>
        <w:t>ପିତାଙ୍କର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ସଙ୍କେତ</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ଯୀଶୁ</w:t>
      </w:r>
      <w:r>
        <w:rPr>
          <w:rFonts w:ascii="Times New Roman" w:hAnsi="Times New Roman" w:eastAsia="Times New Roman" w:cs="Times New Roman"/>
        </w:rPr>
        <w:t xml:space="preserve"> </w:t>
      </w:r>
      <w:r>
        <w:rPr>
          <w:rFonts w:ascii="Nirmala UI" w:hAnsi="Nirmala UI" w:eastAsia="Nirmala UI" w:cs="Nirmala UI"/>
        </w:rPr>
        <w:t>ସତ୍ୟ</w:t>
      </w:r>
      <w:r>
        <w:rPr>
          <w:rFonts w:ascii="Times New Roman" w:hAnsi="Times New Roman" w:eastAsia="Times New Roman" w:cs="Times New Roman"/>
        </w:rPr>
        <w:t xml:space="preserve"> </w:t>
      </w:r>
      <w:r>
        <w:rPr>
          <w:rFonts w:ascii="Nirmala UI" w:hAnsi="Nirmala UI" w:eastAsia="Nirmala UI" w:cs="Nirmala UI"/>
        </w:rPr>
        <w:t>କହିଥିଲେ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ପରମେଶ୍ୱରଙ୍କ</w:t>
      </w:r>
      <w:r>
        <w:rPr>
          <w:rFonts w:ascii="Times New Roman" w:hAnsi="Times New Roman" w:eastAsia="Times New Roman" w:cs="Times New Roman"/>
        </w:rPr>
        <w:t xml:space="preserve"> </w:t>
      </w:r>
      <w:r>
        <w:rPr>
          <w:rFonts w:ascii="Nirmala UI" w:hAnsi="Nirmala UI" w:eastAsia="Nirmala UI" w:cs="Nirmala UI"/>
        </w:rPr>
        <w:t>ପୁତ୍ର।</w:t>
      </w:r>
      <w:r>
        <w:rPr>
          <w:rFonts w:ascii="Times New Roman" w:hAnsi="Times New Roman" w:eastAsia="Times New Roman" w:cs="Times New Roman"/>
        </w:rPr>
        <w:t xml:space="preserve"> </w:t>
      </w:r>
      <w:r>
        <w:rPr>
          <w:rFonts w:ascii="Nirmala UI" w:hAnsi="Nirmala UI" w:eastAsia="Nirmala UI" w:cs="Nirmala UI"/>
        </w:rPr>
        <w:t>ଯିହୂଦୀମାନେ</w:t>
      </w:r>
      <w:r>
        <w:rPr>
          <w:rFonts w:ascii="Times New Roman" w:hAnsi="Times New Roman" w:eastAsia="Times New Roman" w:cs="Times New Roman"/>
        </w:rPr>
        <w:t xml:space="preserve"> </w:t>
      </w:r>
      <w:r>
        <w:rPr>
          <w:rFonts w:ascii="Nirmala UI" w:hAnsi="Nirmala UI" w:eastAsia="Nirmala UI" w:cs="Nirmala UI"/>
        </w:rPr>
        <w:t>କି</w:t>
      </w:r>
      <w:r>
        <w:rPr>
          <w:rFonts w:ascii="Times New Roman" w:hAnsi="Times New Roman" w:eastAsia="Times New Roman" w:cs="Times New Roman"/>
        </w:rPr>
        <w:t xml:space="preserve"> </w:t>
      </w:r>
      <w:r>
        <w:rPr>
          <w:rFonts w:ascii="Nirmala UI" w:hAnsi="Nirmala UI" w:eastAsia="Nirmala UI" w:cs="Nirmala UI"/>
        </w:rPr>
        <w:t>ଉଚ୍ଚ</w:t>
      </w:r>
      <w:r>
        <w:rPr>
          <w:rFonts w:ascii="Times New Roman" w:hAnsi="Times New Roman" w:eastAsia="Times New Roman" w:cs="Times New Roman"/>
        </w:rPr>
        <w:t xml:space="preserve"> </w:t>
      </w:r>
      <w:r>
        <w:rPr>
          <w:rFonts w:ascii="Nirmala UI" w:hAnsi="Nirmala UI" w:eastAsia="Nirmala UI" w:cs="Nirmala UI"/>
        </w:rPr>
        <w:t>ସ୍ୱର୍ଗର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ସାକ୍ଷ୍ୟରୁ</w:t>
      </w:r>
      <w:r>
        <w:rPr>
          <w:rFonts w:ascii="Times New Roman" w:hAnsi="Times New Roman" w:eastAsia="Times New Roman" w:cs="Times New Roman"/>
        </w:rPr>
        <w:t xml:space="preserve"> </w:t>
      </w:r>
      <w:r>
        <w:rPr>
          <w:rFonts w:ascii="Nirmala UI" w:hAnsi="Nirmala UI" w:eastAsia="Nirmala UI" w:cs="Nirmala UI"/>
        </w:rPr>
        <w:t>ମୁହଁ</w:t>
      </w:r>
      <w:r>
        <w:rPr>
          <w:rFonts w:ascii="Times New Roman" w:hAnsi="Times New Roman" w:eastAsia="Times New Roman" w:cs="Times New Roman"/>
        </w:rPr>
        <w:t xml:space="preserve"> </w:t>
      </w:r>
      <w:r>
        <w:rPr>
          <w:rFonts w:ascii="Nirmala UI" w:hAnsi="Nirmala UI" w:eastAsia="Nirmala UI" w:cs="Nirmala UI"/>
        </w:rPr>
        <w:t>ଫେରାଇବେ</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ଏକବାର</w:t>
      </w:r>
      <w:r>
        <w:rPr>
          <w:rFonts w:ascii="Times New Roman" w:hAnsi="Times New Roman" w:eastAsia="Times New Roman" w:cs="Times New Roman"/>
        </w:rPr>
        <w:t xml:space="preserve"> </w:t>
      </w:r>
      <w:r>
        <w:rPr>
          <w:rFonts w:ascii="Nirmala UI" w:hAnsi="Nirmala UI" w:eastAsia="Nirmala UI" w:cs="Nirmala UI"/>
        </w:rPr>
        <w:t>ତାରକଙ୍କୁ</w:t>
      </w:r>
      <w:r>
        <w:rPr>
          <w:rFonts w:ascii="Times New Roman" w:hAnsi="Times New Roman" w:eastAsia="Times New Roman" w:cs="Times New Roman"/>
        </w:rPr>
        <w:t xml:space="preserve"> </w:t>
      </w:r>
      <w:r>
        <w:rPr>
          <w:rFonts w:ascii="Nirmala UI" w:hAnsi="Nirmala UI" w:eastAsia="Nirmala UI" w:cs="Nirmala UI"/>
        </w:rPr>
        <w:t>ପଚାରିଥିଲେ</w:t>
      </w:r>
      <w:r>
        <w:rPr>
          <w:rFonts w:ascii="Times New Roman" w:hAnsi="Times New Roman" w:eastAsia="Times New Roman" w:cs="Times New Roman"/>
        </w:rPr>
        <w:t xml:space="preserve">, </w:t>
      </w:r>
      <w:r>
        <w:rPr>
          <w:rFonts w:ascii="Nirmala UI" w:hAnsi="Nirmala UI" w:eastAsia="Nirmala UI" w:cs="Nirmala UI"/>
        </w:rPr>
        <w:t>ଆମେ</w:t>
      </w:r>
      <w:r>
        <w:rPr>
          <w:rFonts w:ascii="Times New Roman" w:hAnsi="Times New Roman" w:eastAsia="Times New Roman" w:cs="Times New Roman"/>
        </w:rPr>
        <w:t xml:space="preserve"> </w:t>
      </w:r>
      <w:r>
        <w:rPr>
          <w:rFonts w:ascii="Nirmala UI" w:hAnsi="Nirmala UI" w:eastAsia="Nirmala UI" w:cs="Nirmala UI"/>
        </w:rPr>
        <w:t>ଦେଖି</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ବିଶ୍ୱାସ</w:t>
      </w:r>
      <w:r>
        <w:rPr>
          <w:rFonts w:ascii="Times New Roman" w:hAnsi="Times New Roman" w:eastAsia="Times New Roman" w:cs="Times New Roman"/>
        </w:rPr>
        <w:t xml:space="preserve"> </w:t>
      </w:r>
      <w:r>
        <w:rPr>
          <w:rFonts w:ascii="Nirmala UI" w:hAnsi="Nirmala UI" w:eastAsia="Nirmala UI" w:cs="Nirmala UI"/>
        </w:rPr>
        <w:t>କରିପାରିବୁ</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ଆପଣ</w:t>
      </w:r>
      <w:r>
        <w:rPr>
          <w:rFonts w:ascii="Times New Roman" w:hAnsi="Times New Roman" w:eastAsia="Times New Roman" w:cs="Times New Roman"/>
        </w:rPr>
        <w:t xml:space="preserve"> </w:t>
      </w:r>
      <w:r>
        <w:rPr>
          <w:rFonts w:ascii="Nirmala UI" w:hAnsi="Nirmala UI" w:eastAsia="Nirmala UI" w:cs="Nirmala UI"/>
        </w:rPr>
        <w:t>କେଉଁ</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ଦେଖାଉଛନ୍ତି</w:t>
      </w:r>
      <w:r>
        <w:rPr>
          <w:rFonts w:ascii="Times New Roman" w:hAnsi="Times New Roman" w:eastAsia="Times New Roman" w:cs="Times New Roman"/>
        </w:rPr>
        <w:t xml:space="preserve">? </w:t>
      </w:r>
      <w:r>
        <w:rPr>
          <w:rFonts w:ascii="Nirmala UI" w:hAnsi="Nirmala UI" w:eastAsia="Nirmala UI" w:cs="Nirmala UI"/>
        </w:rPr>
        <w:t>ଖ୍ରୀଷ୍ଟଙ୍କ</w:t>
      </w:r>
      <w:r>
        <w:rPr>
          <w:rFonts w:ascii="Times New Roman" w:hAnsi="Times New Roman" w:eastAsia="Times New Roman" w:cs="Times New Roman"/>
        </w:rPr>
        <w:t xml:space="preserve"> </w:t>
      </w:r>
      <w:r>
        <w:rPr>
          <w:rFonts w:ascii="Nirmala UI" w:hAnsi="Nirmala UI" w:eastAsia="Nirmala UI" w:cs="Nirmala UI"/>
        </w:rPr>
        <w:t>ସମଗ୍ର</w:t>
      </w:r>
      <w:r>
        <w:rPr>
          <w:rFonts w:ascii="Times New Roman" w:hAnsi="Times New Roman" w:eastAsia="Times New Roman" w:cs="Times New Roman"/>
        </w:rPr>
        <w:t xml:space="preserve"> </w:t>
      </w:r>
      <w:r>
        <w:rPr>
          <w:rFonts w:ascii="Nirmala UI" w:hAnsi="Nirmala UI" w:eastAsia="Nirmala UI" w:cs="Nirmala UI"/>
        </w:rPr>
        <w:t>ସେବାକାର୍ଯ୍ୟ</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ଅସଂଖ୍ୟ</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ଦିଆଯାଇଥିଲା</w:t>
      </w:r>
      <w:r>
        <w:rPr>
          <w:rFonts w:ascii="Times New Roman" w:hAnsi="Times New Roman" w:eastAsia="Times New Roman" w:cs="Times New Roman"/>
        </w:rPr>
        <w:t xml:space="preserve">; </w:t>
      </w:r>
      <w:r>
        <w:rPr>
          <w:rFonts w:ascii="Nirmala UI" w:hAnsi="Nirmala UI" w:eastAsia="Nirmala UI" w:cs="Nirmala UI"/>
        </w:rPr>
        <w:t>ତଥାପି</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ଆଖି</w:t>
      </w:r>
      <w:r>
        <w:rPr>
          <w:rFonts w:ascii="Times New Roman" w:hAnsi="Times New Roman" w:eastAsia="Times New Roman" w:cs="Times New Roman"/>
        </w:rPr>
        <w:t xml:space="preserve"> </w:t>
      </w:r>
      <w:r>
        <w:rPr>
          <w:rFonts w:ascii="Nirmala UI" w:hAnsi="Nirmala UI" w:eastAsia="Nirmala UI" w:cs="Nirmala UI"/>
        </w:rPr>
        <w:t>ବନ୍ଦ</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ହୃଦୟକୁ</w:t>
      </w:r>
      <w:r>
        <w:rPr>
          <w:rFonts w:ascii="Times New Roman" w:hAnsi="Times New Roman" w:eastAsia="Times New Roman" w:cs="Times New Roman"/>
        </w:rPr>
        <w:t xml:space="preserve"> </w:t>
      </w:r>
      <w:r>
        <w:rPr>
          <w:rFonts w:ascii="Nirmala UI" w:hAnsi="Nirmala UI" w:eastAsia="Nirmala UI" w:cs="Nirmala UI"/>
        </w:rPr>
        <w:t>କଠୋର</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ନିଶ୍ଚିତ</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ହୁଅନ୍ତି।</w:t>
      </w:r>
      <w:r>
        <w:rPr>
          <w:rFonts w:ascii="Times New Roman" w:hAnsi="Times New Roman" w:eastAsia="Times New Roman" w:cs="Times New Roman"/>
        </w:rPr>
        <w:t xml:space="preserve"> </w:t>
      </w:r>
      <w:r>
        <w:rPr>
          <w:rFonts w:ascii="Nirmala UI" w:hAnsi="Nirmala UI" w:eastAsia="Nirmala UI" w:cs="Nirmala UI"/>
        </w:rPr>
        <w:t>ଲାଜାରଙ୍କ</w:t>
      </w:r>
      <w:r>
        <w:rPr>
          <w:rFonts w:ascii="Times New Roman" w:hAnsi="Times New Roman" w:eastAsia="Times New Roman" w:cs="Times New Roman"/>
        </w:rPr>
        <w:t xml:space="preserve"> </w:t>
      </w:r>
      <w:r>
        <w:rPr>
          <w:rFonts w:ascii="Nirmala UI" w:hAnsi="Nirmala UI" w:eastAsia="Nirmala UI" w:cs="Nirmala UI"/>
        </w:rPr>
        <w:t>ପୁନରୁତ୍ଥାନର</w:t>
      </w:r>
      <w:r>
        <w:rPr>
          <w:rFonts w:ascii="Times New Roman" w:hAnsi="Times New Roman" w:eastAsia="Times New Roman" w:cs="Times New Roman"/>
        </w:rPr>
        <w:t xml:space="preserve"> </w:t>
      </w:r>
      <w:r>
        <w:rPr>
          <w:rFonts w:ascii="Nirmala UI" w:hAnsi="Nirmala UI" w:eastAsia="Nirmala UI" w:cs="Nirmala UI"/>
        </w:rPr>
        <w:t>ଶିରୋମଣି</w:t>
      </w:r>
      <w:r>
        <w:rPr>
          <w:rFonts w:ascii="Times New Roman" w:hAnsi="Times New Roman" w:eastAsia="Times New Roman" w:cs="Times New Roman"/>
        </w:rPr>
        <w:t xml:space="preserve"> </w:t>
      </w:r>
      <w:r>
        <w:rPr>
          <w:rFonts w:ascii="Nirmala UI" w:hAnsi="Nirmala UI" w:eastAsia="Nirmala UI" w:cs="Nirmala UI"/>
        </w:rPr>
        <w:t>ଆଶ୍ଚର୍ଯ୍ୟକାର୍ଯ୍ୟ</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ସେମାନଙ୍କର</w:t>
      </w:r>
      <w:r>
        <w:rPr>
          <w:rFonts w:ascii="Times New Roman" w:hAnsi="Times New Roman" w:eastAsia="Times New Roman" w:cs="Times New Roman"/>
        </w:rPr>
        <w:t xml:space="preserve"> </w:t>
      </w:r>
      <w:r>
        <w:rPr>
          <w:rFonts w:ascii="Nirmala UI" w:hAnsi="Nirmala UI" w:eastAsia="Nirmala UI" w:cs="Nirmala UI"/>
        </w:rPr>
        <w:t>ଅବିଶ୍ୱାସକୁ</w:t>
      </w:r>
      <w:r>
        <w:rPr>
          <w:rFonts w:ascii="Times New Roman" w:hAnsi="Times New Roman" w:eastAsia="Times New Roman" w:cs="Times New Roman"/>
        </w:rPr>
        <w:t xml:space="preserve"> </w:t>
      </w:r>
      <w:r>
        <w:rPr>
          <w:rFonts w:ascii="Nirmala UI" w:hAnsi="Nirmala UI" w:eastAsia="Nirmala UI" w:cs="Nirmala UI"/>
        </w:rPr>
        <w:t>ଦୂର</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ବରଂ</w:t>
      </w:r>
      <w:r>
        <w:rPr>
          <w:rFonts w:ascii="Times New Roman" w:hAnsi="Times New Roman" w:eastAsia="Times New Roman" w:cs="Times New Roman"/>
        </w:rPr>
        <w:t xml:space="preserve"> </w:t>
      </w:r>
      <w:r>
        <w:rPr>
          <w:rFonts w:ascii="Nirmala UI" w:hAnsi="Nirmala UI" w:eastAsia="Nirmala UI" w:cs="Nirmala UI"/>
        </w:rPr>
        <w:t>ତାହାକୁ</w:t>
      </w:r>
      <w:r>
        <w:rPr>
          <w:rFonts w:ascii="Times New Roman" w:hAnsi="Times New Roman" w:eastAsia="Times New Roman" w:cs="Times New Roman"/>
        </w:rPr>
        <w:t xml:space="preserve"> </w:t>
      </w:r>
      <w:r>
        <w:rPr>
          <w:rFonts w:ascii="Nirmala UI" w:hAnsi="Nirmala UI" w:eastAsia="Nirmala UI" w:cs="Nirmala UI"/>
        </w:rPr>
        <w:t>ଅଧିକ</w:t>
      </w:r>
      <w:r>
        <w:rPr>
          <w:rFonts w:ascii="Times New Roman" w:hAnsi="Times New Roman" w:eastAsia="Times New Roman" w:cs="Times New Roman"/>
        </w:rPr>
        <w:t xml:space="preserve"> </w:t>
      </w:r>
      <w:r>
        <w:rPr>
          <w:rFonts w:ascii="Nirmala UI" w:hAnsi="Nirmala UI" w:eastAsia="Nirmala UI" w:cs="Nirmala UI"/>
        </w:rPr>
        <w:t>ଦୁଷ୍ଟତାରେ</w:t>
      </w:r>
      <w:r>
        <w:rPr>
          <w:rFonts w:ascii="Times New Roman" w:hAnsi="Times New Roman" w:eastAsia="Times New Roman" w:cs="Times New Roman"/>
        </w:rPr>
        <w:t xml:space="preserve"> </w:t>
      </w:r>
      <w:r>
        <w:rPr>
          <w:rFonts w:ascii="Nirmala UI" w:hAnsi="Nirmala UI" w:eastAsia="Nirmala UI" w:cs="Nirmala UI"/>
        </w:rPr>
        <w:t>ପରିପୂର୍ଣ୍ଣ</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ପିତା</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କହିସାରିଥିବାରୁ</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ଆଉ</w:t>
      </w:r>
      <w:r>
        <w:rPr>
          <w:rFonts w:ascii="Times New Roman" w:hAnsi="Times New Roman" w:eastAsia="Times New Roman" w:cs="Times New Roman"/>
        </w:rPr>
        <w:t xml:space="preserve"> </w:t>
      </w:r>
      <w:r>
        <w:rPr>
          <w:rFonts w:ascii="Nirmala UI" w:hAnsi="Nirmala UI" w:eastAsia="Nirmala UI" w:cs="Nirmala UI"/>
        </w:rPr>
        <w:t>କୌଣସି</w:t>
      </w:r>
      <w:r>
        <w:rPr>
          <w:rFonts w:ascii="Times New Roman" w:hAnsi="Times New Roman" w:eastAsia="Times New Roman" w:cs="Times New Roman"/>
        </w:rPr>
        <w:t xml:space="preserve"> </w:t>
      </w:r>
      <w:r>
        <w:rPr>
          <w:rFonts w:ascii="Nirmala UI" w:hAnsi="Nirmala UI" w:eastAsia="Nirmala UI" w:cs="Nirmala UI"/>
        </w:rPr>
        <w:t>ଅଧିକ</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ଚାହିଁ</w:t>
      </w:r>
      <w:r>
        <w:rPr>
          <w:rFonts w:ascii="Times New Roman" w:hAnsi="Times New Roman" w:eastAsia="Times New Roman" w:cs="Times New Roman"/>
        </w:rPr>
        <w:t xml:space="preserve"> </w:t>
      </w:r>
      <w:r>
        <w:rPr>
          <w:rFonts w:ascii="Nirmala UI" w:hAnsi="Nirmala UI" w:eastAsia="Nirmala UI" w:cs="Nirmala UI"/>
        </w:rPr>
        <w:t>ପାରୁନଥିବାବେଳେ</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ହୃଦୟ</w:t>
      </w:r>
      <w:r>
        <w:rPr>
          <w:rFonts w:ascii="Times New Roman" w:hAnsi="Times New Roman" w:eastAsia="Times New Roman" w:cs="Times New Roman"/>
        </w:rPr>
        <w:t xml:space="preserve"> </w:t>
      </w:r>
      <w:r>
        <w:rPr>
          <w:rFonts w:ascii="Nirmala UI" w:hAnsi="Nirmala UI" w:eastAsia="Nirmala UI" w:cs="Nirmala UI"/>
        </w:rPr>
        <w:t>କୋମଳ</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ତଥାପି</w:t>
      </w:r>
      <w:r>
        <w:rPr>
          <w:rFonts w:ascii="Times New Roman" w:hAnsi="Times New Roman" w:eastAsia="Times New Roman" w:cs="Times New Roman"/>
        </w:rPr>
        <w:t xml:space="preserve"> </w:t>
      </w:r>
      <w:r>
        <w:rPr>
          <w:rFonts w:ascii="Nirmala UI" w:hAnsi="Nirmala UI" w:eastAsia="Nirmala UI" w:cs="Nirmala UI"/>
        </w:rPr>
        <w:t>ବିଶ୍ୱାସ</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ଅସ୍ୱୀକାର</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Spirit of Prophecy, volume 3, 79.</w:t>
      </w:r>
    </w:p>
    <w:p>
      <w:pPr>
        <w:pStyle w:val="ArticleBody"/>
        <w:jc w:val="left"/>
      </w:pPr>
      <w:r>
        <w:rPr>
          <w:rFonts w:ascii="Nirmala UI" w:hAnsi="Nirmala UI" w:eastAsia="Nirmala UI" w:cs="Nirmala UI"/>
        </w:rPr>
        <w:t>ଲାଜାରସ</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ପୁନରୁତ୍ଥାନର</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ମାଛର</w:t>
      </w:r>
      <w:r>
        <w:rPr>
          <w:rFonts w:ascii="Times New Roman" w:hAnsi="Times New Roman" w:eastAsia="Times New Roman" w:cs="Times New Roman"/>
        </w:rPr>
        <w:t xml:space="preserve"> </w:t>
      </w:r>
      <w:r>
        <w:rPr>
          <w:rFonts w:ascii="Nirmala UI" w:hAnsi="Nirmala UI" w:eastAsia="Nirmala UI" w:cs="Nirmala UI"/>
        </w:rPr>
        <w:t>ପେଟରେ</w:t>
      </w:r>
      <w:r>
        <w:rPr>
          <w:rFonts w:ascii="Times New Roman" w:hAnsi="Times New Roman" w:eastAsia="Times New Roman" w:cs="Times New Roman"/>
        </w:rPr>
        <w:t xml:space="preserve"> </w:t>
      </w:r>
      <w:r>
        <w:rPr>
          <w:rFonts w:ascii="Nirmala UI" w:hAnsi="Nirmala UI" w:eastAsia="Nirmala UI" w:cs="Nirmala UI"/>
        </w:rPr>
        <w:t>ଯୋନାଙ୍କ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ଅଭିନିତ</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ପୁନରୁତ୍ଥିତ</w:t>
      </w:r>
      <w:r>
        <w:rPr>
          <w:rFonts w:ascii="Times New Roman" w:hAnsi="Times New Roman" w:eastAsia="Times New Roman" w:cs="Times New Roman"/>
        </w:rPr>
        <w:t xml:space="preserve"> </w:t>
      </w:r>
      <w:r>
        <w:rPr>
          <w:rFonts w:ascii="Nirmala UI" w:hAnsi="Nirmala UI" w:eastAsia="Nirmala UI" w:cs="Nirmala UI"/>
        </w:rPr>
        <w:t>ଲାଜାରସଙ୍କ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ସମ୍ବନ୍ଧିତ</w:t>
      </w:r>
      <w:r>
        <w:rPr>
          <w:rFonts w:ascii="Times New Roman" w:hAnsi="Times New Roman" w:eastAsia="Times New Roman" w:cs="Times New Roman"/>
        </w:rPr>
        <w:t xml:space="preserve"> </w:t>
      </w:r>
      <w:r>
        <w:rPr>
          <w:rFonts w:ascii="Nirmala UI" w:hAnsi="Nirmala UI" w:eastAsia="Nirmala UI" w:cs="Nirmala UI"/>
        </w:rPr>
        <w:t>ପିତାଙ୍କର</w:t>
      </w:r>
      <w:r>
        <w:rPr>
          <w:rFonts w:ascii="Times New Roman" w:hAnsi="Times New Roman" w:eastAsia="Times New Roman" w:cs="Times New Roman"/>
        </w:rPr>
        <w:t xml:space="preserve"> </w:t>
      </w:r>
      <w:r>
        <w:rPr>
          <w:rFonts w:ascii="Nirmala UI" w:hAnsi="Nirmala UI" w:eastAsia="Nirmala UI" w:cs="Nirmala UI"/>
        </w:rPr>
        <w:t>ସ୍ୱର</w:t>
      </w:r>
      <w:r>
        <w:rPr>
          <w:rFonts w:ascii="Times New Roman" w:hAnsi="Times New Roman" w:eastAsia="Times New Roman" w:cs="Times New Roman"/>
        </w:rPr>
        <w:t xml:space="preserve"> </w:t>
      </w:r>
      <w:r>
        <w:rPr>
          <w:rFonts w:ascii="Nirmala UI" w:hAnsi="Nirmala UI" w:eastAsia="Nirmala UI" w:cs="Nirmala UI"/>
        </w:rPr>
        <w:t>ଦୈବତ୍ୱ</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ମାନବତ୍ୱର</w:t>
      </w:r>
      <w:r>
        <w:rPr>
          <w:rFonts w:ascii="Times New Roman" w:hAnsi="Times New Roman" w:eastAsia="Times New Roman" w:cs="Times New Roman"/>
        </w:rPr>
        <w:t xml:space="preserve"> </w:t>
      </w:r>
      <w:r>
        <w:rPr>
          <w:rFonts w:ascii="Nirmala UI" w:hAnsi="Nirmala UI" w:eastAsia="Nirmala UI" w:cs="Nirmala UI"/>
        </w:rPr>
        <w:t>ସଂଯୋଗକୁ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ନିଶ୍ଚୟ</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ଖ୍ରୀଷ୍ଟଙ୍କ</w:t>
      </w:r>
      <w:r>
        <w:rPr>
          <w:rFonts w:ascii="Times New Roman" w:hAnsi="Times New Roman" w:eastAsia="Times New Roman" w:cs="Times New Roman"/>
        </w:rPr>
        <w:t xml:space="preserve"> </w:t>
      </w:r>
      <w:r>
        <w:rPr>
          <w:rFonts w:ascii="Nirmala UI" w:hAnsi="Nirmala UI" w:eastAsia="Nirmala UI" w:cs="Nirmala UI"/>
        </w:rPr>
        <w:t>ସ୍ୱଭାବ</w:t>
      </w:r>
      <w:r>
        <w:rPr>
          <w:rFonts w:ascii="Times New Roman" w:hAnsi="Times New Roman" w:eastAsia="Times New Roman" w:cs="Times New Roman"/>
        </w:rPr>
        <w:t xml:space="preserve">, </w:t>
      </w:r>
      <w:r>
        <w:rPr>
          <w:rFonts w:ascii="Nirmala UI" w:hAnsi="Nirmala UI" w:eastAsia="Nirmala UI" w:cs="Nirmala UI"/>
        </w:rPr>
        <w:t>ଯିଏ</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ମାନବ</w:t>
      </w:r>
      <w:r>
        <w:rPr>
          <w:rFonts w:ascii="Times New Roman" w:hAnsi="Times New Roman" w:eastAsia="Times New Roman" w:cs="Times New Roman"/>
        </w:rPr>
        <w:t xml:space="preserve"> </w:t>
      </w:r>
      <w:r>
        <w:rPr>
          <w:rFonts w:ascii="Nirmala UI" w:hAnsi="Nirmala UI" w:eastAsia="Nirmala UI" w:cs="Nirmala UI"/>
        </w:rPr>
        <w:t>ଦେହ</w:t>
      </w:r>
      <w:r>
        <w:rPr>
          <w:rFonts w:ascii="Times New Roman" w:hAnsi="Times New Roman" w:eastAsia="Times New Roman" w:cs="Times New Roman"/>
        </w:rPr>
        <w:t xml:space="preserve"> </w:t>
      </w:r>
      <w:r>
        <w:rPr>
          <w:rFonts w:ascii="Nirmala UI" w:hAnsi="Nirmala UI" w:eastAsia="Nirmala UI" w:cs="Nirmala UI"/>
        </w:rPr>
        <w:t>ଧାରଣ</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ଦୈବତ୍ୱ</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ମାନବତ୍ୱର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ସଂଯୋଗ</w:t>
      </w:r>
      <w:r>
        <w:rPr>
          <w:rFonts w:ascii="Times New Roman" w:hAnsi="Times New Roman" w:eastAsia="Times New Roman" w:cs="Times New Roman"/>
        </w:rPr>
        <w:t xml:space="preserve"> </w:t>
      </w:r>
      <w:r>
        <w:rPr>
          <w:rFonts w:ascii="Nirmala UI" w:hAnsi="Nirmala UI" w:eastAsia="Nirmala UI" w:cs="Nirmala UI"/>
        </w:rPr>
        <w:t>ହିଁ</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ଶତ</w:t>
      </w:r>
      <w:r>
        <w:rPr>
          <w:rFonts w:ascii="Times New Roman" w:hAnsi="Times New Roman" w:eastAsia="Times New Roman" w:cs="Times New Roman"/>
        </w:rPr>
        <w:t xml:space="preserve"> </w:t>
      </w:r>
      <w:r>
        <w:rPr>
          <w:rFonts w:ascii="Nirmala UI" w:hAnsi="Nirmala UI" w:eastAsia="Nirmala UI" w:cs="Nirmala UI"/>
        </w:rPr>
        <w:t>ଚୁଆଳିଶ</w:t>
      </w:r>
      <w:r>
        <w:rPr>
          <w:rFonts w:ascii="Times New Roman" w:hAnsi="Times New Roman" w:eastAsia="Times New Roman" w:cs="Times New Roman"/>
        </w:rPr>
        <w:t xml:space="preserve"> </w:t>
      </w:r>
      <w:r>
        <w:rPr>
          <w:rFonts w:ascii="Nirmala UI" w:hAnsi="Nirmala UI" w:eastAsia="Nirmala UI" w:cs="Nirmala UI"/>
        </w:rPr>
        <w:t>ହଜାରଙ୍କର</w:t>
      </w:r>
      <w:r>
        <w:rPr>
          <w:rFonts w:ascii="Times New Roman" w:hAnsi="Times New Roman" w:eastAsia="Times New Roman" w:cs="Times New Roman"/>
        </w:rPr>
        <w:t xml:space="preserve"> </w:t>
      </w:r>
      <w:r>
        <w:rPr>
          <w:rFonts w:ascii="Nirmala UI" w:hAnsi="Nirmala UI" w:eastAsia="Nirmala UI" w:cs="Nirmala UI"/>
        </w:rPr>
        <w:t>ପତାକା</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ଲାଜାରସ</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ପୁନରୁତ୍ଥାନ</w:t>
      </w:r>
      <w:r>
        <w:rPr>
          <w:rFonts w:ascii="Times New Roman" w:hAnsi="Times New Roman" w:eastAsia="Times New Roman" w:cs="Times New Roman"/>
        </w:rPr>
        <w:t>-</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ସୃଷ୍ଟିକର୍ତ୍ତାଙ୍କୁ</w:t>
      </w:r>
      <w:r>
        <w:rPr>
          <w:rFonts w:ascii="Times New Roman" w:hAnsi="Times New Roman" w:eastAsia="Times New Roman" w:cs="Times New Roman"/>
        </w:rPr>
        <w:t xml:space="preserve"> </w:t>
      </w:r>
      <w:r>
        <w:rPr>
          <w:rFonts w:ascii="Nirmala UI" w:hAnsi="Nirmala UI" w:eastAsia="Nirmala UI" w:cs="Nirmala UI"/>
        </w:rPr>
        <w:t>ସୃଷ୍ଟି</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ଏକତ୍ର</w:t>
      </w:r>
      <w:r>
        <w:rPr>
          <w:rFonts w:ascii="Times New Roman" w:hAnsi="Times New Roman" w:eastAsia="Times New Roman" w:cs="Times New Roman"/>
        </w:rPr>
        <w:t xml:space="preserve"> </w:t>
      </w:r>
      <w:r>
        <w:rPr>
          <w:rFonts w:ascii="Nirmala UI" w:hAnsi="Nirmala UI" w:eastAsia="Nirmala UI" w:cs="Nirmala UI"/>
        </w:rPr>
        <w:t>କରେ।</w:t>
      </w:r>
    </w:p>
    <w:p>
      <w:pPr>
        <w:pStyle w:val="ArticleScripture"/>
        <w:jc w:val="left"/>
      </w:pPr>
      <w:r>
        <w:rPr>
          <w:rFonts w:ascii="Times New Roman" w:hAnsi="Times New Roman" w:eastAsia="Times New Roman" w:cs="Times New Roman"/>
        </w:rPr>
        <w:t>“</w:t>
      </w:r>
      <w:r>
        <w:rPr>
          <w:rFonts w:ascii="Ebrima" w:hAnsi="Ebrima" w:eastAsia="Ebrima" w:cs="Ebrima"/>
        </w:rPr>
        <w:t>ላዛሮስ</w:t>
      </w:r>
      <w:r>
        <w:rPr>
          <w:rFonts w:ascii="Times New Roman" w:hAnsi="Times New Roman" w:eastAsia="Times New Roman" w:cs="Times New Roman"/>
        </w:rPr>
        <w:t xml:space="preserve"> </w:t>
      </w:r>
      <w:r>
        <w:rPr>
          <w:rFonts w:ascii="Ebrima" w:hAnsi="Ebrima" w:eastAsia="Ebrima" w:cs="Ebrima"/>
        </w:rPr>
        <w:t>ሲነሣ፣</w:t>
      </w:r>
      <w:r>
        <w:rPr>
          <w:rFonts w:ascii="Times New Roman" w:hAnsi="Times New Roman" w:eastAsia="Times New Roman" w:cs="Times New Roman"/>
        </w:rPr>
        <w:t xml:space="preserve"> </w:t>
      </w:r>
      <w:r>
        <w:rPr>
          <w:rFonts w:ascii="Ebrima" w:hAnsi="Ebrima" w:eastAsia="Ebrima" w:cs="Ebrima"/>
        </w:rPr>
        <w:t>ብዙዎች</w:t>
      </w:r>
      <w:r>
        <w:rPr>
          <w:rFonts w:ascii="Times New Roman" w:hAnsi="Times New Roman" w:eastAsia="Times New Roman" w:cs="Times New Roman"/>
        </w:rPr>
        <w:t xml:space="preserve"> </w:t>
      </w:r>
      <w:r>
        <w:rPr>
          <w:rFonts w:ascii="Ebrima" w:hAnsi="Ebrima" w:eastAsia="Ebrima" w:cs="Ebrima"/>
        </w:rPr>
        <w:t>በኢየሱስ</w:t>
      </w:r>
      <w:r>
        <w:rPr>
          <w:rFonts w:ascii="Times New Roman" w:hAnsi="Times New Roman" w:eastAsia="Times New Roman" w:cs="Times New Roman"/>
        </w:rPr>
        <w:t xml:space="preserve"> </w:t>
      </w:r>
      <w:r>
        <w:rPr>
          <w:rFonts w:ascii="Ebrima" w:hAnsi="Ebrima" w:eastAsia="Ebrima" w:cs="Ebrima"/>
        </w:rPr>
        <w:t>እንዲያምኑ</w:t>
      </w:r>
      <w:r>
        <w:rPr>
          <w:rFonts w:ascii="Times New Roman" w:hAnsi="Times New Roman" w:eastAsia="Times New Roman" w:cs="Times New Roman"/>
        </w:rPr>
        <w:t xml:space="preserve"> </w:t>
      </w:r>
      <w:r>
        <w:rPr>
          <w:rFonts w:ascii="Ebrima" w:hAnsi="Ebrima" w:eastAsia="Ebrima" w:cs="Ebrima"/>
        </w:rPr>
        <w:t>ተመሩ።</w:t>
      </w:r>
      <w:r>
        <w:rPr>
          <w:rFonts w:ascii="Times New Roman" w:hAnsi="Times New Roman" w:eastAsia="Times New Roman" w:cs="Times New Roman"/>
        </w:rPr>
        <w:t xml:space="preserve"> </w:t>
      </w:r>
      <w:r>
        <w:rPr>
          <w:rFonts w:ascii="Ebrima" w:hAnsi="Ebrima" w:eastAsia="Ebrima" w:cs="Ebrima"/>
        </w:rPr>
        <w:t>መድኃኒቱ</w:t>
      </w:r>
      <w:r>
        <w:rPr>
          <w:rFonts w:ascii="Times New Roman" w:hAnsi="Times New Roman" w:eastAsia="Times New Roman" w:cs="Times New Roman"/>
        </w:rPr>
        <w:t xml:space="preserve"> </w:t>
      </w:r>
      <w:r>
        <w:rPr>
          <w:rFonts w:ascii="Ebrima" w:hAnsi="Ebrima" w:eastAsia="Ebrima" w:cs="Ebrima"/>
        </w:rPr>
        <w:t>ሳይደርስ</w:t>
      </w:r>
      <w:r>
        <w:rPr>
          <w:rFonts w:ascii="Times New Roman" w:hAnsi="Times New Roman" w:eastAsia="Times New Roman" w:cs="Times New Roman"/>
        </w:rPr>
        <w:t xml:space="preserve"> </w:t>
      </w:r>
      <w:r>
        <w:rPr>
          <w:rFonts w:ascii="Ebrima" w:hAnsi="Ebrima" w:eastAsia="Ebrima" w:cs="Ebrima"/>
        </w:rPr>
        <w:t>በፊት</w:t>
      </w:r>
      <w:r>
        <w:rPr>
          <w:rFonts w:ascii="Times New Roman" w:hAnsi="Times New Roman" w:eastAsia="Times New Roman" w:cs="Times New Roman"/>
        </w:rPr>
        <w:t xml:space="preserve"> </w:t>
      </w:r>
      <w:r>
        <w:rPr>
          <w:rFonts w:ascii="Ebrima" w:hAnsi="Ebrima" w:eastAsia="Ebrima" w:cs="Ebrima"/>
        </w:rPr>
        <w:t>ላዛሮስ</w:t>
      </w:r>
      <w:r>
        <w:rPr>
          <w:rFonts w:ascii="Times New Roman" w:hAnsi="Times New Roman" w:eastAsia="Times New Roman" w:cs="Times New Roman"/>
        </w:rPr>
        <w:t xml:space="preserve"> </w:t>
      </w:r>
      <w:r>
        <w:rPr>
          <w:rFonts w:ascii="Ebrima" w:hAnsi="Ebrima" w:eastAsia="Ebrima" w:cs="Ebrima"/>
        </w:rPr>
        <w:t>እንዲሞትና</w:t>
      </w:r>
      <w:r>
        <w:rPr>
          <w:rFonts w:ascii="Times New Roman" w:hAnsi="Times New Roman" w:eastAsia="Times New Roman" w:cs="Times New Roman"/>
        </w:rPr>
        <w:t xml:space="preserve"> </w:t>
      </w:r>
      <w:r>
        <w:rPr>
          <w:rFonts w:ascii="Ebrima" w:hAnsi="Ebrima" w:eastAsia="Ebrima" w:cs="Ebrima"/>
        </w:rPr>
        <w:t>በመቃብር</w:t>
      </w:r>
      <w:r>
        <w:rPr>
          <w:rFonts w:ascii="Times New Roman" w:hAnsi="Times New Roman" w:eastAsia="Times New Roman" w:cs="Times New Roman"/>
        </w:rPr>
        <w:t xml:space="preserve"> </w:t>
      </w:r>
      <w:r>
        <w:rPr>
          <w:rFonts w:ascii="Ebrima" w:hAnsi="Ebrima" w:eastAsia="Ebrima" w:cs="Ebrima"/>
        </w:rPr>
        <w:t>እንዲቀበር</w:t>
      </w:r>
      <w:r>
        <w:rPr>
          <w:rFonts w:ascii="Times New Roman" w:hAnsi="Times New Roman" w:eastAsia="Times New Roman" w:cs="Times New Roman"/>
        </w:rPr>
        <w:t xml:space="preserve"> </w:t>
      </w:r>
      <w:r>
        <w:rPr>
          <w:rFonts w:ascii="Ebrima" w:hAnsi="Ebrima" w:eastAsia="Ebrima" w:cs="Ebrima"/>
        </w:rPr>
        <w:t>የእግዚአብሔር</w:t>
      </w:r>
      <w:r>
        <w:rPr>
          <w:rFonts w:ascii="Times New Roman" w:hAnsi="Times New Roman" w:eastAsia="Times New Roman" w:cs="Times New Roman"/>
        </w:rPr>
        <w:t xml:space="preserve"> </w:t>
      </w:r>
      <w:r>
        <w:rPr>
          <w:rFonts w:ascii="Ebrima" w:hAnsi="Ebrima" w:eastAsia="Ebrima" w:cs="Ebrima"/>
        </w:rPr>
        <w:t>ዕቅድ</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ላዛሮስን</w:t>
      </w:r>
      <w:r>
        <w:rPr>
          <w:rFonts w:ascii="Times New Roman" w:hAnsi="Times New Roman" w:eastAsia="Times New Roman" w:cs="Times New Roman"/>
        </w:rPr>
        <w:t xml:space="preserve"> </w:t>
      </w:r>
      <w:r>
        <w:rPr>
          <w:rFonts w:ascii="Ebrima" w:hAnsi="Ebrima" w:eastAsia="Ebrima" w:cs="Ebrima"/>
        </w:rPr>
        <w:t>ከሞት</w:t>
      </w:r>
      <w:r>
        <w:rPr>
          <w:rFonts w:ascii="Times New Roman" w:hAnsi="Times New Roman" w:eastAsia="Times New Roman" w:cs="Times New Roman"/>
        </w:rPr>
        <w:t xml:space="preserve"> </w:t>
      </w:r>
      <w:r>
        <w:rPr>
          <w:rFonts w:ascii="Ebrima" w:hAnsi="Ebrima" w:eastAsia="Ebrima" w:cs="Ebrima"/>
        </w:rPr>
        <w:t>ማስነሣቱ</w:t>
      </w:r>
      <w:r>
        <w:rPr>
          <w:rFonts w:ascii="Times New Roman" w:hAnsi="Times New Roman" w:eastAsia="Times New Roman" w:cs="Times New Roman"/>
        </w:rPr>
        <w:t xml:space="preserve"> </w:t>
      </w:r>
      <w:r>
        <w:rPr>
          <w:rFonts w:ascii="Ebrima" w:hAnsi="Ebrima" w:eastAsia="Ebrima" w:cs="Ebrima"/>
        </w:rPr>
        <w:t>የክርስቶስ</w:t>
      </w:r>
      <w:r>
        <w:rPr>
          <w:rFonts w:ascii="Times New Roman" w:hAnsi="Times New Roman" w:eastAsia="Times New Roman" w:cs="Times New Roman"/>
        </w:rPr>
        <w:t xml:space="preserve"> </w:t>
      </w:r>
      <w:r>
        <w:rPr>
          <w:rFonts w:ascii="Ebrima" w:hAnsi="Ebrima" w:eastAsia="Ebrima" w:cs="Ebrima"/>
        </w:rPr>
        <w:t>ከፍተኛ</w:t>
      </w:r>
      <w:r>
        <w:rPr>
          <w:rFonts w:ascii="Times New Roman" w:hAnsi="Times New Roman" w:eastAsia="Times New Roman" w:cs="Times New Roman"/>
        </w:rPr>
        <w:t xml:space="preserve"> </w:t>
      </w:r>
      <w:r>
        <w:rPr>
          <w:rFonts w:ascii="Ebrima" w:hAnsi="Ebrima" w:eastAsia="Ebrima" w:cs="Ebrima"/>
        </w:rPr>
        <w:t>ተአምር</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በዚህም</w:t>
      </w:r>
      <w:r>
        <w:rPr>
          <w:rFonts w:ascii="Times New Roman" w:hAnsi="Times New Roman" w:eastAsia="Times New Roman" w:cs="Times New Roman"/>
        </w:rPr>
        <w:t xml:space="preserve"> </w:t>
      </w:r>
      <w:r>
        <w:rPr>
          <w:rFonts w:ascii="Ebrima" w:hAnsi="Ebrima" w:eastAsia="Ebrima" w:cs="Ebrima"/>
        </w:rPr>
        <w:t>ምክንያት</w:t>
      </w:r>
      <w:r>
        <w:rPr>
          <w:rFonts w:ascii="Times New Roman" w:hAnsi="Times New Roman" w:eastAsia="Times New Roman" w:cs="Times New Roman"/>
        </w:rPr>
        <w:t xml:space="preserve"> </w:t>
      </w:r>
      <w:r>
        <w:rPr>
          <w:rFonts w:ascii="Ebrima" w:hAnsi="Ebrima" w:eastAsia="Ebrima" w:cs="Ebrima"/>
        </w:rPr>
        <w:t>ብዙዎች</w:t>
      </w:r>
      <w:r>
        <w:rPr>
          <w:rFonts w:ascii="Times New Roman" w:hAnsi="Times New Roman" w:eastAsia="Times New Roman" w:cs="Times New Roman"/>
        </w:rPr>
        <w:t xml:space="preserve"> </w:t>
      </w:r>
      <w:r>
        <w:rPr>
          <w:rFonts w:ascii="Ebrima" w:hAnsi="Ebrima" w:eastAsia="Ebrima" w:cs="Ebrima"/>
        </w:rPr>
        <w:t>እግዚአብሔርን</w:t>
      </w:r>
      <w:r>
        <w:rPr>
          <w:rFonts w:ascii="Times New Roman" w:hAnsi="Times New Roman" w:eastAsia="Times New Roman" w:cs="Times New Roman"/>
        </w:rPr>
        <w:t xml:space="preserve"> </w:t>
      </w:r>
      <w:r>
        <w:rPr>
          <w:rFonts w:ascii="Ebrima" w:hAnsi="Ebrima" w:eastAsia="Ebrima" w:cs="Ebrima"/>
        </w:rPr>
        <w:t>አከበሩ።</w:t>
      </w:r>
      <w:r>
        <w:rPr>
          <w:rFonts w:ascii="Times New Roman" w:hAnsi="Times New Roman" w:eastAsia="Times New Roman" w:cs="Times New Roman"/>
        </w:rPr>
        <w:t xml:space="preserve">” Manuscript Releases, </w:t>
      </w:r>
      <w:r>
        <w:rPr>
          <w:rFonts w:ascii="Ebrima" w:hAnsi="Ebrima" w:eastAsia="Ebrima" w:cs="Ebrima"/>
        </w:rPr>
        <w:t>ቅጽ</w:t>
      </w:r>
      <w:r>
        <w:rPr>
          <w:rFonts w:ascii="Times New Roman" w:hAnsi="Times New Roman" w:eastAsia="Times New Roman" w:cs="Times New Roman"/>
        </w:rPr>
        <w:t xml:space="preserve"> 21, 111.</w:t>
      </w:r>
    </w:p>
    <w:p>
      <w:pPr>
        <w:pStyle w:val="ArticleBody"/>
        <w:jc w:val="left"/>
      </w:pPr>
      <w:r>
        <w:rPr>
          <w:rFonts w:ascii="Nirmala UI" w:hAnsi="Nirmala UI" w:eastAsia="Nirmala UI" w:cs="Nirmala UI"/>
        </w:rPr>
        <w:t>ଲାଜାରୁସ</w:t>
      </w:r>
      <w:r>
        <w:rPr>
          <w:rFonts w:ascii="Times New Roman" w:hAnsi="Times New Roman" w:eastAsia="Times New Roman" w:cs="Times New Roman"/>
        </w:rPr>
        <w:t xml:space="preserve"> </w:t>
      </w:r>
      <w:r>
        <w:rPr>
          <w:rFonts w:ascii="Nirmala UI" w:hAnsi="Nirmala UI" w:eastAsia="Nirmala UI" w:cs="Nirmala UI"/>
        </w:rPr>
        <w:t>ଯେରୁଶାଲେମକୁ</w:t>
      </w:r>
      <w:r>
        <w:rPr>
          <w:rFonts w:ascii="Times New Roman" w:hAnsi="Times New Roman" w:eastAsia="Times New Roman" w:cs="Times New Roman"/>
        </w:rPr>
        <w:t xml:space="preserve"> </w:t>
      </w:r>
      <w:r>
        <w:rPr>
          <w:rFonts w:ascii="Nirmala UI" w:hAnsi="Nirmala UI" w:eastAsia="Nirmala UI" w:cs="Nirmala UI"/>
        </w:rPr>
        <w:t>ବିଜୟୋତ୍ସବମୟ</w:t>
      </w:r>
      <w:r>
        <w:rPr>
          <w:rFonts w:ascii="Times New Roman" w:hAnsi="Times New Roman" w:eastAsia="Times New Roman" w:cs="Times New Roman"/>
        </w:rPr>
        <w:t xml:space="preserve"> </w:t>
      </w:r>
      <w:r>
        <w:rPr>
          <w:rFonts w:ascii="Nirmala UI" w:hAnsi="Nirmala UI" w:eastAsia="Nirmala UI" w:cs="Nirmala UI"/>
        </w:rPr>
        <w:t>ପ୍ରବେଶରେ</w:t>
      </w:r>
      <w:r>
        <w:rPr>
          <w:rFonts w:ascii="Times New Roman" w:hAnsi="Times New Roman" w:eastAsia="Times New Roman" w:cs="Times New Roman"/>
        </w:rPr>
        <w:t xml:space="preserve"> </w:t>
      </w:r>
      <w:r>
        <w:rPr>
          <w:rFonts w:ascii="Nirmala UI" w:hAnsi="Nirmala UI" w:eastAsia="Nirmala UI" w:cs="Nirmala UI"/>
        </w:rPr>
        <w:t>ଅଗ୍ରଣୀ</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ଯୋନାଙ୍କ</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ଚିତ୍ରିତ</w:t>
      </w:r>
      <w:r>
        <w:rPr>
          <w:rFonts w:ascii="Times New Roman" w:hAnsi="Times New Roman" w:eastAsia="Times New Roman" w:cs="Times New Roman"/>
        </w:rPr>
        <w:t xml:space="preserve"> </w:t>
      </w:r>
      <w:r>
        <w:rPr>
          <w:rFonts w:ascii="Nirmala UI" w:hAnsi="Nirmala UI" w:eastAsia="Nirmala UI" w:cs="Nirmala UI"/>
        </w:rPr>
        <w:t>ପୁନରୁତ୍ଥାନର</w:t>
      </w:r>
      <w:r>
        <w:rPr>
          <w:rFonts w:ascii="Times New Roman" w:hAnsi="Times New Roman" w:eastAsia="Times New Roman" w:cs="Times New Roman"/>
        </w:rPr>
        <w:t xml:space="preserve"> </w:t>
      </w:r>
      <w:r>
        <w:rPr>
          <w:rFonts w:ascii="Nirmala UI" w:hAnsi="Nirmala UI" w:eastAsia="Nirmala UI" w:cs="Nirmala UI"/>
        </w:rPr>
        <w:t>ଜୀବନ୍ତ</w:t>
      </w:r>
      <w:r>
        <w:rPr>
          <w:rFonts w:ascii="Times New Roman" w:hAnsi="Times New Roman" w:eastAsia="Times New Roman" w:cs="Times New Roman"/>
        </w:rPr>
        <w:t xml:space="preserve"> “</w:t>
      </w:r>
      <w:r>
        <w:rPr>
          <w:rFonts w:ascii="Nirmala UI" w:hAnsi="Nirmala UI" w:eastAsia="Nirmala UI" w:cs="Nirmala UI"/>
        </w:rPr>
        <w:t>ଚିହ୍ନ</w:t>
      </w:r>
      <w:r>
        <w:rPr>
          <w:rFonts w:ascii="Times New Roman" w:hAnsi="Times New Roman" w:eastAsia="Times New Roman" w:cs="Times New Roman"/>
        </w:rPr>
        <w:t xml:space="preserve">” </w:t>
      </w:r>
      <w:r>
        <w:rPr>
          <w:rFonts w:ascii="Nirmala UI" w:hAnsi="Nirmala UI" w:eastAsia="Nirmala UI" w:cs="Nirmala UI"/>
        </w:rPr>
        <w:t>ଥିଲେ।</w:t>
      </w:r>
    </w:p>
    <w:p>
      <w:pPr>
        <w:pStyle w:val="ArticleScripture"/>
        <w:jc w:val="left"/>
      </w:pPr>
      <w:r>
        <w:rPr>
          <w:rFonts w:ascii="Times New Roman" w:hAnsi="Times New Roman" w:eastAsia="Times New Roman" w:cs="Times New Roman"/>
        </w:rPr>
        <w:t>“</w:t>
      </w:r>
      <w:r>
        <w:rPr>
          <w:rFonts w:ascii="Ebrima" w:hAnsi="Ebrima" w:eastAsia="Ebrima" w:cs="Ebrima"/>
        </w:rPr>
        <w:t>ኣላዛር፣</w:t>
      </w:r>
      <w:r>
        <w:rPr>
          <w:rFonts w:ascii="Times New Roman" w:hAnsi="Times New Roman" w:eastAsia="Times New Roman" w:cs="Times New Roman"/>
        </w:rPr>
        <w:t xml:space="preserve"> </w:t>
      </w:r>
      <w:r>
        <w:rPr>
          <w:rFonts w:ascii="Ebrima" w:hAnsi="Ebrima" w:eastAsia="Ebrima" w:cs="Ebrima"/>
        </w:rPr>
        <w:t>ሥጋኡ</w:t>
      </w:r>
      <w:r>
        <w:rPr>
          <w:rFonts w:ascii="Times New Roman" w:hAnsi="Times New Roman" w:eastAsia="Times New Roman" w:cs="Times New Roman"/>
        </w:rPr>
        <w:t xml:space="preserve"> </w:t>
      </w:r>
      <w:r>
        <w:rPr>
          <w:rFonts w:ascii="Ebrima" w:hAnsi="Ebrima" w:eastAsia="Ebrima" w:cs="Ebrima"/>
        </w:rPr>
        <w:t>በመቓብር</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መበስበስን</w:t>
      </w:r>
      <w:r>
        <w:rPr>
          <w:rFonts w:ascii="Times New Roman" w:hAnsi="Times New Roman" w:eastAsia="Times New Roman" w:cs="Times New Roman"/>
        </w:rPr>
        <w:t xml:space="preserve"> </w:t>
      </w:r>
      <w:r>
        <w:rPr>
          <w:rFonts w:ascii="Ebrima" w:hAnsi="Ebrima" w:eastAsia="Ebrima" w:cs="Ebrima"/>
        </w:rPr>
        <w:t>የየ</w:t>
      </w:r>
      <w:r>
        <w:rPr>
          <w:rFonts w:ascii="Times New Roman" w:hAnsi="Times New Roman" w:eastAsia="Times New Roman" w:cs="Times New Roman"/>
        </w:rPr>
        <w:t xml:space="preserve"> </w:t>
      </w:r>
      <w:r>
        <w:rPr>
          <w:rFonts w:ascii="Ebrima" w:hAnsi="Ebrima" w:eastAsia="Ebrima" w:cs="Ebrima"/>
        </w:rPr>
        <w:t>ዝነበረ፣</w:t>
      </w:r>
      <w:r>
        <w:rPr>
          <w:rFonts w:ascii="Times New Roman" w:hAnsi="Times New Roman" w:eastAsia="Times New Roman" w:cs="Times New Roman"/>
        </w:rPr>
        <w:t xml:space="preserve"> </w:t>
      </w:r>
      <w:r>
        <w:rPr>
          <w:rFonts w:ascii="Ebrima" w:hAnsi="Ebrima" w:eastAsia="Ebrima" w:cs="Ebrima"/>
        </w:rPr>
        <w:t>ነገር</w:t>
      </w:r>
      <w:r>
        <w:rPr>
          <w:rFonts w:ascii="Times New Roman" w:hAnsi="Times New Roman" w:eastAsia="Times New Roman" w:cs="Times New Roman"/>
        </w:rPr>
        <w:t xml:space="preserve"> </w:t>
      </w:r>
      <w:r>
        <w:rPr>
          <w:rFonts w:ascii="Ebrima" w:hAnsi="Ebrima" w:eastAsia="Ebrima" w:cs="Ebrima"/>
        </w:rPr>
        <w:t>ግን</w:t>
      </w:r>
      <w:r>
        <w:rPr>
          <w:rFonts w:ascii="Times New Roman" w:hAnsi="Times New Roman" w:eastAsia="Times New Roman" w:cs="Times New Roman"/>
        </w:rPr>
        <w:t xml:space="preserve"> </w:t>
      </w:r>
      <w:r>
        <w:rPr>
          <w:rFonts w:ascii="Ebrima" w:hAnsi="Ebrima" w:eastAsia="Ebrima" w:cs="Ebrima"/>
        </w:rPr>
        <w:t>ኣሁን</w:t>
      </w:r>
      <w:r>
        <w:rPr>
          <w:rFonts w:ascii="Times New Roman" w:hAnsi="Times New Roman" w:eastAsia="Times New Roman" w:cs="Times New Roman"/>
        </w:rPr>
        <w:t xml:space="preserve"> </w:t>
      </w:r>
      <w:r>
        <w:rPr>
          <w:rFonts w:ascii="Ebrima" w:hAnsi="Ebrima" w:eastAsia="Ebrima" w:cs="Ebrima"/>
        </w:rPr>
        <w:t>በኽብር</w:t>
      </w:r>
      <w:r>
        <w:rPr>
          <w:rFonts w:ascii="Times New Roman" w:hAnsi="Times New Roman" w:eastAsia="Times New Roman" w:cs="Times New Roman"/>
        </w:rPr>
        <w:t xml:space="preserve"> </w:t>
      </w:r>
      <w:r>
        <w:rPr>
          <w:rFonts w:ascii="Ebrima" w:hAnsi="Ebrima" w:eastAsia="Ebrima" w:cs="Ebrima"/>
        </w:rPr>
        <w:t>ዝተሞላ</w:t>
      </w:r>
      <w:r>
        <w:rPr>
          <w:rFonts w:ascii="Times New Roman" w:hAnsi="Times New Roman" w:eastAsia="Times New Roman" w:cs="Times New Roman"/>
        </w:rPr>
        <w:t xml:space="preserve"> </w:t>
      </w:r>
      <w:r>
        <w:rPr>
          <w:rFonts w:ascii="Ebrima" w:hAnsi="Ebrima" w:eastAsia="Ebrima" w:cs="Ebrima"/>
        </w:rPr>
        <w:t>የሰብኣይነት</w:t>
      </w:r>
      <w:r>
        <w:rPr>
          <w:rFonts w:ascii="Times New Roman" w:hAnsi="Times New Roman" w:eastAsia="Times New Roman" w:cs="Times New Roman"/>
        </w:rPr>
        <w:t xml:space="preserve"> </w:t>
      </w:r>
      <w:r>
        <w:rPr>
          <w:rFonts w:ascii="Ebrima" w:hAnsi="Ebrima" w:eastAsia="Ebrima" w:cs="Ebrima"/>
        </w:rPr>
        <w:t>ኃይል</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ብሓጐስ</w:t>
      </w:r>
      <w:r>
        <w:rPr>
          <w:rFonts w:ascii="Times New Roman" w:hAnsi="Times New Roman" w:eastAsia="Times New Roman" w:cs="Times New Roman"/>
        </w:rPr>
        <w:t xml:space="preserve"> </w:t>
      </w:r>
      <w:r>
        <w:rPr>
          <w:rFonts w:ascii="Ebrima" w:hAnsi="Ebrima" w:eastAsia="Ebrima" w:cs="Ebrima"/>
        </w:rPr>
        <w:t>ዝኖር</w:t>
      </w:r>
      <w:r>
        <w:rPr>
          <w:rFonts w:ascii="Times New Roman" w:hAnsi="Times New Roman" w:eastAsia="Times New Roman" w:cs="Times New Roman"/>
        </w:rPr>
        <w:t xml:space="preserve"> </w:t>
      </w:r>
      <w:r>
        <w:rPr>
          <w:rFonts w:ascii="Ebrima" w:hAnsi="Ebrima" w:eastAsia="Ebrima" w:cs="Ebrima"/>
        </w:rPr>
        <w:t>ዝነበረ፣</w:t>
      </w:r>
      <w:r>
        <w:rPr>
          <w:rFonts w:ascii="Times New Roman" w:hAnsi="Times New Roman" w:eastAsia="Times New Roman" w:cs="Times New Roman"/>
        </w:rPr>
        <w:t xml:space="preserve"> </w:t>
      </w:r>
      <w:r>
        <w:rPr>
          <w:rFonts w:ascii="Ebrima" w:hAnsi="Ebrima" w:eastAsia="Ebrima" w:cs="Ebrima"/>
        </w:rPr>
        <w:t>መድኃኒት</w:t>
      </w:r>
      <w:r>
        <w:rPr>
          <w:rFonts w:ascii="Times New Roman" w:hAnsi="Times New Roman" w:eastAsia="Times New Roman" w:cs="Times New Roman"/>
        </w:rPr>
        <w:t xml:space="preserve"> </w:t>
      </w:r>
      <w:r>
        <w:rPr>
          <w:rFonts w:ascii="Ebrima" w:hAnsi="Ebrima" w:eastAsia="Ebrima" w:cs="Ebrima"/>
        </w:rPr>
        <w:t>ዝተቐመጠሉ</w:t>
      </w:r>
      <w:r>
        <w:rPr>
          <w:rFonts w:ascii="Times New Roman" w:hAnsi="Times New Roman" w:eastAsia="Times New Roman" w:cs="Times New Roman"/>
        </w:rPr>
        <w:t xml:space="preserve"> </w:t>
      </w:r>
      <w:r>
        <w:rPr>
          <w:rFonts w:ascii="Ebrima" w:hAnsi="Ebrima" w:eastAsia="Ebrima" w:cs="Ebrima"/>
        </w:rPr>
        <w:t>እንስሳ</w:t>
      </w:r>
      <w:r>
        <w:rPr>
          <w:rFonts w:ascii="Times New Roman" w:hAnsi="Times New Roman" w:eastAsia="Times New Roman" w:cs="Times New Roman"/>
        </w:rPr>
        <w:t xml:space="preserve"> </w:t>
      </w:r>
      <w:r>
        <w:rPr>
          <w:rFonts w:ascii="Ebrima" w:hAnsi="Ebrima" w:eastAsia="Ebrima" w:cs="Ebrima"/>
        </w:rPr>
        <w:t>መሪሑ</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The Desire of Ages, 572.</w:t>
      </w:r>
    </w:p>
    <w:p>
      <w:pPr>
        <w:pStyle w:val="ArticleBody"/>
        <w:jc w:val="left"/>
      </w:pPr>
      <w:r>
        <w:rPr>
          <w:rFonts w:ascii="Times New Roman" w:hAnsi="Times New Roman" w:eastAsia="Times New Roman" w:cs="Times New Roman"/>
        </w:rPr>
        <w:t>Seensa moʼumsaa injifannoo qabu walgaʼii kaampii Exeter wajjin walitti hidhata qaba; innis fakkeenya durboota kudhanii raawwii alfaa ture; kanaafis “mallattoon” Yonaasii fi Alaazaaris lallaba ergaa, “Kunoo, Misirrichi dhufa!” jedhu sanaa wajjin, raawwii omeegaa fi guutuu taʼe waliin walitti hidhata qaba.</w:t>
      </w:r>
    </w:p>
    <w:p>
      <w:pPr>
        <w:pStyle w:val="ArticleScripture"/>
        <w:jc w:val="left"/>
      </w:pPr>
      <w:r>
        <w:rPr>
          <w:rFonts w:ascii="Times New Roman" w:hAnsi="Times New Roman" w:eastAsia="Times New Roman" w:cs="Times New Roman"/>
        </w:rPr>
        <w:t>“Ani maqaan fakkeenya durboota kudhanii, keessaa shan ogeeyyii taʼanii fi shan immoo gowwoota taʼanitti yeroo baayʼee nan eerama. Fakkeenyi kun qubee isaatiin guutummaatti raawwatameera, gara fuulduraattis ni raawwatama; yeroo kanaaf hojii addaa waan qabuuf, akkasumas akkuma ergaa ergamaa sadaffaatti, raawwatameera; dhuma yerooatti hamma gaʼuttis dhugaa yeroo ammaati taʼee itti fufa.” Review and Herald, August 19, 1890.</w:t>
      </w:r>
    </w:p>
    <w:p>
      <w:pPr>
        <w:pStyle w:val="ArticleBody"/>
        <w:jc w:val="left"/>
      </w:pPr>
      <w:r>
        <w:rPr>
          <w:rFonts w:ascii="Ebrima" w:hAnsi="Ebrima" w:eastAsia="Ebrima" w:cs="Ebrima"/>
        </w:rPr>
        <w:t>ዮናስ፣</w:t>
      </w:r>
      <w:r>
        <w:rPr>
          <w:rFonts w:ascii="Times New Roman" w:hAnsi="Times New Roman" w:eastAsia="Times New Roman" w:cs="Times New Roman"/>
        </w:rPr>
        <w:t xml:space="preserve"> </w:t>
      </w:r>
      <w:r>
        <w:rPr>
          <w:rFonts w:ascii="Ebrima" w:hAnsi="Ebrima" w:eastAsia="Ebrima" w:cs="Ebrima"/>
        </w:rPr>
        <w:t>አልአዛር</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ሳሙኤል</w:t>
      </w:r>
      <w:r>
        <w:rPr>
          <w:rFonts w:ascii="Times New Roman" w:hAnsi="Times New Roman" w:eastAsia="Times New Roman" w:cs="Times New Roman"/>
        </w:rPr>
        <w:t xml:space="preserve"> </w:t>
      </w:r>
      <w:r>
        <w:rPr>
          <w:rFonts w:ascii="Ebrima" w:hAnsi="Ebrima" w:eastAsia="Ebrima" w:cs="Ebrima"/>
        </w:rPr>
        <w:t>ስኖው</w:t>
      </w:r>
      <w:r>
        <w:rPr>
          <w:rFonts w:ascii="Times New Roman" w:hAnsi="Times New Roman" w:eastAsia="Times New Roman" w:cs="Times New Roman"/>
        </w:rPr>
        <w:t xml:space="preserve"> </w:t>
      </w:r>
      <w:r>
        <w:rPr>
          <w:rFonts w:ascii="Ebrima" w:hAnsi="Ebrima" w:eastAsia="Ebrima" w:cs="Ebrima"/>
        </w:rPr>
        <w:t>በኤክሰተር</w:t>
      </w:r>
      <w:r>
        <w:rPr>
          <w:rFonts w:ascii="Times New Roman" w:hAnsi="Times New Roman" w:eastAsia="Times New Roman" w:cs="Times New Roman"/>
        </w:rPr>
        <w:t xml:space="preserve"> </w:t>
      </w:r>
      <w:r>
        <w:rPr>
          <w:rFonts w:ascii="Ebrima" w:hAnsi="Ebrima" w:eastAsia="Ebrima" w:cs="Ebrima"/>
        </w:rPr>
        <w:t>የሰፈር</w:t>
      </w:r>
      <w:r>
        <w:rPr>
          <w:rFonts w:ascii="Times New Roman" w:hAnsi="Times New Roman" w:eastAsia="Times New Roman" w:cs="Times New Roman"/>
        </w:rPr>
        <w:t xml:space="preserve"> </w:t>
      </w:r>
      <w:r>
        <w:rPr>
          <w:rFonts w:ascii="Ebrima" w:hAnsi="Ebrima" w:eastAsia="Ebrima" w:cs="Ebrima"/>
        </w:rPr>
        <w:t>ስብሰባ</w:t>
      </w:r>
      <w:r>
        <w:rPr>
          <w:rFonts w:ascii="Times New Roman" w:hAnsi="Times New Roman" w:eastAsia="Times New Roman" w:cs="Times New Roman"/>
        </w:rPr>
        <w:t xml:space="preserve"> </w:t>
      </w:r>
      <w:r>
        <w:rPr>
          <w:rFonts w:ascii="Ebrima" w:hAnsi="Ebrima" w:eastAsia="Ebrima" w:cs="Ebrima"/>
        </w:rPr>
        <w:t>ዘግይተው</w:t>
      </w:r>
      <w:r>
        <w:rPr>
          <w:rFonts w:ascii="Times New Roman" w:hAnsi="Times New Roman" w:eastAsia="Times New Roman" w:cs="Times New Roman"/>
        </w:rPr>
        <w:t xml:space="preserve"> </w:t>
      </w:r>
      <w:r>
        <w:rPr>
          <w:rFonts w:ascii="Ebrima" w:hAnsi="Ebrima" w:eastAsia="Ebrima" w:cs="Ebrima"/>
        </w:rPr>
        <w:t>መድረሳቸው</w:t>
      </w:r>
      <w:r>
        <w:rPr>
          <w:rFonts w:ascii="Times New Roman" w:hAnsi="Times New Roman" w:eastAsia="Times New Roman" w:cs="Times New Roman"/>
        </w:rPr>
        <w:t xml:space="preserve"> </w:t>
      </w:r>
      <w:r>
        <w:rPr>
          <w:rFonts w:ascii="Ebrima" w:hAnsi="Ebrima" w:eastAsia="Ebrima" w:cs="Ebrima"/>
        </w:rPr>
        <w:t>ከሕዝቅኤል</w:t>
      </w:r>
      <w:r>
        <w:rPr>
          <w:rFonts w:ascii="Times New Roman" w:hAnsi="Times New Roman" w:eastAsia="Times New Roman" w:cs="Times New Roman"/>
        </w:rPr>
        <w:t xml:space="preserve"> “</w:t>
      </w:r>
      <w:r>
        <w:rPr>
          <w:rFonts w:ascii="Ebrima" w:hAnsi="Ebrima" w:eastAsia="Ebrima" w:cs="Ebrima"/>
        </w:rPr>
        <w:t>የከበባው</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ጋር</w:t>
      </w:r>
      <w:r>
        <w:rPr>
          <w:rFonts w:ascii="Times New Roman" w:hAnsi="Times New Roman" w:eastAsia="Times New Roman" w:cs="Times New Roman"/>
        </w:rPr>
        <w:t xml:space="preserve"> </w:t>
      </w:r>
      <w:r>
        <w:rPr>
          <w:rFonts w:ascii="Ebrima" w:hAnsi="Ebrima" w:eastAsia="Ebrima" w:cs="Ebrima"/>
        </w:rPr>
        <w:t>ይስማማል።</w:t>
      </w:r>
      <w:r>
        <w:rPr>
          <w:rFonts w:ascii="Times New Roman" w:hAnsi="Times New Roman" w:eastAsia="Times New Roman" w:cs="Times New Roman"/>
        </w:rPr>
        <w:t xml:space="preserve"> </w:t>
      </w:r>
      <w:r>
        <w:rPr>
          <w:rFonts w:ascii="Ebrima" w:hAnsi="Ebrima" w:eastAsia="Ebrima" w:cs="Ebrima"/>
        </w:rPr>
        <w:t>አልአዛር</w:t>
      </w:r>
      <w:r>
        <w:rPr>
          <w:rFonts w:ascii="Times New Roman" w:hAnsi="Times New Roman" w:eastAsia="Times New Roman" w:cs="Times New Roman"/>
        </w:rPr>
        <w:t xml:space="preserve"> </w:t>
      </w:r>
      <w:r>
        <w:rPr>
          <w:rFonts w:ascii="Ebrima" w:hAnsi="Ebrima" w:eastAsia="Ebrima" w:cs="Ebrima"/>
        </w:rPr>
        <w:t>ክርስቶስን</w:t>
      </w:r>
      <w:r>
        <w:rPr>
          <w:rFonts w:ascii="Times New Roman" w:hAnsi="Times New Roman" w:eastAsia="Times New Roman" w:cs="Times New Roman"/>
        </w:rPr>
        <w:t xml:space="preserve"> </w:t>
      </w:r>
      <w:r>
        <w:rPr>
          <w:rFonts w:ascii="Ebrima" w:hAnsi="Ebrima" w:eastAsia="Ebrima" w:cs="Ebrima"/>
        </w:rPr>
        <w:t>በአህያ</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ኢየሩሳሌም</w:t>
      </w:r>
      <w:r>
        <w:rPr>
          <w:rFonts w:ascii="Times New Roman" w:hAnsi="Times New Roman" w:eastAsia="Times New Roman" w:cs="Times New Roman"/>
        </w:rPr>
        <w:t xml:space="preserve"> </w:t>
      </w:r>
      <w:r>
        <w:rPr>
          <w:rFonts w:ascii="Ebrima" w:hAnsi="Ebrima" w:eastAsia="Ebrima" w:cs="Ebrima"/>
        </w:rPr>
        <w:t>መራው።</w:t>
      </w:r>
    </w:p>
    <w:p>
      <w:pPr>
        <w:pStyle w:val="ArticleScripture"/>
        <w:jc w:val="left"/>
      </w:pPr>
      <w:r>
        <w:rPr>
          <w:rFonts w:ascii="Times New Roman" w:hAnsi="Times New Roman" w:eastAsia="Times New Roman" w:cs="Times New Roman"/>
        </w:rPr>
        <w:t xml:space="preserve">“1844 </w:t>
      </w:r>
      <w:r>
        <w:rPr>
          <w:rFonts w:ascii="Ebrima" w:hAnsi="Ebrima" w:eastAsia="Ebrima" w:cs="Ebrima"/>
        </w:rPr>
        <w:t>ዓ</w:t>
      </w:r>
      <w:r>
        <w:rPr>
          <w:rFonts w:ascii="Times New Roman" w:hAnsi="Times New Roman" w:eastAsia="Times New Roman" w:cs="Times New Roman"/>
        </w:rPr>
        <w:t>.</w:t>
      </w:r>
      <w:r>
        <w:rPr>
          <w:rFonts w:ascii="Ebrima" w:hAnsi="Ebrima" w:eastAsia="Ebrima" w:cs="Ebrima"/>
        </w:rPr>
        <w:t>ም</w:t>
      </w:r>
      <w:r>
        <w:rPr>
          <w:rFonts w:ascii="Times New Roman" w:hAnsi="Times New Roman" w:eastAsia="Times New Roman" w:cs="Times New Roman"/>
        </w:rPr>
        <w:t xml:space="preserve">. </w:t>
      </w:r>
      <w:r>
        <w:rPr>
          <w:rFonts w:ascii="Ebrima" w:hAnsi="Ebrima" w:eastAsia="Ebrima" w:cs="Ebrima"/>
        </w:rPr>
        <w:t>ነሐሴ</w:t>
      </w:r>
      <w:r>
        <w:rPr>
          <w:rFonts w:ascii="Times New Roman" w:hAnsi="Times New Roman" w:eastAsia="Times New Roman" w:cs="Times New Roman"/>
        </w:rPr>
        <w:t xml:space="preserve"> </w:t>
      </w:r>
      <w:r>
        <w:rPr>
          <w:rFonts w:ascii="Ebrima" w:hAnsi="Ebrima" w:eastAsia="Ebrima" w:cs="Ebrima"/>
        </w:rPr>
        <w:t>ወር</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በኤክሴተር</w:t>
      </w:r>
      <w:r>
        <w:rPr>
          <w:rFonts w:ascii="Times New Roman" w:hAnsi="Times New Roman" w:eastAsia="Times New Roman" w:cs="Times New Roman"/>
        </w:rPr>
        <w:t xml:space="preserve"> (</w:t>
      </w:r>
      <w:r>
        <w:rPr>
          <w:rFonts w:ascii="Ebrima" w:hAnsi="Ebrima" w:eastAsia="Ebrima" w:cs="Ebrima"/>
        </w:rPr>
        <w:t>ኒው</w:t>
      </w:r>
      <w:r>
        <w:rPr>
          <w:rFonts w:ascii="Times New Roman" w:hAnsi="Times New Roman" w:eastAsia="Times New Roman" w:cs="Times New Roman"/>
        </w:rPr>
        <w:t xml:space="preserve"> </w:t>
      </w:r>
      <w:r>
        <w:rPr>
          <w:rFonts w:ascii="Ebrima" w:hAnsi="Ebrima" w:eastAsia="Ebrima" w:cs="Ebrima"/>
        </w:rPr>
        <w:t>ሃምፕሻየር</w:t>
      </w:r>
      <w:r>
        <w:rPr>
          <w:rFonts w:ascii="Times New Roman" w:hAnsi="Times New Roman" w:eastAsia="Times New Roman" w:cs="Times New Roman"/>
        </w:rPr>
        <w:t xml:space="preserve">) </w:t>
      </w:r>
      <w:r>
        <w:rPr>
          <w:rFonts w:ascii="Ebrima" w:hAnsi="Ebrima" w:eastAsia="Ebrima" w:cs="Ebrima"/>
        </w:rPr>
        <w:t>የካምፕ</w:t>
      </w:r>
      <w:r>
        <w:rPr>
          <w:rFonts w:ascii="Times New Roman" w:hAnsi="Times New Roman" w:eastAsia="Times New Roman" w:cs="Times New Roman"/>
        </w:rPr>
        <w:t xml:space="preserve"> </w:t>
      </w:r>
      <w:r>
        <w:rPr>
          <w:rFonts w:ascii="Ebrima" w:hAnsi="Ebrima" w:eastAsia="Ebrima" w:cs="Ebrima"/>
        </w:rPr>
        <w:t>ስብሰባ</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እውነተኛው</w:t>
      </w:r>
      <w:r>
        <w:rPr>
          <w:rFonts w:ascii="Times New Roman" w:hAnsi="Times New Roman" w:eastAsia="Times New Roman" w:cs="Times New Roman"/>
        </w:rPr>
        <w:t xml:space="preserve"> </w:t>
      </w:r>
      <w:r>
        <w:rPr>
          <w:rFonts w:ascii="Ebrima" w:hAnsi="Ebrima" w:eastAsia="Ebrima" w:cs="Ebrima"/>
        </w:rPr>
        <w:t>የእኩለ</w:t>
      </w:r>
      <w:r>
        <w:rPr>
          <w:rFonts w:ascii="Times New Roman" w:hAnsi="Times New Roman" w:eastAsia="Times New Roman" w:cs="Times New Roman"/>
        </w:rPr>
        <w:t xml:space="preserve"> </w:t>
      </w:r>
      <w:r>
        <w:rPr>
          <w:rFonts w:ascii="Ebrima" w:hAnsi="Ebrima" w:eastAsia="Ebrima" w:cs="Ebrima"/>
        </w:rPr>
        <w:t>ሌሊት</w:t>
      </w:r>
      <w:r>
        <w:rPr>
          <w:rFonts w:ascii="Times New Roman" w:hAnsi="Times New Roman" w:eastAsia="Times New Roman" w:cs="Times New Roman"/>
        </w:rPr>
        <w:t xml:space="preserve"> </w:t>
      </w:r>
      <w:r>
        <w:rPr>
          <w:rFonts w:ascii="Ebrima" w:hAnsi="Ebrima" w:eastAsia="Ebrima" w:cs="Ebrima"/>
        </w:rPr>
        <w:t>ጩኸት</w:t>
      </w:r>
      <w:r>
        <w:rPr>
          <w:rFonts w:ascii="Times New Roman" w:hAnsi="Times New Roman" w:eastAsia="Times New Roman" w:cs="Times New Roman"/>
        </w:rPr>
        <w:t xml:space="preserve">’ </w:t>
      </w:r>
      <w:r>
        <w:rPr>
          <w:rFonts w:ascii="Ebrima" w:hAnsi="Ebrima" w:eastAsia="Ebrima" w:cs="Ebrima"/>
        </w:rPr>
        <w:t>ለመጀመሪያ</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በቀረበበት</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ቤትስ</w:t>
      </w:r>
      <w:r>
        <w:rPr>
          <w:rFonts w:ascii="Times New Roman" w:hAnsi="Times New Roman" w:eastAsia="Times New Roman" w:cs="Times New Roman"/>
        </w:rPr>
        <w:t xml:space="preserve"> </w:t>
      </w:r>
      <w:r>
        <w:rPr>
          <w:rFonts w:ascii="Ebrima" w:hAnsi="Ebrima" w:eastAsia="Ebrima" w:cs="Ebrima"/>
        </w:rPr>
        <w:t>ከአስፈላጊዎቹ</w:t>
      </w:r>
      <w:r>
        <w:rPr>
          <w:rFonts w:ascii="Times New Roman" w:hAnsi="Times New Roman" w:eastAsia="Times New Roman" w:cs="Times New Roman"/>
        </w:rPr>
        <w:t xml:space="preserve"> </w:t>
      </w:r>
      <w:r>
        <w:rPr>
          <w:rFonts w:ascii="Ebrima" w:hAnsi="Ebrima" w:eastAsia="Ebrima" w:cs="Ebrima"/>
        </w:rPr>
        <w:t>መሪዎች</w:t>
      </w:r>
      <w:r>
        <w:rPr>
          <w:rFonts w:ascii="Times New Roman" w:hAnsi="Times New Roman" w:eastAsia="Times New Roman" w:cs="Times New Roman"/>
        </w:rPr>
        <w:t xml:space="preserve"> </w:t>
      </w:r>
      <w:r>
        <w:rPr>
          <w:rFonts w:ascii="Ebrima" w:hAnsi="Ebrima" w:eastAsia="Ebrima" w:cs="Ebrima"/>
        </w:rPr>
        <w:t>አንዱ</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እንዲሁም፣</w:t>
      </w:r>
      <w:r>
        <w:rPr>
          <w:rFonts w:ascii="Times New Roman" w:hAnsi="Times New Roman" w:eastAsia="Times New Roman" w:cs="Times New Roman"/>
        </w:rPr>
        <w:t xml:space="preserve"> </w:t>
      </w:r>
      <w:r>
        <w:rPr>
          <w:rFonts w:ascii="Ebrima" w:hAnsi="Ebrima" w:eastAsia="Ebrima" w:cs="Ebrima"/>
        </w:rPr>
        <w:t>በዚያ</w:t>
      </w:r>
      <w:r>
        <w:rPr>
          <w:rFonts w:ascii="Times New Roman" w:hAnsi="Times New Roman" w:eastAsia="Times New Roman" w:cs="Times New Roman"/>
        </w:rPr>
        <w:t xml:space="preserve"> </w:t>
      </w:r>
      <w:r>
        <w:rPr>
          <w:rFonts w:ascii="Ebrima" w:hAnsi="Ebrima" w:eastAsia="Ebrima" w:cs="Ebrima"/>
        </w:rPr>
        <w:t>ንጋት</w:t>
      </w:r>
      <w:r>
        <w:rPr>
          <w:rFonts w:ascii="Times New Roman" w:hAnsi="Times New Roman" w:eastAsia="Times New Roman" w:cs="Times New Roman"/>
        </w:rPr>
        <w:t xml:space="preserve"> </w:t>
      </w:r>
      <w:r>
        <w:rPr>
          <w:rFonts w:ascii="Ebrima" w:hAnsi="Ebrima" w:eastAsia="Ebrima" w:cs="Ebrima"/>
        </w:rPr>
        <w:t>በካምፑ</w:t>
      </w:r>
      <w:r>
        <w:rPr>
          <w:rFonts w:ascii="Times New Roman" w:hAnsi="Times New Roman" w:eastAsia="Times New Roman" w:cs="Times New Roman"/>
        </w:rPr>
        <w:t xml:space="preserve"> </w:t>
      </w:r>
      <w:r>
        <w:rPr>
          <w:rFonts w:ascii="Ebrima" w:hAnsi="Ebrima" w:eastAsia="Ebrima" w:cs="Ebrima"/>
        </w:rPr>
        <w:t>የአገልግሎቱን</w:t>
      </w:r>
      <w:r>
        <w:rPr>
          <w:rFonts w:ascii="Times New Roman" w:hAnsi="Times New Roman" w:eastAsia="Times New Roman" w:cs="Times New Roman"/>
        </w:rPr>
        <w:t xml:space="preserve"> </w:t>
      </w:r>
      <w:r>
        <w:rPr>
          <w:rFonts w:ascii="Ebrima" w:hAnsi="Ebrima" w:eastAsia="Ebrima" w:cs="Ebrima"/>
        </w:rPr>
        <w:t>መልእክት</w:t>
      </w:r>
      <w:r>
        <w:rPr>
          <w:rFonts w:ascii="Times New Roman" w:hAnsi="Times New Roman" w:eastAsia="Times New Roman" w:cs="Times New Roman"/>
        </w:rPr>
        <w:t xml:space="preserve"> </w:t>
      </w:r>
      <w:r>
        <w:rPr>
          <w:rFonts w:ascii="Ebrima" w:hAnsi="Ebrima" w:eastAsia="Ebrima" w:cs="Ebrima"/>
        </w:rPr>
        <w:t>እንዲያቀርብ</w:t>
      </w:r>
      <w:r>
        <w:rPr>
          <w:rFonts w:ascii="Times New Roman" w:hAnsi="Times New Roman" w:eastAsia="Times New Roman" w:cs="Times New Roman"/>
        </w:rPr>
        <w:t xml:space="preserve"> </w:t>
      </w:r>
      <w:r>
        <w:rPr>
          <w:rFonts w:ascii="Ebrima" w:hAnsi="Ebrima" w:eastAsia="Ebrima" w:cs="Ebrima"/>
        </w:rPr>
        <w:t>የተመረጠው</w:t>
      </w:r>
      <w:r>
        <w:rPr>
          <w:rFonts w:ascii="Times New Roman" w:hAnsi="Times New Roman" w:eastAsia="Times New Roman" w:cs="Times New Roman"/>
        </w:rPr>
        <w:t xml:space="preserve"> </w:t>
      </w:r>
      <w:r>
        <w:rPr>
          <w:rFonts w:ascii="Ebrima" w:hAnsi="Ebrima" w:eastAsia="Ebrima" w:cs="Ebrima"/>
        </w:rPr>
        <w:t>ሰባኪ</w:t>
      </w:r>
      <w:r>
        <w:rPr>
          <w:rFonts w:ascii="Times New Roman" w:hAnsi="Times New Roman" w:eastAsia="Times New Roman" w:cs="Times New Roman"/>
        </w:rPr>
        <w:t xml:space="preserve"> </w:t>
      </w:r>
      <w:r>
        <w:rPr>
          <w:rFonts w:ascii="Ebrima" w:hAnsi="Ebrima" w:eastAsia="Ebrima" w:cs="Ebrima"/>
        </w:rPr>
        <w:t>እርሱ</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አድማጮቹን</w:t>
      </w:r>
      <w:r>
        <w:rPr>
          <w:rFonts w:ascii="Times New Roman" w:hAnsi="Times New Roman" w:eastAsia="Times New Roman" w:cs="Times New Roman"/>
        </w:rPr>
        <w:t xml:space="preserve"> </w:t>
      </w:r>
      <w:r>
        <w:rPr>
          <w:rFonts w:ascii="Ebrima" w:hAnsi="Ebrima" w:eastAsia="Ebrima" w:cs="Ebrima"/>
        </w:rPr>
        <w:t>ታማኝ</w:t>
      </w:r>
      <w:r>
        <w:rPr>
          <w:rFonts w:ascii="Times New Roman" w:hAnsi="Times New Roman" w:eastAsia="Times New Roman" w:cs="Times New Roman"/>
        </w:rPr>
        <w:t xml:space="preserve"> </w:t>
      </w:r>
      <w:r>
        <w:rPr>
          <w:rFonts w:ascii="Ebrima" w:hAnsi="Ebrima" w:eastAsia="Ebrima" w:cs="Ebrima"/>
        </w:rPr>
        <w:t>እንዲሆኑ</w:t>
      </w:r>
      <w:r>
        <w:rPr>
          <w:rFonts w:ascii="Times New Roman" w:hAnsi="Times New Roman" w:eastAsia="Times New Roman" w:cs="Times New Roman"/>
        </w:rPr>
        <w:t xml:space="preserve"> </w:t>
      </w:r>
      <w:r>
        <w:rPr>
          <w:rFonts w:ascii="Ebrima" w:hAnsi="Ebrima" w:eastAsia="Ebrima" w:cs="Ebrima"/>
        </w:rPr>
        <w:t>እያሳሰበና</w:t>
      </w:r>
      <w:r>
        <w:rPr>
          <w:rFonts w:ascii="Times New Roman" w:hAnsi="Times New Roman" w:eastAsia="Times New Roman" w:cs="Times New Roman"/>
        </w:rPr>
        <w:t xml:space="preserve"> </w:t>
      </w:r>
      <w:r>
        <w:rPr>
          <w:rFonts w:ascii="Ebrima" w:hAnsi="Ebrima" w:eastAsia="Ebrima" w:cs="Ebrima"/>
        </w:rPr>
        <w:t>እግዚአብሔር</w:t>
      </w:r>
      <w:r>
        <w:rPr>
          <w:rFonts w:ascii="Times New Roman" w:hAnsi="Times New Roman" w:eastAsia="Times New Roman" w:cs="Times New Roman"/>
        </w:rPr>
        <w:t xml:space="preserve"> </w:t>
      </w:r>
      <w:r>
        <w:rPr>
          <w:rFonts w:ascii="Ebrima" w:hAnsi="Ebrima" w:eastAsia="Ebrima" w:cs="Ebrima"/>
        </w:rPr>
        <w:t>በቀላሉ</w:t>
      </w:r>
      <w:r>
        <w:rPr>
          <w:rFonts w:ascii="Times New Roman" w:hAnsi="Times New Roman" w:eastAsia="Times New Roman" w:cs="Times New Roman"/>
        </w:rPr>
        <w:t xml:space="preserve"> </w:t>
      </w:r>
      <w:r>
        <w:rPr>
          <w:rFonts w:ascii="Ebrima" w:hAnsi="Ebrima" w:eastAsia="Ebrima" w:cs="Ebrima"/>
        </w:rPr>
        <w:t>እየፈተናቸው</w:t>
      </w:r>
      <w:r>
        <w:rPr>
          <w:rFonts w:ascii="Times New Roman" w:hAnsi="Times New Roman" w:eastAsia="Times New Roman" w:cs="Times New Roman"/>
        </w:rPr>
        <w:t xml:space="preserve"> </w:t>
      </w:r>
      <w:r>
        <w:rPr>
          <w:rFonts w:ascii="Ebrima" w:hAnsi="Ebrima" w:eastAsia="Ebrima" w:cs="Ebrima"/>
        </w:rPr>
        <w:t>እንደሆነ፣</w:t>
      </w:r>
      <w:r>
        <w:rPr>
          <w:rFonts w:ascii="Times New Roman" w:hAnsi="Times New Roman" w:eastAsia="Times New Roman" w:cs="Times New Roman"/>
        </w:rPr>
        <w:t xml:space="preserve"> </w:t>
      </w:r>
      <w:r>
        <w:rPr>
          <w:rFonts w:ascii="Ebrima" w:hAnsi="Ebrima" w:eastAsia="Ebrima" w:cs="Ebrima"/>
        </w:rPr>
        <w:t>እነርሱም</w:t>
      </w:r>
      <w:r>
        <w:rPr>
          <w:rFonts w:ascii="Times New Roman" w:hAnsi="Times New Roman" w:eastAsia="Times New Roman" w:cs="Times New Roman"/>
        </w:rPr>
        <w:t xml:space="preserve"> </w:t>
      </w:r>
      <w:r>
        <w:rPr>
          <w:rFonts w:ascii="Ebrima" w:hAnsi="Ebrima" w:eastAsia="Ebrima" w:cs="Ebrima"/>
        </w:rPr>
        <w:t>በመዘግየት</w:t>
      </w:r>
      <w:r>
        <w:rPr>
          <w:rFonts w:ascii="Times New Roman" w:hAnsi="Times New Roman" w:eastAsia="Times New Roman" w:cs="Times New Roman"/>
        </w:rPr>
        <w:t xml:space="preserve"> </w:t>
      </w:r>
      <w:r>
        <w:rPr>
          <w:rFonts w:ascii="Ebrima" w:hAnsi="Ebrima" w:eastAsia="Ebrima" w:cs="Ebrima"/>
        </w:rPr>
        <w:t>ዘመን</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እንደሚገኙ፣</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ከዚህ</w:t>
      </w:r>
      <w:r>
        <w:rPr>
          <w:rFonts w:ascii="Times New Roman" w:hAnsi="Times New Roman" w:eastAsia="Times New Roman" w:cs="Times New Roman"/>
        </w:rPr>
        <w:t xml:space="preserve"> </w:t>
      </w:r>
      <w:r>
        <w:rPr>
          <w:rFonts w:ascii="Ebrima" w:hAnsi="Ebrima" w:eastAsia="Ebrima" w:cs="Ebrima"/>
        </w:rPr>
        <w:t>ጋር</w:t>
      </w:r>
      <w:r>
        <w:rPr>
          <w:rFonts w:ascii="Times New Roman" w:hAnsi="Times New Roman" w:eastAsia="Times New Roman" w:cs="Times New Roman"/>
        </w:rPr>
        <w:t xml:space="preserve"> </w:t>
      </w:r>
      <w:r>
        <w:rPr>
          <w:rFonts w:ascii="Ebrima" w:hAnsi="Ebrima" w:eastAsia="Ebrima" w:cs="Ebrima"/>
        </w:rPr>
        <w:t>የሚመሳሰሉ</w:t>
      </w:r>
      <w:r>
        <w:rPr>
          <w:rFonts w:ascii="Times New Roman" w:hAnsi="Times New Roman" w:eastAsia="Times New Roman" w:cs="Times New Roman"/>
        </w:rPr>
        <w:t xml:space="preserve"> </w:t>
      </w:r>
      <w:r>
        <w:rPr>
          <w:rFonts w:ascii="Ebrima" w:hAnsi="Ebrima" w:eastAsia="Ebrima" w:cs="Ebrima"/>
        </w:rPr>
        <w:t>ሐሳቦችን</w:t>
      </w:r>
      <w:r>
        <w:rPr>
          <w:rFonts w:ascii="Times New Roman" w:hAnsi="Times New Roman" w:eastAsia="Times New Roman" w:cs="Times New Roman"/>
        </w:rPr>
        <w:t xml:space="preserve"> </w:t>
      </w:r>
      <w:r>
        <w:rPr>
          <w:rFonts w:ascii="Ebrima" w:hAnsi="Ebrima" w:eastAsia="Ebrima" w:cs="Ebrima"/>
        </w:rPr>
        <w:t>እየገለጸ</w:t>
      </w:r>
      <w:r>
        <w:rPr>
          <w:rFonts w:ascii="Times New Roman" w:hAnsi="Times New Roman" w:eastAsia="Times New Roman" w:cs="Times New Roman"/>
        </w:rPr>
        <w:t xml:space="preserve"> </w:t>
      </w:r>
      <w:r>
        <w:rPr>
          <w:rFonts w:ascii="Ebrima" w:hAnsi="Ebrima" w:eastAsia="Ebrima" w:cs="Ebrima"/>
        </w:rPr>
        <w:t>ሳለ፣</w:t>
      </w:r>
      <w:r>
        <w:rPr>
          <w:rFonts w:ascii="Times New Roman" w:hAnsi="Times New Roman" w:eastAsia="Times New Roman" w:cs="Times New Roman"/>
        </w:rPr>
        <w:t xml:space="preserve"> </w:t>
      </w:r>
      <w:r>
        <w:rPr>
          <w:rFonts w:ascii="Ebrima" w:hAnsi="Ebrima" w:eastAsia="Ebrima" w:cs="Ebrima"/>
        </w:rPr>
        <w:t>ሳሙኤል</w:t>
      </w:r>
      <w:r>
        <w:rPr>
          <w:rFonts w:ascii="Times New Roman" w:hAnsi="Times New Roman" w:eastAsia="Times New Roman" w:cs="Times New Roman"/>
        </w:rPr>
        <w:t xml:space="preserve"> </w:t>
      </w:r>
      <w:r>
        <w:rPr>
          <w:rFonts w:ascii="Ebrima" w:hAnsi="Ebrima" w:eastAsia="Ebrima" w:cs="Ebrima"/>
        </w:rPr>
        <w:t>ኤስ</w:t>
      </w:r>
      <w:r>
        <w:rPr>
          <w:rFonts w:ascii="Times New Roman" w:hAnsi="Times New Roman" w:eastAsia="Times New Roman" w:cs="Times New Roman"/>
        </w:rPr>
        <w:t xml:space="preserve">. </w:t>
      </w:r>
      <w:r>
        <w:rPr>
          <w:rFonts w:ascii="Ebrima" w:hAnsi="Ebrima" w:eastAsia="Ebrima" w:cs="Ebrima"/>
        </w:rPr>
        <w:t>ስኖው</w:t>
      </w:r>
      <w:r>
        <w:rPr>
          <w:rFonts w:ascii="Times New Roman" w:hAnsi="Times New Roman" w:eastAsia="Times New Roman" w:cs="Times New Roman"/>
        </w:rPr>
        <w:t xml:space="preserve"> </w:t>
      </w:r>
      <w:r>
        <w:rPr>
          <w:rFonts w:ascii="Ebrima" w:hAnsi="Ebrima" w:eastAsia="Ebrima" w:cs="Ebrima"/>
        </w:rPr>
        <w:t>በፈረስ</w:t>
      </w:r>
      <w:r>
        <w:rPr>
          <w:rFonts w:ascii="Times New Roman" w:hAnsi="Times New Roman" w:eastAsia="Times New Roman" w:cs="Times New Roman"/>
        </w:rPr>
        <w:t xml:space="preserve"> </w:t>
      </w:r>
      <w:r>
        <w:rPr>
          <w:rFonts w:ascii="Ebrima" w:hAnsi="Ebrima" w:eastAsia="Ebrima" w:cs="Ebrima"/>
        </w:rPr>
        <w:t>ተቀምጦ</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ካምፑ</w:t>
      </w:r>
      <w:r>
        <w:rPr>
          <w:rFonts w:ascii="Times New Roman" w:hAnsi="Times New Roman" w:eastAsia="Times New Roman" w:cs="Times New Roman"/>
        </w:rPr>
        <w:t xml:space="preserve"> </w:t>
      </w:r>
      <w:r>
        <w:rPr>
          <w:rFonts w:ascii="Ebrima" w:hAnsi="Ebrima" w:eastAsia="Ebrima" w:cs="Ebrima"/>
        </w:rPr>
        <w:t>ገባ።</w:t>
      </w:r>
      <w:r>
        <w:rPr>
          <w:rFonts w:ascii="Times New Roman" w:hAnsi="Times New Roman" w:eastAsia="Times New Roman" w:cs="Times New Roman"/>
        </w:rPr>
        <w:t xml:space="preserve"> </w:t>
      </w:r>
      <w:r>
        <w:rPr>
          <w:rFonts w:ascii="Ebrima" w:hAnsi="Ebrima" w:eastAsia="Ebrima" w:cs="Ebrima"/>
        </w:rPr>
        <w:t>ከእህቱ</w:t>
      </w:r>
      <w:r>
        <w:rPr>
          <w:rFonts w:ascii="Times New Roman" w:hAnsi="Times New Roman" w:eastAsia="Times New Roman" w:cs="Times New Roman"/>
        </w:rPr>
        <w:t xml:space="preserve"> </w:t>
      </w:r>
      <w:r>
        <w:rPr>
          <w:rFonts w:ascii="Ebrima" w:hAnsi="Ebrima" w:eastAsia="Ebrima" w:cs="Ebrima"/>
        </w:rPr>
        <w:t>ከወ</w:t>
      </w:r>
      <w:r>
        <w:rPr>
          <w:rFonts w:ascii="Times New Roman" w:hAnsi="Times New Roman" w:eastAsia="Times New Roman" w:cs="Times New Roman"/>
        </w:rPr>
        <w:t>/</w:t>
      </w:r>
      <w:r>
        <w:rPr>
          <w:rFonts w:ascii="Ebrima" w:hAnsi="Ebrima" w:eastAsia="Ebrima" w:cs="Ebrima"/>
        </w:rPr>
        <w:t>ሮ</w:t>
      </w:r>
      <w:r>
        <w:rPr>
          <w:rFonts w:ascii="Times New Roman" w:hAnsi="Times New Roman" w:eastAsia="Times New Roman" w:cs="Times New Roman"/>
        </w:rPr>
        <w:t xml:space="preserve"> </w:t>
      </w:r>
      <w:r>
        <w:rPr>
          <w:rFonts w:ascii="Ebrima" w:hAnsi="Ebrima" w:eastAsia="Ebrima" w:cs="Ebrima"/>
        </w:rPr>
        <w:t>ጆን</w:t>
      </w:r>
      <w:r>
        <w:rPr>
          <w:rFonts w:ascii="Times New Roman" w:hAnsi="Times New Roman" w:eastAsia="Times New Roman" w:cs="Times New Roman"/>
        </w:rPr>
        <w:t xml:space="preserve"> </w:t>
      </w:r>
      <w:r>
        <w:rPr>
          <w:rFonts w:ascii="Ebrima" w:hAnsi="Ebrima" w:eastAsia="Ebrima" w:cs="Ebrima"/>
        </w:rPr>
        <w:t>ካውች</w:t>
      </w:r>
      <w:r>
        <w:rPr>
          <w:rFonts w:ascii="Times New Roman" w:hAnsi="Times New Roman" w:eastAsia="Times New Roman" w:cs="Times New Roman"/>
        </w:rPr>
        <w:t xml:space="preserve"> </w:t>
      </w:r>
      <w:r>
        <w:rPr>
          <w:rFonts w:ascii="Ebrima" w:hAnsi="Ebrima" w:eastAsia="Ebrima" w:cs="Ebrima"/>
        </w:rPr>
        <w:t>አጠገብ</w:t>
      </w:r>
      <w:r>
        <w:rPr>
          <w:rFonts w:ascii="Times New Roman" w:hAnsi="Times New Roman" w:eastAsia="Times New Roman" w:cs="Times New Roman"/>
        </w:rPr>
        <w:t xml:space="preserve"> </w:t>
      </w:r>
      <w:r>
        <w:rPr>
          <w:rFonts w:ascii="Ebrima" w:hAnsi="Ebrima" w:eastAsia="Ebrima" w:cs="Ebrima"/>
        </w:rPr>
        <w:t>ቦታ</w:t>
      </w:r>
      <w:r>
        <w:rPr>
          <w:rFonts w:ascii="Times New Roman" w:hAnsi="Times New Roman" w:eastAsia="Times New Roman" w:cs="Times New Roman"/>
        </w:rPr>
        <w:t xml:space="preserve"> </w:t>
      </w:r>
      <w:r>
        <w:rPr>
          <w:rFonts w:ascii="Ebrima" w:hAnsi="Ebrima" w:eastAsia="Ebrima" w:cs="Ebrima"/>
        </w:rPr>
        <w:t>ተቀምጦ፣</w:t>
      </w:r>
      <w:r>
        <w:rPr>
          <w:rFonts w:ascii="Times New Roman" w:hAnsi="Times New Roman" w:eastAsia="Times New Roman" w:cs="Times New Roman"/>
        </w:rPr>
        <w:t xml:space="preserve"> </w:t>
      </w:r>
      <w:r>
        <w:rPr>
          <w:rFonts w:ascii="Ebrima" w:hAnsi="Ebrima" w:eastAsia="Ebrima" w:cs="Ebrima"/>
        </w:rPr>
        <w:t>ስኖው</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በተወሰነው</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እንደሚገለጥ</w:t>
      </w:r>
      <w:r>
        <w:rPr>
          <w:rFonts w:ascii="Times New Roman" w:hAnsi="Times New Roman" w:eastAsia="Times New Roman" w:cs="Times New Roman"/>
        </w:rPr>
        <w:t xml:space="preserve"> </w:t>
      </w:r>
      <w:r>
        <w:rPr>
          <w:rFonts w:ascii="Ebrima" w:hAnsi="Ebrima" w:eastAsia="Ebrima" w:cs="Ebrima"/>
        </w:rPr>
        <w:t>ያለውን</w:t>
      </w:r>
      <w:r>
        <w:rPr>
          <w:rFonts w:ascii="Times New Roman" w:hAnsi="Times New Roman" w:eastAsia="Times New Roman" w:cs="Times New Roman"/>
        </w:rPr>
        <w:t xml:space="preserve"> </w:t>
      </w:r>
      <w:r>
        <w:rPr>
          <w:rFonts w:ascii="Ebrima" w:hAnsi="Ebrima" w:eastAsia="Ebrima" w:cs="Ebrima"/>
        </w:rPr>
        <w:t>እምነቱን</w:t>
      </w:r>
      <w:r>
        <w:rPr>
          <w:rFonts w:ascii="Times New Roman" w:hAnsi="Times New Roman" w:eastAsia="Times New Roman" w:cs="Times New Roman"/>
        </w:rPr>
        <w:t xml:space="preserve"> </w:t>
      </w:r>
      <w:r>
        <w:rPr>
          <w:rFonts w:ascii="Ebrima" w:hAnsi="Ebrima" w:eastAsia="Ebrima" w:cs="Ebrima"/>
        </w:rPr>
        <w:t>እንደገና</w:t>
      </w:r>
      <w:r>
        <w:rPr>
          <w:rFonts w:ascii="Times New Roman" w:hAnsi="Times New Roman" w:eastAsia="Times New Roman" w:cs="Times New Roman"/>
        </w:rPr>
        <w:t xml:space="preserve"> </w:t>
      </w:r>
      <w:r>
        <w:rPr>
          <w:rFonts w:ascii="Ebrima" w:hAnsi="Ebrima" w:eastAsia="Ebrima" w:cs="Ebrima"/>
        </w:rPr>
        <w:t>አረጋገጠ።</w:t>
      </w:r>
      <w:r>
        <w:rPr>
          <w:rFonts w:ascii="Times New Roman" w:hAnsi="Times New Roman" w:eastAsia="Times New Roman" w:cs="Times New Roman"/>
        </w:rPr>
        <w:t xml:space="preserve"> </w:t>
      </w:r>
      <w:r>
        <w:rPr>
          <w:rFonts w:ascii="Ebrima" w:hAnsi="Ebrima" w:eastAsia="Ebrima" w:cs="Ebrima"/>
        </w:rPr>
        <w:t>እጅግ</w:t>
      </w:r>
      <w:r>
        <w:rPr>
          <w:rFonts w:ascii="Times New Roman" w:hAnsi="Times New Roman" w:eastAsia="Times New Roman" w:cs="Times New Roman"/>
        </w:rPr>
        <w:t xml:space="preserve"> </w:t>
      </w:r>
      <w:r>
        <w:rPr>
          <w:rFonts w:ascii="Ebrima" w:hAnsi="Ebrima" w:eastAsia="Ebrima" w:cs="Ebrima"/>
        </w:rPr>
        <w:t>ተነቅታ፣</w:t>
      </w:r>
      <w:r>
        <w:rPr>
          <w:rFonts w:ascii="Times New Roman" w:hAnsi="Times New Roman" w:eastAsia="Times New Roman" w:cs="Times New Roman"/>
        </w:rPr>
        <w:t xml:space="preserve"> </w:t>
      </w:r>
      <w:r>
        <w:rPr>
          <w:rFonts w:ascii="Ebrima" w:hAnsi="Ebrima" w:eastAsia="Ebrima" w:cs="Ebrima"/>
        </w:rPr>
        <w:t>ወ</w:t>
      </w:r>
      <w:r>
        <w:rPr>
          <w:rFonts w:ascii="Times New Roman" w:hAnsi="Times New Roman" w:eastAsia="Times New Roman" w:cs="Times New Roman"/>
        </w:rPr>
        <w:t>/</w:t>
      </w:r>
      <w:r>
        <w:rPr>
          <w:rFonts w:ascii="Ebrima" w:hAnsi="Ebrima" w:eastAsia="Ebrima" w:cs="Ebrima"/>
        </w:rPr>
        <w:t>ሮ</w:t>
      </w:r>
      <w:r>
        <w:rPr>
          <w:rFonts w:ascii="Times New Roman" w:hAnsi="Times New Roman" w:eastAsia="Times New Roman" w:cs="Times New Roman"/>
        </w:rPr>
        <w:t xml:space="preserve"> </w:t>
      </w:r>
      <w:r>
        <w:rPr>
          <w:rFonts w:ascii="Ebrima" w:hAnsi="Ebrima" w:eastAsia="Ebrima" w:cs="Ebrima"/>
        </w:rPr>
        <w:t>ካውች</w:t>
      </w:r>
      <w:r>
        <w:rPr>
          <w:rFonts w:ascii="Times New Roman" w:hAnsi="Times New Roman" w:eastAsia="Times New Roman" w:cs="Times New Roman"/>
        </w:rPr>
        <w:t xml:space="preserve"> </w:t>
      </w:r>
      <w:r>
        <w:rPr>
          <w:rFonts w:ascii="Ebrima" w:hAnsi="Ebrima" w:eastAsia="Ebrima" w:cs="Ebrima"/>
        </w:rPr>
        <w:t>ተነሥታ</w:t>
      </w:r>
      <w:r>
        <w:rPr>
          <w:rFonts w:ascii="Times New Roman" w:hAnsi="Times New Roman" w:eastAsia="Times New Roman" w:cs="Times New Roman"/>
        </w:rPr>
        <w:t xml:space="preserve"> </w:t>
      </w:r>
      <w:r>
        <w:rPr>
          <w:rFonts w:ascii="Ebrima" w:hAnsi="Ebrima" w:eastAsia="Ebrima" w:cs="Ebrima"/>
        </w:rPr>
        <w:t>እንዲህ</w:t>
      </w:r>
      <w:r>
        <w:rPr>
          <w:rFonts w:ascii="Times New Roman" w:hAnsi="Times New Roman" w:eastAsia="Times New Roman" w:cs="Times New Roman"/>
        </w:rPr>
        <w:t xml:space="preserve"> </w:t>
      </w:r>
      <w:r>
        <w:rPr>
          <w:rFonts w:ascii="Ebrima" w:hAnsi="Ebrima" w:eastAsia="Ebrima" w:cs="Ebrima"/>
        </w:rPr>
        <w:t>በማለት</w:t>
      </w:r>
      <w:r>
        <w:rPr>
          <w:rFonts w:ascii="Times New Roman" w:hAnsi="Times New Roman" w:eastAsia="Times New Roman" w:cs="Times New Roman"/>
        </w:rPr>
        <w:t xml:space="preserve"> </w:t>
      </w:r>
      <w:r>
        <w:rPr>
          <w:rFonts w:ascii="Ebrima" w:hAnsi="Ebrima" w:eastAsia="Ebrima" w:cs="Ebrima"/>
        </w:rPr>
        <w:t>አድማጮቹን</w:t>
      </w:r>
      <w:r>
        <w:rPr>
          <w:rFonts w:ascii="Times New Roman" w:hAnsi="Times New Roman" w:eastAsia="Times New Roman" w:cs="Times New Roman"/>
        </w:rPr>
        <w:t xml:space="preserve"> </w:t>
      </w:r>
      <w:r>
        <w:rPr>
          <w:rFonts w:ascii="Ebrima" w:hAnsi="Ebrima" w:eastAsia="Ebrima" w:cs="Ebrima"/>
        </w:rPr>
        <w:t>አስደነገጠች፤</w:t>
      </w:r>
      <w:r>
        <w:rPr>
          <w:rFonts w:ascii="Times New Roman" w:hAnsi="Times New Roman" w:eastAsia="Times New Roman" w:cs="Times New Roman"/>
        </w:rPr>
        <w:t xml:space="preserve"> ‘</w:t>
      </w:r>
      <w:r>
        <w:rPr>
          <w:rFonts w:ascii="Ebrima" w:hAnsi="Ebrima" w:eastAsia="Ebrima" w:cs="Ebrima"/>
        </w:rPr>
        <w:t>እነሆ፣</w:t>
      </w:r>
      <w:r>
        <w:rPr>
          <w:rFonts w:ascii="Times New Roman" w:hAnsi="Times New Roman" w:eastAsia="Times New Roman" w:cs="Times New Roman"/>
        </w:rPr>
        <w:t xml:space="preserve"> </w:t>
      </w:r>
      <w:r>
        <w:rPr>
          <w:rFonts w:ascii="Ebrima" w:hAnsi="Ebrima" w:eastAsia="Ebrima" w:cs="Ebrima"/>
        </w:rPr>
        <w:t>ከእግዚአብሔር</w:t>
      </w:r>
      <w:r>
        <w:rPr>
          <w:rFonts w:ascii="Times New Roman" w:hAnsi="Times New Roman" w:eastAsia="Times New Roman" w:cs="Times New Roman"/>
        </w:rPr>
        <w:t xml:space="preserve"> </w:t>
      </w:r>
      <w:r>
        <w:rPr>
          <w:rFonts w:ascii="Ebrima" w:hAnsi="Ebrima" w:eastAsia="Ebrima" w:cs="Ebrima"/>
        </w:rPr>
        <w:t>የመጣ</w:t>
      </w:r>
      <w:r>
        <w:rPr>
          <w:rFonts w:ascii="Times New Roman" w:hAnsi="Times New Roman" w:eastAsia="Times New Roman" w:cs="Times New Roman"/>
        </w:rPr>
        <w:t xml:space="preserve"> </w:t>
      </w:r>
      <w:r>
        <w:rPr>
          <w:rFonts w:ascii="Ebrima" w:hAnsi="Ebrima" w:eastAsia="Ebrima" w:cs="Ebrima"/>
        </w:rPr>
        <w:t>መልእክት</w:t>
      </w:r>
      <w:r>
        <w:rPr>
          <w:rFonts w:ascii="Times New Roman" w:hAnsi="Times New Roman" w:eastAsia="Times New Roman" w:cs="Times New Roman"/>
        </w:rPr>
        <w:t xml:space="preserve"> </w:t>
      </w:r>
      <w:r>
        <w:rPr>
          <w:rFonts w:ascii="Ebrima" w:hAnsi="Ebrima" w:eastAsia="Ebrima" w:cs="Ebrima"/>
        </w:rPr>
        <w:t>ያለው</w:t>
      </w:r>
      <w:r>
        <w:rPr>
          <w:rFonts w:ascii="Times New Roman" w:hAnsi="Times New Roman" w:eastAsia="Times New Roman" w:cs="Times New Roman"/>
        </w:rPr>
        <w:t xml:space="preserve"> </w:t>
      </w:r>
      <w:r>
        <w:rPr>
          <w:rFonts w:ascii="Ebrima" w:hAnsi="Ebrima" w:eastAsia="Ebrima" w:cs="Ebrima"/>
        </w:rPr>
        <w:t>ሰው</w:t>
      </w:r>
      <w:r>
        <w:rPr>
          <w:rFonts w:ascii="Times New Roman" w:hAnsi="Times New Roman" w:eastAsia="Times New Roman" w:cs="Times New Roman"/>
        </w:rPr>
        <w:t xml:space="preserve"> </w:t>
      </w:r>
      <w:r>
        <w:rPr>
          <w:rFonts w:ascii="Ebrima" w:hAnsi="Ebrima" w:eastAsia="Ebrima" w:cs="Ebrima"/>
        </w:rPr>
        <w:t>ይህ</w:t>
      </w:r>
      <w:r>
        <w:rPr>
          <w:rFonts w:ascii="Times New Roman" w:hAnsi="Times New Roman" w:eastAsia="Times New Roman" w:cs="Times New Roman"/>
        </w:rPr>
        <w:t xml:space="preserve"> </w:t>
      </w:r>
      <w:r>
        <w:rPr>
          <w:rFonts w:ascii="Ebrima" w:hAnsi="Ebrima" w:eastAsia="Ebrima" w:cs="Ebrima"/>
        </w:rPr>
        <w:t>ነው</w:t>
      </w:r>
      <w:r>
        <w:rPr>
          <w:rFonts w:ascii="Times New Roman" w:hAnsi="Times New Roman" w:eastAsia="Times New Roman" w:cs="Times New Roman"/>
        </w:rPr>
        <w:t>!’” Leroy Froom, The Prophetic Faith of our Fathers, volume 4, 549.</w:t>
      </w:r>
    </w:p>
    <w:p>
      <w:pPr>
        <w:pStyle w:val="ArticleBody"/>
        <w:jc w:val="left"/>
      </w:pPr>
      <w:r>
        <w:rPr>
          <w:rFonts w:ascii="Nirmala UI" w:hAnsi="Nirmala UI" w:eastAsia="Nirmala UI" w:cs="Nirmala UI"/>
        </w:rPr>
        <w:t>୧୫୨୧</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ଏପ୍ରିଲ୍</w:t>
      </w:r>
      <w:r>
        <w:rPr>
          <w:rFonts w:ascii="Times New Roman" w:hAnsi="Times New Roman" w:eastAsia="Times New Roman" w:cs="Times New Roman"/>
        </w:rPr>
        <w:t xml:space="preserve"> </w:t>
      </w:r>
      <w:r>
        <w:rPr>
          <w:rFonts w:ascii="Nirmala UI" w:hAnsi="Nirmala UI" w:eastAsia="Nirmala UI" w:cs="Nirmala UI"/>
        </w:rPr>
        <w:t>ମାସରେ</w:t>
      </w:r>
      <w:r>
        <w:rPr>
          <w:rFonts w:ascii="Times New Roman" w:hAnsi="Times New Roman" w:eastAsia="Times New Roman" w:cs="Times New Roman"/>
        </w:rPr>
        <w:t xml:space="preserve"> </w:t>
      </w:r>
      <w:r>
        <w:rPr>
          <w:rFonts w:ascii="Nirmala UI" w:hAnsi="Nirmala UI" w:eastAsia="Nirmala UI" w:cs="Nirmala UI"/>
        </w:rPr>
        <w:t>ମାର୍ଟିନ୍</w:t>
      </w:r>
      <w:r>
        <w:rPr>
          <w:rFonts w:ascii="Times New Roman" w:hAnsi="Times New Roman" w:eastAsia="Times New Roman" w:cs="Times New Roman"/>
        </w:rPr>
        <w:t xml:space="preserve"> </w:t>
      </w:r>
      <w:r>
        <w:rPr>
          <w:rFonts w:ascii="Nirmala UI" w:hAnsi="Nirmala UI" w:eastAsia="Nirmala UI" w:cs="Nirmala UI"/>
        </w:rPr>
        <w:t>ଲୁଥର୍</w:t>
      </w:r>
      <w:r>
        <w:rPr>
          <w:rFonts w:ascii="Times New Roman" w:hAnsi="Times New Roman" w:eastAsia="Times New Roman" w:cs="Times New Roman"/>
        </w:rPr>
        <w:t xml:space="preserve"> </w:t>
      </w:r>
      <w:r>
        <w:rPr>
          <w:rFonts w:ascii="Nirmala UI" w:hAnsi="Nirmala UI" w:eastAsia="Nirmala UI" w:cs="Nirmala UI"/>
        </w:rPr>
        <w:t>ଘୋଡ଼ା</w:t>
      </w:r>
      <w:r>
        <w:rPr>
          <w:rFonts w:ascii="Times New Roman" w:hAnsi="Times New Roman" w:eastAsia="Times New Roman" w:cs="Times New Roman"/>
        </w:rPr>
        <w:t>-</w:t>
      </w:r>
      <w:r>
        <w:rPr>
          <w:rFonts w:ascii="Nirmala UI" w:hAnsi="Nirmala UI" w:eastAsia="Nirmala UI" w:cs="Nirmala UI"/>
        </w:rPr>
        <w:t>ଟାଣା</w:t>
      </w:r>
      <w:r>
        <w:rPr>
          <w:rFonts w:ascii="Times New Roman" w:hAnsi="Times New Roman" w:eastAsia="Times New Roman" w:cs="Times New Roman"/>
        </w:rPr>
        <w:t xml:space="preserve"> </w:t>
      </w:r>
      <w:r>
        <w:rPr>
          <w:rFonts w:ascii="Nirmala UI" w:hAnsi="Nirmala UI" w:eastAsia="Nirmala UI" w:cs="Nirmala UI"/>
        </w:rPr>
        <w:t>ରଥରେ</w:t>
      </w:r>
      <w:r>
        <w:rPr>
          <w:rFonts w:ascii="Times New Roman" w:hAnsi="Times New Roman" w:eastAsia="Times New Roman" w:cs="Times New Roman"/>
        </w:rPr>
        <w:t xml:space="preserve"> </w:t>
      </w:r>
      <w:r>
        <w:rPr>
          <w:rFonts w:ascii="Nirmala UI" w:hAnsi="Nirmala UI" w:eastAsia="Nirmala UI" w:cs="Nirmala UI"/>
        </w:rPr>
        <w:t>ଚଢ଼ି</w:t>
      </w:r>
      <w:r>
        <w:rPr>
          <w:rFonts w:ascii="Times New Roman" w:hAnsi="Times New Roman" w:eastAsia="Times New Roman" w:cs="Times New Roman"/>
        </w:rPr>
        <w:t xml:space="preserve"> </w:t>
      </w:r>
      <w:r>
        <w:rPr>
          <w:rFonts w:ascii="Nirmala UI" w:hAnsi="Nirmala UI" w:eastAsia="Nirmala UI" w:cs="Nirmala UI"/>
        </w:rPr>
        <w:t>ୱର୍ମସ୍</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ସଭାକୁ</w:t>
      </w:r>
      <w:r>
        <w:rPr>
          <w:rFonts w:ascii="Times New Roman" w:hAnsi="Times New Roman" w:eastAsia="Times New Roman" w:cs="Times New Roman"/>
        </w:rPr>
        <w:t xml:space="preserve"> </w:t>
      </w:r>
      <w:r>
        <w:rPr>
          <w:rFonts w:ascii="Nirmala UI" w:hAnsi="Nirmala UI" w:eastAsia="Nirmala UI" w:cs="Nirmala UI"/>
        </w:rPr>
        <w:t>ଯାଇଥିଲେ</w:t>
      </w:r>
      <w:r>
        <w:rPr>
          <w:rFonts w:ascii="Times New Roman" w:hAnsi="Times New Roman" w:eastAsia="Times New Roman" w:cs="Times New Roman"/>
        </w:rPr>
        <w:t xml:space="preserve">, </w:t>
      </w:r>
      <w:r>
        <w:rPr>
          <w:rFonts w:ascii="Nirmala UI" w:hAnsi="Nirmala UI" w:eastAsia="Nirmala UI" w:cs="Nirmala UI"/>
        </w:rPr>
        <w:t>ସେଠାରେ</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ପୋପୀୟ</w:t>
      </w:r>
      <w:r>
        <w:rPr>
          <w:rFonts w:ascii="Times New Roman" w:hAnsi="Times New Roman" w:eastAsia="Times New Roman" w:cs="Times New Roman"/>
        </w:rPr>
        <w:t xml:space="preserve"> </w:t>
      </w:r>
      <w:r>
        <w:rPr>
          <w:rFonts w:ascii="Nirmala UI" w:hAnsi="Nirmala UI" w:eastAsia="Nirmala UI" w:cs="Nirmala UI"/>
        </w:rPr>
        <w:t>ପରମ୍ପରା</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ପ୍ରଥାମାନଙ୍କୁ</w:t>
      </w:r>
      <w:r>
        <w:rPr>
          <w:rFonts w:ascii="Times New Roman" w:hAnsi="Times New Roman" w:eastAsia="Times New Roman" w:cs="Times New Roman"/>
        </w:rPr>
        <w:t xml:space="preserve"> </w:t>
      </w:r>
      <w:r>
        <w:rPr>
          <w:rFonts w:ascii="Nirmala UI" w:hAnsi="Nirmala UI" w:eastAsia="Nirmala UI" w:cs="Nirmala UI"/>
        </w:rPr>
        <w:t>ଅସ୍ୱୀକାର</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କହିଥିଲେ</w:t>
      </w:r>
      <w:r>
        <w:rPr>
          <w:rFonts w:ascii="Times New Roman" w:hAnsi="Times New Roman" w:eastAsia="Times New Roman" w:cs="Times New Roman"/>
        </w:rPr>
        <w:t>, “</w:t>
      </w:r>
      <w:r>
        <w:rPr>
          <w:rFonts w:ascii="Nirmala UI" w:hAnsi="Nirmala UI" w:eastAsia="Nirmala UI" w:cs="Nirmala UI"/>
        </w:rPr>
        <w:t>ଯଦି</w:t>
      </w:r>
      <w:r>
        <w:rPr>
          <w:rFonts w:ascii="Times New Roman" w:hAnsi="Times New Roman" w:eastAsia="Times New Roman" w:cs="Times New Roman"/>
        </w:rPr>
        <w:t xml:space="preserve"> </w:t>
      </w:r>
      <w:r>
        <w:rPr>
          <w:rFonts w:ascii="Nirmala UI" w:hAnsi="Nirmala UI" w:eastAsia="Nirmala UI" w:cs="Nirmala UI"/>
        </w:rPr>
        <w:t>ପବିତ୍ର</w:t>
      </w:r>
      <w:r>
        <w:rPr>
          <w:rFonts w:ascii="Times New Roman" w:hAnsi="Times New Roman" w:eastAsia="Times New Roman" w:cs="Times New Roman"/>
        </w:rPr>
        <w:t xml:space="preserve"> </w:t>
      </w:r>
      <w:r>
        <w:rPr>
          <w:rFonts w:ascii="Nirmala UI" w:hAnsi="Nirmala UI" w:eastAsia="Nirmala UI" w:cs="Nirmala UI"/>
        </w:rPr>
        <w:t>ଶାସ୍ତ୍ରର</w:t>
      </w:r>
      <w:r>
        <w:rPr>
          <w:rFonts w:ascii="Times New Roman" w:hAnsi="Times New Roman" w:eastAsia="Times New Roman" w:cs="Times New Roman"/>
        </w:rPr>
        <w:t xml:space="preserve"> </w:t>
      </w:r>
      <w:r>
        <w:rPr>
          <w:rFonts w:ascii="Nirmala UI" w:hAnsi="Nirmala UI" w:eastAsia="Nirmala UI" w:cs="Nirmala UI"/>
        </w:rPr>
        <w:t>ସାକ୍ଷ୍ୟ</w:t>
      </w:r>
      <w:r>
        <w:rPr>
          <w:rFonts w:ascii="Times New Roman" w:hAnsi="Times New Roman" w:eastAsia="Times New Roman" w:cs="Times New Roman"/>
        </w:rPr>
        <w:t xml:space="preserve"> </w:t>
      </w:r>
      <w:r>
        <w:rPr>
          <w:rFonts w:ascii="Nirmala UI" w:hAnsi="Nirmala UI" w:eastAsia="Nirmala UI" w:cs="Nirmala UI"/>
        </w:rPr>
        <w:t>କିମ୍ବା</w:t>
      </w:r>
      <w:r>
        <w:rPr>
          <w:rFonts w:ascii="Times New Roman" w:hAnsi="Times New Roman" w:eastAsia="Times New Roman" w:cs="Times New Roman"/>
        </w:rPr>
        <w:t xml:space="preserve"> </w:t>
      </w:r>
      <w:r>
        <w:rPr>
          <w:rFonts w:ascii="Nirmala UI" w:hAnsi="Nirmala UI" w:eastAsia="Nirmala UI" w:cs="Nirmala UI"/>
        </w:rPr>
        <w:t>ସ୍ପଷ୍ଟ</w:t>
      </w:r>
      <w:r>
        <w:rPr>
          <w:rFonts w:ascii="Times New Roman" w:hAnsi="Times New Roman" w:eastAsia="Times New Roman" w:cs="Times New Roman"/>
        </w:rPr>
        <w:t xml:space="preserve"> </w:t>
      </w:r>
      <w:r>
        <w:rPr>
          <w:rFonts w:ascii="Nirmala UI" w:hAnsi="Nirmala UI" w:eastAsia="Nirmala UI" w:cs="Nirmala UI"/>
        </w:rPr>
        <w:t>ବିବେଚନା</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ଦୃଢ଼ରୂପେ</w:t>
      </w:r>
      <w:r>
        <w:rPr>
          <w:rFonts w:ascii="Times New Roman" w:hAnsi="Times New Roman" w:eastAsia="Times New Roman" w:cs="Times New Roman"/>
        </w:rPr>
        <w:t xml:space="preserve"> </w:t>
      </w:r>
      <w:r>
        <w:rPr>
          <w:rFonts w:ascii="Nirmala UI" w:hAnsi="Nirmala UI" w:eastAsia="Nirmala UI" w:cs="Nirmala UI"/>
        </w:rPr>
        <w:t>ବିଶ୍ୱାସୀ</w:t>
      </w:r>
      <w:r>
        <w:rPr>
          <w:rFonts w:ascii="Times New Roman" w:hAnsi="Times New Roman" w:eastAsia="Times New Roman" w:cs="Times New Roman"/>
        </w:rPr>
        <w:t xml:space="preserve"> </w:t>
      </w:r>
      <w:r>
        <w:rPr>
          <w:rFonts w:ascii="Nirmala UI" w:hAnsi="Nirmala UI" w:eastAsia="Nirmala UI" w:cs="Nirmala UI"/>
        </w:rPr>
        <w:t>କରାଯାଏ</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ତେବେ</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କିଛିମାତ୍ର</w:t>
      </w:r>
      <w:r>
        <w:rPr>
          <w:rFonts w:ascii="Times New Roman" w:hAnsi="Times New Roman" w:eastAsia="Times New Roman" w:cs="Times New Roman"/>
        </w:rPr>
        <w:t xml:space="preserve"> </w:t>
      </w:r>
      <w:r>
        <w:rPr>
          <w:rFonts w:ascii="Nirmala UI" w:hAnsi="Nirmala UI" w:eastAsia="Nirmala UI" w:cs="Nirmala UI"/>
        </w:rPr>
        <w:t>ପ୍ରତ୍ୟାହାର</w:t>
      </w:r>
      <w:r>
        <w:rPr>
          <w:rFonts w:ascii="Times New Roman" w:hAnsi="Times New Roman" w:eastAsia="Times New Roman" w:cs="Times New Roman"/>
        </w:rPr>
        <w:t xml:space="preserve"> </w:t>
      </w:r>
      <w:r>
        <w:rPr>
          <w:rFonts w:ascii="Nirmala UI" w:hAnsi="Nirmala UI" w:eastAsia="Nirmala UI" w:cs="Nirmala UI"/>
        </w:rPr>
        <w:t>କରିପାରିବି</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କାରଣ</w:t>
      </w:r>
      <w:r>
        <w:rPr>
          <w:rFonts w:ascii="Times New Roman" w:hAnsi="Times New Roman" w:eastAsia="Times New Roman" w:cs="Times New Roman"/>
        </w:rPr>
        <w:t xml:space="preserve"> </w:t>
      </w:r>
      <w:r>
        <w:rPr>
          <w:rFonts w:ascii="Nirmala UI" w:hAnsi="Nirmala UI" w:eastAsia="Nirmala UI" w:cs="Nirmala UI"/>
        </w:rPr>
        <w:t>ବିବେକବୁଦ୍ଧିବିରୋଧରେ</w:t>
      </w:r>
      <w:r>
        <w:rPr>
          <w:rFonts w:ascii="Times New Roman" w:hAnsi="Times New Roman" w:eastAsia="Times New Roman" w:cs="Times New Roman"/>
        </w:rPr>
        <w:t xml:space="preserve"> </w:t>
      </w:r>
      <w:r>
        <w:rPr>
          <w:rFonts w:ascii="Nirmala UI" w:hAnsi="Nirmala UI" w:eastAsia="Nirmala UI" w:cs="Nirmala UI"/>
        </w:rPr>
        <w:t>ଯିବା</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ସୁରକ୍ଷିତ</w:t>
      </w:r>
      <w:r>
        <w:rPr>
          <w:rFonts w:ascii="Times New Roman" w:hAnsi="Times New Roman" w:eastAsia="Times New Roman" w:cs="Times New Roman"/>
        </w:rPr>
        <w:t xml:space="preserve">, </w:t>
      </w:r>
      <w:r>
        <w:rPr>
          <w:rFonts w:ascii="Nirmala UI" w:hAnsi="Nirmala UI" w:eastAsia="Nirmala UI" w:cs="Nirmala UI"/>
        </w:rPr>
        <w:t>ନ</w:t>
      </w:r>
      <w:r>
        <w:rPr>
          <w:rFonts w:ascii="Times New Roman" w:hAnsi="Times New Roman" w:eastAsia="Times New Roman" w:cs="Times New Roman"/>
        </w:rPr>
        <w:t xml:space="preserve"> </w:t>
      </w:r>
      <w:r>
        <w:rPr>
          <w:rFonts w:ascii="Nirmala UI" w:hAnsi="Nirmala UI" w:eastAsia="Nirmala UI" w:cs="Nirmala UI"/>
        </w:rPr>
        <w:t>ଠିକ୍।</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ଏଠିଏ</w:t>
      </w:r>
      <w:r>
        <w:rPr>
          <w:rFonts w:ascii="Times New Roman" w:hAnsi="Times New Roman" w:eastAsia="Times New Roman" w:cs="Times New Roman"/>
        </w:rPr>
        <w:t xml:space="preserve"> </w:t>
      </w:r>
      <w:r>
        <w:rPr>
          <w:rFonts w:ascii="Nirmala UI" w:hAnsi="Nirmala UI" w:eastAsia="Nirmala UI" w:cs="Nirmala UI"/>
        </w:rPr>
        <w:t>ଦଣ୍ଡାୟମାନ।</w:t>
      </w:r>
      <w:r>
        <w:rPr>
          <w:rFonts w:ascii="Times New Roman" w:hAnsi="Times New Roman" w:eastAsia="Times New Roman" w:cs="Times New Roman"/>
        </w:rPr>
        <w:t xml:space="preserve"> </w:t>
      </w:r>
      <w:r>
        <w:rPr>
          <w:rFonts w:ascii="Nirmala UI" w:hAnsi="Nirmala UI" w:eastAsia="Nirmala UI" w:cs="Nirmala UI"/>
        </w:rPr>
        <w:t>ଏହାଛଡ଼ା</w:t>
      </w:r>
      <w:r>
        <w:rPr>
          <w:rFonts w:ascii="Times New Roman" w:hAnsi="Times New Roman" w:eastAsia="Times New Roman" w:cs="Times New Roman"/>
        </w:rPr>
        <w:t xml:space="preserve"> </w:t>
      </w:r>
      <w:r>
        <w:rPr>
          <w:rFonts w:ascii="Nirmala UI" w:hAnsi="Nirmala UI" w:eastAsia="Nirmala UI" w:cs="Nirmala UI"/>
        </w:rPr>
        <w:t>ମୁଁ</w:t>
      </w:r>
      <w:r>
        <w:rPr>
          <w:rFonts w:ascii="Times New Roman" w:hAnsi="Times New Roman" w:eastAsia="Times New Roman" w:cs="Times New Roman"/>
        </w:rPr>
        <w:t xml:space="preserve"> </w:t>
      </w:r>
      <w:r>
        <w:rPr>
          <w:rFonts w:ascii="Nirmala UI" w:hAnsi="Nirmala UI" w:eastAsia="Nirmala UI" w:cs="Nirmala UI"/>
        </w:rPr>
        <w:t>ଅନ୍ୟ</w:t>
      </w:r>
      <w:r>
        <w:rPr>
          <w:rFonts w:ascii="Times New Roman" w:hAnsi="Times New Roman" w:eastAsia="Times New Roman" w:cs="Times New Roman"/>
        </w:rPr>
        <w:t xml:space="preserve"> </w:t>
      </w:r>
      <w:r>
        <w:rPr>
          <w:rFonts w:ascii="Nirmala UI" w:hAnsi="Nirmala UI" w:eastAsia="Nirmala UI" w:cs="Nirmala UI"/>
        </w:rPr>
        <w:t>କିଛି</w:t>
      </w:r>
      <w:r>
        <w:rPr>
          <w:rFonts w:ascii="Times New Roman" w:hAnsi="Times New Roman" w:eastAsia="Times New Roman" w:cs="Times New Roman"/>
        </w:rPr>
        <w:t xml:space="preserve"> </w:t>
      </w:r>
      <w:r>
        <w:rPr>
          <w:rFonts w:ascii="Nirmala UI" w:hAnsi="Nirmala UI" w:eastAsia="Nirmala UI" w:cs="Nirmala UI"/>
        </w:rPr>
        <w:t>କରିପାରେ</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ଈଶ୍ୱର</w:t>
      </w:r>
      <w:r>
        <w:rPr>
          <w:rFonts w:ascii="Times New Roman" w:hAnsi="Times New Roman" w:eastAsia="Times New Roman" w:cs="Times New Roman"/>
        </w:rPr>
        <w:t xml:space="preserve"> </w:t>
      </w:r>
      <w:r>
        <w:rPr>
          <w:rFonts w:ascii="Nirmala UI" w:hAnsi="Nirmala UI" w:eastAsia="Nirmala UI" w:cs="Nirmala UI"/>
        </w:rPr>
        <w:t>ମୋତେ</w:t>
      </w:r>
      <w:r>
        <w:rPr>
          <w:rFonts w:ascii="Times New Roman" w:hAnsi="Times New Roman" w:eastAsia="Times New Roman" w:cs="Times New Roman"/>
        </w:rPr>
        <w:t xml:space="preserve"> </w:t>
      </w:r>
      <w:r>
        <w:rPr>
          <w:rFonts w:ascii="Nirmala UI" w:hAnsi="Nirmala UI" w:eastAsia="Nirmala UI" w:cs="Nirmala UI"/>
        </w:rPr>
        <w:t>ସାହାଯ୍ୟ</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ଆମେନ୍।</w:t>
      </w:r>
      <w:r>
        <w:rPr>
          <w:rFonts w:ascii="Times New Roman" w:hAnsi="Times New Roman" w:eastAsia="Times New Roman" w:cs="Times New Roman"/>
        </w:rPr>
        <w:t>”</w:t>
      </w:r>
    </w:p>
    <w:p>
      <w:pPr>
        <w:pStyle w:val="ArticleBody"/>
        <w:jc w:val="left"/>
      </w:pP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ଫରିଶୀମାନେ</w:t>
      </w:r>
      <w:r>
        <w:rPr>
          <w:rFonts w:ascii="Times New Roman" w:hAnsi="Times New Roman" w:eastAsia="Times New Roman" w:cs="Times New Roman"/>
        </w:rPr>
        <w:t xml:space="preserve"> </w:t>
      </w:r>
      <w:r>
        <w:rPr>
          <w:rFonts w:ascii="Nirmala UI" w:hAnsi="Nirmala UI" w:eastAsia="Nirmala UI" w:cs="Nirmala UI"/>
        </w:rPr>
        <w:t>ଖ୍ରୀଷ୍ଟଙ୍କ</w:t>
      </w:r>
      <w:r>
        <w:rPr>
          <w:rFonts w:ascii="Times New Roman" w:hAnsi="Times New Roman" w:eastAsia="Times New Roman" w:cs="Times New Roman"/>
        </w:rPr>
        <w:t xml:space="preserve"> </w:t>
      </w:r>
      <w:r>
        <w:rPr>
          <w:rFonts w:ascii="Nirmala UI" w:hAnsi="Nirmala UI" w:eastAsia="Nirmala UI" w:cs="Nirmala UI"/>
        </w:rPr>
        <w:t>ବିଜୟୋତ୍ସବମୟ</w:t>
      </w:r>
      <w:r>
        <w:rPr>
          <w:rFonts w:ascii="Times New Roman" w:hAnsi="Times New Roman" w:eastAsia="Times New Roman" w:cs="Times New Roman"/>
        </w:rPr>
        <w:t xml:space="preserve"> </w:t>
      </w:r>
      <w:r>
        <w:rPr>
          <w:rFonts w:ascii="Nirmala UI" w:hAnsi="Nirmala UI" w:eastAsia="Nirmala UI" w:cs="Nirmala UI"/>
        </w:rPr>
        <w:t>ପ୍ରବେଶକୁ</w:t>
      </w:r>
      <w:r>
        <w:rPr>
          <w:rFonts w:ascii="Times New Roman" w:hAnsi="Times New Roman" w:eastAsia="Times New Roman" w:cs="Times New Roman"/>
        </w:rPr>
        <w:t xml:space="preserve"> </w:t>
      </w:r>
      <w:r>
        <w:rPr>
          <w:rFonts w:ascii="Nirmala UI" w:hAnsi="Nirmala UI" w:eastAsia="Nirmala UI" w:cs="Nirmala UI"/>
        </w:rPr>
        <w:t>ବିରୋଧ</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ସେପରି</w:t>
      </w:r>
      <w:r>
        <w:rPr>
          <w:rFonts w:ascii="Times New Roman" w:hAnsi="Times New Roman" w:eastAsia="Times New Roman" w:cs="Times New Roman"/>
        </w:rPr>
        <w:t xml:space="preserve"> </w:t>
      </w:r>
      <w:r>
        <w:rPr>
          <w:rFonts w:ascii="Nirmala UI" w:hAnsi="Nirmala UI" w:eastAsia="Nirmala UI" w:cs="Nirmala UI"/>
        </w:rPr>
        <w:t>ପାପାତନ୍ତ୍ରୀୟ</w:t>
      </w:r>
      <w:r>
        <w:rPr>
          <w:rFonts w:ascii="Times New Roman" w:hAnsi="Times New Roman" w:eastAsia="Times New Roman" w:cs="Times New Roman"/>
        </w:rPr>
        <w:t xml:space="preserve"> </w:t>
      </w:r>
      <w:r>
        <w:rPr>
          <w:rFonts w:ascii="Nirmala UI" w:hAnsi="Nirmala UI" w:eastAsia="Nirmala UI" w:cs="Nirmala UI"/>
        </w:rPr>
        <w:t>କର୍ତ୍ତୃପକ୍ଷମାନେ</w:t>
      </w:r>
      <w:r>
        <w:rPr>
          <w:rFonts w:ascii="Times New Roman" w:hAnsi="Times New Roman" w:eastAsia="Times New Roman" w:cs="Times New Roman"/>
        </w:rPr>
        <w:t xml:space="preserve"> </w:t>
      </w:r>
      <w:r>
        <w:rPr>
          <w:rFonts w:ascii="Nirmala UI" w:hAnsi="Nirmala UI" w:eastAsia="Nirmala UI" w:cs="Nirmala UI"/>
        </w:rPr>
        <w:t>ଲୁଥରଙ୍କ</w:t>
      </w:r>
      <w:r>
        <w:rPr>
          <w:rFonts w:ascii="Times New Roman" w:hAnsi="Times New Roman" w:eastAsia="Times New Roman" w:cs="Times New Roman"/>
        </w:rPr>
        <w:t xml:space="preserve"> </w:t>
      </w:r>
      <w:r>
        <w:rPr>
          <w:rFonts w:ascii="Nirmala UI" w:hAnsi="Nirmala UI" w:eastAsia="Nirmala UI" w:cs="Nirmala UI"/>
        </w:rPr>
        <w:t>ପ୍ରବେଶକୁ</w:t>
      </w:r>
      <w:r>
        <w:rPr>
          <w:rFonts w:ascii="Times New Roman" w:hAnsi="Times New Roman" w:eastAsia="Times New Roman" w:cs="Times New Roman"/>
        </w:rPr>
        <w:t xml:space="preserve"> </w:t>
      </w:r>
      <w:r>
        <w:rPr>
          <w:rFonts w:ascii="Nirmala UI" w:hAnsi="Nirmala UI" w:eastAsia="Nirmala UI" w:cs="Nirmala UI"/>
        </w:rPr>
        <w:t>ବିରୋଧ</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ଲୁଥର</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ନାମ</w:t>
      </w:r>
      <w:r>
        <w:rPr>
          <w:rFonts w:ascii="Times New Roman" w:hAnsi="Times New Roman" w:eastAsia="Times New Roman" w:cs="Times New Roman"/>
        </w:rPr>
        <w:t xml:space="preserve"> </w:t>
      </w:r>
      <w:r>
        <w:rPr>
          <w:rFonts w:ascii="Nirmala UI" w:hAnsi="Nirmala UI" w:eastAsia="Nirmala UI" w:cs="Nirmala UI"/>
        </w:rPr>
        <w:t>ପରିବର୍ତ୍ତନ</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ମୋହରାଙ୍କନର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ପ୍ରତୀକ</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ଜର୍ମାନ</w:t>
      </w:r>
      <w:r>
        <w:rPr>
          <w:rFonts w:ascii="Times New Roman" w:hAnsi="Times New Roman" w:eastAsia="Times New Roman" w:cs="Times New Roman"/>
        </w:rPr>
        <w:t xml:space="preserve"> </w:t>
      </w:r>
      <w:r>
        <w:rPr>
          <w:rFonts w:ascii="Nirmala UI" w:hAnsi="Nirmala UI" w:eastAsia="Nirmala UI" w:cs="Nirmala UI"/>
        </w:rPr>
        <w:t>ଭାଷାରେ</w:t>
      </w:r>
      <w:r>
        <w:rPr>
          <w:rFonts w:ascii="Times New Roman" w:hAnsi="Times New Roman" w:eastAsia="Times New Roman" w:cs="Times New Roman"/>
        </w:rPr>
        <w:t xml:space="preserve"> </w:t>
      </w:r>
      <w:r>
        <w:rPr>
          <w:rFonts w:ascii="Nirmala UI" w:hAnsi="Nirmala UI" w:eastAsia="Nirmala UI" w:cs="Nirmala UI"/>
        </w:rPr>
        <w:t>ନୂତନ</w:t>
      </w:r>
      <w:r>
        <w:rPr>
          <w:rFonts w:ascii="Times New Roman" w:hAnsi="Times New Roman" w:eastAsia="Times New Roman" w:cs="Times New Roman"/>
        </w:rPr>
        <w:t xml:space="preserve"> </w:t>
      </w:r>
      <w:r>
        <w:rPr>
          <w:rFonts w:ascii="Nirmala UI" w:hAnsi="Nirmala UI" w:eastAsia="Nirmala UI" w:cs="Nirmala UI"/>
        </w:rPr>
        <w:t>ନିୟମ</w:t>
      </w:r>
      <w:r>
        <w:rPr>
          <w:rFonts w:ascii="Times New Roman" w:hAnsi="Times New Roman" w:eastAsia="Times New Roman" w:cs="Times New Roman"/>
        </w:rPr>
        <w:t xml:space="preserve"> </w:t>
      </w:r>
      <w:r>
        <w:rPr>
          <w:rFonts w:ascii="Nirmala UI" w:hAnsi="Nirmala UI" w:eastAsia="Nirmala UI" w:cs="Nirmala UI"/>
        </w:rPr>
        <w:t>ଅନୁବାଦ</w:t>
      </w:r>
      <w:r>
        <w:rPr>
          <w:rFonts w:ascii="Times New Roman" w:hAnsi="Times New Roman" w:eastAsia="Times New Roman" w:cs="Times New Roman"/>
        </w:rPr>
        <w:t xml:space="preserve"> </w:t>
      </w:r>
      <w:r>
        <w:rPr>
          <w:rFonts w:ascii="Nirmala UI" w:hAnsi="Nirmala UI" w:eastAsia="Nirmala UI" w:cs="Nirmala UI"/>
        </w:rPr>
        <w:t>କରୁଥିବାବେଳେ</w:t>
      </w:r>
      <w:r>
        <w:rPr>
          <w:rFonts w:ascii="Times New Roman" w:hAnsi="Times New Roman" w:eastAsia="Times New Roman" w:cs="Times New Roman"/>
        </w:rPr>
        <w:t xml:space="preserve"> </w:t>
      </w:r>
      <w:r>
        <w:rPr>
          <w:rFonts w:ascii="Nirmala UI" w:hAnsi="Nirmala UI" w:eastAsia="Nirmala UI" w:cs="Nirmala UI"/>
        </w:rPr>
        <w:t>ଗୁପ୍ତଭାବେ</w:t>
      </w:r>
      <w:r>
        <w:rPr>
          <w:rFonts w:ascii="Times New Roman" w:hAnsi="Times New Roman" w:eastAsia="Times New Roman" w:cs="Times New Roman"/>
        </w:rPr>
        <w:t xml:space="preserve"> </w:t>
      </w:r>
      <w:r>
        <w:rPr>
          <w:rFonts w:ascii="Nirmala UI" w:hAnsi="Nirmala UI" w:eastAsia="Nirmala UI" w:cs="Nirmala UI"/>
        </w:rPr>
        <w:t>ଲୁଚାଇ</w:t>
      </w:r>
      <w:r>
        <w:rPr>
          <w:rFonts w:ascii="Times New Roman" w:hAnsi="Times New Roman" w:eastAsia="Times New Roman" w:cs="Times New Roman"/>
        </w:rPr>
        <w:t xml:space="preserve"> </w:t>
      </w:r>
      <w:r>
        <w:rPr>
          <w:rFonts w:ascii="Nirmala UI" w:hAnsi="Nirmala UI" w:eastAsia="Nirmala UI" w:cs="Nirmala UI"/>
        </w:rPr>
        <w:t>ରଖାଯାଇଥିଲେ।</w:t>
      </w:r>
      <w:r>
        <w:rPr>
          <w:rFonts w:ascii="Times New Roman" w:hAnsi="Times New Roman" w:eastAsia="Times New Roman" w:cs="Times New Roman"/>
        </w:rPr>
        <w:t xml:space="preserve"> </w:t>
      </w:r>
      <w:r>
        <w:rPr>
          <w:rFonts w:ascii="Nirmala UI" w:hAnsi="Nirmala UI" w:eastAsia="Nirmala UI" w:cs="Nirmala UI"/>
        </w:rPr>
        <w:t>ୱର୍ମ୍ସର</w:t>
      </w:r>
      <w:r>
        <w:rPr>
          <w:rFonts w:ascii="Times New Roman" w:hAnsi="Times New Roman" w:eastAsia="Times New Roman" w:cs="Times New Roman"/>
        </w:rPr>
        <w:t xml:space="preserve"> </w:t>
      </w:r>
      <w:r>
        <w:rPr>
          <w:rFonts w:ascii="Nirmala UI" w:hAnsi="Nirmala UI" w:eastAsia="Nirmala UI" w:cs="Nirmala UI"/>
        </w:rPr>
        <w:t>ଡାଏଟ୍</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ତାଙ୍କର</w:t>
      </w:r>
      <w:r>
        <w:rPr>
          <w:rFonts w:ascii="Times New Roman" w:hAnsi="Times New Roman" w:eastAsia="Times New Roman" w:cs="Times New Roman"/>
        </w:rPr>
        <w:t xml:space="preserve"> </w:t>
      </w:r>
      <w:r>
        <w:rPr>
          <w:rFonts w:ascii="Nirmala UI" w:hAnsi="Nirmala UI" w:eastAsia="Nirmala UI" w:cs="Nirmala UI"/>
        </w:rPr>
        <w:t>ପ୍ରତ୍ୟକ୍ଷ</w:t>
      </w:r>
      <w:r>
        <w:rPr>
          <w:rFonts w:ascii="Times New Roman" w:hAnsi="Times New Roman" w:eastAsia="Times New Roman" w:cs="Times New Roman"/>
        </w:rPr>
        <w:t xml:space="preserve"> </w:t>
      </w:r>
      <w:r>
        <w:rPr>
          <w:rFonts w:ascii="Nirmala UI" w:hAnsi="Nirmala UI" w:eastAsia="Nirmala UI" w:cs="Nirmala UI"/>
        </w:rPr>
        <w:t>ଉପସ୍ଥାପନା</w:t>
      </w:r>
      <w:r>
        <w:rPr>
          <w:rFonts w:ascii="Times New Roman" w:hAnsi="Times New Roman" w:eastAsia="Times New Roman" w:cs="Times New Roman"/>
        </w:rPr>
        <w:t xml:space="preserve"> </w:t>
      </w:r>
      <w:r>
        <w:rPr>
          <w:rFonts w:ascii="Nirmala UI" w:hAnsi="Nirmala UI" w:eastAsia="Nirmala UI" w:cs="Nirmala UI"/>
        </w:rPr>
        <w:t>ମଧ୍ୟରାତ୍ରୀର</w:t>
      </w:r>
      <w:r>
        <w:rPr>
          <w:rFonts w:ascii="Times New Roman" w:hAnsi="Times New Roman" w:eastAsia="Times New Roman" w:cs="Times New Roman"/>
        </w:rPr>
        <w:t xml:space="preserve"> </w:t>
      </w:r>
      <w:r>
        <w:rPr>
          <w:rFonts w:ascii="Nirmala UI" w:hAnsi="Nirmala UI" w:eastAsia="Nirmala UI" w:cs="Nirmala UI"/>
        </w:rPr>
        <w:t>ଘୋଷଣାର</w:t>
      </w:r>
      <w:r>
        <w:rPr>
          <w:rFonts w:ascii="Times New Roman" w:hAnsi="Times New Roman" w:eastAsia="Times New Roman" w:cs="Times New Roman"/>
        </w:rPr>
        <w:t xml:space="preserve"> </w:t>
      </w:r>
      <w:r>
        <w:rPr>
          <w:rFonts w:ascii="Nirmala UI" w:hAnsi="Nirmala UI" w:eastAsia="Nirmala UI" w:cs="Nirmala UI"/>
        </w:rPr>
        <w:t>ପ୍ରତିରୂପ</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ଚର୍ଚ୍ଚ</w:t>
      </w:r>
      <w:r>
        <w:rPr>
          <w:rFonts w:ascii="Times New Roman" w:hAnsi="Times New Roman" w:eastAsia="Times New Roman" w:cs="Times New Roman"/>
        </w:rPr>
        <w:t>-</w:t>
      </w:r>
      <w:r>
        <w:rPr>
          <w:rFonts w:ascii="Nirmala UI" w:hAnsi="Nirmala UI" w:eastAsia="Nirmala UI" w:cs="Nirmala UI"/>
        </w:rPr>
        <w:t>ରାଜ୍ୟ</w:t>
      </w:r>
      <w:r>
        <w:rPr>
          <w:rFonts w:ascii="Times New Roman" w:hAnsi="Times New Roman" w:eastAsia="Times New Roman" w:cs="Times New Roman"/>
        </w:rPr>
        <w:t xml:space="preserve"> </w:t>
      </w:r>
      <w:r>
        <w:rPr>
          <w:rFonts w:ascii="Nirmala UI" w:hAnsi="Nirmala UI" w:eastAsia="Nirmala UI" w:cs="Nirmala UI"/>
        </w:rPr>
        <w:t>କର୍ତ୍ତୃପକ୍ଷମାନଙ୍କ</w:t>
      </w:r>
      <w:r>
        <w:rPr>
          <w:rFonts w:ascii="Times New Roman" w:hAnsi="Times New Roman" w:eastAsia="Times New Roman" w:cs="Times New Roman"/>
        </w:rPr>
        <w:t xml:space="preserve"> </w:t>
      </w:r>
      <w:r>
        <w:rPr>
          <w:rFonts w:ascii="Nirmala UI" w:hAnsi="Nirmala UI" w:eastAsia="Nirmala UI" w:cs="Nirmala UI"/>
        </w:rPr>
        <w:t>ପକ୍ଷରୁ</w:t>
      </w:r>
      <w:r>
        <w:rPr>
          <w:rFonts w:ascii="Times New Roman" w:hAnsi="Times New Roman" w:eastAsia="Times New Roman" w:cs="Times New Roman"/>
        </w:rPr>
        <w:t xml:space="preserve"> </w:t>
      </w:r>
      <w:r>
        <w:rPr>
          <w:rFonts w:ascii="Nirmala UI" w:hAnsi="Nirmala UI" w:eastAsia="Nirmala UI" w:cs="Nirmala UI"/>
        </w:rPr>
        <w:t>ମୃତ୍ୟୁ</w:t>
      </w:r>
      <w:r>
        <w:rPr>
          <w:rFonts w:ascii="Times New Roman" w:hAnsi="Times New Roman" w:eastAsia="Times New Roman" w:cs="Times New Roman"/>
        </w:rPr>
        <w:t xml:space="preserve"> </w:t>
      </w:r>
      <w:r>
        <w:rPr>
          <w:rFonts w:ascii="Nirmala UI" w:hAnsi="Nirmala UI" w:eastAsia="Nirmala UI" w:cs="Nirmala UI"/>
        </w:rPr>
        <w:t>ଆଦେଶକୁ</w:t>
      </w:r>
      <w:r>
        <w:rPr>
          <w:rFonts w:ascii="Times New Roman" w:hAnsi="Times New Roman" w:eastAsia="Times New Roman" w:cs="Times New Roman"/>
        </w:rPr>
        <w:t xml:space="preserve"> </w:t>
      </w:r>
      <w:r>
        <w:rPr>
          <w:rFonts w:ascii="Nirmala UI" w:hAnsi="Nirmala UI" w:eastAsia="Nirmala UI" w:cs="Nirmala UI"/>
        </w:rPr>
        <w:t>ଜନ୍ମ</w:t>
      </w:r>
      <w:r>
        <w:rPr>
          <w:rFonts w:ascii="Times New Roman" w:hAnsi="Times New Roman" w:eastAsia="Times New Roman" w:cs="Times New Roman"/>
        </w:rPr>
        <w:t xml:space="preserve"> </w:t>
      </w:r>
      <w:r>
        <w:rPr>
          <w:rFonts w:ascii="Nirmala UI" w:hAnsi="Nirmala UI" w:eastAsia="Nirmala UI" w:cs="Nirmala UI"/>
        </w:rPr>
        <w:t>ଦେଇଥିଲା</w:t>
      </w:r>
      <w:r>
        <w:rPr>
          <w:rFonts w:ascii="Times New Roman" w:hAnsi="Times New Roman" w:eastAsia="Times New Roman" w:cs="Times New Roman"/>
        </w:rPr>
        <w:t xml:space="preserve">; </w:t>
      </w:r>
      <w:r>
        <w:rPr>
          <w:rFonts w:ascii="Nirmala UI" w:hAnsi="Nirmala UI" w:eastAsia="Nirmala UI" w:cs="Nirmala UI"/>
        </w:rPr>
        <w:t>ଏହିପରି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ଆଇନର</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ପ୍ରତିରୂପ</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ଜୁଙ୍କର୍</w:t>
      </w:r>
      <w:r>
        <w:rPr>
          <w:rFonts w:ascii="Times New Roman" w:hAnsi="Times New Roman" w:eastAsia="Times New Roman" w:cs="Times New Roman"/>
        </w:rPr>
        <w:t xml:space="preserve"> </w:t>
      </w:r>
      <w:r>
        <w:rPr>
          <w:rFonts w:ascii="Nirmala UI" w:hAnsi="Nirmala UI" w:eastAsia="Nirmala UI" w:cs="Nirmala UI"/>
        </w:rPr>
        <w:t>ଯୋର୍ଗ</w:t>
      </w:r>
      <w:r>
        <w:rPr>
          <w:rFonts w:ascii="Times New Roman" w:hAnsi="Times New Roman" w:eastAsia="Times New Roman" w:cs="Times New Roman"/>
        </w:rPr>
        <w:t xml:space="preserve">’ </w:t>
      </w:r>
      <w:r>
        <w:rPr>
          <w:rFonts w:ascii="Nirmala UI" w:hAnsi="Nirmala UI" w:eastAsia="Nirmala UI" w:cs="Nirmala UI"/>
        </w:rPr>
        <w:t>ନାମରେ</w:t>
      </w:r>
      <w:r>
        <w:rPr>
          <w:rFonts w:ascii="Times New Roman" w:hAnsi="Times New Roman" w:eastAsia="Times New Roman" w:cs="Times New Roman"/>
        </w:rPr>
        <w:t xml:space="preserve"> </w:t>
      </w:r>
      <w:r>
        <w:rPr>
          <w:rFonts w:ascii="Nirmala UI" w:hAnsi="Nirmala UI" w:eastAsia="Nirmala UI" w:cs="Nirmala UI"/>
        </w:rPr>
        <w:t>ଦଶ</w:t>
      </w:r>
      <w:r>
        <w:rPr>
          <w:rFonts w:ascii="Times New Roman" w:hAnsi="Times New Roman" w:eastAsia="Times New Roman" w:cs="Times New Roman"/>
        </w:rPr>
        <w:t xml:space="preserve"> </w:t>
      </w:r>
      <w:r>
        <w:rPr>
          <w:rFonts w:ascii="Nirmala UI" w:hAnsi="Nirmala UI" w:eastAsia="Nirmala UI" w:cs="Nirmala UI"/>
        </w:rPr>
        <w:t>ମାସ</w:t>
      </w:r>
      <w:r>
        <w:rPr>
          <w:rFonts w:ascii="Times New Roman" w:hAnsi="Times New Roman" w:eastAsia="Times New Roman" w:cs="Times New Roman"/>
        </w:rPr>
        <w:t xml:space="preserve"> </w:t>
      </w:r>
      <w:r>
        <w:rPr>
          <w:rFonts w:ascii="Nirmala UI" w:hAnsi="Nirmala UI" w:eastAsia="Nirmala UI" w:cs="Nirmala UI"/>
        </w:rPr>
        <w:t>ଧରି</w:t>
      </w:r>
      <w:r>
        <w:rPr>
          <w:rFonts w:ascii="Times New Roman" w:hAnsi="Times New Roman" w:eastAsia="Times New Roman" w:cs="Times New Roman"/>
        </w:rPr>
        <w:t xml:space="preserve"> </w:t>
      </w:r>
      <w:r>
        <w:rPr>
          <w:rFonts w:ascii="Nirmala UI" w:hAnsi="Nirmala UI" w:eastAsia="Nirmala UI" w:cs="Nirmala UI"/>
        </w:rPr>
        <w:t>ଗୁପ୍ତ</w:t>
      </w:r>
      <w:r>
        <w:rPr>
          <w:rFonts w:ascii="Times New Roman" w:hAnsi="Times New Roman" w:eastAsia="Times New Roman" w:cs="Times New Roman"/>
        </w:rPr>
        <w:t xml:space="preserve"> </w:t>
      </w:r>
      <w:r>
        <w:rPr>
          <w:rFonts w:ascii="Nirmala UI" w:hAnsi="Nirmala UI" w:eastAsia="Nirmala UI" w:cs="Nirmala UI"/>
        </w:rPr>
        <w:t>ରହିବା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କର୍ତ୍ତୃପକ୍ଷମାନଙ୍କ</w:t>
      </w:r>
      <w:r>
        <w:rPr>
          <w:rFonts w:ascii="Times New Roman" w:hAnsi="Times New Roman" w:eastAsia="Times New Roman" w:cs="Times New Roman"/>
        </w:rPr>
        <w:t xml:space="preserve"> </w:t>
      </w:r>
      <w:r>
        <w:rPr>
          <w:rFonts w:ascii="Nirmala UI" w:hAnsi="Nirmala UI" w:eastAsia="Nirmala UI" w:cs="Nirmala UI"/>
        </w:rPr>
        <w:t>ପକ୍ଷରୁ</w:t>
      </w:r>
      <w:r>
        <w:rPr>
          <w:rFonts w:ascii="Times New Roman" w:hAnsi="Times New Roman" w:eastAsia="Times New Roman" w:cs="Times New Roman"/>
        </w:rPr>
        <w:t xml:space="preserve"> </w:t>
      </w:r>
      <w:r>
        <w:rPr>
          <w:rFonts w:ascii="Nirmala UI" w:hAnsi="Nirmala UI" w:eastAsia="Nirmala UI" w:cs="Nirmala UI"/>
        </w:rPr>
        <w:t>ଆସୁଥିବା</w:t>
      </w:r>
      <w:r>
        <w:rPr>
          <w:rFonts w:ascii="Times New Roman" w:hAnsi="Times New Roman" w:eastAsia="Times New Roman" w:cs="Times New Roman"/>
        </w:rPr>
        <w:t xml:space="preserve"> </w:t>
      </w:r>
      <w:r>
        <w:rPr>
          <w:rFonts w:ascii="Nirmala UI" w:hAnsi="Nirmala UI" w:eastAsia="Nirmala UI" w:cs="Nirmala UI"/>
        </w:rPr>
        <w:t>ବିପଦ</w:t>
      </w:r>
      <w:r>
        <w:rPr>
          <w:rFonts w:ascii="Times New Roman" w:hAnsi="Times New Roman" w:eastAsia="Times New Roman" w:cs="Times New Roman"/>
        </w:rPr>
        <w:t xml:space="preserve"> </w:t>
      </w:r>
      <w:r>
        <w:rPr>
          <w:rFonts w:ascii="Nirmala UI" w:hAnsi="Nirmala UI" w:eastAsia="Nirmala UI" w:cs="Nirmala UI"/>
        </w:rPr>
        <w:t>ପରିବର୍ତ୍ତିତ</w:t>
      </w:r>
      <w:r>
        <w:rPr>
          <w:rFonts w:ascii="Times New Roman" w:hAnsi="Times New Roman" w:eastAsia="Times New Roman" w:cs="Times New Roman"/>
        </w:rPr>
        <w:t xml:space="preserve"> </w:t>
      </w:r>
      <w:r>
        <w:rPr>
          <w:rFonts w:ascii="Nirmala UI" w:hAnsi="Nirmala UI" w:eastAsia="Nirmala UI" w:cs="Nirmala UI"/>
        </w:rPr>
        <w:t>ହୋଇ</w:t>
      </w:r>
      <w:r>
        <w:rPr>
          <w:rFonts w:ascii="Times New Roman" w:hAnsi="Times New Roman" w:eastAsia="Times New Roman" w:cs="Times New Roman"/>
        </w:rPr>
        <w:t xml:space="preserve">, </w:t>
      </w:r>
      <w:r>
        <w:rPr>
          <w:rFonts w:ascii="Nirmala UI" w:hAnsi="Nirmala UI" w:eastAsia="Nirmala UI" w:cs="Nirmala UI"/>
        </w:rPr>
        <w:t>ବ୍ୟାପକ</w:t>
      </w:r>
      <w:r>
        <w:rPr>
          <w:rFonts w:ascii="Times New Roman" w:hAnsi="Times New Roman" w:eastAsia="Times New Roman" w:cs="Times New Roman"/>
        </w:rPr>
        <w:t xml:space="preserve"> </w:t>
      </w:r>
      <w:r>
        <w:rPr>
          <w:rFonts w:ascii="Nirmala UI" w:hAnsi="Nirmala UI" w:eastAsia="Nirmala UI" w:cs="Nirmala UI"/>
        </w:rPr>
        <w:t>ଭାବରେ</w:t>
      </w:r>
      <w:r>
        <w:rPr>
          <w:rFonts w:ascii="Times New Roman" w:hAnsi="Times New Roman" w:eastAsia="Times New Roman" w:cs="Times New Roman"/>
        </w:rPr>
        <w:t xml:space="preserve"> </w:t>
      </w:r>
      <w:r>
        <w:rPr>
          <w:rFonts w:ascii="Nirmala UI" w:hAnsi="Nirmala UI" w:eastAsia="Nirmala UI" w:cs="Nirmala UI"/>
        </w:rPr>
        <w:t>ଦୁଷ୍ଟ</w:t>
      </w:r>
      <w:r>
        <w:rPr>
          <w:rFonts w:ascii="Times New Roman" w:hAnsi="Times New Roman" w:eastAsia="Times New Roman" w:cs="Times New Roman"/>
        </w:rPr>
        <w:t xml:space="preserve"> </w:t>
      </w:r>
      <w:r>
        <w:rPr>
          <w:rFonts w:ascii="Nirmala UI" w:hAnsi="Nirmala UI" w:eastAsia="Nirmala UI" w:cs="Nirmala UI"/>
        </w:rPr>
        <w:t>ଚାର୍ଲ୍ସ</w:t>
      </w:r>
      <w:r>
        <w:rPr>
          <w:rFonts w:ascii="Times New Roman" w:hAnsi="Times New Roman" w:eastAsia="Times New Roman" w:cs="Times New Roman"/>
        </w:rPr>
        <w:t xml:space="preserve"> </w:t>
      </w:r>
      <w:r>
        <w:rPr>
          <w:rFonts w:ascii="Nirmala UI" w:hAnsi="Nirmala UI" w:eastAsia="Nirmala UI" w:cs="Nirmala UI"/>
        </w:rPr>
        <w:t>ପଞ୍ଚମଙ୍କ</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ଦୁଇଟି</w:t>
      </w:r>
      <w:r>
        <w:rPr>
          <w:rFonts w:ascii="Times New Roman" w:hAnsi="Times New Roman" w:eastAsia="Times New Roman" w:cs="Times New Roman"/>
        </w:rPr>
        <w:t xml:space="preserve"> </w:t>
      </w:r>
      <w:r>
        <w:rPr>
          <w:rFonts w:ascii="Nirmala UI" w:hAnsi="Nirmala UI" w:eastAsia="Nirmala UI" w:cs="Nirmala UI"/>
        </w:rPr>
        <w:t>ସାମରିକ</w:t>
      </w:r>
      <w:r>
        <w:rPr>
          <w:rFonts w:ascii="Times New Roman" w:hAnsi="Times New Roman" w:eastAsia="Times New Roman" w:cs="Times New Roman"/>
        </w:rPr>
        <w:t xml:space="preserve"> </w:t>
      </w:r>
      <w:r>
        <w:rPr>
          <w:rFonts w:ascii="Nirmala UI" w:hAnsi="Nirmala UI" w:eastAsia="Nirmala UI" w:cs="Nirmala UI"/>
        </w:rPr>
        <w:t>ସମସ୍ୟାରେ</w:t>
      </w:r>
      <w:r>
        <w:rPr>
          <w:rFonts w:ascii="Times New Roman" w:hAnsi="Times New Roman" w:eastAsia="Times New Roman" w:cs="Times New Roman"/>
        </w:rPr>
        <w:t xml:space="preserve"> </w:t>
      </w:r>
      <w:r>
        <w:rPr>
          <w:rFonts w:ascii="Nirmala UI" w:hAnsi="Nirmala UI" w:eastAsia="Nirmala UI" w:cs="Nirmala UI"/>
        </w:rPr>
        <w:t>ପରିଣତ</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ଦୁଇଟି</w:t>
      </w:r>
      <w:r>
        <w:rPr>
          <w:rFonts w:ascii="Times New Roman" w:hAnsi="Times New Roman" w:eastAsia="Times New Roman" w:cs="Times New Roman"/>
        </w:rPr>
        <w:t xml:space="preserve"> </w:t>
      </w:r>
      <w:r>
        <w:rPr>
          <w:rFonts w:ascii="Nirmala UI" w:hAnsi="Nirmala UI" w:eastAsia="Nirmala UI" w:cs="Nirmala UI"/>
        </w:rPr>
        <w:t>ସାମରିକ</w:t>
      </w:r>
      <w:r>
        <w:rPr>
          <w:rFonts w:ascii="Times New Roman" w:hAnsi="Times New Roman" w:eastAsia="Times New Roman" w:cs="Times New Roman"/>
        </w:rPr>
        <w:t xml:space="preserve"> </w:t>
      </w:r>
      <w:r>
        <w:rPr>
          <w:rFonts w:ascii="Nirmala UI" w:hAnsi="Nirmala UI" w:eastAsia="Nirmala UI" w:cs="Nirmala UI"/>
        </w:rPr>
        <w:t>ବିପଦ</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ଫ୍ରାନ୍ସ</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ଇସ୍ଲାମ</w:t>
      </w:r>
      <w:r>
        <w:rPr>
          <w:rFonts w:ascii="Times New Roman" w:hAnsi="Times New Roman" w:eastAsia="Times New Roman" w:cs="Times New Roman"/>
        </w:rPr>
        <w:t xml:space="preserve">, </w:t>
      </w:r>
      <w:r>
        <w:rPr>
          <w:rFonts w:ascii="Nirmala UI" w:hAnsi="Nirmala UI" w:eastAsia="Nirmala UI" w:cs="Nirmala UI"/>
        </w:rPr>
        <w:t>ଯେଉଁମାନେ</w:t>
      </w:r>
      <w:r>
        <w:rPr>
          <w:rFonts w:ascii="Times New Roman" w:hAnsi="Times New Roman" w:eastAsia="Times New Roman" w:cs="Times New Roman"/>
        </w:rPr>
        <w:t xml:space="preserve"> </w:t>
      </w:r>
      <w:r>
        <w:rPr>
          <w:rFonts w:ascii="Nirmala UI" w:hAnsi="Nirmala UI" w:eastAsia="Nirmala UI" w:cs="Nirmala UI"/>
        </w:rPr>
        <w:t>ଆଜି</w:t>
      </w:r>
      <w:r>
        <w:rPr>
          <w:rFonts w:ascii="Times New Roman" w:hAnsi="Times New Roman" w:eastAsia="Times New Roman" w:cs="Times New Roman"/>
        </w:rPr>
        <w:t xml:space="preserve"> </w:t>
      </w:r>
      <w:r>
        <w:rPr>
          <w:rFonts w:ascii="Nirmala UI" w:hAnsi="Nirmala UI" w:eastAsia="Nirmala UI" w:cs="Nirmala UI"/>
        </w:rPr>
        <w:t>ମାନବଜାତିଙ୍କ</w:t>
      </w:r>
      <w:r>
        <w:rPr>
          <w:rFonts w:ascii="Times New Roman" w:hAnsi="Times New Roman" w:eastAsia="Times New Roman" w:cs="Times New Roman"/>
        </w:rPr>
        <w:t xml:space="preserve"> </w:t>
      </w:r>
      <w:r>
        <w:rPr>
          <w:rFonts w:ascii="Nirmala UI" w:hAnsi="Nirmala UI" w:eastAsia="Nirmala UI" w:cs="Nirmala UI"/>
        </w:rPr>
        <w:t>ସମ୍ମୁଖୀନ</w:t>
      </w:r>
      <w:r>
        <w:rPr>
          <w:rFonts w:ascii="Times New Roman" w:hAnsi="Times New Roman" w:eastAsia="Times New Roman" w:cs="Times New Roman"/>
        </w:rPr>
        <w:t xml:space="preserve"> </w:t>
      </w:r>
      <w:r>
        <w:rPr>
          <w:rFonts w:ascii="Nirmala UI" w:hAnsi="Nirmala UI" w:eastAsia="Nirmala UI" w:cs="Nirmala UI"/>
        </w:rPr>
        <w:t>ହେଉଥିବା</w:t>
      </w:r>
      <w:r>
        <w:rPr>
          <w:rFonts w:ascii="Times New Roman" w:hAnsi="Times New Roman" w:eastAsia="Times New Roman" w:cs="Times New Roman"/>
        </w:rPr>
        <w:t xml:space="preserve"> </w:t>
      </w:r>
      <w:r>
        <w:rPr>
          <w:rFonts w:ascii="Nirmala UI" w:hAnsi="Nirmala UI" w:eastAsia="Nirmala UI" w:cs="Nirmala UI"/>
        </w:rPr>
        <w:t>ସୋସିଆଲିଜ୍ମ</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ଇସ୍ଲାମର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ଅପବିତ୍ର</w:t>
      </w:r>
      <w:r>
        <w:rPr>
          <w:rFonts w:ascii="Times New Roman" w:hAnsi="Times New Roman" w:eastAsia="Times New Roman" w:cs="Times New Roman"/>
        </w:rPr>
        <w:t xml:space="preserve"> </w:t>
      </w:r>
      <w:r>
        <w:rPr>
          <w:rFonts w:ascii="Nirmala UI" w:hAnsi="Nirmala UI" w:eastAsia="Nirmala UI" w:cs="Nirmala UI"/>
        </w:rPr>
        <w:t>ମିଳନକୁ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କରୁଛନ୍ତି।</w:t>
      </w:r>
    </w:p>
    <w:p>
      <w:pPr>
        <w:pStyle w:val="ArticleScripture"/>
        <w:jc w:val="left"/>
      </w:pPr>
      <w:r>
        <w:rPr>
          <w:rFonts w:ascii="Times New Roman" w:hAnsi="Times New Roman" w:eastAsia="Times New Roman" w:cs="Times New Roman"/>
        </w:rPr>
        <w:t>“Hojiin Waaqayyoo lafa irratti raawwatu, dhaloota irraa gara dhalootaatti, fooyya’iinsa guddaa yookaan sochii amantii hundumaa keessatti wal-fakkaatummaa ajaa’ibsiisaa agarsiisa. Qajeelfamoonni Waaqayyo namoota waliin itti hojjetu yeroo hundumaa tokkoo dha. Sochiileen barbaachisoon yeroo ammaa jiran, kanneen darban keessatti waan isaanii wajjin wal-simu qabu; muuxannoonis waldaa bara durii barnoota yeroo keenyaaf gatii guddaa qabu qaba.” The Great Controversy, 343.</w:t>
      </w:r>
    </w:p>
    <w:p>
      <w:pPr>
        <w:pStyle w:val="ArticleBody"/>
        <w:jc w:val="left"/>
      </w:pPr>
      <w:r>
        <w:rPr>
          <w:rFonts w:ascii="Times New Roman" w:hAnsi="Times New Roman" w:eastAsia="Times New Roman" w:cs="Times New Roman"/>
        </w:rPr>
        <w:t>Harreen Laazaaros geggeeffamte Kiristoos gara Yerusaalem fide, gaariin fardaan harkifamu Luutar gara Walga’ii Worms geesse, akkasumas fardi Snow gara walga’ii kaampii Exeter fide; kanaan harree fi fardi—lamaan isaanii miseensota maatii “Equidae” kan ta’an, gosaanis “Equus” keessa kan ramadaman—akka mallattoo ergaa Iyyata Halkan Walakkaa ta’an ni ibsa.</w:t>
      </w:r>
    </w:p>
    <w:p>
      <w:pPr>
        <w:pStyle w:val="ArticleScripture"/>
        <w:jc w:val="left"/>
      </w:pPr>
      <w:r>
        <w:rPr>
          <w:rFonts w:ascii="Times New Roman" w:hAnsi="Times New Roman" w:eastAsia="Times New Roman" w:cs="Times New Roman"/>
        </w:rPr>
        <w:t>Yaa intala Xiyoon, guddisee gammadi; yaa intala Yerusaalem, iyyi: kunoo, Mootiin kee gara kee dhufa; inni qajeelaa dha, fayyina qabas; gad of qabaa dha, harree irra taa’ee, ilmoo harree, ilmoo ishee sana irra taa’ee. Zakariyaas 9:9.</w:t>
      </w:r>
    </w:p>
    <w:p>
      <w:pPr>
        <w:pStyle w:val="ArticleBody"/>
        <w:jc w:val="left"/>
      </w:pPr>
      <w:r>
        <w:rPr>
          <w:rFonts w:ascii="Times New Roman" w:hAnsi="Times New Roman" w:eastAsia="Times New Roman" w:cs="Times New Roman"/>
        </w:rPr>
        <w:t>Mallattoo Ergaa Halkan Walakkaa sanaan ibsamu harree yookaan fardaa dha; isaan lamaanis mallattoo Islaamaa ti. Ergamaan filatamaan ergaa dhugaa iyya halkan walakkaa sanaa, akkuma Kiristoos harree irra dhufeen wal-simuun, farda irra dhufe. “Marsaan” guyyoota dhumaa keessatti, eenyummaa Ellen White ibsitee magaalaan Naashviil “kubbaa ibiddaatiin” rukutamuu akka qabdu jedhe sana raawwatamuudhaan mallatteeffama.</w:t>
      </w:r>
    </w:p>
    <w:p>
      <w:pPr>
        <w:pStyle w:val="ArticleBody"/>
        <w:jc w:val="left"/>
      </w:pPr>
      <w:r>
        <w:rPr>
          <w:rFonts w:ascii="MV Boli" w:hAnsi="MV Boli" w:eastAsia="MV Boli" w:cs="MV Boli"/>
        </w:rPr>
        <w:t>ވަށައިގަތުން</w:t>
      </w:r>
      <w:r>
        <w:rPr>
          <w:rFonts w:ascii="Times New Roman" w:hAnsi="Times New Roman" w:eastAsia="Times New Roman" w:cs="Times New Roman"/>
        </w:rPr>
        <w:t xml:space="preserve"> </w:t>
      </w:r>
      <w:r>
        <w:rPr>
          <w:rFonts w:ascii="MV Boli" w:hAnsi="MV Boli" w:eastAsia="MV Boli" w:cs="MV Boli"/>
        </w:rPr>
        <w:t>ފެށެނީ</w:t>
      </w:r>
      <w:r>
        <w:rPr>
          <w:rFonts w:ascii="Times New Roman" w:hAnsi="Times New Roman" w:eastAsia="Times New Roman" w:cs="Times New Roman"/>
        </w:rPr>
        <w:t xml:space="preserve"> </w:t>
      </w:r>
      <w:r>
        <w:rPr>
          <w:rFonts w:ascii="MV Boli" w:hAnsi="MV Boli" w:eastAsia="MV Boli" w:cs="MV Boli"/>
        </w:rPr>
        <w:t>ނޭޝްވިލްގެ</w:t>
      </w:r>
      <w:r>
        <w:rPr>
          <w:rFonts w:ascii="Times New Roman" w:hAnsi="Times New Roman" w:eastAsia="Times New Roman" w:cs="Times New Roman"/>
        </w:rPr>
        <w:t xml:space="preserve"> </w:t>
      </w:r>
      <w:r>
        <w:rPr>
          <w:rFonts w:ascii="MV Boli" w:hAnsi="MV Boli" w:eastAsia="MV Boli" w:cs="MV Boli"/>
        </w:rPr>
        <w:t>އަނިދިން</w:t>
      </w:r>
      <w:r>
        <w:rPr>
          <w:rFonts w:ascii="Times New Roman" w:hAnsi="Times New Roman" w:eastAsia="Times New Roman" w:cs="Times New Roman"/>
        </w:rPr>
        <w:t xml:space="preserve"> </w:t>
      </w:r>
      <w:r>
        <w:rPr>
          <w:rFonts w:ascii="MV Boli" w:hAnsi="MV Boli" w:eastAsia="MV Boli" w:cs="MV Boli"/>
        </w:rPr>
        <w:t>އެނބުރިބޯޅަތަކުން</w:t>
      </w:r>
      <w:r>
        <w:rPr>
          <w:rFonts w:ascii="Times New Roman" w:hAnsi="Times New Roman" w:eastAsia="Times New Roman" w:cs="Times New Roman"/>
        </w:rPr>
        <w:t xml:space="preserve"> </w:t>
      </w:r>
      <w:r>
        <w:rPr>
          <w:rFonts w:ascii="MV Boli" w:hAnsi="MV Boli" w:eastAsia="MV Boli" w:cs="MV Boli"/>
        </w:rPr>
        <w:t>ކީއްވެތޯ</w:t>
      </w:r>
      <w:r>
        <w:rPr>
          <w:rFonts w:ascii="Times New Roman" w:hAnsi="Times New Roman" w:eastAsia="Times New Roman" w:cs="Times New Roman"/>
        </w:rPr>
        <w:t xml:space="preserve">؟ </w:t>
      </w:r>
      <w:r>
        <w:rPr>
          <w:rFonts w:ascii="MV Boli" w:hAnsi="MV Boli" w:eastAsia="MV Boli" w:cs="MV Boli"/>
        </w:rPr>
        <w:t>އެއީ</w:t>
      </w:r>
      <w:r>
        <w:rPr>
          <w:rFonts w:ascii="Times New Roman" w:hAnsi="Times New Roman" w:eastAsia="Times New Roman" w:cs="Times New Roman"/>
        </w:rPr>
        <w:t xml:space="preserve">، </w:t>
      </w:r>
      <w:r>
        <w:rPr>
          <w:rFonts w:ascii="MV Boli" w:hAnsi="MV Boli" w:eastAsia="MV Boli" w:cs="MV Boli"/>
        </w:rPr>
        <w:t>އިސްލާމް</w:t>
      </w:r>
      <w:r>
        <w:rPr>
          <w:rFonts w:ascii="Times New Roman" w:hAnsi="Times New Roman" w:eastAsia="Times New Roman" w:cs="Times New Roman"/>
        </w:rPr>
        <w:t xml:space="preserve"> </w:t>
      </w:r>
      <w:r>
        <w:rPr>
          <w:rFonts w:ascii="MV Boli" w:hAnsi="MV Boli" w:eastAsia="MV Boli" w:cs="MV Boli"/>
        </w:rPr>
        <w:t>ގޮތުގައި</w:t>
      </w:r>
      <w:r>
        <w:rPr>
          <w:rFonts w:ascii="Times New Roman" w:hAnsi="Times New Roman" w:eastAsia="Times New Roman" w:cs="Times New Roman"/>
        </w:rPr>
        <w:t xml:space="preserve"> </w:t>
      </w:r>
      <w:r>
        <w:rPr>
          <w:rFonts w:ascii="MV Boli" w:hAnsi="MV Boli" w:eastAsia="MV Boli" w:cs="MV Boli"/>
        </w:rPr>
        <w:t>ގޮނޑިއާއި</w:t>
      </w:r>
      <w:r>
        <w:rPr>
          <w:rFonts w:ascii="Times New Roman" w:hAnsi="Times New Roman" w:eastAsia="Times New Roman" w:cs="Times New Roman"/>
        </w:rPr>
        <w:t xml:space="preserve"> </w:t>
      </w:r>
      <w:r>
        <w:rPr>
          <w:rFonts w:ascii="MV Boli" w:hAnsi="MV Boli" w:eastAsia="MV Boli" w:cs="MV Boli"/>
        </w:rPr>
        <w:t>އަހަރާ</w:t>
      </w:r>
      <w:r>
        <w:rPr>
          <w:rFonts w:ascii="Times New Roman" w:hAnsi="Times New Roman" w:eastAsia="Times New Roman" w:cs="Times New Roman"/>
        </w:rPr>
        <w:t xml:space="preserve"> </w:t>
      </w:r>
      <w:r>
        <w:rPr>
          <w:rFonts w:ascii="MV Boli" w:hAnsi="MV Boli" w:eastAsia="MV Boli" w:cs="MV Boli"/>
        </w:rPr>
        <w:t>އެއްކޮށް</w:t>
      </w:r>
      <w:r>
        <w:rPr>
          <w:rFonts w:ascii="Times New Roman" w:hAnsi="Times New Roman" w:eastAsia="Times New Roman" w:cs="Times New Roman"/>
        </w:rPr>
        <w:t xml:space="preserve"> </w:t>
      </w:r>
      <w:r>
        <w:rPr>
          <w:rFonts w:ascii="MV Boli" w:hAnsi="MV Boli" w:eastAsia="MV Boli" w:cs="MV Boli"/>
        </w:rPr>
        <w:t>މާތް</w:t>
      </w:r>
      <w:r>
        <w:rPr>
          <w:rFonts w:ascii="Times New Roman" w:hAnsi="Times New Roman" w:eastAsia="Times New Roman" w:cs="Times New Roman"/>
        </w:rPr>
        <w:t>ﷲ</w:t>
      </w:r>
      <w:r>
        <w:rPr>
          <w:rFonts w:ascii="MV Boli" w:hAnsi="MV Boli" w:eastAsia="MV Boli" w:cs="MV Boli"/>
        </w:rPr>
        <w:t>ގެ</w:t>
      </w:r>
      <w:r>
        <w:rPr>
          <w:rFonts w:ascii="Times New Roman" w:hAnsi="Times New Roman" w:eastAsia="Times New Roman" w:cs="Times New Roman"/>
        </w:rPr>
        <w:t xml:space="preserve"> </w:t>
      </w:r>
      <w:r>
        <w:rPr>
          <w:rFonts w:ascii="MV Boli" w:hAnsi="MV Boli" w:eastAsia="MV Boli" w:cs="MV Boli"/>
        </w:rPr>
        <w:t>ނަބީވެރި</w:t>
      </w:r>
      <w:r>
        <w:rPr>
          <w:rFonts w:ascii="Times New Roman" w:hAnsi="Times New Roman" w:eastAsia="Times New Roman" w:cs="Times New Roman"/>
        </w:rPr>
        <w:t xml:space="preserve"> </w:t>
      </w:r>
      <w:r>
        <w:rPr>
          <w:rFonts w:ascii="MV Boli" w:hAnsi="MV Boli" w:eastAsia="MV Boli" w:cs="MV Boli"/>
        </w:rPr>
        <w:t>ކަލާމުގައި</w:t>
      </w:r>
      <w:r>
        <w:rPr>
          <w:rFonts w:ascii="Times New Roman" w:hAnsi="Times New Roman" w:eastAsia="Times New Roman" w:cs="Times New Roman"/>
        </w:rPr>
        <w:t xml:space="preserve"> </w:t>
      </w:r>
      <w:r>
        <w:rPr>
          <w:rFonts w:ascii="MV Boli" w:hAnsi="MV Boli" w:eastAsia="MV Boli" w:cs="MV Boli"/>
        </w:rPr>
        <w:t>ތަމްސީލުކުރެވިފައިވާތީތޯ</w:t>
      </w:r>
      <w:r>
        <w:rPr>
          <w:rFonts w:ascii="Times New Roman" w:hAnsi="Times New Roman" w:eastAsia="Times New Roman" w:cs="Times New Roman"/>
        </w:rPr>
        <w:t>؟</w:t>
      </w:r>
    </w:p>
    <w:p>
      <w:pPr>
        <w:pStyle w:val="ArticleHeading"/>
        <w:jc w:val="left"/>
      </w:pPr>
      <w:r>
        <w:rPr>
          <w:rFonts w:ascii="Nirmala UI" w:hAnsi="Nirmala UI" w:eastAsia="Nirmala UI" w:cs="Nirmala UI"/>
        </w:rPr>
        <w:t>ସ୍ମିର୍ନା</w:t>
      </w:r>
    </w:p>
    <w:p>
      <w:pPr>
        <w:pStyle w:val="ArticleBody"/>
        <w:jc w:val="left"/>
      </w:pPr>
      <w:r>
        <w:rPr>
          <w:rFonts w:ascii="Times New Roman" w:hAnsi="Times New Roman" w:eastAsia="Times New Roman" w:cs="Times New Roman"/>
        </w:rPr>
        <w:t>Abbaan mootummaa Neroon jalqaba waldaa Simirinaa agarsiisa yeroo magaalaan Roomaa bara 64 keessatti gubatte. Guyyaan sun jalqaba ari’atama waldaa Kiristaanaa isa waggaa dhibba lamaa fi shantama keessatti raawwatamee, kan bara 313 keessatti Labsii Milaaniin xumurame, mallatteessa. Uumamni fakkii bineensichaa waymark alfa kan yeroo tokko seensisu bakka bu’a; yeroon sunis waymark omeegaan, kan mallattoo bineensichaan bakka bu’ame, yeroo seerri Dilbataa dhihoo keessatti dhufu sanaan xumurama. Yeroon kun “labsiiwwan”iin akka jalqabeetti adda baafama.</w:t>
      </w:r>
    </w:p>
    <w:p>
      <w:pPr>
        <w:pStyle w:val="ArticleScripture"/>
        <w:jc w:val="left"/>
      </w:pPr>
      <w:r>
        <w:rPr>
          <w:rFonts w:ascii="Times New Roman" w:hAnsi="Times New Roman" w:eastAsia="Times New Roman" w:cs="Times New Roman"/>
        </w:rPr>
        <w:t>“Yoo dubbisaan mormii yeroo dhihootti dhufu keessatti humnoota hojii irra oolan hubachuu yoo barbaade, wanti inni godhu qofa galmee mala Roomaan kaayyoo sanaaf bara darbanitti itti fayyadamte hordofuudha. Inni Paappistoonni fi Pirootestaantonni tokkummaan warra dogma isaanii didan akkamitti akka qaban beekuu yoo barbaade, hafuurri Roomaan gara Sanbataa fi warra isa eeganitti mul’ifte haa argu.</w:t>
      </w:r>
    </w:p>
    <w:p>
      <w:pPr>
        <w:pStyle w:val="ArticleScripture"/>
        <w:jc w:val="left"/>
      </w:pPr>
      <w:r>
        <w:rPr>
          <w:rFonts w:ascii="Times New Roman" w:hAnsi="Times New Roman" w:eastAsia="Times New Roman" w:cs="Times New Roman"/>
        </w:rPr>
        <w:t>“Labsii mootummootaa, walga’iiwwan waliigalaa, fi seerota waldaa aangoo mootummaa addunyaatiin deggaraman ayyaanichi warra waaqeffannaa waaqolii durii addunyaa Kiristaanaa keessatti iddoo kabajaa isaa itti argateef tarkaanfiiwwan turan. Tarkaanfiin mootummaa duraa eegee kabaja Dilbataa dirqisiisu seera Qonstantiinosiin tumame ture. (A.D. 321; fuula 53 irratti yaadannoo Appendix ilaali.) Labsiin kun namoonni magaalaa keessa jiraatan ‘guyyaa kabajamaa aduu’ irratti akka boqotan gaafata ture; garuu namoota baadiyyaa hojii qonnaa isaanii itti fufuuf ni eeyyama ture. Inni seera warra waaqeffannaa waaqolii durii ta’e iyyuu, Qonstantiinos Kiristaanummaa maqaa qofaan erga fudhatee booda mootichi akka hojiirra oolu godhe.” The Great Controversy, 574.</w:t>
      </w:r>
    </w:p>
    <w:p>
      <w:pPr>
        <w:pStyle w:val="ArticleBody"/>
        <w:jc w:val="left"/>
      </w:pPr>
      <w:r>
        <w:rPr>
          <w:rFonts w:ascii="Times New Roman" w:hAnsi="Times New Roman" w:eastAsia="Times New Roman" w:cs="Times New Roman"/>
        </w:rPr>
        <w:t>Edict of Milan inni 313 keessatti labsiin mootummaa inni jalqabaa kan waldaa Simiirnaa irraa gara waldaa Phergaamoo ce’umsa agarsiise ture. Innis tarkaanfii jalqabaa kan gara seera Dilbataatiin jalqabaa inni 321 baafame geesse bakka bu’a. Badiinsi Yerusaalem seera Dilbataa fakkeenyaan mul’isa; ragaan raajii lama immoo marfamuu badiinsa sana dura ture adda baasu. Marfamoonni sun lamaan—kan marfamuu sadaffaa Baabilon waggaa dhaloota Kiristoos dura 587 keessatti bakka bu’anii fi kan marfamuu lammaffaa Roomaa waggaa 70 keessatti bakka bu’an—mallattoon karaa isa mallattoo karaa seera Dilbataa dura jiru marfamuu raajii ta’uu isaa adda baasu.</w:t>
      </w:r>
    </w:p>
    <w:p>
      <w:pPr>
        <w:pStyle w:val="ArticleBody"/>
        <w:jc w:val="left"/>
      </w:pPr>
      <w:r>
        <w:rPr>
          <w:rFonts w:ascii="Times New Roman" w:hAnsi="Times New Roman" w:eastAsia="Times New Roman" w:cs="Times New Roman"/>
        </w:rPr>
        <w:t>Nebukadanejar Yehooyaaqiim irratti marsee kaʼe; itti aansuunis Yehooyaakiin, dhuma irratti immoo Zedeqiyaa irratti marse. Cestius bara 66 keessatti marsee kaʼe; akkuma marfamni sadaffaan bara 587 Dh.K.D. mallattoo du’a haadha manaa Hisqi’el qabu ture sana, inniis mallattoo Yesuus waldaa keessatti kenne sana raawwate. Mallattoon daandii badiisa Yerusaalem dura jiru marfamuu dha; innis akkasumas “mallattoo” dha. Mallattoon daandii seera Dilbataa bara 321 dura ture Labsii Miilaanii ture; achittis ce’umsi waldaa balaaleffannaa hin qabne (Smyrna) irraa gara Pergamositti, jechuunis fakkeenya waldaa waliigaltee seenee xuraa’eetti, ta’e.</w:t>
      </w:r>
    </w:p>
    <w:p>
      <w:pPr>
        <w:pStyle w:val="ArticleBody"/>
        <w:jc w:val="left"/>
      </w:pPr>
      <w:r>
        <w:rPr>
          <w:rFonts w:ascii="Times New Roman" w:hAnsi="Times New Roman" w:eastAsia="Times New Roman" w:cs="Times New Roman"/>
        </w:rPr>
        <w:t>Kanaaf, Ajajni Milaan jalqaba marfamuu raajii tokkoo ti; akkasumas mallattoo dha. Akkasumas bakka sochiin Laa’odiiqiyaa kan dhibba afurtamaa fi afur kuma irraa gara sochii Filadelfiyaa kan dhibba afurtamaa fi afur kumaatti ce’u agarsiisa.</w:t>
      </w:r>
    </w:p>
    <w:p>
      <w:pPr>
        <w:pStyle w:val="ArticleBody"/>
        <w:jc w:val="left"/>
      </w:pPr>
      <w:r>
        <w:rPr>
          <w:rFonts w:ascii="Nirmala UI" w:hAnsi="Nirmala UI" w:eastAsia="Nirmala UI" w:cs="Nirmala UI"/>
        </w:rPr>
        <w:t>ଫିଲାଦେଲଫିଆ</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ସ୍ମୁର୍ଣ୍ଣା</w:t>
      </w:r>
      <w:r>
        <w:rPr>
          <w:rFonts w:ascii="Times New Roman" w:hAnsi="Times New Roman" w:eastAsia="Times New Roman" w:cs="Times New Roman"/>
        </w:rPr>
        <w:t xml:space="preserve">, </w:t>
      </w:r>
      <w:r>
        <w:rPr>
          <w:rFonts w:ascii="Nirmala UI" w:hAnsi="Nirmala UI" w:eastAsia="Nirmala UI" w:cs="Nirmala UI"/>
        </w:rPr>
        <w:t>ପ୍ରକାଶିତ</w:t>
      </w:r>
      <w:r>
        <w:rPr>
          <w:rFonts w:ascii="Times New Roman" w:hAnsi="Times New Roman" w:eastAsia="Times New Roman" w:cs="Times New Roman"/>
        </w:rPr>
        <w:t xml:space="preserve"> </w:t>
      </w:r>
      <w:r>
        <w:rPr>
          <w:rFonts w:ascii="Nirmala UI" w:hAnsi="Nirmala UI" w:eastAsia="Nirmala UI" w:cs="Nirmala UI"/>
        </w:rPr>
        <w:t>ବାକ୍ୟର</w:t>
      </w:r>
      <w:r>
        <w:rPr>
          <w:rFonts w:ascii="Times New Roman" w:hAnsi="Times New Roman" w:eastAsia="Times New Roman" w:cs="Times New Roman"/>
        </w:rPr>
        <w:t xml:space="preserve"> </w:t>
      </w:r>
      <w:r>
        <w:rPr>
          <w:rFonts w:ascii="Nirmala UI" w:hAnsi="Nirmala UI" w:eastAsia="Nirmala UI" w:cs="Nirmala UI"/>
        </w:rPr>
        <w:t>ସାତଟି</w:t>
      </w:r>
      <w:r>
        <w:rPr>
          <w:rFonts w:ascii="Times New Roman" w:hAnsi="Times New Roman" w:eastAsia="Times New Roman" w:cs="Times New Roman"/>
        </w:rPr>
        <w:t xml:space="preserve"> </w:t>
      </w:r>
      <w:r>
        <w:rPr>
          <w:rFonts w:ascii="Nirmala UI" w:hAnsi="Nirmala UI" w:eastAsia="Nirmala UI" w:cs="Nirmala UI"/>
        </w:rPr>
        <w:t>ଚର୍ଚ୍ଚ</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ଏକମାତ୍ର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ଦୁଇଟି</w:t>
      </w:r>
      <w:r>
        <w:rPr>
          <w:rFonts w:ascii="Times New Roman" w:hAnsi="Times New Roman" w:eastAsia="Times New Roman" w:cs="Times New Roman"/>
        </w:rPr>
        <w:t xml:space="preserve"> </w:t>
      </w:r>
      <w:r>
        <w:rPr>
          <w:rFonts w:ascii="Nirmala UI" w:hAnsi="Nirmala UI" w:eastAsia="Nirmala UI" w:cs="Nirmala UI"/>
        </w:rPr>
        <w:t>ଚର୍ଚ୍ଚଙ୍କୁ</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ଯେଉଁମାନଙ୍କ</w:t>
      </w:r>
      <w:r>
        <w:rPr>
          <w:rFonts w:ascii="Times New Roman" w:hAnsi="Times New Roman" w:eastAsia="Times New Roman" w:cs="Times New Roman"/>
        </w:rPr>
        <w:t xml:space="preserve"> </w:t>
      </w:r>
      <w:r>
        <w:rPr>
          <w:rFonts w:ascii="Nirmala UI" w:hAnsi="Nirmala UI" w:eastAsia="Nirmala UI" w:cs="Nirmala UI"/>
        </w:rPr>
        <w:t>ବିରୋଧରେ</w:t>
      </w:r>
      <w:r>
        <w:rPr>
          <w:rFonts w:ascii="Times New Roman" w:hAnsi="Times New Roman" w:eastAsia="Times New Roman" w:cs="Times New Roman"/>
        </w:rPr>
        <w:t xml:space="preserve"> </w:t>
      </w:r>
      <w:r>
        <w:rPr>
          <w:rFonts w:ascii="Nirmala UI" w:hAnsi="Nirmala UI" w:eastAsia="Nirmala UI" w:cs="Nirmala UI"/>
        </w:rPr>
        <w:t>କୌଣସି</w:t>
      </w:r>
      <w:r>
        <w:rPr>
          <w:rFonts w:ascii="Times New Roman" w:hAnsi="Times New Roman" w:eastAsia="Times New Roman" w:cs="Times New Roman"/>
        </w:rPr>
        <w:t xml:space="preserve"> </w:t>
      </w:r>
      <w:r>
        <w:rPr>
          <w:rFonts w:ascii="Nirmala UI" w:hAnsi="Nirmala UI" w:eastAsia="Nirmala UI" w:cs="Nirmala UI"/>
        </w:rPr>
        <w:t>ନିନ୍ଦା</w:t>
      </w:r>
      <w:r>
        <w:rPr>
          <w:rFonts w:ascii="Times New Roman" w:hAnsi="Times New Roman" w:eastAsia="Times New Roman" w:cs="Times New Roman"/>
        </w:rPr>
        <w:t xml:space="preserve"> </w:t>
      </w:r>
      <w:r>
        <w:rPr>
          <w:rFonts w:ascii="Nirmala UI" w:hAnsi="Nirmala UI" w:eastAsia="Nirmala UI" w:cs="Nirmala UI"/>
        </w:rPr>
        <w:t>ନାହିଁ।</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ସତ୍ୟ</w:t>
      </w:r>
      <w:r>
        <w:rPr>
          <w:rFonts w:ascii="Times New Roman" w:hAnsi="Times New Roman" w:eastAsia="Times New Roman" w:cs="Times New Roman"/>
        </w:rPr>
        <w:t xml:space="preserve">, </w:t>
      </w:r>
      <w:r>
        <w:rPr>
          <w:rFonts w:ascii="Nirmala UI" w:hAnsi="Nirmala UI" w:eastAsia="Nirmala UI" w:cs="Nirmala UI"/>
        </w:rPr>
        <w:t>ପରବର୍ତ୍ତୀକାଳରେ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ପରିବର୍ତ୍ତନକୁ</w:t>
      </w:r>
      <w:r>
        <w:rPr>
          <w:rFonts w:ascii="Times New Roman" w:hAnsi="Times New Roman" w:eastAsia="Times New Roman" w:cs="Times New Roman"/>
        </w:rPr>
        <w:t xml:space="preserve"> </w:t>
      </w:r>
      <w:r>
        <w:rPr>
          <w:rFonts w:ascii="Nirmala UI" w:hAnsi="Nirmala UI" w:eastAsia="Nirmala UI" w:cs="Nirmala UI"/>
        </w:rPr>
        <w:t>ଚିହ୍ନିତ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ଯୁଦ୍ଧରତ</w:t>
      </w:r>
      <w:r>
        <w:rPr>
          <w:rFonts w:ascii="Times New Roman" w:hAnsi="Times New Roman" w:eastAsia="Times New Roman" w:cs="Times New Roman"/>
        </w:rPr>
        <w:t xml:space="preserve"> </w:t>
      </w:r>
      <w:r>
        <w:rPr>
          <w:rFonts w:ascii="Nirmala UI" w:hAnsi="Nirmala UI" w:eastAsia="Nirmala UI" w:cs="Nirmala UI"/>
        </w:rPr>
        <w:t>ଚର୍ଚ୍ଚରୁ</w:t>
      </w:r>
      <w:r>
        <w:rPr>
          <w:rFonts w:ascii="Times New Roman" w:hAnsi="Times New Roman" w:eastAsia="Times New Roman" w:cs="Times New Roman"/>
        </w:rPr>
        <w:t xml:space="preserve"> </w:t>
      </w:r>
      <w:r>
        <w:rPr>
          <w:rFonts w:ascii="Nirmala UI" w:hAnsi="Nirmala UI" w:eastAsia="Nirmala UI" w:cs="Nirmala UI"/>
        </w:rPr>
        <w:t>ବିଜୟୀ</w:t>
      </w:r>
      <w:r>
        <w:rPr>
          <w:rFonts w:ascii="Times New Roman" w:hAnsi="Times New Roman" w:eastAsia="Times New Roman" w:cs="Times New Roman"/>
        </w:rPr>
        <w:t xml:space="preserve"> </w:t>
      </w:r>
      <w:r>
        <w:rPr>
          <w:rFonts w:ascii="Nirmala UI" w:hAnsi="Nirmala UI" w:eastAsia="Nirmala UI" w:cs="Nirmala UI"/>
        </w:rPr>
        <w:t>ଚର୍ଚ୍ଚ</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ପରିବର୍ତ୍ତନ।</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ପରିବର୍ତ୍ତନ</w:t>
      </w:r>
      <w:r>
        <w:rPr>
          <w:rFonts w:ascii="Times New Roman" w:hAnsi="Times New Roman" w:eastAsia="Times New Roman" w:cs="Times New Roman"/>
        </w:rPr>
        <w:t xml:space="preserve"> </w:t>
      </w:r>
      <w:r>
        <w:rPr>
          <w:rFonts w:ascii="Nirmala UI" w:hAnsi="Nirmala UI" w:eastAsia="Nirmala UI" w:cs="Nirmala UI"/>
        </w:rPr>
        <w:t>ମିଲାନର</w:t>
      </w:r>
      <w:r>
        <w:rPr>
          <w:rFonts w:ascii="Times New Roman" w:hAnsi="Times New Roman" w:eastAsia="Times New Roman" w:cs="Times New Roman"/>
        </w:rPr>
        <w:t xml:space="preserve"> </w:t>
      </w:r>
      <w:r>
        <w:rPr>
          <w:rFonts w:ascii="Nirmala UI" w:hAnsi="Nirmala UI" w:eastAsia="Nirmala UI" w:cs="Nirmala UI"/>
        </w:rPr>
        <w:t>ଆଜ୍ଞାପତ୍ର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ସମନ୍ୱିତ</w:t>
      </w:r>
      <w:r>
        <w:rPr>
          <w:rFonts w:ascii="Times New Roman" w:hAnsi="Times New Roman" w:eastAsia="Times New Roman" w:cs="Times New Roman"/>
        </w:rPr>
        <w:t xml:space="preserve">, </w:t>
      </w:r>
      <w:r>
        <w:rPr>
          <w:rFonts w:ascii="Nirmala UI" w:hAnsi="Nirmala UI" w:eastAsia="Nirmala UI" w:cs="Nirmala UI"/>
        </w:rPr>
        <w:t>ଯେଉଁଠାରେ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ଶତ</w:t>
      </w:r>
      <w:r>
        <w:rPr>
          <w:rFonts w:ascii="Times New Roman" w:hAnsi="Times New Roman" w:eastAsia="Times New Roman" w:cs="Times New Roman"/>
        </w:rPr>
        <w:t xml:space="preserve"> </w:t>
      </w:r>
      <w:r>
        <w:rPr>
          <w:rFonts w:ascii="Nirmala UI" w:hAnsi="Nirmala UI" w:eastAsia="Nirmala UI" w:cs="Nirmala UI"/>
        </w:rPr>
        <w:t>ଚଉଅଳିଶି</w:t>
      </w:r>
      <w:r>
        <w:rPr>
          <w:rFonts w:ascii="Times New Roman" w:hAnsi="Times New Roman" w:eastAsia="Times New Roman" w:cs="Times New Roman"/>
        </w:rPr>
        <w:t xml:space="preserve"> </w:t>
      </w:r>
      <w:r>
        <w:rPr>
          <w:rFonts w:ascii="Nirmala UI" w:hAnsi="Nirmala UI" w:eastAsia="Nirmala UI" w:cs="Nirmala UI"/>
        </w:rPr>
        <w:t>ହଜାରଙ୍କ</w:t>
      </w:r>
      <w:r>
        <w:rPr>
          <w:rFonts w:ascii="Times New Roman" w:hAnsi="Times New Roman" w:eastAsia="Times New Roman" w:cs="Times New Roman"/>
        </w:rPr>
        <w:t xml:space="preserve"> </w:t>
      </w:r>
      <w:r>
        <w:rPr>
          <w:rFonts w:ascii="Nirmala UI" w:hAnsi="Nirmala UI" w:eastAsia="Nirmala UI" w:cs="Nirmala UI"/>
        </w:rPr>
        <w:t>ଶେଷକାଳୀନ</w:t>
      </w:r>
      <w:r>
        <w:rPr>
          <w:rFonts w:ascii="Times New Roman" w:hAnsi="Times New Roman" w:eastAsia="Times New Roman" w:cs="Times New Roman"/>
        </w:rPr>
        <w:t xml:space="preserve"> </w:t>
      </w:r>
      <w:r>
        <w:rPr>
          <w:rFonts w:ascii="Nirmala UI" w:hAnsi="Nirmala UI" w:eastAsia="Nirmala UI" w:cs="Nirmala UI"/>
        </w:rPr>
        <w:t>ଆନ୍ଦୋଳନ</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ଅଷ୍ଟମ</w:t>
      </w:r>
      <w:r>
        <w:rPr>
          <w:rFonts w:ascii="Times New Roman" w:hAnsi="Times New Roman" w:eastAsia="Times New Roman" w:cs="Times New Roman"/>
        </w:rPr>
        <w:t xml:space="preserve"> </w:t>
      </w:r>
      <w:r>
        <w:rPr>
          <w:rFonts w:ascii="Nirmala UI" w:hAnsi="Nirmala UI" w:eastAsia="Nirmala UI" w:cs="Nirmala UI"/>
        </w:rPr>
        <w:t>ଚର୍ଚ୍ଚରେ</w:t>
      </w:r>
      <w:r>
        <w:rPr>
          <w:rFonts w:ascii="Times New Roman" w:hAnsi="Times New Roman" w:eastAsia="Times New Roman" w:cs="Times New Roman"/>
        </w:rPr>
        <w:t xml:space="preserve"> </w:t>
      </w:r>
      <w:r>
        <w:rPr>
          <w:rFonts w:ascii="Nirmala UI" w:hAnsi="Nirmala UI" w:eastAsia="Nirmala UI" w:cs="Nirmala UI"/>
        </w:rPr>
        <w:t>ପରିଣତ</w:t>
      </w:r>
      <w:r>
        <w:rPr>
          <w:rFonts w:ascii="Times New Roman" w:hAnsi="Times New Roman" w:eastAsia="Times New Roman" w:cs="Times New Roman"/>
        </w:rPr>
        <w:t xml:space="preserve"> </w:t>
      </w:r>
      <w:r>
        <w:rPr>
          <w:rFonts w:ascii="Nirmala UI" w:hAnsi="Nirmala UI" w:eastAsia="Nirmala UI" w:cs="Nirmala UI"/>
        </w:rPr>
        <w:t>ହୁଏ</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ସାତଟିରୁ</w:t>
      </w:r>
      <w:r>
        <w:rPr>
          <w:rFonts w:ascii="Times New Roman" w:hAnsi="Times New Roman" w:eastAsia="Times New Roman" w:cs="Times New Roman"/>
        </w:rPr>
        <w:t xml:space="preserve"> </w:t>
      </w:r>
      <w:r>
        <w:rPr>
          <w:rFonts w:ascii="Nirmala UI" w:hAnsi="Nirmala UI" w:eastAsia="Nirmala UI" w:cs="Nirmala UI"/>
        </w:rPr>
        <w:t>ହୋଇଛି।</w:t>
      </w:r>
      <w:r>
        <w:rPr>
          <w:rFonts w:ascii="Times New Roman" w:hAnsi="Times New Roman" w:eastAsia="Times New Roman" w:cs="Times New Roman"/>
        </w:rPr>
        <w:t xml:space="preserve"> </w:t>
      </w:r>
      <w:r>
        <w:rPr>
          <w:rFonts w:ascii="Nirmala UI" w:hAnsi="Nirmala UI" w:eastAsia="Nirmala UI" w:cs="Nirmala UI"/>
        </w:rPr>
        <w:t>ଫିଲାଦେଲଫିଆ</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ସ୍ମୁର୍ଣ୍ଣା</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ଏକମାତ୍ର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ଦୁଇଟି</w:t>
      </w:r>
      <w:r>
        <w:rPr>
          <w:rFonts w:ascii="Times New Roman" w:hAnsi="Times New Roman" w:eastAsia="Times New Roman" w:cs="Times New Roman"/>
        </w:rPr>
        <w:t xml:space="preserve"> </w:t>
      </w:r>
      <w:r>
        <w:rPr>
          <w:rFonts w:ascii="Nirmala UI" w:hAnsi="Nirmala UI" w:eastAsia="Nirmala UI" w:cs="Nirmala UI"/>
        </w:rPr>
        <w:t>ଚର୍ଚ୍ଚ</w:t>
      </w:r>
      <w:r>
        <w:rPr>
          <w:rFonts w:ascii="Times New Roman" w:hAnsi="Times New Roman" w:eastAsia="Times New Roman" w:cs="Times New Roman"/>
        </w:rPr>
        <w:t xml:space="preserve"> </w:t>
      </w:r>
      <w:r>
        <w:rPr>
          <w:rFonts w:ascii="Nirmala UI" w:hAnsi="Nirmala UI" w:eastAsia="Nirmala UI" w:cs="Nirmala UI"/>
        </w:rPr>
        <w:t>ଯେଉଁମାନେ</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ସଂଘର୍ଷ</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ଯେଉଁମାନେ</w:t>
      </w:r>
      <w:r>
        <w:rPr>
          <w:rFonts w:ascii="Times New Roman" w:hAnsi="Times New Roman" w:eastAsia="Times New Roman" w:cs="Times New Roman"/>
        </w:rPr>
        <w:t xml:space="preserve"> </w:t>
      </w:r>
      <w:r>
        <w:rPr>
          <w:rFonts w:ascii="Nirmala UI" w:hAnsi="Nirmala UI" w:eastAsia="Nirmala UI" w:cs="Nirmala UI"/>
        </w:rPr>
        <w:t>ନିଜେମାନଙ୍କୁ</w:t>
      </w:r>
      <w:r>
        <w:rPr>
          <w:rFonts w:ascii="Times New Roman" w:hAnsi="Times New Roman" w:eastAsia="Times New Roman" w:cs="Times New Roman"/>
        </w:rPr>
        <w:t xml:space="preserve"> </w:t>
      </w:r>
      <w:r>
        <w:rPr>
          <w:rFonts w:ascii="Nirmala UI" w:hAnsi="Nirmala UI" w:eastAsia="Nirmala UI" w:cs="Nirmala UI"/>
        </w:rPr>
        <w:t>ଯିହୂଦୀ</w:t>
      </w:r>
      <w:r>
        <w:rPr>
          <w:rFonts w:ascii="Times New Roman" w:hAnsi="Times New Roman" w:eastAsia="Times New Roman" w:cs="Times New Roman"/>
        </w:rPr>
        <w:t xml:space="preserve"> </w:t>
      </w:r>
      <w:r>
        <w:rPr>
          <w:rFonts w:ascii="Nirmala UI" w:hAnsi="Nirmala UI" w:eastAsia="Nirmala UI" w:cs="Nirmala UI"/>
        </w:rPr>
        <w:t>ବୋଲି</w:t>
      </w:r>
      <w:r>
        <w:rPr>
          <w:rFonts w:ascii="Times New Roman" w:hAnsi="Times New Roman" w:eastAsia="Times New Roman" w:cs="Times New Roman"/>
        </w:rPr>
        <w:t xml:space="preserve"> </w:t>
      </w:r>
      <w:r>
        <w:rPr>
          <w:rFonts w:ascii="Nirmala UI" w:hAnsi="Nirmala UI" w:eastAsia="Nirmala UI" w:cs="Nirmala UI"/>
        </w:rPr>
        <w:t>ଦାବି</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ପ୍ରକୃତରେ</w:t>
      </w:r>
      <w:r>
        <w:rPr>
          <w:rFonts w:ascii="Times New Roman" w:hAnsi="Times New Roman" w:eastAsia="Times New Roman" w:cs="Times New Roman"/>
        </w:rPr>
        <w:t xml:space="preserve"> </w:t>
      </w:r>
      <w:r>
        <w:rPr>
          <w:rFonts w:ascii="Nirmala UI" w:hAnsi="Nirmala UI" w:eastAsia="Nirmala UI" w:cs="Nirmala UI"/>
        </w:rPr>
        <w:t>ଶୟତାନର</w:t>
      </w:r>
      <w:r>
        <w:rPr>
          <w:rFonts w:ascii="Times New Roman" w:hAnsi="Times New Roman" w:eastAsia="Times New Roman" w:cs="Times New Roman"/>
        </w:rPr>
        <w:t xml:space="preserve"> </w:t>
      </w:r>
      <w:r>
        <w:rPr>
          <w:rFonts w:ascii="Nirmala UI" w:hAnsi="Nirmala UI" w:eastAsia="Nirmala UI" w:cs="Nirmala UI"/>
        </w:rPr>
        <w:t>ସମାଜଗୃହର</w:t>
      </w:r>
      <w:r>
        <w:rPr>
          <w:rFonts w:ascii="Times New Roman" w:hAnsi="Times New Roman" w:eastAsia="Times New Roman" w:cs="Times New Roman"/>
        </w:rPr>
        <w:t xml:space="preserve"> </w:t>
      </w:r>
      <w:r>
        <w:rPr>
          <w:rFonts w:ascii="Nirmala UI" w:hAnsi="Nirmala UI" w:eastAsia="Nirmala UI" w:cs="Nirmala UI"/>
        </w:rPr>
        <w:t>ଅଂଶ।</w:t>
      </w:r>
    </w:p>
    <w:p>
      <w:pPr>
        <w:pStyle w:val="ArticleBody"/>
        <w:jc w:val="left"/>
      </w:pPr>
      <w:r>
        <w:rPr>
          <w:rFonts w:ascii="Nirmala UI" w:hAnsi="Nirmala UI" w:eastAsia="Nirmala UI" w:cs="Nirmala UI"/>
        </w:rPr>
        <w:t>᱓᱑᱓</w:t>
      </w:r>
      <w:r>
        <w:rPr>
          <w:rFonts w:ascii="Times New Roman" w:hAnsi="Times New Roman" w:eastAsia="Times New Roman" w:cs="Times New Roman"/>
        </w:rPr>
        <w:t xml:space="preserve"> </w:t>
      </w:r>
      <w:r>
        <w:rPr>
          <w:rFonts w:ascii="Nirmala UI" w:hAnsi="Nirmala UI" w:eastAsia="Nirmala UI" w:cs="Nirmala UI"/>
        </w:rPr>
        <w:t>ᱨᱮᱱᱟᱜ</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ᱪᱤᱱᱦᱟᱹ</w:t>
      </w:r>
      <w:r>
        <w:rPr>
          <w:rFonts w:ascii="Times New Roman" w:hAnsi="Times New Roman" w:eastAsia="Times New Roman" w:cs="Times New Roman"/>
        </w:rPr>
        <w:t xml:space="preserve"> </w:t>
      </w:r>
      <w:r>
        <w:rPr>
          <w:rFonts w:ascii="Nirmala UI" w:hAnsi="Nirmala UI" w:eastAsia="Nirmala UI" w:cs="Nirmala UI"/>
        </w:rPr>
        <w:t>᱑᱘᱔᱔</w:t>
      </w:r>
      <w:r>
        <w:rPr>
          <w:rFonts w:ascii="Times New Roman" w:hAnsi="Times New Roman" w:eastAsia="Times New Roman" w:cs="Times New Roman"/>
        </w:rPr>
        <w:t xml:space="preserve"> </w:t>
      </w:r>
      <w:r>
        <w:rPr>
          <w:rFonts w:ascii="Nirmala UI" w:hAnsi="Nirmala UI" w:eastAsia="Nirmala UI" w:cs="Nirmala UI"/>
        </w:rPr>
        <w:t>ᱥᱟᱞᱨᱮ</w:t>
      </w:r>
      <w:r>
        <w:rPr>
          <w:rFonts w:ascii="Times New Roman" w:hAnsi="Times New Roman" w:eastAsia="Times New Roman" w:cs="Times New Roman"/>
        </w:rPr>
        <w:t xml:space="preserve"> </w:t>
      </w:r>
      <w:r>
        <w:rPr>
          <w:rFonts w:ascii="Nirmala UI" w:hAnsi="Nirmala UI" w:eastAsia="Nirmala UI" w:cs="Nirmala UI"/>
        </w:rPr>
        <w:t>ᱚᱜᱚᱥᱴ</w:t>
      </w:r>
      <w:r>
        <w:rPr>
          <w:rFonts w:ascii="Times New Roman" w:hAnsi="Times New Roman" w:eastAsia="Times New Roman" w:cs="Times New Roman"/>
        </w:rPr>
        <w:t xml:space="preserve"> </w:t>
      </w:r>
      <w:r>
        <w:rPr>
          <w:rFonts w:ascii="Nirmala UI" w:hAnsi="Nirmala UI" w:eastAsia="Nirmala UI" w:cs="Nirmala UI"/>
        </w:rPr>
        <w:t>᱑᱒</w:t>
      </w:r>
      <w:r>
        <w:rPr>
          <w:rFonts w:ascii="Times New Roman" w:hAnsi="Times New Roman" w:eastAsia="Times New Roman" w:cs="Times New Roman"/>
        </w:rPr>
        <w:t xml:space="preserve"> </w:t>
      </w:r>
      <w:r>
        <w:rPr>
          <w:rFonts w:ascii="Nirmala UI" w:hAnsi="Nirmala UI" w:eastAsia="Nirmala UI" w:cs="Nirmala UI"/>
        </w:rPr>
        <w:t>ᱠᱷᱚᱱ</w:t>
      </w:r>
      <w:r>
        <w:rPr>
          <w:rFonts w:ascii="Times New Roman" w:hAnsi="Times New Roman" w:eastAsia="Times New Roman" w:cs="Times New Roman"/>
        </w:rPr>
        <w:t xml:space="preserve"> </w:t>
      </w:r>
      <w:r>
        <w:rPr>
          <w:rFonts w:ascii="Nirmala UI" w:hAnsi="Nirmala UI" w:eastAsia="Nirmala UI" w:cs="Nirmala UI"/>
        </w:rPr>
        <w:t>᱑᱗</w:t>
      </w:r>
      <w:r>
        <w:rPr>
          <w:rFonts w:ascii="Times New Roman" w:hAnsi="Times New Roman" w:eastAsia="Times New Roman" w:cs="Times New Roman"/>
        </w:rPr>
        <w:t xml:space="preserve"> </w:t>
      </w:r>
      <w:r>
        <w:rPr>
          <w:rFonts w:ascii="Nirmala UI" w:hAnsi="Nirmala UI" w:eastAsia="Nirmala UI" w:cs="Nirmala UI"/>
        </w:rPr>
        <w:t>ᱛᱮ</w:t>
      </w:r>
      <w:r>
        <w:rPr>
          <w:rFonts w:ascii="Times New Roman" w:hAnsi="Times New Roman" w:eastAsia="Times New Roman" w:cs="Times New Roman"/>
        </w:rPr>
        <w:t xml:space="preserve"> </w:t>
      </w:r>
      <w:r>
        <w:rPr>
          <w:rFonts w:ascii="Nirmala UI" w:hAnsi="Nirmala UI" w:eastAsia="Nirmala UI" w:cs="Nirmala UI"/>
        </w:rPr>
        <w:t>ᱮᱠᱥᱮᱴᱚᱨ</w:t>
      </w:r>
      <w:r>
        <w:rPr>
          <w:rFonts w:ascii="Times New Roman" w:hAnsi="Times New Roman" w:eastAsia="Times New Roman" w:cs="Times New Roman"/>
        </w:rPr>
        <w:t xml:space="preserve"> </w:t>
      </w:r>
      <w:r>
        <w:rPr>
          <w:rFonts w:ascii="Nirmala UI" w:hAnsi="Nirmala UI" w:eastAsia="Nirmala UI" w:cs="Nirmala UI"/>
        </w:rPr>
        <w:t>ᱠᱮᱢᱯ</w:t>
      </w:r>
      <w:r>
        <w:rPr>
          <w:rFonts w:ascii="Times New Roman" w:hAnsi="Times New Roman" w:eastAsia="Times New Roman" w:cs="Times New Roman"/>
        </w:rPr>
        <w:t xml:space="preserve"> </w:t>
      </w:r>
      <w:r>
        <w:rPr>
          <w:rFonts w:ascii="Nirmala UI" w:hAnsi="Nirmala UI" w:eastAsia="Nirmala UI" w:cs="Nirmala UI"/>
        </w:rPr>
        <w:t>ᱢᱤᱴᱤᱝ</w:t>
      </w:r>
      <w:r>
        <w:rPr>
          <w:rFonts w:ascii="Times New Roman" w:hAnsi="Times New Roman" w:eastAsia="Times New Roman" w:cs="Times New Roman"/>
        </w:rPr>
        <w:t xml:space="preserve"> </w:t>
      </w:r>
      <w:r>
        <w:rPr>
          <w:rFonts w:ascii="Nirmala UI" w:hAnsi="Nirmala UI" w:eastAsia="Nirmala UI" w:cs="Nirmala UI"/>
        </w:rPr>
        <w:t>ᱥᱟᱶ</w:t>
      </w:r>
      <w:r>
        <w:rPr>
          <w:rFonts w:ascii="Times New Roman" w:hAnsi="Times New Roman" w:eastAsia="Times New Roman" w:cs="Times New Roman"/>
        </w:rPr>
        <w:t xml:space="preserve"> </w:t>
      </w:r>
      <w:r>
        <w:rPr>
          <w:rFonts w:ascii="Nirmala UI" w:hAnsi="Nirmala UI" w:eastAsia="Nirmala UI" w:cs="Nirmala UI"/>
        </w:rPr>
        <w:t>ᱦᱚᱸ</w:t>
      </w:r>
      <w:r>
        <w:rPr>
          <w:rFonts w:ascii="Times New Roman" w:hAnsi="Times New Roman" w:eastAsia="Times New Roman" w:cs="Times New Roman"/>
        </w:rPr>
        <w:t xml:space="preserve"> </w:t>
      </w:r>
      <w:r>
        <w:rPr>
          <w:rFonts w:ascii="Nirmala UI" w:hAnsi="Nirmala UI" w:eastAsia="Nirmala UI" w:cs="Nirmala UI"/>
        </w:rPr>
        <w:t>ᱢᱤᱫ</w:t>
      </w:r>
      <w:r>
        <w:rPr>
          <w:rFonts w:ascii="Times New Roman" w:hAnsi="Times New Roman" w:eastAsia="Times New Roman" w:cs="Times New Roman"/>
        </w:rPr>
        <w:t xml:space="preserve"> </w:t>
      </w:r>
      <w:r>
        <w:rPr>
          <w:rFonts w:ascii="Nirmala UI" w:hAnsi="Nirmala UI" w:eastAsia="Nirmala UI" w:cs="Nirmala UI"/>
        </w:rPr>
        <w:t>ᱥᱩᱨ</w:t>
      </w:r>
      <w:r>
        <w:rPr>
          <w:rFonts w:ascii="Times New Roman" w:hAnsi="Times New Roman" w:eastAsia="Times New Roman" w:cs="Times New Roman"/>
        </w:rPr>
        <w:t xml:space="preserve"> </w:t>
      </w:r>
      <w:r>
        <w:rPr>
          <w:rFonts w:ascii="Nirmala UI" w:hAnsi="Nirmala UI" w:eastAsia="Nirmala UI" w:cs="Nirmala UI"/>
        </w:rPr>
        <w:t>ᱦᱩᱭᱩᱜᱼᱟ।</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ᱠᱮᱢᱯ</w:t>
      </w:r>
      <w:r>
        <w:rPr>
          <w:rFonts w:ascii="Times New Roman" w:hAnsi="Times New Roman" w:eastAsia="Times New Roman" w:cs="Times New Roman"/>
        </w:rPr>
        <w:t xml:space="preserve"> </w:t>
      </w:r>
      <w:r>
        <w:rPr>
          <w:rFonts w:ascii="Nirmala UI" w:hAnsi="Nirmala UI" w:eastAsia="Nirmala UI" w:cs="Nirmala UI"/>
        </w:rPr>
        <w:t>ᱢᱤᱴᱤᱝ</w:t>
      </w:r>
      <w:r>
        <w:rPr>
          <w:rFonts w:ascii="Times New Roman" w:hAnsi="Times New Roman" w:eastAsia="Times New Roman" w:cs="Times New Roman"/>
        </w:rPr>
        <w:t xml:space="preserve"> </w:t>
      </w:r>
      <w:r>
        <w:rPr>
          <w:rFonts w:ascii="Nirmala UI" w:hAnsi="Nirmala UI" w:eastAsia="Nirmala UI" w:cs="Nirmala UI"/>
        </w:rPr>
        <w:t>ᱪᱟᱵᱟ</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ᱥᱟᱱᱫᱮᱥ</w:t>
      </w:r>
      <w:r>
        <w:rPr>
          <w:rFonts w:ascii="Times New Roman" w:hAnsi="Times New Roman" w:eastAsia="Times New Roman" w:cs="Times New Roman"/>
        </w:rPr>
        <w:t xml:space="preserve"> </w:t>
      </w:r>
      <w:r>
        <w:rPr>
          <w:rFonts w:ascii="Nirmala UI" w:hAnsi="Nirmala UI" w:eastAsia="Nirmala UI" w:cs="Nirmala UI"/>
        </w:rPr>
        <w:t>ᱟᱢᱮᱨᱤᱠᱟ</w:t>
      </w:r>
      <w:r>
        <w:rPr>
          <w:rFonts w:ascii="Times New Roman" w:hAnsi="Times New Roman" w:eastAsia="Times New Roman" w:cs="Times New Roman"/>
        </w:rPr>
        <w:t xml:space="preserve"> </w:t>
      </w:r>
      <w:r>
        <w:rPr>
          <w:rFonts w:ascii="Nirmala UI" w:hAnsi="Nirmala UI" w:eastAsia="Nirmala UI" w:cs="Nirmala UI"/>
        </w:rPr>
        <w:t>ᱡᱩᱠᱛᱚ</w:t>
      </w:r>
      <w:r>
        <w:rPr>
          <w:rFonts w:ascii="Times New Roman" w:hAnsi="Times New Roman" w:eastAsia="Times New Roman" w:cs="Times New Roman"/>
        </w:rPr>
        <w:t xml:space="preserve"> </w:t>
      </w:r>
      <w:r>
        <w:rPr>
          <w:rFonts w:ascii="Nirmala UI" w:hAnsi="Nirmala UI" w:eastAsia="Nirmala UI" w:cs="Nirmala UI"/>
        </w:rPr>
        <w:t>ᱨᱟᱡ</w:t>
      </w:r>
      <w:r>
        <w:rPr>
          <w:rFonts w:ascii="Times New Roman" w:hAnsi="Times New Roman" w:eastAsia="Times New Roman" w:cs="Times New Roman"/>
        </w:rPr>
        <w:t xml:space="preserve"> </w:t>
      </w:r>
      <w:r>
        <w:rPr>
          <w:rFonts w:ascii="Nirmala UI" w:hAnsi="Nirmala UI" w:eastAsia="Nirmala UI" w:cs="Nirmala UI"/>
        </w:rPr>
        <w:t>ᱨᱮᱱᱟᱜ</w:t>
      </w:r>
      <w:r>
        <w:rPr>
          <w:rFonts w:ascii="Times New Roman" w:hAnsi="Times New Roman" w:eastAsia="Times New Roman" w:cs="Times New Roman"/>
        </w:rPr>
        <w:t xml:space="preserve"> </w:t>
      </w:r>
      <w:r>
        <w:rPr>
          <w:rFonts w:ascii="Nirmala UI" w:hAnsi="Nirmala UI" w:eastAsia="Nirmala UI" w:cs="Nirmala UI"/>
        </w:rPr>
        <w:t>ᱯᱩᱨᱵᱚᱱ</w:t>
      </w:r>
      <w:r>
        <w:rPr>
          <w:rFonts w:ascii="Times New Roman" w:hAnsi="Times New Roman" w:eastAsia="Times New Roman" w:cs="Times New Roman"/>
        </w:rPr>
        <w:t xml:space="preserve"> </w:t>
      </w:r>
      <w:r>
        <w:rPr>
          <w:rFonts w:ascii="Nirmala UI" w:hAnsi="Nirmala UI" w:eastAsia="Nirmala UI" w:cs="Nirmala UI"/>
        </w:rPr>
        <w:t>ᱥᱟᱢᱩᱫᱨᱚ</w:t>
      </w:r>
      <w:r>
        <w:rPr>
          <w:rFonts w:ascii="Times New Roman" w:hAnsi="Times New Roman" w:eastAsia="Times New Roman" w:cs="Times New Roman"/>
        </w:rPr>
        <w:t xml:space="preserve"> </w:t>
      </w:r>
      <w:r>
        <w:rPr>
          <w:rFonts w:ascii="Nirmala UI" w:hAnsi="Nirmala UI" w:eastAsia="Nirmala UI" w:cs="Nirmala UI"/>
        </w:rPr>
        <w:t>ᱛᱟᱴ</w:t>
      </w:r>
      <w:r>
        <w:rPr>
          <w:rFonts w:ascii="Times New Roman" w:hAnsi="Times New Roman" w:eastAsia="Times New Roman" w:cs="Times New Roman"/>
        </w:rPr>
        <w:t xml:space="preserve"> </w:t>
      </w:r>
      <w:r>
        <w:rPr>
          <w:rFonts w:ascii="Nirmala UI" w:hAnsi="Nirmala UI" w:eastAsia="Nirmala UI" w:cs="Nirmala UI"/>
        </w:rPr>
        <w:t>ᱥᱟᱶ</w:t>
      </w:r>
      <w:r>
        <w:rPr>
          <w:rFonts w:ascii="Times New Roman" w:hAnsi="Times New Roman" w:eastAsia="Times New Roman" w:cs="Times New Roman"/>
        </w:rPr>
        <w:t xml:space="preserve"> </w:t>
      </w:r>
      <w:r>
        <w:rPr>
          <w:rFonts w:ascii="Nirmala UI" w:hAnsi="Nirmala UI" w:eastAsia="Nirmala UI" w:cs="Nirmala UI"/>
        </w:rPr>
        <w:t>ᱦᱚᱨᱟ</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ᱢᱤᱫ</w:t>
      </w:r>
      <w:r>
        <w:rPr>
          <w:rFonts w:ascii="Times New Roman" w:hAnsi="Times New Roman" w:eastAsia="Times New Roman" w:cs="Times New Roman"/>
        </w:rPr>
        <w:t xml:space="preserve"> </w:t>
      </w:r>
      <w:r>
        <w:rPr>
          <w:rFonts w:ascii="Nirmala UI" w:hAnsi="Nirmala UI" w:eastAsia="Nirmala UI" w:cs="Nirmala UI"/>
        </w:rPr>
        <w:t>ᱡᱚᱣᱟᱨ</w:t>
      </w:r>
      <w:r>
        <w:rPr>
          <w:rFonts w:ascii="Times New Roman" w:hAnsi="Times New Roman" w:eastAsia="Times New Roman" w:cs="Times New Roman"/>
        </w:rPr>
        <w:t xml:space="preserve"> </w:t>
      </w:r>
      <w:r>
        <w:rPr>
          <w:rFonts w:ascii="Nirmala UI" w:hAnsi="Nirmala UI" w:eastAsia="Nirmala UI" w:cs="Nirmala UI"/>
        </w:rPr>
        <w:t>ᱞᱟᱛᱟᱨ</w:t>
      </w:r>
      <w:r>
        <w:rPr>
          <w:rFonts w:ascii="Times New Roman" w:hAnsi="Times New Roman" w:eastAsia="Times New Roman" w:cs="Times New Roman"/>
        </w:rPr>
        <w:t xml:space="preserve"> </w:t>
      </w:r>
      <w:r>
        <w:rPr>
          <w:rFonts w:ascii="Nirmala UI" w:hAnsi="Nirmala UI" w:eastAsia="Nirmala UI" w:cs="Nirmala UI"/>
        </w:rPr>
        <w:t>ᱞᱮᱠᱟ</w:t>
      </w:r>
      <w:r>
        <w:rPr>
          <w:rFonts w:ascii="Times New Roman" w:hAnsi="Times New Roman" w:eastAsia="Times New Roman" w:cs="Times New Roman"/>
        </w:rPr>
        <w:t xml:space="preserve"> </w:t>
      </w:r>
      <w:r>
        <w:rPr>
          <w:rFonts w:ascii="Nirmala UI" w:hAnsi="Nirmala UI" w:eastAsia="Nirmala UI" w:cs="Nirmala UI"/>
        </w:rPr>
        <w:t>ᱵᱮᱨᱮᱫ</w:t>
      </w:r>
      <w:r>
        <w:rPr>
          <w:rFonts w:ascii="Times New Roman" w:hAnsi="Times New Roman" w:eastAsia="Times New Roman" w:cs="Times New Roman"/>
        </w:rPr>
        <w:t xml:space="preserve"> </w:t>
      </w:r>
      <w:r>
        <w:rPr>
          <w:rFonts w:ascii="Nirmala UI" w:hAnsi="Nirmala UI" w:eastAsia="Nirmala UI" w:cs="Nirmala UI"/>
        </w:rPr>
        <w:t>ᱭᱟᱱᱟ</w:t>
      </w:r>
      <w:r>
        <w:rPr>
          <w:rFonts w:ascii="Times New Roman" w:hAnsi="Times New Roman" w:eastAsia="Times New Roman" w:cs="Times New Roman"/>
        </w:rPr>
        <w:t xml:space="preserve">, </w:t>
      </w:r>
      <w:r>
        <w:rPr>
          <w:rFonts w:ascii="Nirmala UI" w:hAnsi="Nirmala UI" w:eastAsia="Nirmala UI" w:cs="Nirmala UI"/>
        </w:rPr>
        <w:t>ᱟᱨ</w:t>
      </w:r>
      <w:r>
        <w:rPr>
          <w:rFonts w:ascii="Times New Roman" w:hAnsi="Times New Roman" w:eastAsia="Times New Roman" w:cs="Times New Roman"/>
        </w:rPr>
        <w:t xml:space="preserve"> </w:t>
      </w:r>
      <w:r>
        <w:rPr>
          <w:rFonts w:ascii="Nirmala UI" w:hAnsi="Nirmala UI" w:eastAsia="Nirmala UI" w:cs="Nirmala UI"/>
        </w:rPr>
        <w:t>᱑᱘᱔᱔</w:t>
      </w:r>
      <w:r>
        <w:rPr>
          <w:rFonts w:ascii="Times New Roman" w:hAnsi="Times New Roman" w:eastAsia="Times New Roman" w:cs="Times New Roman"/>
        </w:rPr>
        <w:t xml:space="preserve"> </w:t>
      </w:r>
      <w:r>
        <w:rPr>
          <w:rFonts w:ascii="Nirmala UI" w:hAnsi="Nirmala UI" w:eastAsia="Nirmala UI" w:cs="Nirmala UI"/>
        </w:rPr>
        <w:t>ᱥᱟᱞ</w:t>
      </w:r>
      <w:r>
        <w:rPr>
          <w:rFonts w:ascii="Times New Roman" w:hAnsi="Times New Roman" w:eastAsia="Times New Roman" w:cs="Times New Roman"/>
        </w:rPr>
        <w:t xml:space="preserve"> </w:t>
      </w:r>
      <w:r>
        <w:rPr>
          <w:rFonts w:ascii="Nirmala UI" w:hAnsi="Nirmala UI" w:eastAsia="Nirmala UI" w:cs="Nirmala UI"/>
        </w:rPr>
        <w:t>ᱚᱠᱴᱳᱵᱚᱨ</w:t>
      </w:r>
      <w:r>
        <w:rPr>
          <w:rFonts w:ascii="Times New Roman" w:hAnsi="Times New Roman" w:eastAsia="Times New Roman" w:cs="Times New Roman"/>
        </w:rPr>
        <w:t xml:space="preserve"> </w:t>
      </w:r>
      <w:r>
        <w:rPr>
          <w:rFonts w:ascii="Nirmala UI" w:hAnsi="Nirmala UI" w:eastAsia="Nirmala UI" w:cs="Nirmala UI"/>
        </w:rPr>
        <w:t>᱒᱒</w:t>
      </w:r>
      <w:r>
        <w:rPr>
          <w:rFonts w:ascii="Times New Roman" w:hAnsi="Times New Roman" w:eastAsia="Times New Roman" w:cs="Times New Roman"/>
        </w:rPr>
        <w:t xml:space="preserve"> </w:t>
      </w:r>
      <w:r>
        <w:rPr>
          <w:rFonts w:ascii="Nirmala UI" w:hAnsi="Nirmala UI" w:eastAsia="Nirmala UI" w:cs="Nirmala UI"/>
        </w:rPr>
        <w:t>ᱨᱮ</w:t>
      </w:r>
      <w:r>
        <w:rPr>
          <w:rFonts w:ascii="Times New Roman" w:hAnsi="Times New Roman" w:eastAsia="Times New Roman" w:cs="Times New Roman"/>
        </w:rPr>
        <w:t xml:space="preserve"> </w:t>
      </w:r>
      <w:r>
        <w:rPr>
          <w:rFonts w:ascii="Nirmala UI" w:hAnsi="Nirmala UI" w:eastAsia="Nirmala UI" w:cs="Nirmala UI"/>
        </w:rPr>
        <w:t>ᱫᱚᱨᱡᱟ</w:t>
      </w:r>
      <w:r>
        <w:rPr>
          <w:rFonts w:ascii="Times New Roman" w:hAnsi="Times New Roman" w:eastAsia="Times New Roman" w:cs="Times New Roman"/>
        </w:rPr>
        <w:t xml:space="preserve"> </w:t>
      </w:r>
      <w:r>
        <w:rPr>
          <w:rFonts w:ascii="Nirmala UI" w:hAnsi="Nirmala UI" w:eastAsia="Nirmala UI" w:cs="Nirmala UI"/>
        </w:rPr>
        <w:t>ᱵᱚᱸᱫ</w:t>
      </w:r>
      <w:r>
        <w:rPr>
          <w:rFonts w:ascii="Times New Roman" w:hAnsi="Times New Roman" w:eastAsia="Times New Roman" w:cs="Times New Roman"/>
        </w:rPr>
        <w:t xml:space="preserve"> </w:t>
      </w:r>
      <w:r>
        <w:rPr>
          <w:rFonts w:ascii="Nirmala UI" w:hAnsi="Nirmala UI" w:eastAsia="Nirmala UI" w:cs="Nirmala UI"/>
        </w:rPr>
        <w:t>ᱦᱩᱭᱮᱱ</w:t>
      </w:r>
      <w:r>
        <w:rPr>
          <w:rFonts w:ascii="Times New Roman" w:hAnsi="Times New Roman" w:eastAsia="Times New Roman" w:cs="Times New Roman"/>
        </w:rPr>
        <w:t xml:space="preserve"> </w:t>
      </w:r>
      <w:r>
        <w:rPr>
          <w:rFonts w:ascii="Nirmala UI" w:hAnsi="Nirmala UI" w:eastAsia="Nirmala UI" w:cs="Nirmala UI"/>
        </w:rPr>
        <w:t>ᱫᱷᱟᱹᱵᱤᱡ</w:t>
      </w:r>
      <w:r>
        <w:rPr>
          <w:rFonts w:ascii="Times New Roman" w:hAnsi="Times New Roman" w:eastAsia="Times New Roman" w:cs="Times New Roman"/>
        </w:rPr>
        <w:t xml:space="preserve"> </w:t>
      </w:r>
      <w:r>
        <w:rPr>
          <w:rFonts w:ascii="Nirmala UI" w:hAnsi="Nirmala UI" w:eastAsia="Nirmala UI" w:cs="Nirmala UI"/>
        </w:rPr>
        <w:t>ᱚᱱᱟ</w:t>
      </w:r>
      <w:r>
        <w:rPr>
          <w:rFonts w:ascii="Times New Roman" w:hAnsi="Times New Roman" w:eastAsia="Times New Roman" w:cs="Times New Roman"/>
        </w:rPr>
        <w:t xml:space="preserve"> </w:t>
      </w:r>
      <w:r>
        <w:rPr>
          <w:rFonts w:ascii="Nirmala UI" w:hAnsi="Nirmala UI" w:eastAsia="Nirmala UI" w:cs="Nirmala UI"/>
        </w:rPr>
        <w:t>ᱫᱚ</w:t>
      </w:r>
      <w:r>
        <w:rPr>
          <w:rFonts w:ascii="Times New Roman" w:hAnsi="Times New Roman" w:eastAsia="Times New Roman" w:cs="Times New Roman"/>
        </w:rPr>
        <w:t xml:space="preserve"> </w:t>
      </w:r>
      <w:r>
        <w:rPr>
          <w:rFonts w:ascii="Nirmala UI" w:hAnsi="Nirmala UI" w:eastAsia="Nirmala UI" w:cs="Nirmala UI"/>
        </w:rPr>
        <w:t>ᱪᱟᱞᱟᱣ</w:t>
      </w:r>
      <w:r>
        <w:rPr>
          <w:rFonts w:ascii="Times New Roman" w:hAnsi="Times New Roman" w:eastAsia="Times New Roman" w:cs="Times New Roman"/>
        </w:rPr>
        <w:t xml:space="preserve"> </w:t>
      </w:r>
      <w:r>
        <w:rPr>
          <w:rFonts w:ascii="Nirmala UI" w:hAnsi="Nirmala UI" w:eastAsia="Nirmala UI" w:cs="Nirmala UI"/>
        </w:rPr>
        <w:t>ᱮᱱᱟ</w:t>
      </w:r>
      <w:r>
        <w:rPr>
          <w:rFonts w:ascii="Leelawadee UI" w:hAnsi="Leelawadee UI" w:eastAsia="Leelawadee UI" w:cs="Leelawadee UI"/>
        </w:rPr>
        <w:t>។</w:t>
      </w:r>
    </w:p>
    <w:p>
      <w:pPr>
        <w:pStyle w:val="ArticleScripture"/>
        <w:jc w:val="left"/>
      </w:pPr>
      <w:r>
        <w:rPr>
          <w:rFonts w:ascii="Times New Roman" w:hAnsi="Times New Roman" w:eastAsia="Times New Roman" w:cs="Times New Roman"/>
        </w:rPr>
        <w:t>“</w:t>
      </w:r>
      <w:r>
        <w:rPr>
          <w:rFonts w:ascii="Nirmala UI" w:hAnsi="Nirmala UI" w:eastAsia="Nirmala UI" w:cs="Nirmala UI"/>
        </w:rPr>
        <w:t>ଗର୍ଜ୍ଜନଶୀଳ</w:t>
      </w:r>
      <w:r>
        <w:rPr>
          <w:rFonts w:ascii="Times New Roman" w:hAnsi="Times New Roman" w:eastAsia="Times New Roman" w:cs="Times New Roman"/>
        </w:rPr>
        <w:t xml:space="preserve"> </w:t>
      </w:r>
      <w:r>
        <w:rPr>
          <w:rFonts w:ascii="Nirmala UI" w:hAnsi="Nirmala UI" w:eastAsia="Nirmala UI" w:cs="Nirmala UI"/>
        </w:rPr>
        <w:t>ଜ୍ୱାରତରଙ୍ଗ</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ଆନ୍ଦୋଳନ</w:t>
      </w:r>
      <w:r>
        <w:rPr>
          <w:rFonts w:ascii="Times New Roman" w:hAnsi="Times New Roman" w:eastAsia="Times New Roman" w:cs="Times New Roman"/>
        </w:rPr>
        <w:t xml:space="preserve"> </w:t>
      </w:r>
      <w:r>
        <w:rPr>
          <w:rFonts w:ascii="Nirmala UI" w:hAnsi="Nirmala UI" w:eastAsia="Nirmala UI" w:cs="Nirmala UI"/>
        </w:rPr>
        <w:t>ସମଗ୍ର</w:t>
      </w:r>
      <w:r>
        <w:rPr>
          <w:rFonts w:ascii="Times New Roman" w:hAnsi="Times New Roman" w:eastAsia="Times New Roman" w:cs="Times New Roman"/>
        </w:rPr>
        <w:t xml:space="preserve"> </w:t>
      </w:r>
      <w:r>
        <w:rPr>
          <w:rFonts w:ascii="Nirmala UI" w:hAnsi="Nirmala UI" w:eastAsia="Nirmala UI" w:cs="Nirmala UI"/>
        </w:rPr>
        <w:t>ଦେଶ</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ବ୍ୟାପି</w:t>
      </w:r>
      <w:r>
        <w:rPr>
          <w:rFonts w:ascii="Times New Roman" w:hAnsi="Times New Roman" w:eastAsia="Times New Roman" w:cs="Times New Roman"/>
        </w:rPr>
        <w:t xml:space="preserve"> </w:t>
      </w:r>
      <w:r>
        <w:rPr>
          <w:rFonts w:ascii="Nirmala UI" w:hAnsi="Nirmala UI" w:eastAsia="Nirmala UI" w:cs="Nirmala UI"/>
        </w:rPr>
        <w:t>ଯାଇଥିଲା।</w:t>
      </w:r>
      <w:r>
        <w:rPr>
          <w:rFonts w:ascii="Times New Roman" w:hAnsi="Times New Roman" w:eastAsia="Times New Roman" w:cs="Times New Roman"/>
        </w:rPr>
        <w:t xml:space="preserve"> </w:t>
      </w:r>
      <w:r>
        <w:rPr>
          <w:rFonts w:ascii="Nirmala UI" w:hAnsi="Nirmala UI" w:eastAsia="Nirmala UI" w:cs="Nirmala UI"/>
        </w:rPr>
        <w:t>ନଗରରୁ</w:t>
      </w:r>
      <w:r>
        <w:rPr>
          <w:rFonts w:ascii="Times New Roman" w:hAnsi="Times New Roman" w:eastAsia="Times New Roman" w:cs="Times New Roman"/>
        </w:rPr>
        <w:t xml:space="preserve"> </w:t>
      </w:r>
      <w:r>
        <w:rPr>
          <w:rFonts w:ascii="Nirmala UI" w:hAnsi="Nirmala UI" w:eastAsia="Nirmala UI" w:cs="Nirmala UI"/>
        </w:rPr>
        <w:t>ନଗରକୁ</w:t>
      </w:r>
      <w:r>
        <w:rPr>
          <w:rFonts w:ascii="Times New Roman" w:hAnsi="Times New Roman" w:eastAsia="Times New Roman" w:cs="Times New Roman"/>
        </w:rPr>
        <w:t xml:space="preserve">, </w:t>
      </w:r>
      <w:r>
        <w:rPr>
          <w:rFonts w:ascii="Nirmala UI" w:hAnsi="Nirmala UI" w:eastAsia="Nirmala UI" w:cs="Nirmala UI"/>
        </w:rPr>
        <w:t>ଗ୍ରାମରୁ</w:t>
      </w:r>
      <w:r>
        <w:rPr>
          <w:rFonts w:ascii="Times New Roman" w:hAnsi="Times New Roman" w:eastAsia="Times New Roman" w:cs="Times New Roman"/>
        </w:rPr>
        <w:t xml:space="preserve"> </w:t>
      </w:r>
      <w:r>
        <w:rPr>
          <w:rFonts w:ascii="Nirmala UI" w:hAnsi="Nirmala UI" w:eastAsia="Nirmala UI" w:cs="Nirmala UI"/>
        </w:rPr>
        <w:t>ଗ୍ରାମକୁ</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ଦୂରସ୍ଥ</w:t>
      </w:r>
      <w:r>
        <w:rPr>
          <w:rFonts w:ascii="Times New Roman" w:hAnsi="Times New Roman" w:eastAsia="Times New Roman" w:cs="Times New Roman"/>
        </w:rPr>
        <w:t xml:space="preserve"> </w:t>
      </w:r>
      <w:r>
        <w:rPr>
          <w:rFonts w:ascii="Nirmala UI" w:hAnsi="Nirmala UI" w:eastAsia="Nirmala UI" w:cs="Nirmala UI"/>
        </w:rPr>
        <w:t>ଗ୍ରାମ୍ୟ</w:t>
      </w:r>
      <w:r>
        <w:rPr>
          <w:rFonts w:ascii="Times New Roman" w:hAnsi="Times New Roman" w:eastAsia="Times New Roman" w:cs="Times New Roman"/>
        </w:rPr>
        <w:t xml:space="preserve"> </w:t>
      </w:r>
      <w:r>
        <w:rPr>
          <w:rFonts w:ascii="Nirmala UI" w:hAnsi="Nirmala UI" w:eastAsia="Nirmala UI" w:cs="Nirmala UI"/>
        </w:rPr>
        <w:t>ଅଞ୍ଚଳମାନଙ୍କୁ</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ଗତି</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ଯେପର୍ଯ୍ୟନ୍ତ</w:t>
      </w:r>
      <w:r>
        <w:rPr>
          <w:rFonts w:ascii="Times New Roman" w:hAnsi="Times New Roman" w:eastAsia="Times New Roman" w:cs="Times New Roman"/>
        </w:rPr>
        <w:t xml:space="preserve"> </w:t>
      </w:r>
      <w:r>
        <w:rPr>
          <w:rFonts w:ascii="Nirmala UI" w:hAnsi="Nirmala UI" w:eastAsia="Nirmala UI" w:cs="Nirmala UI"/>
        </w:rPr>
        <w:t>ଅପେକ୍ଷାରତ</w:t>
      </w:r>
      <w:r>
        <w:rPr>
          <w:rFonts w:ascii="Times New Roman" w:hAnsi="Times New Roman" w:eastAsia="Times New Roman" w:cs="Times New Roman"/>
        </w:rPr>
        <w:t xml:space="preserve"> </w:t>
      </w:r>
      <w:r>
        <w:rPr>
          <w:rFonts w:ascii="Nirmala UI" w:hAnsi="Nirmala UI" w:eastAsia="Nirmala UI" w:cs="Nirmala UI"/>
        </w:rPr>
        <w:t>ପରମେଶ୍ୱରଙ୍କ</w:t>
      </w:r>
      <w:r>
        <w:rPr>
          <w:rFonts w:ascii="Times New Roman" w:hAnsi="Times New Roman" w:eastAsia="Times New Roman" w:cs="Times New Roman"/>
        </w:rPr>
        <w:t xml:space="preserve"> </w:t>
      </w:r>
      <w:r>
        <w:rPr>
          <w:rFonts w:ascii="Nirmala UI" w:hAnsi="Nirmala UI" w:eastAsia="Nirmala UI" w:cs="Nirmala UI"/>
        </w:rPr>
        <w:t>ଲୋକମାନେ</w:t>
      </w:r>
      <w:r>
        <w:rPr>
          <w:rFonts w:ascii="Times New Roman" w:hAnsi="Times New Roman" w:eastAsia="Times New Roman" w:cs="Times New Roman"/>
        </w:rPr>
        <w:t xml:space="preserve"> </w:t>
      </w:r>
      <w:r>
        <w:rPr>
          <w:rFonts w:ascii="Nirmala UI" w:hAnsi="Nirmala UI" w:eastAsia="Nirmala UI" w:cs="Nirmala UI"/>
        </w:rPr>
        <w:t>ସମ୍ପୂର୍ଣ୍ଣ</w:t>
      </w:r>
      <w:r>
        <w:rPr>
          <w:rFonts w:ascii="Times New Roman" w:hAnsi="Times New Roman" w:eastAsia="Times New Roman" w:cs="Times New Roman"/>
        </w:rPr>
        <w:t xml:space="preserve"> </w:t>
      </w:r>
      <w:r>
        <w:rPr>
          <w:rFonts w:ascii="Nirmala UI" w:hAnsi="Nirmala UI" w:eastAsia="Nirmala UI" w:cs="Nirmala UI"/>
        </w:rPr>
        <w:t>ଭାବେ</w:t>
      </w:r>
      <w:r>
        <w:rPr>
          <w:rFonts w:ascii="Times New Roman" w:hAnsi="Times New Roman" w:eastAsia="Times New Roman" w:cs="Times New Roman"/>
        </w:rPr>
        <w:t xml:space="preserve"> </w:t>
      </w:r>
      <w:r>
        <w:rPr>
          <w:rFonts w:ascii="Nirmala UI" w:hAnsi="Nirmala UI" w:eastAsia="Nirmala UI" w:cs="Nirmala UI"/>
        </w:rPr>
        <w:t>ଜାଗୃତ</w:t>
      </w:r>
      <w:r>
        <w:rPr>
          <w:rFonts w:ascii="Times New Roman" w:hAnsi="Times New Roman" w:eastAsia="Times New Roman" w:cs="Times New Roman"/>
        </w:rPr>
        <w:t xml:space="preserve"> </w:t>
      </w:r>
      <w:r>
        <w:rPr>
          <w:rFonts w:ascii="Nirmala UI" w:hAnsi="Nirmala UI" w:eastAsia="Nirmala UI" w:cs="Nirmala UI"/>
        </w:rPr>
        <w:t>ହୋଇନଥିଲେ।</w:t>
      </w:r>
      <w:r>
        <w:rPr>
          <w:rFonts w:ascii="Times New Roman" w:hAnsi="Times New Roman" w:eastAsia="Times New Roman" w:cs="Times New Roman"/>
        </w:rPr>
        <w:t xml:space="preserve"> </w:t>
      </w:r>
      <w:r>
        <w:rPr>
          <w:rFonts w:ascii="Nirmala UI" w:hAnsi="Nirmala UI" w:eastAsia="Nirmala UI" w:cs="Nirmala UI"/>
        </w:rPr>
        <w:t>ଉଦୟମାନ</w:t>
      </w:r>
      <w:r>
        <w:rPr>
          <w:rFonts w:ascii="Times New Roman" w:hAnsi="Times New Roman" w:eastAsia="Times New Roman" w:cs="Times New Roman"/>
        </w:rPr>
        <w:t xml:space="preserve"> </w:t>
      </w:r>
      <w:r>
        <w:rPr>
          <w:rFonts w:ascii="Nirmala UI" w:hAnsi="Nirmala UI" w:eastAsia="Nirmala UI" w:cs="Nirmala UI"/>
        </w:rPr>
        <w:t>ସୂର୍ଯ୍ୟ</w:t>
      </w:r>
      <w:r>
        <w:rPr>
          <w:rFonts w:ascii="Times New Roman" w:hAnsi="Times New Roman" w:eastAsia="Times New Roman" w:cs="Times New Roman"/>
        </w:rPr>
        <w:t xml:space="preserve"> </w:t>
      </w:r>
      <w:r>
        <w:rPr>
          <w:rFonts w:ascii="Nirmala UI" w:hAnsi="Nirmala UI" w:eastAsia="Nirmala UI" w:cs="Nirmala UI"/>
        </w:rPr>
        <w:t>ସମ୍ମୁଖରେ</w:t>
      </w:r>
      <w:r>
        <w:rPr>
          <w:rFonts w:ascii="Times New Roman" w:hAnsi="Times New Roman" w:eastAsia="Times New Roman" w:cs="Times New Roman"/>
        </w:rPr>
        <w:t xml:space="preserve"> </w:t>
      </w:r>
      <w:r>
        <w:rPr>
          <w:rFonts w:ascii="Nirmala UI" w:hAnsi="Nirmala UI" w:eastAsia="Nirmala UI" w:cs="Nirmala UI"/>
        </w:rPr>
        <w:t>ପ୍ରଭାତୀ</w:t>
      </w:r>
      <w:r>
        <w:rPr>
          <w:rFonts w:ascii="Times New Roman" w:hAnsi="Times New Roman" w:eastAsia="Times New Roman" w:cs="Times New Roman"/>
        </w:rPr>
        <w:t xml:space="preserve"> </w:t>
      </w:r>
      <w:r>
        <w:rPr>
          <w:rFonts w:ascii="Nirmala UI" w:hAnsi="Nirmala UI" w:eastAsia="Nirmala UI" w:cs="Nirmala UI"/>
        </w:rPr>
        <w:t>ତୁଷାର</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ଅଦୃଶ୍ୟ</w:t>
      </w:r>
      <w:r>
        <w:rPr>
          <w:rFonts w:ascii="Times New Roman" w:hAnsi="Times New Roman" w:eastAsia="Times New Roman" w:cs="Times New Roman"/>
        </w:rPr>
        <w:t xml:space="preserve"> </w:t>
      </w:r>
      <w:r>
        <w:rPr>
          <w:rFonts w:ascii="Nirmala UI" w:hAnsi="Nirmala UI" w:eastAsia="Nirmala UI" w:cs="Nirmala UI"/>
        </w:rPr>
        <w:t>ହୋଇଯାଏ</w:t>
      </w:r>
      <w:r>
        <w:rPr>
          <w:rFonts w:ascii="Times New Roman" w:hAnsi="Times New Roman" w:eastAsia="Times New Roman" w:cs="Times New Roman"/>
        </w:rPr>
        <w:t xml:space="preserve">, </w:t>
      </w:r>
      <w:r>
        <w:rPr>
          <w:rFonts w:ascii="Nirmala UI" w:hAnsi="Nirmala UI" w:eastAsia="Nirmala UI" w:cs="Nirmala UI"/>
        </w:rPr>
        <w:t>ସେପରି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ଘୋଷଣାର</w:t>
      </w:r>
      <w:r>
        <w:rPr>
          <w:rFonts w:ascii="Times New Roman" w:hAnsi="Times New Roman" w:eastAsia="Times New Roman" w:cs="Times New Roman"/>
        </w:rPr>
        <w:t xml:space="preserve"> </w:t>
      </w:r>
      <w:r>
        <w:rPr>
          <w:rFonts w:ascii="Nirmala UI" w:hAnsi="Nirmala UI" w:eastAsia="Nirmala UI" w:cs="Nirmala UI"/>
        </w:rPr>
        <w:t>ସମ୍ମୁଖରେ</w:t>
      </w:r>
      <w:r>
        <w:rPr>
          <w:rFonts w:ascii="Times New Roman" w:hAnsi="Times New Roman" w:eastAsia="Times New Roman" w:cs="Times New Roman"/>
        </w:rPr>
        <w:t xml:space="preserve"> </w:t>
      </w:r>
      <w:r>
        <w:rPr>
          <w:rFonts w:ascii="Nirmala UI" w:hAnsi="Nirmala UI" w:eastAsia="Nirmala UI" w:cs="Nirmala UI"/>
        </w:rPr>
        <w:t>ଉନ୍ମାଦବାଦ</w:t>
      </w:r>
      <w:r>
        <w:rPr>
          <w:rFonts w:ascii="Times New Roman" w:hAnsi="Times New Roman" w:eastAsia="Times New Roman" w:cs="Times New Roman"/>
        </w:rPr>
        <w:t xml:space="preserve"> </w:t>
      </w:r>
      <w:r>
        <w:rPr>
          <w:rFonts w:ascii="Nirmala UI" w:hAnsi="Nirmala UI" w:eastAsia="Nirmala UI" w:cs="Nirmala UI"/>
        </w:rPr>
        <w:t>ଅନ୍ତର୍ଧାନ</w:t>
      </w:r>
      <w:r>
        <w:rPr>
          <w:rFonts w:ascii="Times New Roman" w:hAnsi="Times New Roman" w:eastAsia="Times New Roman" w:cs="Times New Roman"/>
        </w:rPr>
        <w:t xml:space="preserve"> </w:t>
      </w:r>
      <w:r>
        <w:rPr>
          <w:rFonts w:ascii="Nirmala UI" w:hAnsi="Nirmala UI" w:eastAsia="Nirmala UI" w:cs="Nirmala UI"/>
        </w:rPr>
        <w:t>ହୋଇଗଲା।</w:t>
      </w:r>
      <w:r>
        <w:rPr>
          <w:rFonts w:ascii="Times New Roman" w:hAnsi="Times New Roman" w:eastAsia="Times New Roman" w:cs="Times New Roman"/>
        </w:rPr>
        <w:t xml:space="preserve"> </w:t>
      </w:r>
      <w:r>
        <w:rPr>
          <w:rFonts w:ascii="Nirmala UI" w:hAnsi="Nirmala UI" w:eastAsia="Nirmala UI" w:cs="Nirmala UI"/>
        </w:rPr>
        <w:t>ବିଶ୍ୱାସୀମାନେ</w:t>
      </w:r>
      <w:r>
        <w:rPr>
          <w:rFonts w:ascii="Times New Roman" w:hAnsi="Times New Roman" w:eastAsia="Times New Roman" w:cs="Times New Roman"/>
        </w:rPr>
        <w:t xml:space="preserve"> </w:t>
      </w:r>
      <w:r>
        <w:rPr>
          <w:rFonts w:ascii="Nirmala UI" w:hAnsi="Nirmala UI" w:eastAsia="Nirmala UI" w:cs="Nirmala UI"/>
        </w:rPr>
        <w:t>ଦେଖିଲେ</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ସେମାନଙ୍କର</w:t>
      </w:r>
      <w:r>
        <w:rPr>
          <w:rFonts w:ascii="Times New Roman" w:hAnsi="Times New Roman" w:eastAsia="Times New Roman" w:cs="Times New Roman"/>
        </w:rPr>
        <w:t xml:space="preserve"> </w:t>
      </w:r>
      <w:r>
        <w:rPr>
          <w:rFonts w:ascii="Nirmala UI" w:hAnsi="Nirmala UI" w:eastAsia="Nirmala UI" w:cs="Nirmala UI"/>
        </w:rPr>
        <w:t>ସନ୍ଦେହ</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ଅବାକତା</w:t>
      </w:r>
      <w:r>
        <w:rPr>
          <w:rFonts w:ascii="Times New Roman" w:hAnsi="Times New Roman" w:eastAsia="Times New Roman" w:cs="Times New Roman"/>
        </w:rPr>
        <w:t xml:space="preserve"> </w:t>
      </w:r>
      <w:r>
        <w:rPr>
          <w:rFonts w:ascii="Nirmala UI" w:hAnsi="Nirmala UI" w:eastAsia="Nirmala UI" w:cs="Nirmala UI"/>
        </w:rPr>
        <w:t>ଦୂର</w:t>
      </w:r>
      <w:r>
        <w:rPr>
          <w:rFonts w:ascii="Times New Roman" w:hAnsi="Times New Roman" w:eastAsia="Times New Roman" w:cs="Times New Roman"/>
        </w:rPr>
        <w:t xml:space="preserve"> </w:t>
      </w:r>
      <w:r>
        <w:rPr>
          <w:rFonts w:ascii="Nirmala UI" w:hAnsi="Nirmala UI" w:eastAsia="Nirmala UI" w:cs="Nirmala UI"/>
        </w:rPr>
        <w:t>ହୋଇଗଲା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ଆଶା</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ସାହସ</w:t>
      </w:r>
      <w:r>
        <w:rPr>
          <w:rFonts w:ascii="Times New Roman" w:hAnsi="Times New Roman" w:eastAsia="Times New Roman" w:cs="Times New Roman"/>
        </w:rPr>
        <w:t xml:space="preserve"> </w:t>
      </w:r>
      <w:r>
        <w:rPr>
          <w:rFonts w:ascii="Nirmala UI" w:hAnsi="Nirmala UI" w:eastAsia="Nirmala UI" w:cs="Nirmala UI"/>
        </w:rPr>
        <w:t>ସେମାନଙ୍କ</w:t>
      </w:r>
      <w:r>
        <w:rPr>
          <w:rFonts w:ascii="Times New Roman" w:hAnsi="Times New Roman" w:eastAsia="Times New Roman" w:cs="Times New Roman"/>
        </w:rPr>
        <w:t xml:space="preserve"> </w:t>
      </w:r>
      <w:r>
        <w:rPr>
          <w:rFonts w:ascii="Nirmala UI" w:hAnsi="Nirmala UI" w:eastAsia="Nirmala UI" w:cs="Nirmala UI"/>
        </w:rPr>
        <w:t>ହୃଦୟକୁ</w:t>
      </w:r>
      <w:r>
        <w:rPr>
          <w:rFonts w:ascii="Times New Roman" w:hAnsi="Times New Roman" w:eastAsia="Times New Roman" w:cs="Times New Roman"/>
        </w:rPr>
        <w:t xml:space="preserve"> </w:t>
      </w:r>
      <w:r>
        <w:rPr>
          <w:rFonts w:ascii="Nirmala UI" w:hAnsi="Nirmala UI" w:eastAsia="Nirmala UI" w:cs="Nirmala UI"/>
        </w:rPr>
        <w:t>ପ୍ରାଣବନ୍ତ</w:t>
      </w:r>
      <w:r>
        <w:rPr>
          <w:rFonts w:ascii="Times New Roman" w:hAnsi="Times New Roman" w:eastAsia="Times New Roman" w:cs="Times New Roman"/>
        </w:rPr>
        <w:t xml:space="preserve"> </w:t>
      </w:r>
      <w:r>
        <w:rPr>
          <w:rFonts w:ascii="Nirmala UI" w:hAnsi="Nirmala UI" w:eastAsia="Nirmala UI" w:cs="Nirmala UI"/>
        </w:rPr>
        <w:t>କରିଦେଲା।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କାର୍ଯ୍ୟ</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ସମସ୍ତ</w:t>
      </w:r>
      <w:r>
        <w:rPr>
          <w:rFonts w:ascii="Times New Roman" w:hAnsi="Times New Roman" w:eastAsia="Times New Roman" w:cs="Times New Roman"/>
        </w:rPr>
        <w:t xml:space="preserve"> </w:t>
      </w:r>
      <w:r>
        <w:rPr>
          <w:rFonts w:ascii="Nirmala UI" w:hAnsi="Nirmala UI" w:eastAsia="Nirmala UI" w:cs="Nirmala UI"/>
        </w:rPr>
        <w:t>ଚରମ</w:t>
      </w:r>
      <w:r>
        <w:rPr>
          <w:rFonts w:ascii="Times New Roman" w:hAnsi="Times New Roman" w:eastAsia="Times New Roman" w:cs="Times New Roman"/>
        </w:rPr>
        <w:t xml:space="preserve"> </w:t>
      </w:r>
      <w:r>
        <w:rPr>
          <w:rFonts w:ascii="Nirmala UI" w:hAnsi="Nirmala UI" w:eastAsia="Nirmala UI" w:cs="Nirmala UI"/>
        </w:rPr>
        <w:t>ପ୍ରବୃତ୍ତିରୁ</w:t>
      </w:r>
      <w:r>
        <w:rPr>
          <w:rFonts w:ascii="Times New Roman" w:hAnsi="Times New Roman" w:eastAsia="Times New Roman" w:cs="Times New Roman"/>
        </w:rPr>
        <w:t xml:space="preserve"> </w:t>
      </w:r>
      <w:r>
        <w:rPr>
          <w:rFonts w:ascii="Nirmala UI" w:hAnsi="Nirmala UI" w:eastAsia="Nirmala UI" w:cs="Nirmala UI"/>
        </w:rPr>
        <w:t>ମୁକ୍ତ</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ସଦା</w:t>
      </w:r>
      <w:r>
        <w:rPr>
          <w:rFonts w:ascii="Times New Roman" w:hAnsi="Times New Roman" w:eastAsia="Times New Roman" w:cs="Times New Roman"/>
        </w:rPr>
        <w:t xml:space="preserve"> </w:t>
      </w:r>
      <w:r>
        <w:rPr>
          <w:rFonts w:ascii="Nirmala UI" w:hAnsi="Nirmala UI" w:eastAsia="Nirmala UI" w:cs="Nirmala UI"/>
        </w:rPr>
        <w:t>ସର୍ବଦା</w:t>
      </w:r>
      <w:r>
        <w:rPr>
          <w:rFonts w:ascii="Times New Roman" w:hAnsi="Times New Roman" w:eastAsia="Times New Roman" w:cs="Times New Roman"/>
        </w:rPr>
        <w:t xml:space="preserve"> </w:t>
      </w:r>
      <w:r>
        <w:rPr>
          <w:rFonts w:ascii="Nirmala UI" w:hAnsi="Nirmala UI" w:eastAsia="Nirmala UI" w:cs="Nirmala UI"/>
        </w:rPr>
        <w:t>ସେଠାରେ</w:t>
      </w:r>
      <w:r>
        <w:rPr>
          <w:rFonts w:ascii="Times New Roman" w:hAnsi="Times New Roman" w:eastAsia="Times New Roman" w:cs="Times New Roman"/>
        </w:rPr>
        <w:t xml:space="preserve"> </w:t>
      </w:r>
      <w:r>
        <w:rPr>
          <w:rFonts w:ascii="Nirmala UI" w:hAnsi="Nirmala UI" w:eastAsia="Nirmala UI" w:cs="Nirmala UI"/>
        </w:rPr>
        <w:t>ପ୍ରକାଶ</w:t>
      </w:r>
      <w:r>
        <w:rPr>
          <w:rFonts w:ascii="Times New Roman" w:hAnsi="Times New Roman" w:eastAsia="Times New Roman" w:cs="Times New Roman"/>
        </w:rPr>
        <w:t xml:space="preserve"> </w:t>
      </w:r>
      <w:r>
        <w:rPr>
          <w:rFonts w:ascii="Nirmala UI" w:hAnsi="Nirmala UI" w:eastAsia="Nirmala UI" w:cs="Nirmala UI"/>
        </w:rPr>
        <w:t>ପାଏ</w:t>
      </w:r>
      <w:r>
        <w:rPr>
          <w:rFonts w:ascii="Times New Roman" w:hAnsi="Times New Roman" w:eastAsia="Times New Roman" w:cs="Times New Roman"/>
        </w:rPr>
        <w:t xml:space="preserve"> </w:t>
      </w:r>
      <w:r>
        <w:rPr>
          <w:rFonts w:ascii="Nirmala UI" w:hAnsi="Nirmala UI" w:eastAsia="Nirmala UI" w:cs="Nirmala UI"/>
        </w:rPr>
        <w:t>ଯେଉଁଠାରେ</w:t>
      </w:r>
      <w:r>
        <w:rPr>
          <w:rFonts w:ascii="Times New Roman" w:hAnsi="Times New Roman" w:eastAsia="Times New Roman" w:cs="Times New Roman"/>
        </w:rPr>
        <w:t xml:space="preserve"> </w:t>
      </w:r>
      <w:r>
        <w:rPr>
          <w:rFonts w:ascii="Nirmala UI" w:hAnsi="Nirmala UI" w:eastAsia="Nirmala UI" w:cs="Nirmala UI"/>
        </w:rPr>
        <w:t>ପରମେଶ୍ୱରଙ୍କ</w:t>
      </w:r>
      <w:r>
        <w:rPr>
          <w:rFonts w:ascii="Times New Roman" w:hAnsi="Times New Roman" w:eastAsia="Times New Roman" w:cs="Times New Roman"/>
        </w:rPr>
        <w:t xml:space="preserve"> </w:t>
      </w:r>
      <w:r>
        <w:rPr>
          <w:rFonts w:ascii="Nirmala UI" w:hAnsi="Nirmala UI" w:eastAsia="Nirmala UI" w:cs="Nirmala UI"/>
        </w:rPr>
        <w:t>ବାକ୍ୟ</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ଆତ୍ମାଙ୍କର</w:t>
      </w:r>
      <w:r>
        <w:rPr>
          <w:rFonts w:ascii="Times New Roman" w:hAnsi="Times New Roman" w:eastAsia="Times New Roman" w:cs="Times New Roman"/>
        </w:rPr>
        <w:t xml:space="preserve"> </w:t>
      </w:r>
      <w:r>
        <w:rPr>
          <w:rFonts w:ascii="Nirmala UI" w:hAnsi="Nirmala UI" w:eastAsia="Nirmala UI" w:cs="Nirmala UI"/>
        </w:rPr>
        <w:t>ନିୟନ୍ତ୍ରକ</w:t>
      </w:r>
      <w:r>
        <w:rPr>
          <w:rFonts w:ascii="Times New Roman" w:hAnsi="Times New Roman" w:eastAsia="Times New Roman" w:cs="Times New Roman"/>
        </w:rPr>
        <w:t xml:space="preserve"> </w:t>
      </w:r>
      <w:r>
        <w:rPr>
          <w:rFonts w:ascii="Nirmala UI" w:hAnsi="Nirmala UI" w:eastAsia="Nirmala UI" w:cs="Nirmala UI"/>
        </w:rPr>
        <w:t>ପ୍ରଭାବ</w:t>
      </w:r>
      <w:r>
        <w:rPr>
          <w:rFonts w:ascii="Times New Roman" w:hAnsi="Times New Roman" w:eastAsia="Times New Roman" w:cs="Times New Roman"/>
        </w:rPr>
        <w:t xml:space="preserve"> </w:t>
      </w:r>
      <w:r>
        <w:rPr>
          <w:rFonts w:ascii="Nirmala UI" w:hAnsi="Nirmala UI" w:eastAsia="Nirmala UI" w:cs="Nirmala UI"/>
        </w:rPr>
        <w:t>ବିନା</w:t>
      </w:r>
      <w:r>
        <w:rPr>
          <w:rFonts w:ascii="Times New Roman" w:hAnsi="Times New Roman" w:eastAsia="Times New Roman" w:cs="Times New Roman"/>
        </w:rPr>
        <w:t xml:space="preserve"> </w:t>
      </w:r>
      <w:r>
        <w:rPr>
          <w:rFonts w:ascii="Nirmala UI" w:hAnsi="Nirmala UI" w:eastAsia="Nirmala UI" w:cs="Nirmala UI"/>
        </w:rPr>
        <w:t>ମାନବୀୟ</w:t>
      </w:r>
      <w:r>
        <w:rPr>
          <w:rFonts w:ascii="Times New Roman" w:hAnsi="Times New Roman" w:eastAsia="Times New Roman" w:cs="Times New Roman"/>
        </w:rPr>
        <w:t xml:space="preserve"> </w:t>
      </w:r>
      <w:r>
        <w:rPr>
          <w:rFonts w:ascii="Nirmala UI" w:hAnsi="Nirmala UI" w:eastAsia="Nirmala UI" w:cs="Nirmala UI"/>
        </w:rPr>
        <w:t>ଉତ୍ତେଜନା</w:t>
      </w:r>
      <w:r>
        <w:rPr>
          <w:rFonts w:ascii="Times New Roman" w:hAnsi="Times New Roman" w:eastAsia="Times New Roman" w:cs="Times New Roman"/>
        </w:rPr>
        <w:t xml:space="preserve"> </w:t>
      </w:r>
      <w:r>
        <w:rPr>
          <w:rFonts w:ascii="Nirmala UI" w:hAnsi="Nirmala UI" w:eastAsia="Nirmala UI" w:cs="Nirmala UI"/>
        </w:rPr>
        <w:t>ରହେ।</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ସ୍ୱଭାବରେ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ନମ୍ରତା</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ପ୍ରଭୁଙ୍କ</w:t>
      </w:r>
      <w:r>
        <w:rPr>
          <w:rFonts w:ascii="Times New Roman" w:hAnsi="Times New Roman" w:eastAsia="Times New Roman" w:cs="Times New Roman"/>
        </w:rPr>
        <w:t xml:space="preserve"> </w:t>
      </w:r>
      <w:r>
        <w:rPr>
          <w:rFonts w:ascii="Nirmala UI" w:hAnsi="Nirmala UI" w:eastAsia="Nirmala UI" w:cs="Nirmala UI"/>
        </w:rPr>
        <w:t>ପାଖକୁ</w:t>
      </w:r>
      <w:r>
        <w:rPr>
          <w:rFonts w:ascii="Times New Roman" w:hAnsi="Times New Roman" w:eastAsia="Times New Roman" w:cs="Times New Roman"/>
        </w:rPr>
        <w:t xml:space="preserve"> </w:t>
      </w:r>
      <w:r>
        <w:rPr>
          <w:rFonts w:ascii="Nirmala UI" w:hAnsi="Nirmala UI" w:eastAsia="Nirmala UI" w:cs="Nirmala UI"/>
        </w:rPr>
        <w:t>ପୁନର୍ବାର</w:t>
      </w:r>
      <w:r>
        <w:rPr>
          <w:rFonts w:ascii="Times New Roman" w:hAnsi="Times New Roman" w:eastAsia="Times New Roman" w:cs="Times New Roman"/>
        </w:rPr>
        <w:t xml:space="preserve"> </w:t>
      </w:r>
      <w:r>
        <w:rPr>
          <w:rFonts w:ascii="Nirmala UI" w:hAnsi="Nirmala UI" w:eastAsia="Nirmala UI" w:cs="Nirmala UI"/>
        </w:rPr>
        <w:t>ଫେରିଆସିବାର</w:t>
      </w:r>
      <w:r>
        <w:rPr>
          <w:rFonts w:ascii="Times New Roman" w:hAnsi="Times New Roman" w:eastAsia="Times New Roman" w:cs="Times New Roman"/>
        </w:rPr>
        <w:t xml:space="preserve"> </w:t>
      </w:r>
      <w:r>
        <w:rPr>
          <w:rFonts w:ascii="Nirmala UI" w:hAnsi="Nirmala UI" w:eastAsia="Nirmala UI" w:cs="Nirmala UI"/>
        </w:rPr>
        <w:t>ସମୟମାନଙ୍କ</w:t>
      </w:r>
      <w:r>
        <w:rPr>
          <w:rFonts w:ascii="Times New Roman" w:hAnsi="Times New Roman" w:eastAsia="Times New Roman" w:cs="Times New Roman"/>
        </w:rPr>
        <w:t xml:space="preserve"> </w:t>
      </w:r>
      <w:r>
        <w:rPr>
          <w:rFonts w:ascii="Nirmala UI" w:hAnsi="Nirmala UI" w:eastAsia="Nirmala UI" w:cs="Nirmala UI"/>
        </w:rPr>
        <w:t>ସଦୃଶ</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ଯେଗୁଡ଼ିକ</w:t>
      </w:r>
      <w:r>
        <w:rPr>
          <w:rFonts w:ascii="Times New Roman" w:hAnsi="Times New Roman" w:eastAsia="Times New Roman" w:cs="Times New Roman"/>
        </w:rPr>
        <w:t xml:space="preserve"> </w:t>
      </w:r>
      <w:r>
        <w:rPr>
          <w:rFonts w:ascii="Nirmala UI" w:hAnsi="Nirmala UI" w:eastAsia="Nirmala UI" w:cs="Nirmala UI"/>
        </w:rPr>
        <w:t>ପ୍ରାଚୀନ</w:t>
      </w:r>
      <w:r>
        <w:rPr>
          <w:rFonts w:ascii="Times New Roman" w:hAnsi="Times New Roman" w:eastAsia="Times New Roman" w:cs="Times New Roman"/>
        </w:rPr>
        <w:t xml:space="preserve"> </w:t>
      </w:r>
      <w:r>
        <w:rPr>
          <w:rFonts w:ascii="Nirmala UI" w:hAnsi="Nirmala UI" w:eastAsia="Nirmala UI" w:cs="Nirmala UI"/>
        </w:rPr>
        <w:t>ଇସ୍ରାଏଲ</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ସେବକମାନଙ୍କର</w:t>
      </w:r>
      <w:r>
        <w:rPr>
          <w:rFonts w:ascii="Times New Roman" w:hAnsi="Times New Roman" w:eastAsia="Times New Roman" w:cs="Times New Roman"/>
        </w:rPr>
        <w:t xml:space="preserve"> </w:t>
      </w:r>
      <w:r>
        <w:rPr>
          <w:rFonts w:ascii="Nirmala UI" w:hAnsi="Nirmala UI" w:eastAsia="Nirmala UI" w:cs="Nirmala UI"/>
        </w:rPr>
        <w:t>ତାଡନାମୂଳକ</w:t>
      </w:r>
      <w:r>
        <w:rPr>
          <w:rFonts w:ascii="Times New Roman" w:hAnsi="Times New Roman" w:eastAsia="Times New Roman" w:cs="Times New Roman"/>
        </w:rPr>
        <w:t xml:space="preserve"> </w:t>
      </w:r>
      <w:r>
        <w:rPr>
          <w:rFonts w:ascii="Nirmala UI" w:hAnsi="Nirmala UI" w:eastAsia="Nirmala UI" w:cs="Nirmala UI"/>
        </w:rPr>
        <w:t>ସନ୍ଦେଶମାନଙ୍କ</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ଆସୁଥିଲା।</w:t>
      </w:r>
      <w:r>
        <w:rPr>
          <w:rFonts w:ascii="Times New Roman" w:hAnsi="Times New Roman" w:eastAsia="Times New Roman" w:cs="Times New Roman"/>
        </w:rPr>
        <w:t xml:space="preserve"> </w:t>
      </w:r>
      <w:r>
        <w:rPr>
          <w:rFonts w:ascii="Nirmala UI" w:hAnsi="Nirmala UI" w:eastAsia="Nirmala UI" w:cs="Nirmala UI"/>
        </w:rPr>
        <w:t>ଏହାରେ</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ଲକ୍ଷଣମାନେ</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ଯେମାନେ</w:t>
      </w:r>
      <w:r>
        <w:rPr>
          <w:rFonts w:ascii="Times New Roman" w:hAnsi="Times New Roman" w:eastAsia="Times New Roman" w:cs="Times New Roman"/>
        </w:rPr>
        <w:t xml:space="preserve"> </w:t>
      </w:r>
      <w:r>
        <w:rPr>
          <w:rFonts w:ascii="Nirmala UI" w:hAnsi="Nirmala UI" w:eastAsia="Nirmala UI" w:cs="Nirmala UI"/>
        </w:rPr>
        <w:t>ପ୍ରତ୍ୟେକ</w:t>
      </w:r>
      <w:r>
        <w:rPr>
          <w:rFonts w:ascii="Times New Roman" w:hAnsi="Times New Roman" w:eastAsia="Times New Roman" w:cs="Times New Roman"/>
        </w:rPr>
        <w:t xml:space="preserve"> </w:t>
      </w:r>
      <w:r>
        <w:rPr>
          <w:rFonts w:ascii="Nirmala UI" w:hAnsi="Nirmala UI" w:eastAsia="Nirmala UI" w:cs="Nirmala UI"/>
        </w:rPr>
        <w:t>ଯୁଗରେ</w:t>
      </w:r>
      <w:r>
        <w:rPr>
          <w:rFonts w:ascii="Times New Roman" w:hAnsi="Times New Roman" w:eastAsia="Times New Roman" w:cs="Times New Roman"/>
        </w:rPr>
        <w:t xml:space="preserve"> </w:t>
      </w:r>
      <w:r>
        <w:rPr>
          <w:rFonts w:ascii="Nirmala UI" w:hAnsi="Nirmala UI" w:eastAsia="Nirmala UI" w:cs="Nirmala UI"/>
        </w:rPr>
        <w:t>ପରମେଶ୍ୱରଙ୍କ</w:t>
      </w:r>
      <w:r>
        <w:rPr>
          <w:rFonts w:ascii="Times New Roman" w:hAnsi="Times New Roman" w:eastAsia="Times New Roman" w:cs="Times New Roman"/>
        </w:rPr>
        <w:t xml:space="preserve"> </w:t>
      </w:r>
      <w:r>
        <w:rPr>
          <w:rFonts w:ascii="Nirmala UI" w:hAnsi="Nirmala UI" w:eastAsia="Nirmala UI" w:cs="Nirmala UI"/>
        </w:rPr>
        <w:t>କାର୍ଯ୍ୟକୁ</w:t>
      </w:r>
      <w:r>
        <w:rPr>
          <w:rFonts w:ascii="Times New Roman" w:hAnsi="Times New Roman" w:eastAsia="Times New Roman" w:cs="Times New Roman"/>
        </w:rPr>
        <w:t xml:space="preserve"> </w:t>
      </w:r>
      <w:r>
        <w:rPr>
          <w:rFonts w:ascii="Nirmala UI" w:hAnsi="Nirmala UI" w:eastAsia="Nirmala UI" w:cs="Nirmala UI"/>
        </w:rPr>
        <w:t>ଚିହ୍ନିତ</w:t>
      </w:r>
      <w:r>
        <w:rPr>
          <w:rFonts w:ascii="Times New Roman" w:hAnsi="Times New Roman" w:eastAsia="Times New Roman" w:cs="Times New Roman"/>
        </w:rPr>
        <w:t xml:space="preserve"> </w:t>
      </w:r>
      <w:r>
        <w:rPr>
          <w:rFonts w:ascii="Nirmala UI" w:hAnsi="Nirmala UI" w:eastAsia="Nirmala UI" w:cs="Nirmala UI"/>
        </w:rPr>
        <w:t>କରନ୍ତି।</w:t>
      </w:r>
      <w:r>
        <w:rPr>
          <w:rFonts w:ascii="Times New Roman" w:hAnsi="Times New Roman" w:eastAsia="Times New Roman" w:cs="Times New Roman"/>
        </w:rPr>
        <w:t xml:space="preserve"> </w:t>
      </w:r>
      <w:r>
        <w:rPr>
          <w:rFonts w:ascii="Nirmala UI" w:hAnsi="Nirmala UI" w:eastAsia="Nirmala UI" w:cs="Nirmala UI"/>
        </w:rPr>
        <w:t>ସେଠାରେ</w:t>
      </w:r>
      <w:r>
        <w:rPr>
          <w:rFonts w:ascii="Times New Roman" w:hAnsi="Times New Roman" w:eastAsia="Times New Roman" w:cs="Times New Roman"/>
        </w:rPr>
        <w:t xml:space="preserve"> </w:t>
      </w:r>
      <w:r>
        <w:rPr>
          <w:rFonts w:ascii="Nirmala UI" w:hAnsi="Nirmala UI" w:eastAsia="Nirmala UI" w:cs="Nirmala UI"/>
        </w:rPr>
        <w:t>ଉତ୍କଟ</w:t>
      </w:r>
      <w:r>
        <w:rPr>
          <w:rFonts w:ascii="Times New Roman" w:hAnsi="Times New Roman" w:eastAsia="Times New Roman" w:cs="Times New Roman"/>
        </w:rPr>
        <w:t xml:space="preserve"> </w:t>
      </w:r>
      <w:r>
        <w:rPr>
          <w:rFonts w:ascii="Nirmala UI" w:hAnsi="Nirmala UI" w:eastAsia="Nirmala UI" w:cs="Nirmala UI"/>
        </w:rPr>
        <w:t>ଉଲ୍ଲାସ</w:t>
      </w:r>
      <w:r>
        <w:rPr>
          <w:rFonts w:ascii="Times New Roman" w:hAnsi="Times New Roman" w:eastAsia="Times New Roman" w:cs="Times New Roman"/>
        </w:rPr>
        <w:t xml:space="preserve"> </w:t>
      </w:r>
      <w:r>
        <w:rPr>
          <w:rFonts w:ascii="Nirmala UI" w:hAnsi="Nirmala UI" w:eastAsia="Nirmala UI" w:cs="Nirmala UI"/>
        </w:rPr>
        <w:t>ବହୁତ</w:t>
      </w:r>
      <w:r>
        <w:rPr>
          <w:rFonts w:ascii="Times New Roman" w:hAnsi="Times New Roman" w:eastAsia="Times New Roman" w:cs="Times New Roman"/>
        </w:rPr>
        <w:t xml:space="preserve"> </w:t>
      </w:r>
      <w:r>
        <w:rPr>
          <w:rFonts w:ascii="Nirmala UI" w:hAnsi="Nirmala UI" w:eastAsia="Nirmala UI" w:cs="Nirmala UI"/>
        </w:rPr>
        <w:t>କମ୍</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ବରଂ</w:t>
      </w:r>
      <w:r>
        <w:rPr>
          <w:rFonts w:ascii="Times New Roman" w:hAnsi="Times New Roman" w:eastAsia="Times New Roman" w:cs="Times New Roman"/>
        </w:rPr>
        <w:t xml:space="preserve"> </w:t>
      </w:r>
      <w:r>
        <w:rPr>
          <w:rFonts w:ascii="Nirmala UI" w:hAnsi="Nirmala UI" w:eastAsia="Nirmala UI" w:cs="Nirmala UI"/>
        </w:rPr>
        <w:t>ହୃଦୟର</w:t>
      </w:r>
      <w:r>
        <w:rPr>
          <w:rFonts w:ascii="Times New Roman" w:hAnsi="Times New Roman" w:eastAsia="Times New Roman" w:cs="Times New Roman"/>
        </w:rPr>
        <w:t xml:space="preserve"> </w:t>
      </w:r>
      <w:r>
        <w:rPr>
          <w:rFonts w:ascii="Nirmala UI" w:hAnsi="Nirmala UI" w:eastAsia="Nirmala UI" w:cs="Nirmala UI"/>
        </w:rPr>
        <w:t>ଗଭୀର</w:t>
      </w:r>
      <w:r>
        <w:rPr>
          <w:rFonts w:ascii="Times New Roman" w:hAnsi="Times New Roman" w:eastAsia="Times New Roman" w:cs="Times New Roman"/>
        </w:rPr>
        <w:t xml:space="preserve"> </w:t>
      </w:r>
      <w:r>
        <w:rPr>
          <w:rFonts w:ascii="Nirmala UI" w:hAnsi="Nirmala UI" w:eastAsia="Nirmala UI" w:cs="Nirmala UI"/>
        </w:rPr>
        <w:t>ପରୀକ୍ଷା</w:t>
      </w:r>
      <w:r>
        <w:rPr>
          <w:rFonts w:ascii="Times New Roman" w:hAnsi="Times New Roman" w:eastAsia="Times New Roman" w:cs="Times New Roman"/>
        </w:rPr>
        <w:t xml:space="preserve">, </w:t>
      </w:r>
      <w:r>
        <w:rPr>
          <w:rFonts w:ascii="Nirmala UI" w:hAnsi="Nirmala UI" w:eastAsia="Nirmala UI" w:cs="Nirmala UI"/>
        </w:rPr>
        <w:t>ପାପସ୍ୱୀକାର</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ଜଗତକୁ</w:t>
      </w:r>
      <w:r>
        <w:rPr>
          <w:rFonts w:ascii="Times New Roman" w:hAnsi="Times New Roman" w:eastAsia="Times New Roman" w:cs="Times New Roman"/>
        </w:rPr>
        <w:t xml:space="preserve"> </w:t>
      </w:r>
      <w:r>
        <w:rPr>
          <w:rFonts w:ascii="Nirmala UI" w:hAnsi="Nirmala UI" w:eastAsia="Nirmala UI" w:cs="Nirmala UI"/>
        </w:rPr>
        <w:t>ପରିତ୍ୟାଗ</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ପ୍ରଭୁଙ୍କ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ସାକ୍ଷାତ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ପ୍ରସ୍ତୁତି</w:t>
      </w:r>
      <w:r>
        <w:rPr>
          <w:rFonts w:ascii="Times New Roman" w:hAnsi="Times New Roman" w:eastAsia="Times New Roman" w:cs="Times New Roman"/>
        </w:rPr>
        <w:t xml:space="preserve"> </w:t>
      </w:r>
      <w:r>
        <w:rPr>
          <w:rFonts w:ascii="Nirmala UI" w:hAnsi="Nirmala UI" w:eastAsia="Nirmala UI" w:cs="Nirmala UI"/>
        </w:rPr>
        <w:t>ହିଁ</w:t>
      </w:r>
      <w:r>
        <w:rPr>
          <w:rFonts w:ascii="Times New Roman" w:hAnsi="Times New Roman" w:eastAsia="Times New Roman" w:cs="Times New Roman"/>
        </w:rPr>
        <w:t xml:space="preserve"> </w:t>
      </w:r>
      <w:r>
        <w:rPr>
          <w:rFonts w:ascii="Nirmala UI" w:hAnsi="Nirmala UI" w:eastAsia="Nirmala UI" w:cs="Nirmala UI"/>
        </w:rPr>
        <w:t>ଯନ୍ତ୍ରଣାକ୍ଲିଷ୍ଟ</w:t>
      </w:r>
      <w:r>
        <w:rPr>
          <w:rFonts w:ascii="Times New Roman" w:hAnsi="Times New Roman" w:eastAsia="Times New Roman" w:cs="Times New Roman"/>
        </w:rPr>
        <w:t xml:space="preserve"> </w:t>
      </w:r>
      <w:r>
        <w:rPr>
          <w:rFonts w:ascii="Nirmala UI" w:hAnsi="Nirmala UI" w:eastAsia="Nirmala UI" w:cs="Nirmala UI"/>
        </w:rPr>
        <w:t>ଆତ୍ମାମାନଙ୍କର</w:t>
      </w:r>
      <w:r>
        <w:rPr>
          <w:rFonts w:ascii="Times New Roman" w:hAnsi="Times New Roman" w:eastAsia="Times New Roman" w:cs="Times New Roman"/>
        </w:rPr>
        <w:t xml:space="preserve"> </w:t>
      </w:r>
      <w:r>
        <w:rPr>
          <w:rFonts w:ascii="Nirmala UI" w:hAnsi="Nirmala UI" w:eastAsia="Nirmala UI" w:cs="Nirmala UI"/>
        </w:rPr>
        <w:t>ଭାର</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ସେଠାରେ</w:t>
      </w:r>
      <w:r>
        <w:rPr>
          <w:rFonts w:ascii="Times New Roman" w:hAnsi="Times New Roman" w:eastAsia="Times New Roman" w:cs="Times New Roman"/>
        </w:rPr>
        <w:t xml:space="preserve"> </w:t>
      </w:r>
      <w:r>
        <w:rPr>
          <w:rFonts w:ascii="Nirmala UI" w:hAnsi="Nirmala UI" w:eastAsia="Nirmala UI" w:cs="Nirmala UI"/>
        </w:rPr>
        <w:t>ଅବିରତ</w:t>
      </w:r>
      <w:r>
        <w:rPr>
          <w:rFonts w:ascii="Times New Roman" w:hAnsi="Times New Roman" w:eastAsia="Times New Roman" w:cs="Times New Roman"/>
        </w:rPr>
        <w:t xml:space="preserve"> </w:t>
      </w:r>
      <w:r>
        <w:rPr>
          <w:rFonts w:ascii="Nirmala UI" w:hAnsi="Nirmala UI" w:eastAsia="Nirmala UI" w:cs="Nirmala UI"/>
        </w:rPr>
        <w:t>ପ୍ରାର୍ଥନା</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ପରମେଶ୍ୱରଙ୍କ</w:t>
      </w:r>
      <w:r>
        <w:rPr>
          <w:rFonts w:ascii="Times New Roman" w:hAnsi="Times New Roman" w:eastAsia="Times New Roman" w:cs="Times New Roman"/>
        </w:rPr>
        <w:t xml:space="preserve"> </w:t>
      </w:r>
      <w:r>
        <w:rPr>
          <w:rFonts w:ascii="Nirmala UI" w:hAnsi="Nirmala UI" w:eastAsia="Nirmala UI" w:cs="Nirmala UI"/>
        </w:rPr>
        <w:t>ପ୍ରତି</w:t>
      </w:r>
      <w:r>
        <w:rPr>
          <w:rFonts w:ascii="Times New Roman" w:hAnsi="Times New Roman" w:eastAsia="Times New Roman" w:cs="Times New Roman"/>
        </w:rPr>
        <w:t xml:space="preserve"> </w:t>
      </w:r>
      <w:r>
        <w:rPr>
          <w:rFonts w:ascii="Nirmala UI" w:hAnsi="Nirmala UI" w:eastAsia="Nirmala UI" w:cs="Nirmala UI"/>
        </w:rPr>
        <w:t>ନିରପେକ୍ଷ</w:t>
      </w:r>
      <w:r>
        <w:rPr>
          <w:rFonts w:ascii="Times New Roman" w:hAnsi="Times New Roman" w:eastAsia="Times New Roman" w:cs="Times New Roman"/>
        </w:rPr>
        <w:t xml:space="preserve"> </w:t>
      </w:r>
      <w:r>
        <w:rPr>
          <w:rFonts w:ascii="Nirmala UI" w:hAnsi="Nirmala UI" w:eastAsia="Nirmala UI" w:cs="Nirmala UI"/>
        </w:rPr>
        <w:t>ଆତ୍ମସମର୍ପଣ</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The Great Controversy, 400, 401.</w:t>
      </w:r>
    </w:p>
    <w:p>
      <w:pPr>
        <w:pStyle w:val="ArticleBody"/>
        <w:jc w:val="left"/>
      </w:pPr>
      <w:r>
        <w:rPr>
          <w:rFonts w:ascii="Nirmala UI" w:hAnsi="Nirmala UI" w:eastAsia="Nirmala UI" w:cs="Nirmala UI"/>
        </w:rPr>
        <w:t>ଅକ୍ଟୋବର</w:t>
      </w:r>
      <w:r>
        <w:rPr>
          <w:rFonts w:ascii="Times New Roman" w:hAnsi="Times New Roman" w:eastAsia="Times New Roman" w:cs="Times New Roman"/>
        </w:rPr>
        <w:t xml:space="preserve"> 22, 1844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ବନ୍ଦ</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ଶୀଘ୍ର</w:t>
      </w:r>
      <w:r>
        <w:rPr>
          <w:rFonts w:ascii="Times New Roman" w:hAnsi="Times New Roman" w:eastAsia="Times New Roman" w:cs="Times New Roman"/>
        </w:rPr>
        <w:t xml:space="preserve"> </w:t>
      </w:r>
      <w:r>
        <w:rPr>
          <w:rFonts w:ascii="Nirmala UI" w:hAnsi="Nirmala UI" w:eastAsia="Nirmala UI" w:cs="Nirmala UI"/>
        </w:rPr>
        <w:t>ଆସନ୍ତା</w:t>
      </w:r>
      <w:r>
        <w:rPr>
          <w:rFonts w:ascii="Times New Roman" w:hAnsi="Times New Roman" w:eastAsia="Times New Roman" w:cs="Times New Roman"/>
        </w:rPr>
        <w:t xml:space="preserve"> </w:t>
      </w:r>
      <w:r>
        <w:rPr>
          <w:rFonts w:ascii="Nirmala UI" w:hAnsi="Nirmala UI" w:eastAsia="Nirmala UI" w:cs="Nirmala UI"/>
        </w:rPr>
        <w:t>ରବିବାରୀୟ</w:t>
      </w:r>
      <w:r>
        <w:rPr>
          <w:rFonts w:ascii="Times New Roman" w:hAnsi="Times New Roman" w:eastAsia="Times New Roman" w:cs="Times New Roman"/>
        </w:rPr>
        <w:t xml:space="preserve"> </w:t>
      </w:r>
      <w:r>
        <w:rPr>
          <w:rFonts w:ascii="Nirmala UI" w:hAnsi="Nirmala UI" w:eastAsia="Nirmala UI" w:cs="Nirmala UI"/>
        </w:rPr>
        <w:t>ଆଇନର</w:t>
      </w:r>
      <w:r>
        <w:rPr>
          <w:rFonts w:ascii="Times New Roman" w:hAnsi="Times New Roman" w:eastAsia="Times New Roman" w:cs="Times New Roman"/>
        </w:rPr>
        <w:t xml:space="preserve"> </w:t>
      </w:r>
      <w:r>
        <w:rPr>
          <w:rFonts w:ascii="Nirmala UI" w:hAnsi="Nirmala UI" w:eastAsia="Nirmala UI" w:cs="Nirmala UI"/>
        </w:rPr>
        <w:t>ପ୍ରତୀକ</w:t>
      </w:r>
      <w:r>
        <w:rPr>
          <w:rFonts w:ascii="Times New Roman" w:hAnsi="Times New Roman" w:eastAsia="Times New Roman" w:cs="Times New Roman"/>
        </w:rPr>
        <w:t xml:space="preserve"> </w:t>
      </w:r>
      <w:r>
        <w:rPr>
          <w:rFonts w:ascii="Nirmala UI" w:hAnsi="Nirmala UI" w:eastAsia="Nirmala UI" w:cs="Nirmala UI"/>
        </w:rPr>
        <w:t>ଅଟେ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ଅକ୍ଟୋବର</w:t>
      </w:r>
      <w:r>
        <w:rPr>
          <w:rFonts w:ascii="Times New Roman" w:hAnsi="Times New Roman" w:eastAsia="Times New Roman" w:cs="Times New Roman"/>
        </w:rPr>
        <w:t xml:space="preserve"> 22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ବନ୍ଦ</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ପୂର୍ବରୁ</w:t>
      </w:r>
      <w:r>
        <w:rPr>
          <w:rFonts w:ascii="Times New Roman" w:hAnsi="Times New Roman" w:eastAsia="Times New Roman" w:cs="Times New Roman"/>
        </w:rPr>
        <w:t xml:space="preserve"> </w:t>
      </w:r>
      <w:r>
        <w:rPr>
          <w:rFonts w:ascii="Nirmala UI" w:hAnsi="Nirmala UI" w:eastAsia="Nirmala UI" w:cs="Nirmala UI"/>
        </w:rPr>
        <w:t>ଥିବା</w:t>
      </w:r>
      <w:r>
        <w:rPr>
          <w:rFonts w:ascii="Times New Roman" w:hAnsi="Times New Roman" w:eastAsia="Times New Roman" w:cs="Times New Roman"/>
        </w:rPr>
        <w:t xml:space="preserve"> </w:t>
      </w:r>
      <w:r>
        <w:rPr>
          <w:rFonts w:ascii="Nirmala UI" w:hAnsi="Nirmala UI" w:eastAsia="Nirmala UI" w:cs="Nirmala UI"/>
        </w:rPr>
        <w:t>ପଥଚିହ୍ନ</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Exeter camp meeting</w:t>
      </w:r>
      <w:r>
        <w:rPr>
          <w:rFonts w:ascii="Nirmala UI" w:hAnsi="Nirmala UI" w:eastAsia="Nirmala UI" w:cs="Nirmala UI"/>
        </w:rPr>
        <w:t>।</w:t>
      </w:r>
      <w:r>
        <w:rPr>
          <w:rFonts w:ascii="Times New Roman" w:hAnsi="Times New Roman" w:eastAsia="Times New Roman" w:cs="Times New Roman"/>
        </w:rPr>
        <w:t xml:space="preserve"> </w:t>
      </w:r>
      <w:r>
        <w:rPr>
          <w:rFonts w:ascii="Nirmala UI" w:hAnsi="Nirmala UI" w:eastAsia="Nirmala UI" w:cs="Nirmala UI"/>
        </w:rPr>
        <w:t>ତେଣୁ</w:t>
      </w:r>
      <w:r>
        <w:rPr>
          <w:rFonts w:ascii="Times New Roman" w:hAnsi="Times New Roman" w:eastAsia="Times New Roman" w:cs="Times New Roman"/>
        </w:rPr>
        <w:t xml:space="preserve"> Exeter camp meeting, Edict of Milan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ସମନ୍ୱୟରେ</w:t>
      </w:r>
      <w:r>
        <w:rPr>
          <w:rFonts w:ascii="Times New Roman" w:hAnsi="Times New Roman" w:eastAsia="Times New Roman" w:cs="Times New Roman"/>
        </w:rPr>
        <w:t xml:space="preserve"> </w:t>
      </w:r>
      <w:r>
        <w:rPr>
          <w:rFonts w:ascii="Nirmala UI" w:hAnsi="Nirmala UI" w:eastAsia="Nirmala UI" w:cs="Nirmala UI"/>
        </w:rPr>
        <w:t>ଅଛି।</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ଖ୍ରୀଷ୍ଟଙ୍କର</w:t>
      </w:r>
      <w:r>
        <w:rPr>
          <w:rFonts w:ascii="Times New Roman" w:hAnsi="Times New Roman" w:eastAsia="Times New Roman" w:cs="Times New Roman"/>
        </w:rPr>
        <w:t xml:space="preserve"> </w:t>
      </w:r>
      <w:r>
        <w:rPr>
          <w:rFonts w:ascii="Nirmala UI" w:hAnsi="Nirmala UI" w:eastAsia="Nirmala UI" w:cs="Nirmala UI"/>
        </w:rPr>
        <w:t>ବିଜୟୋତ୍ସବମୟ</w:t>
      </w:r>
      <w:r>
        <w:rPr>
          <w:rFonts w:ascii="Times New Roman" w:hAnsi="Times New Roman" w:eastAsia="Times New Roman" w:cs="Times New Roman"/>
        </w:rPr>
        <w:t xml:space="preserve"> </w:t>
      </w:r>
      <w:r>
        <w:rPr>
          <w:rFonts w:ascii="Nirmala UI" w:hAnsi="Nirmala UI" w:eastAsia="Nirmala UI" w:cs="Nirmala UI"/>
        </w:rPr>
        <w:t>ପ୍ରବେଶ</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ସମନ୍ୱୟରେ</w:t>
      </w:r>
      <w:r>
        <w:rPr>
          <w:rFonts w:ascii="Times New Roman" w:hAnsi="Times New Roman" w:eastAsia="Times New Roman" w:cs="Times New Roman"/>
        </w:rPr>
        <w:t xml:space="preserve"> </w:t>
      </w:r>
      <w:r>
        <w:rPr>
          <w:rFonts w:ascii="Nirmala UI" w:hAnsi="Nirmala UI" w:eastAsia="Nirmala UI" w:cs="Nirmala UI"/>
        </w:rPr>
        <w:t>ଅଛି।</w:t>
      </w:r>
    </w:p>
    <w:p>
      <w:pPr>
        <w:pStyle w:val="ArticleScripture"/>
        <w:jc w:val="left"/>
      </w:pPr>
      <w:r>
        <w:rPr>
          <w:rFonts w:ascii="Times New Roman" w:hAnsi="Times New Roman" w:eastAsia="Times New Roman" w:cs="Times New Roman"/>
        </w:rPr>
        <w:t>“Lallaba halkan walakkeessaa sana falmiidhaan baayʼinaan hin babalʼifamne; haa taʼu malee, ragaan Macaafa Qulqulluu ifaa fi xumuraa ture. Isaa wajjin humni kakaasu tokko deeme; humni sun lubbuu sochoose. Shakkiin hin turre, gaaffiinis hin kaane. Yeroo Kiristoos moʼichaadhaan gara Yerusaalem seenuu isaatti, namoonni ayyaana eeguuf kutaa biyya hunduma irraa walitti qabaman gara Gaara Ejersaa yaaʼan; yeroo isaan tuuta Yesuusin geggeessaa ture sanatti makamanis, kakaʼumsa yeroo sanaa qabatanii, iyya, ‘Kan maqaa Gooftaa dhufus eebbifamaadha!’ jedhu guddisuuf gargaaraan turan. [Maatewos 21:9.] Akkuma kanaan, warri hin amannee walgaʼii Adventistootaa irratti walitti yaaʼan—gariin fedhii ilaaluuf, gariin ammoo qooduuf qofa—humna amansiisaa ergaa, ‘Kunoo, Misirrichi dhufeera!’ jedhu wajjin deemaa ture sana ni hubatan.” Spirit of Prophecy, volume 4, 250.</w:t>
      </w:r>
    </w:p>
    <w:p>
      <w:pPr>
        <w:pStyle w:val="ArticleBody"/>
        <w:jc w:val="left"/>
      </w:pPr>
      <w:r>
        <w:rPr>
          <w:rFonts w:ascii="Times New Roman" w:hAnsi="Times New Roman" w:eastAsia="Times New Roman" w:cs="Times New Roman"/>
        </w:rPr>
        <w:t>Labsii Maayilaan raajii isa bara 587 Dh.K.D. keessatti Nebukadnezaariin, akkasumas isa bara 66 keessatti Cestiyaasiin fakkeenyeffame sana raawwii raajii keessatti marfamuu sana agarsiisa. Marfamoonni lamaan sunis Yerusaalem akkaataa isaanii irratti walitti aansuun bara 586 Dh.K.D. fi bara 70 keessatti badiisaaf geessan. Marfamni Cestiyaas xumurame; waggaa sadii fi walakkaa booddee immoo marfamni sun Tiitoosiin jalatti irra deebiʼamee jalqabame; kanaanis yeroo raajii tokko kan bulchaa Roomaa alfaatiin jalqabee bulchaa oomegaatiin xumuramu ni kenna. Waggaan sadii fi walakkaan sun Yerusaalem paaphaasiidhaan dhidhiitamuu agarsiisu; akkasumas seera Dilbataa yeroo dhihoo keessatti dhufu, yeroo madaan duʼaa paaphaasummaa fayyee isheen deebiʼitee waggaa sadii fi walakkaa fakkeenyaa mootummaa qabdu sana ni agarsiisa.</w:t>
      </w:r>
    </w:p>
    <w:p>
      <w:pPr>
        <w:pStyle w:val="ArticleScripture"/>
        <w:jc w:val="left"/>
      </w:pPr>
      <w:r>
        <w:rPr>
          <w:rFonts w:ascii="Times New Roman" w:hAnsi="Times New Roman" w:eastAsia="Times New Roman" w:cs="Times New Roman"/>
        </w:rPr>
        <w:t>Garuu iddoo oobdii mana qulqullummaatti alatti jirtu dhiisi; ishee hin safarin; sababiin isaas saboota Ormaatiif kennameera; magaalaan qulqulluunis jiʼoota afurtamii lama miilla isaanii jalatti dhidhiitamti. Mul’ata Yohaannis 11:2.</w:t>
      </w:r>
    </w:p>
    <w:p>
      <w:pPr>
        <w:pStyle w:val="ArticleBody"/>
        <w:jc w:val="left"/>
      </w:pP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ପୁଣି</w:t>
      </w:r>
      <w:r>
        <w:rPr>
          <w:rFonts w:ascii="Times New Roman" w:hAnsi="Times New Roman" w:eastAsia="Times New Roman" w:cs="Times New Roman"/>
        </w:rPr>
        <w:t xml:space="preserve"> </w:t>
      </w:r>
      <w:r>
        <w:rPr>
          <w:rFonts w:ascii="Nirmala UI" w:hAnsi="Nirmala UI" w:eastAsia="Nirmala UI" w:cs="Nirmala UI"/>
        </w:rPr>
        <w:t>ଆସନ୍ତା</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ଆଇନର</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ଯେରୁଶାଲେମକୁ</w:t>
      </w:r>
      <w:r>
        <w:rPr>
          <w:rFonts w:ascii="Times New Roman" w:hAnsi="Times New Roman" w:eastAsia="Times New Roman" w:cs="Times New Roman"/>
        </w:rPr>
        <w:t xml:space="preserve"> </w:t>
      </w:r>
      <w:r>
        <w:rPr>
          <w:rFonts w:ascii="Nirmala UI" w:hAnsi="Nirmala UI" w:eastAsia="Nirmala UI" w:cs="Nirmala UI"/>
        </w:rPr>
        <w:t>ପଦଦଳିତ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ହୁଏ।</w:t>
      </w:r>
      <w:r>
        <w:rPr>
          <w:rFonts w:ascii="Times New Roman" w:hAnsi="Times New Roman" w:eastAsia="Times New Roman" w:cs="Times New Roman"/>
        </w:rPr>
        <w:t xml:space="preserve"> </w:t>
      </w:r>
      <w:r>
        <w:rPr>
          <w:rFonts w:ascii="Nirmala UI" w:hAnsi="Nirmala UI" w:eastAsia="Nirmala UI" w:cs="Nirmala UI"/>
        </w:rPr>
        <w:t>ସେଇ</w:t>
      </w:r>
      <w:r>
        <w:rPr>
          <w:rFonts w:ascii="Times New Roman" w:hAnsi="Times New Roman" w:eastAsia="Times New Roman" w:cs="Times New Roman"/>
        </w:rPr>
        <w:t xml:space="preserve"> </w:t>
      </w:r>
      <w:r>
        <w:rPr>
          <w:rFonts w:ascii="Nirmala UI" w:hAnsi="Nirmala UI" w:eastAsia="Nirmala UI" w:cs="Nirmala UI"/>
        </w:rPr>
        <w:t>ଦୁଇଟି</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ଆଇନକୁ</w:t>
      </w:r>
      <w:r>
        <w:rPr>
          <w:rFonts w:ascii="Times New Roman" w:hAnsi="Times New Roman" w:eastAsia="Times New Roman" w:cs="Times New Roman"/>
        </w:rPr>
        <w:t xml:space="preserve"> </w:t>
      </w:r>
      <w:r>
        <w:rPr>
          <w:rFonts w:ascii="Nirmala UI" w:hAnsi="Nirmala UI" w:eastAsia="Nirmala UI" w:cs="Nirmala UI"/>
        </w:rPr>
        <w:t>ମହାନ</w:t>
      </w:r>
      <w:r>
        <w:rPr>
          <w:rFonts w:ascii="Times New Roman" w:hAnsi="Times New Roman" w:eastAsia="Times New Roman" w:cs="Times New Roman"/>
        </w:rPr>
        <w:t xml:space="preserve"> </w:t>
      </w:r>
      <w:r>
        <w:rPr>
          <w:rFonts w:ascii="Nirmala UI" w:hAnsi="Nirmala UI" w:eastAsia="Nirmala UI" w:cs="Nirmala UI"/>
        </w:rPr>
        <w:t>କନ୍ଷ୍ଟାଣ୍ଟିନ</w:t>
      </w:r>
      <w:r>
        <w:rPr>
          <w:rFonts w:ascii="Times New Roman" w:hAnsi="Times New Roman" w:eastAsia="Times New Roman" w:cs="Times New Roman"/>
        </w:rPr>
        <w:t xml:space="preserve"> </w:t>
      </w:r>
      <w:r>
        <w:rPr>
          <w:rFonts w:ascii="Nirmala UI" w:hAnsi="Nirmala UI" w:eastAsia="Nirmala UI" w:cs="Nirmala UI"/>
        </w:rPr>
        <w:t>୩୨୧</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w:t>
      </w:r>
      <w:r>
        <w:rPr>
          <w:rFonts w:ascii="Times New Roman" w:hAnsi="Times New Roman" w:eastAsia="Times New Roman" w:cs="Times New Roman"/>
        </w:rPr>
        <w:t xml:space="preserve"> </w:t>
      </w:r>
      <w:r>
        <w:rPr>
          <w:rFonts w:ascii="Nirmala UI" w:hAnsi="Nirmala UI" w:eastAsia="Nirmala UI" w:cs="Nirmala UI"/>
        </w:rPr>
        <w:t>ପାସ୍</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କରାଯାଇଥିଲା।</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ସେସ୍ତିଉସ୍</w:t>
      </w:r>
      <w:r>
        <w:rPr>
          <w:rFonts w:ascii="Times New Roman" w:hAnsi="Times New Roman" w:eastAsia="Times New Roman" w:cs="Times New Roman"/>
        </w:rPr>
        <w:t xml:space="preserve"> </w:t>
      </w:r>
      <w:r>
        <w:rPr>
          <w:rFonts w:ascii="Nirmala UI" w:hAnsi="Nirmala UI" w:eastAsia="Nirmala UI" w:cs="Nirmala UI"/>
        </w:rPr>
        <w:t>ଠାରୁ</w:t>
      </w:r>
      <w:r>
        <w:rPr>
          <w:rFonts w:ascii="Times New Roman" w:hAnsi="Times New Roman" w:eastAsia="Times New Roman" w:cs="Times New Roman"/>
        </w:rPr>
        <w:t xml:space="preserve"> </w:t>
      </w:r>
      <w:r>
        <w:rPr>
          <w:rFonts w:ascii="Nirmala UI" w:hAnsi="Nirmala UI" w:eastAsia="Nirmala UI" w:cs="Nirmala UI"/>
        </w:rPr>
        <w:t>ଟାଇଟସ୍</w:t>
      </w:r>
      <w:r>
        <w:rPr>
          <w:rFonts w:ascii="Times New Roman" w:hAnsi="Times New Roman" w:eastAsia="Times New Roman" w:cs="Times New Roman"/>
        </w:rPr>
        <w:t xml:space="preserve"> </w:t>
      </w:r>
      <w:r>
        <w:rPr>
          <w:rFonts w:ascii="Nirmala UI" w:hAnsi="Nirmala UI" w:eastAsia="Nirmala UI" w:cs="Nirmala UI"/>
        </w:rPr>
        <w:t>ପର୍ଯ୍ୟନ୍ତର</w:t>
      </w:r>
      <w:r>
        <w:rPr>
          <w:rFonts w:ascii="Times New Roman" w:hAnsi="Times New Roman" w:eastAsia="Times New Roman" w:cs="Times New Roman"/>
        </w:rPr>
        <w:t xml:space="preserve"> </w:t>
      </w:r>
      <w:r>
        <w:rPr>
          <w:rFonts w:ascii="Nirmala UI" w:hAnsi="Nirmala UI" w:eastAsia="Nirmala UI" w:cs="Nirmala UI"/>
        </w:rPr>
        <w:t>ଇତିହାସ</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ପ୍ରତିନିଧିତ୍ୱ</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ପାପତନ୍ତ୍ରକୁ</w:t>
      </w:r>
      <w:r>
        <w:rPr>
          <w:rFonts w:ascii="Times New Roman" w:hAnsi="Times New Roman" w:eastAsia="Times New Roman" w:cs="Times New Roman"/>
        </w:rPr>
        <w:t xml:space="preserve"> </w:t>
      </w:r>
      <w:r>
        <w:rPr>
          <w:rFonts w:ascii="Nirmala UI" w:hAnsi="Nirmala UI" w:eastAsia="Nirmala UI" w:cs="Nirmala UI"/>
        </w:rPr>
        <w:t>ତିନି</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ଅର୍ଦ୍ଧ</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ପର୍ଯ୍ୟନ୍ତ</w:t>
      </w:r>
      <w:r>
        <w:rPr>
          <w:rFonts w:ascii="Times New Roman" w:hAnsi="Times New Roman" w:eastAsia="Times New Roman" w:cs="Times New Roman"/>
        </w:rPr>
        <w:t xml:space="preserve"> </w:t>
      </w:r>
      <w:r>
        <w:rPr>
          <w:rFonts w:ascii="Nirmala UI" w:hAnsi="Nirmala UI" w:eastAsia="Nirmala UI" w:cs="Nirmala UI"/>
        </w:rPr>
        <w:t>ଈଶ୍ୱରଙ୍କ</w:t>
      </w:r>
      <w:r>
        <w:rPr>
          <w:rFonts w:ascii="Times New Roman" w:hAnsi="Times New Roman" w:eastAsia="Times New Roman" w:cs="Times New Roman"/>
        </w:rPr>
        <w:t xml:space="preserve"> </w:t>
      </w:r>
      <w:r>
        <w:rPr>
          <w:rFonts w:ascii="Nirmala UI" w:hAnsi="Nirmala UI" w:eastAsia="Nirmala UI" w:cs="Nirmala UI"/>
        </w:rPr>
        <w:t>କଳିସିୟାକୁ</w:t>
      </w:r>
      <w:r>
        <w:rPr>
          <w:rFonts w:ascii="Times New Roman" w:hAnsi="Times New Roman" w:eastAsia="Times New Roman" w:cs="Times New Roman"/>
        </w:rPr>
        <w:t xml:space="preserve"> </w:t>
      </w:r>
      <w:r>
        <w:rPr>
          <w:rFonts w:ascii="Nirmala UI" w:hAnsi="Nirmala UI" w:eastAsia="Nirmala UI" w:cs="Nirmala UI"/>
        </w:rPr>
        <w:t>ନିର୍ଯାତନା</w:t>
      </w:r>
      <w:r>
        <w:rPr>
          <w:rFonts w:ascii="Times New Roman" w:hAnsi="Times New Roman" w:eastAsia="Times New Roman" w:cs="Times New Roman"/>
        </w:rPr>
        <w:t xml:space="preserve"> </w:t>
      </w:r>
      <w:r>
        <w:rPr>
          <w:rFonts w:ascii="Nirmala UI" w:hAnsi="Nirmala UI" w:eastAsia="Nirmala UI" w:cs="Nirmala UI"/>
        </w:rPr>
        <w:t>ଦେବା</w:t>
      </w:r>
      <w:r>
        <w:rPr>
          <w:rFonts w:ascii="Times New Roman" w:hAnsi="Times New Roman" w:eastAsia="Times New Roman" w:cs="Times New Roman"/>
        </w:rPr>
        <w:t xml:space="preserve"> (</w:t>
      </w:r>
      <w:r>
        <w:rPr>
          <w:rFonts w:ascii="Nirmala UI" w:hAnsi="Nirmala UI" w:eastAsia="Nirmala UI" w:cs="Nirmala UI"/>
        </w:rPr>
        <w:t>ପଦଦଳିତ</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ପ୍ରଦାନ</w:t>
      </w:r>
      <w:r>
        <w:rPr>
          <w:rFonts w:ascii="Times New Roman" w:hAnsi="Times New Roman" w:eastAsia="Times New Roman" w:cs="Times New Roman"/>
        </w:rPr>
        <w:t xml:space="preserve"> </w:t>
      </w:r>
      <w:r>
        <w:rPr>
          <w:rFonts w:ascii="Nirmala UI" w:hAnsi="Nirmala UI" w:eastAsia="Nirmala UI" w:cs="Nirmala UI"/>
        </w:rPr>
        <w:t>କରାଯାଇଥିଲା।</w:t>
      </w:r>
      <w:r>
        <w:rPr>
          <w:rFonts w:ascii="Times New Roman" w:hAnsi="Times New Roman" w:eastAsia="Times New Roman" w:cs="Times New Roman"/>
        </w:rPr>
        <w:t xml:space="preserve"> </w:t>
      </w:r>
      <w:r>
        <w:rPr>
          <w:rFonts w:ascii="Nirmala UI" w:hAnsi="Nirmala UI" w:eastAsia="Nirmala UI" w:cs="Nirmala UI"/>
        </w:rPr>
        <w:t>୫୩୮</w:t>
      </w:r>
      <w:r>
        <w:rPr>
          <w:rFonts w:ascii="Times New Roman" w:hAnsi="Times New Roman" w:eastAsia="Times New Roman" w:cs="Times New Roman"/>
        </w:rPr>
        <w:t xml:space="preserve">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ଅର୍ଲିଅାନସ୍</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ତୃତୀୟ</w:t>
      </w:r>
      <w:r>
        <w:rPr>
          <w:rFonts w:ascii="Times New Roman" w:hAnsi="Times New Roman" w:eastAsia="Times New Roman" w:cs="Times New Roman"/>
        </w:rPr>
        <w:t xml:space="preserve"> </w:t>
      </w:r>
      <w:r>
        <w:rPr>
          <w:rFonts w:ascii="Nirmala UI" w:hAnsi="Nirmala UI" w:eastAsia="Nirmala UI" w:cs="Nirmala UI"/>
        </w:rPr>
        <w:t>ପରିଷଦରେ</w:t>
      </w:r>
      <w:r>
        <w:rPr>
          <w:rFonts w:ascii="Times New Roman" w:hAnsi="Times New Roman" w:eastAsia="Times New Roman" w:cs="Times New Roman"/>
        </w:rPr>
        <w:t xml:space="preserve"> </w:t>
      </w:r>
      <w:r>
        <w:rPr>
          <w:rFonts w:ascii="Nirmala UI" w:hAnsi="Nirmala UI" w:eastAsia="Nirmala UI" w:cs="Nirmala UI"/>
        </w:rPr>
        <w:t>ପାପତନ୍ତ୍ର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w:t>
      </w:r>
      <w:r>
        <w:rPr>
          <w:rFonts w:ascii="Times New Roman" w:hAnsi="Times New Roman" w:eastAsia="Times New Roman" w:cs="Times New Roman"/>
        </w:rPr>
        <w:t xml:space="preserve"> </w:t>
      </w:r>
      <w:r>
        <w:rPr>
          <w:rFonts w:ascii="Nirmala UI" w:hAnsi="Nirmala UI" w:eastAsia="Nirmala UI" w:cs="Nirmala UI"/>
        </w:rPr>
        <w:t>ପାସ୍</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ଶୀଘ୍ର</w:t>
      </w:r>
      <w:r>
        <w:rPr>
          <w:rFonts w:ascii="Times New Roman" w:hAnsi="Times New Roman" w:eastAsia="Times New Roman" w:cs="Times New Roman"/>
        </w:rPr>
        <w:t xml:space="preserve"> </w:t>
      </w:r>
      <w:r>
        <w:rPr>
          <w:rFonts w:ascii="Nirmala UI" w:hAnsi="Nirmala UI" w:eastAsia="Nirmala UI" w:cs="Nirmala UI"/>
        </w:rPr>
        <w:t>ଆସୁଥିବା</w:t>
      </w:r>
      <w:r>
        <w:rPr>
          <w:rFonts w:ascii="Times New Roman" w:hAnsi="Times New Roman" w:eastAsia="Times New Roman" w:cs="Times New Roman"/>
        </w:rPr>
        <w:t xml:space="preserve"> </w:t>
      </w:r>
      <w:r>
        <w:rPr>
          <w:rFonts w:ascii="Nirmala UI" w:hAnsi="Nirmala UI" w:eastAsia="Nirmala UI" w:cs="Nirmala UI"/>
        </w:rPr>
        <w:t>ରବିବାର</w:t>
      </w:r>
      <w:r>
        <w:rPr>
          <w:rFonts w:ascii="Times New Roman" w:hAnsi="Times New Roman" w:eastAsia="Times New Roman" w:cs="Times New Roman"/>
        </w:rPr>
        <w:t xml:space="preserve"> </w:t>
      </w:r>
      <w:r>
        <w:rPr>
          <w:rFonts w:ascii="Nirmala UI" w:hAnsi="Nirmala UI" w:eastAsia="Nirmala UI" w:cs="Nirmala UI"/>
        </w:rPr>
        <w:t>ଆଇନ</w:t>
      </w:r>
      <w:r>
        <w:rPr>
          <w:rFonts w:ascii="Times New Roman" w:hAnsi="Times New Roman" w:eastAsia="Times New Roman" w:cs="Times New Roman"/>
        </w:rPr>
        <w:t xml:space="preserve"> </w:t>
      </w:r>
      <w:r>
        <w:rPr>
          <w:rFonts w:ascii="Nirmala UI" w:hAnsi="Nirmala UI" w:eastAsia="Nirmala UI" w:cs="Nirmala UI"/>
        </w:rPr>
        <w:t>ଏହାକୁ</w:t>
      </w:r>
      <w:r>
        <w:rPr>
          <w:rFonts w:ascii="Times New Roman" w:hAnsi="Times New Roman" w:eastAsia="Times New Roman" w:cs="Times New Roman"/>
        </w:rPr>
        <w:t xml:space="preserve"> </w:t>
      </w:r>
      <w:r>
        <w:rPr>
          <w:rFonts w:ascii="Nirmala UI" w:hAnsi="Nirmala UI" w:eastAsia="Nirmala UI" w:cs="Nirmala UI"/>
        </w:rPr>
        <w:t>ଚିହ୍ନିତ</w:t>
      </w:r>
      <w:r>
        <w:rPr>
          <w:rFonts w:ascii="Times New Roman" w:hAnsi="Times New Roman" w:eastAsia="Times New Roman" w:cs="Times New Roman"/>
        </w:rPr>
        <w:t xml:space="preserve"> </w:t>
      </w:r>
      <w:r>
        <w:rPr>
          <w:rFonts w:ascii="Nirmala UI" w:hAnsi="Nirmala UI" w:eastAsia="Nirmala UI" w:cs="Nirmala UI"/>
        </w:rPr>
        <w:t>କରେ</w:t>
      </w:r>
      <w:r>
        <w:rPr>
          <w:rFonts w:ascii="Times New Roman" w:hAnsi="Times New Roman" w:eastAsia="Times New Roman" w:cs="Times New Roman"/>
        </w:rPr>
        <w:t xml:space="preserve"> </w:t>
      </w:r>
      <w:r>
        <w:rPr>
          <w:rFonts w:ascii="Nirmala UI" w:hAnsi="Nirmala UI" w:eastAsia="Nirmala UI" w:cs="Nirmala UI"/>
        </w:rPr>
        <w:t>ଯେ</w:t>
      </w:r>
      <w:r>
        <w:rPr>
          <w:rFonts w:ascii="Times New Roman" w:hAnsi="Times New Roman" w:eastAsia="Times New Roman" w:cs="Times New Roman"/>
        </w:rPr>
        <w:t xml:space="preserve"> </w:t>
      </w:r>
      <w:r>
        <w:rPr>
          <w:rFonts w:ascii="Nirmala UI" w:hAnsi="Nirmala UI" w:eastAsia="Nirmala UI" w:cs="Nirmala UI"/>
        </w:rPr>
        <w:t>କେବେ</w:t>
      </w:r>
      <w:r>
        <w:rPr>
          <w:rFonts w:ascii="Times New Roman" w:hAnsi="Times New Roman" w:eastAsia="Times New Roman" w:cs="Times New Roman"/>
        </w:rPr>
        <w:t xml:space="preserve"> </w:t>
      </w:r>
      <w:r>
        <w:rPr>
          <w:rFonts w:ascii="Nirmala UI" w:hAnsi="Nirmala UI" w:eastAsia="Nirmala UI" w:cs="Nirmala UI"/>
        </w:rPr>
        <w:t>ପାପତନ୍ତ୍ରକୁ</w:t>
      </w:r>
      <w:r>
        <w:rPr>
          <w:rFonts w:ascii="Times New Roman" w:hAnsi="Times New Roman" w:eastAsia="Times New Roman" w:cs="Times New Roman"/>
        </w:rPr>
        <w:t xml:space="preserve"> </w:t>
      </w:r>
      <w:r>
        <w:rPr>
          <w:rFonts w:ascii="Nirmala UI" w:hAnsi="Nirmala UI" w:eastAsia="Nirmala UI" w:cs="Nirmala UI"/>
        </w:rPr>
        <w:t>ପୁଣିଥରେ</w:t>
      </w:r>
      <w:r>
        <w:rPr>
          <w:rFonts w:ascii="Times New Roman" w:hAnsi="Times New Roman" w:eastAsia="Times New Roman" w:cs="Times New Roman"/>
        </w:rPr>
        <w:t xml:space="preserve"> </w:t>
      </w:r>
      <w:r>
        <w:rPr>
          <w:rFonts w:ascii="Nirmala UI" w:hAnsi="Nirmala UI" w:eastAsia="Nirmala UI" w:cs="Nirmala UI"/>
        </w:rPr>
        <w:t>ମନ୍ଦିରକୁ</w:t>
      </w:r>
      <w:r>
        <w:rPr>
          <w:rFonts w:ascii="Times New Roman" w:hAnsi="Times New Roman" w:eastAsia="Times New Roman" w:cs="Times New Roman"/>
        </w:rPr>
        <w:t xml:space="preserve"> </w:t>
      </w:r>
      <w:r>
        <w:rPr>
          <w:rFonts w:ascii="Nirmala UI" w:hAnsi="Nirmala UI" w:eastAsia="Nirmala UI" w:cs="Nirmala UI"/>
        </w:rPr>
        <w:t>ପଦଦଳିତ</w:t>
      </w:r>
      <w:r>
        <w:rPr>
          <w:rFonts w:ascii="Times New Roman" w:hAnsi="Times New Roman" w:eastAsia="Times New Roman" w:cs="Times New Roman"/>
        </w:rPr>
        <w:t xml:space="preserve"> </w:t>
      </w:r>
      <w:r>
        <w:rPr>
          <w:rFonts w:ascii="Nirmala UI" w:hAnsi="Nirmala UI" w:eastAsia="Nirmala UI" w:cs="Nirmala UI"/>
        </w:rPr>
        <w:t>କରିବାକୁ</w:t>
      </w:r>
      <w:r>
        <w:rPr>
          <w:rFonts w:ascii="Times New Roman" w:hAnsi="Times New Roman" w:eastAsia="Times New Roman" w:cs="Times New Roman"/>
        </w:rPr>
        <w:t xml:space="preserve"> (</w:t>
      </w:r>
      <w:r>
        <w:rPr>
          <w:rFonts w:ascii="Nirmala UI" w:hAnsi="Nirmala UI" w:eastAsia="Nirmala UI" w:cs="Nirmala UI"/>
        </w:rPr>
        <w:t>ନିର୍ଯାତନା</w:t>
      </w:r>
      <w:r>
        <w:rPr>
          <w:rFonts w:ascii="Times New Roman" w:hAnsi="Times New Roman" w:eastAsia="Times New Roman" w:cs="Times New Roman"/>
        </w:rPr>
        <w:t xml:space="preserve"> </w:t>
      </w:r>
      <w:r>
        <w:rPr>
          <w:rFonts w:ascii="Nirmala UI" w:hAnsi="Nirmala UI" w:eastAsia="Nirmala UI" w:cs="Nirmala UI"/>
        </w:rPr>
        <w:t>ଦେବାକୁ</w:t>
      </w:r>
      <w:r>
        <w:rPr>
          <w:rFonts w:ascii="Times New Roman" w:hAnsi="Times New Roman" w:eastAsia="Times New Roman" w:cs="Times New Roman"/>
        </w:rPr>
        <w:t xml:space="preserve">) </w:t>
      </w:r>
      <w:r>
        <w:rPr>
          <w:rFonts w:ascii="Nirmala UI" w:hAnsi="Nirmala UI" w:eastAsia="Nirmala UI" w:cs="Nirmala UI"/>
        </w:rPr>
        <w:t>ଶକ୍ତି</w:t>
      </w:r>
      <w:r>
        <w:rPr>
          <w:rFonts w:ascii="Times New Roman" w:hAnsi="Times New Roman" w:eastAsia="Times New Roman" w:cs="Times New Roman"/>
        </w:rPr>
        <w:t xml:space="preserve"> </w:t>
      </w:r>
      <w:r>
        <w:rPr>
          <w:rFonts w:ascii="Nirmala UI" w:hAnsi="Nirmala UI" w:eastAsia="Nirmala UI" w:cs="Nirmala UI"/>
        </w:rPr>
        <w:t>ପ୍ରଦାନ</w:t>
      </w:r>
      <w:r>
        <w:rPr>
          <w:rFonts w:ascii="Times New Roman" w:hAnsi="Times New Roman" w:eastAsia="Times New Roman" w:cs="Times New Roman"/>
        </w:rPr>
        <w:t xml:space="preserve"> </w:t>
      </w:r>
      <w:r>
        <w:rPr>
          <w:rFonts w:ascii="Nirmala UI" w:hAnsi="Nirmala UI" w:eastAsia="Nirmala UI" w:cs="Nirmala UI"/>
        </w:rPr>
        <w:t>କରାଯାଏ।</w:t>
      </w:r>
    </w:p>
    <w:p>
      <w:pPr>
        <w:pStyle w:val="ArticleBody"/>
        <w:jc w:val="left"/>
      </w:pPr>
      <w:r>
        <w:rPr>
          <w:rFonts w:ascii="Times New Roman" w:hAnsi="Times New Roman" w:eastAsia="Times New Roman" w:cs="Times New Roman"/>
        </w:rPr>
        <w:t>313 keessatti ba’uus amantii jalqabaa isa seera Dilbataa isa jalqabaa bara 321tti geesse ni adda baasa. Sana booda, bara 330tti, mootummaan akka raajii dursee ibsameetti gara bahaatti fi dhihaatti qoodame; kanaanis xumura omeegaa yeroo lammaffaa ari’atama paaphaasummaa ji’oota mallattoo “afurtama lamaa”—yeroo ari’atamaa fi miilla jalaan dhidhiitamaa kan seera Dilbataa alfaa Ameerikaa keessatti jalqabe—ni mallatteesse.</w:t>
      </w:r>
    </w:p>
    <w:p>
      <w:pPr>
        <w:pStyle w:val="ArticleScripture"/>
        <w:jc w:val="left"/>
      </w:pPr>
      <w:r>
        <w:rPr>
          <w:rFonts w:ascii="Times New Roman" w:hAnsi="Times New Roman" w:eastAsia="Times New Roman" w:cs="Times New Roman"/>
        </w:rPr>
        <w:t>Ergasii sadaffaan isaan duukaa buʼe, sagalee guddaadhaan akkana jedhe: Namni kam iyyuu bineensichaafi fakkeenya isaa yoo waaqeffate, mallattoo isaas adda isaa irratti yookaan harka isaa irratti yoo fudhate, inni sun daadhii dheekkamsa Waaqayyoo, isa xoofoo dheekkamsa isaa keessatti utuu hin makamin guutamee dhangalaafame keessaa ni dhuga; ergasii immoo fuula ergamoota qulqullootaa duratti, fuula Hoolichaas duratti, ibiddaafi diinaadhaan ni dhiphatama. Aarri dhiphina isaanii bara baraa hamma bara baraatti ol in baʼa; warri bineensichaafi fakkeenya isaa waaqeffatan, namni maqaa isaa mallattoo isaa fudhatus, halkanii fi guyyaa boqonnaa hin qaban. Kun obsa qulqullootaati; isaan ajajawwan Waaqayyoo eeganii amantii Yesuus qabatan as jiru. Mulʼata 14:9–12.</w:t>
      </w:r>
    </w:p>
    <w:p>
      <w:pPr>
        <w:pStyle w:val="ArticleHeading"/>
        <w:jc w:val="left"/>
      </w:pPr>
      <w:r>
        <w:rPr>
          <w:rFonts w:ascii="Ebrima" w:hAnsi="Ebrima" w:eastAsia="Ebrima" w:cs="Ebrima"/>
        </w:rPr>
        <w:t>መዳላን</w:t>
      </w:r>
      <w:r>
        <w:rPr>
          <w:rFonts w:ascii="Arial" w:hAnsi="Arial" w:eastAsia="Arial" w:cs="Arial"/>
        </w:rPr>
        <w:t xml:space="preserve"> keessaa</w:t>
      </w:r>
    </w:p>
    <w:p>
      <w:pPr>
        <w:pStyle w:val="ArticleBody"/>
        <w:jc w:val="left"/>
      </w:pPr>
      <w:r>
        <w:rPr>
          <w:rFonts w:ascii="Times New Roman" w:hAnsi="Times New Roman" w:eastAsia="Times New Roman" w:cs="Times New Roman"/>
        </w:rPr>
        <w:t>‘Milan’ jedhuun hiikni Laatiin isaa giddugala dirree jechuu dha. Bahaa fi dhihaa gidduutti, bara 313 keessa, Constantine inni dhihaa Licinius isa bahaa wajjin waliigaltee barbaade. Labsichi yaalii bahaa fi dhihaa walitti fiduuf godhame ture; akkasumas, yeroo obboleettiin walakkaa Constantine, Constantia, Licinius fuute, fuudhaa waliigalteetiin labsichi ni mirkanaa’e. Garuu akkuma fuudhaa waliigaltee isa jalqabaa Daniel boqonnaa kudha tokko keessatti Seleucidoota kaabaa fi Ptolemy kibbaa gidduutti ture sanaa, fuudhaan sun milkaa’uu hin dandeenye jechuun dursee murtaa’ee ture; kunis mammaaksa durii, “bahaan bahaa dha, dhihaanis dhihaa dha, lamaan isaanii gonkumaa wal hin qunnaman” jedhu raawwatameera.</w:t>
      </w:r>
    </w:p>
    <w:p>
      <w:pPr>
        <w:pStyle w:val="ArticleBody"/>
        <w:jc w:val="left"/>
      </w:pPr>
      <w:r>
        <w:rPr>
          <w:rFonts w:ascii="Times New Roman" w:hAnsi="Times New Roman" w:eastAsia="Times New Roman" w:cs="Times New Roman"/>
        </w:rPr>
        <w:t>Bara ‘330’ sirriitti Daani’el boqonnaa kudha tokkoo keeyyata afurii fi digdamii, torbii fi digdamii, akkasumas sagalii fi digdamiitti ifatti dhihaateera. Kunis waggoota kudha torba 313 irraa eegalee hamma 330tti jiran sarara raajii Daani’el boqonnaa kudha tokkootti fidee galcha; akkasumas dirqama raajiiatiin gaa’ela waliigaltee bahaa fi dhihaa kan bara 313 keessatti ta’e, akka walbira qabamee gaa’ela waliigaltee isa jalqabaa boqonnaa isuma sana keessa jiru wajjin beekama taasisa.</w:t>
      </w:r>
    </w:p>
    <w:p>
      <w:pPr>
        <w:pStyle w:val="ArticleScripture"/>
        <w:jc w:val="left"/>
      </w:pPr>
      <w:r>
        <w:rPr>
          <w:rFonts w:ascii="Times New Roman" w:hAnsi="Times New Roman" w:eastAsia="Times New Roman" w:cs="Times New Roman"/>
        </w:rPr>
        <w:t>“Raajii keessatti raajiin Daaniʼel boqonnaa kudha tokkoffaa keessatti argamu guutummaatti raawwatamuu isaa bira gaʼeera. Seenaa baayʼeen raajii kana raawwachuudhaan taʼe irra deebiʼamee ni mudata.” Manuscript Releases, number 13, 394.</w:t>
      </w:r>
    </w:p>
    <w:p>
      <w:pPr>
        <w:pStyle w:val="ArticleBody"/>
        <w:jc w:val="left"/>
      </w:pPr>
      <w:r>
        <w:rPr>
          <w:rFonts w:ascii="Nirmala UI" w:hAnsi="Nirmala UI" w:eastAsia="Nirmala UI" w:cs="Nirmala UI"/>
        </w:rPr>
        <w:t>ଆଣ୍ଟିଓକସ୍</w:t>
      </w:r>
      <w:r>
        <w:rPr>
          <w:rFonts w:ascii="Times New Roman" w:hAnsi="Times New Roman" w:eastAsia="Times New Roman" w:cs="Times New Roman"/>
        </w:rPr>
        <w:t xml:space="preserve"> II </w:t>
      </w:r>
      <w:r>
        <w:rPr>
          <w:rFonts w:ascii="Nirmala UI" w:hAnsi="Nirmala UI" w:eastAsia="Nirmala UI" w:cs="Nirmala UI"/>
        </w:rPr>
        <w:t>ଥିଓସ୍</w:t>
      </w:r>
      <w:r>
        <w:rPr>
          <w:rFonts w:ascii="Times New Roman" w:hAnsi="Times New Roman" w:eastAsia="Times New Roman" w:cs="Times New Roman"/>
        </w:rPr>
        <w:t xml:space="preserve">, </w:t>
      </w:r>
      <w:r>
        <w:rPr>
          <w:rFonts w:ascii="Nirmala UI" w:hAnsi="Nirmala UI" w:eastAsia="Nirmala UI" w:cs="Nirmala UI"/>
        </w:rPr>
        <w:t>ଯିଏ</w:t>
      </w:r>
      <w:r>
        <w:rPr>
          <w:rFonts w:ascii="Times New Roman" w:hAnsi="Times New Roman" w:eastAsia="Times New Roman" w:cs="Times New Roman"/>
        </w:rPr>
        <w:t xml:space="preserve"> </w:t>
      </w:r>
      <w:r>
        <w:rPr>
          <w:rFonts w:ascii="Nirmala UI" w:hAnsi="Nirmala UI" w:eastAsia="Nirmala UI" w:cs="Nirmala UI"/>
        </w:rPr>
        <w:t>ଖ୍ରୀ</w:t>
      </w:r>
      <w:r>
        <w:rPr>
          <w:rFonts w:ascii="Times New Roman" w:hAnsi="Times New Roman" w:eastAsia="Times New Roman" w:cs="Times New Roman"/>
        </w:rPr>
        <w:t>.</w:t>
      </w:r>
      <w:r>
        <w:rPr>
          <w:rFonts w:ascii="Nirmala UI" w:hAnsi="Nirmala UI" w:eastAsia="Nirmala UI" w:cs="Nirmala UI"/>
        </w:rPr>
        <w:t>ପୂ</w:t>
      </w:r>
      <w:r>
        <w:rPr>
          <w:rFonts w:ascii="Times New Roman" w:hAnsi="Times New Roman" w:eastAsia="Times New Roman" w:cs="Times New Roman"/>
        </w:rPr>
        <w:t xml:space="preserve">. 261–246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ରାଜ୍ୟ</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ମିଶରର</w:t>
      </w:r>
      <w:r>
        <w:rPr>
          <w:rFonts w:ascii="Times New Roman" w:hAnsi="Times New Roman" w:eastAsia="Times New Roman" w:cs="Times New Roman"/>
        </w:rPr>
        <w:t xml:space="preserve"> </w:t>
      </w:r>
      <w:r>
        <w:rPr>
          <w:rFonts w:ascii="Nirmala UI" w:hAnsi="Nirmala UI" w:eastAsia="Nirmala UI" w:cs="Nirmala UI"/>
        </w:rPr>
        <w:t>ପ୍ଟୋଲେମି</w:t>
      </w:r>
      <w:r>
        <w:rPr>
          <w:rFonts w:ascii="Times New Roman" w:hAnsi="Times New Roman" w:eastAsia="Times New Roman" w:cs="Times New Roman"/>
        </w:rPr>
        <w:t xml:space="preserve"> II </w:t>
      </w:r>
      <w:r>
        <w:rPr>
          <w:rFonts w:ascii="Nirmala UI" w:hAnsi="Nirmala UI" w:eastAsia="Nirmala UI" w:cs="Nirmala UI"/>
        </w:rPr>
        <w:t>ଫିଲାଡେଲଫୁସଙ୍କ</w:t>
      </w:r>
      <w:r>
        <w:rPr>
          <w:rFonts w:ascii="Times New Roman" w:hAnsi="Times New Roman" w:eastAsia="Times New Roman" w:cs="Times New Roman"/>
        </w:rPr>
        <w:t xml:space="preserve"> </w:t>
      </w:r>
      <w:r>
        <w:rPr>
          <w:rFonts w:ascii="Nirmala UI" w:hAnsi="Nirmala UI" w:eastAsia="Nirmala UI" w:cs="Nirmala UI"/>
        </w:rPr>
        <w:t>କନ୍ୟା</w:t>
      </w:r>
      <w:r>
        <w:rPr>
          <w:rFonts w:ascii="Times New Roman" w:hAnsi="Times New Roman" w:eastAsia="Times New Roman" w:cs="Times New Roman"/>
        </w:rPr>
        <w:t xml:space="preserve"> </w:t>
      </w:r>
      <w:r>
        <w:rPr>
          <w:rFonts w:ascii="Nirmala UI" w:hAnsi="Nirmala UI" w:eastAsia="Nirmala UI" w:cs="Nirmala UI"/>
        </w:rPr>
        <w:t>ବେରେନିସ</w:t>
      </w:r>
      <w:r>
        <w:rPr>
          <w:rFonts w:ascii="Times New Roman" w:hAnsi="Times New Roman" w:eastAsia="Times New Roman" w:cs="Times New Roman"/>
        </w:rPr>
        <w:t xml:space="preserve"> </w:t>
      </w:r>
      <w:r>
        <w:rPr>
          <w:rFonts w:ascii="Nirmala UI" w:hAnsi="Nirmala UI" w:eastAsia="Nirmala UI" w:cs="Nirmala UI"/>
        </w:rPr>
        <w:t>ପାଇଁ</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ପତ୍ନୀ</w:t>
      </w:r>
      <w:r>
        <w:rPr>
          <w:rFonts w:ascii="Times New Roman" w:hAnsi="Times New Roman" w:eastAsia="Times New Roman" w:cs="Times New Roman"/>
        </w:rPr>
        <w:t xml:space="preserve"> </w:t>
      </w:r>
      <w:r>
        <w:rPr>
          <w:rFonts w:ascii="Nirmala UI" w:hAnsi="Nirmala UI" w:eastAsia="Nirmala UI" w:cs="Nirmala UI"/>
        </w:rPr>
        <w:t>ଲାଓଡିସ</w:t>
      </w:r>
      <w:r>
        <w:rPr>
          <w:rFonts w:ascii="Times New Roman" w:hAnsi="Times New Roman" w:eastAsia="Times New Roman" w:cs="Times New Roman"/>
        </w:rPr>
        <w:t xml:space="preserve"> I</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ପରିତ୍ୟାଗ</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ଖ୍ରୀ</w:t>
      </w:r>
      <w:r>
        <w:rPr>
          <w:rFonts w:ascii="Times New Roman" w:hAnsi="Times New Roman" w:eastAsia="Times New Roman" w:cs="Times New Roman"/>
        </w:rPr>
        <w:t>.</w:t>
      </w:r>
      <w:r>
        <w:rPr>
          <w:rFonts w:ascii="Nirmala UI" w:hAnsi="Nirmala UI" w:eastAsia="Nirmala UI" w:cs="Nirmala UI"/>
        </w:rPr>
        <w:t>ପୂ</w:t>
      </w:r>
      <w:r>
        <w:rPr>
          <w:rFonts w:ascii="Times New Roman" w:hAnsi="Times New Roman" w:eastAsia="Times New Roman" w:cs="Times New Roman"/>
        </w:rPr>
        <w:t xml:space="preserve">. 252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ଦ୍ୱିତୀୟ</w:t>
      </w:r>
      <w:r>
        <w:rPr>
          <w:rFonts w:ascii="Times New Roman" w:hAnsi="Times New Roman" w:eastAsia="Times New Roman" w:cs="Times New Roman"/>
        </w:rPr>
        <w:t xml:space="preserve"> </w:t>
      </w:r>
      <w:r>
        <w:rPr>
          <w:rFonts w:ascii="Nirmala UI" w:hAnsi="Nirmala UI" w:eastAsia="Nirmala UI" w:cs="Nirmala UI"/>
        </w:rPr>
        <w:t>ସିରିୟ</w:t>
      </w:r>
      <w:r>
        <w:rPr>
          <w:rFonts w:ascii="Times New Roman" w:hAnsi="Times New Roman" w:eastAsia="Times New Roman" w:cs="Times New Roman"/>
        </w:rPr>
        <w:t xml:space="preserve"> </w:t>
      </w:r>
      <w:r>
        <w:rPr>
          <w:rFonts w:ascii="Nirmala UI" w:hAnsi="Nirmala UI" w:eastAsia="Nirmala UI" w:cs="Nirmala UI"/>
        </w:rPr>
        <w:t>ଯୁଦ୍ଧକୁ</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ଶାନ୍ତି</w:t>
      </w:r>
      <w:r>
        <w:rPr>
          <w:rFonts w:ascii="Times New Roman" w:hAnsi="Times New Roman" w:eastAsia="Times New Roman" w:cs="Times New Roman"/>
        </w:rPr>
        <w:t>-</w:t>
      </w:r>
      <w:r>
        <w:rPr>
          <w:rFonts w:ascii="Nirmala UI" w:hAnsi="Nirmala UI" w:eastAsia="Nirmala UI" w:cs="Nirmala UI"/>
        </w:rPr>
        <w:t>ସମାଧାନର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ଅଂଶ</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କନସ୍ଟାଣ୍ଟାଇନ</w:t>
      </w:r>
      <w:r>
        <w:rPr>
          <w:rFonts w:ascii="Times New Roman" w:hAnsi="Times New Roman" w:eastAsia="Times New Roman" w:cs="Times New Roman"/>
        </w:rPr>
        <w:t xml:space="preserve"> 324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ଲିସିନିଅସ୍</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ପରାଜିତ</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ସେହିପରି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ବିବାହର</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ହେଲା</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ଆଣ୍ଟିଓକସ୍</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ବେରେନିସଙ୍କ</w:t>
      </w:r>
      <w:r>
        <w:rPr>
          <w:rFonts w:ascii="Times New Roman" w:hAnsi="Times New Roman" w:eastAsia="Times New Roman" w:cs="Times New Roman"/>
        </w:rPr>
        <w:t xml:space="preserve"> </w:t>
      </w:r>
      <w:r>
        <w:rPr>
          <w:rFonts w:ascii="Nirmala UI" w:hAnsi="Nirmala UI" w:eastAsia="Nirmala UI" w:cs="Nirmala UI"/>
        </w:rPr>
        <w:t>ବିବାହର</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ପତ୍ନୀ</w:t>
      </w:r>
      <w:r>
        <w:rPr>
          <w:rFonts w:ascii="Times New Roman" w:hAnsi="Times New Roman" w:eastAsia="Times New Roman" w:cs="Times New Roman"/>
        </w:rPr>
        <w:t xml:space="preserve"> </w:t>
      </w:r>
      <w:r>
        <w:rPr>
          <w:rFonts w:ascii="Nirmala UI" w:hAnsi="Nirmala UI" w:eastAsia="Nirmala UI" w:cs="Nirmala UI"/>
        </w:rPr>
        <w:t>ଲାଓଡିସ</w:t>
      </w:r>
      <w:r>
        <w:rPr>
          <w:rFonts w:ascii="Times New Roman" w:hAnsi="Times New Roman" w:eastAsia="Times New Roman" w:cs="Times New Roman"/>
        </w:rPr>
        <w:t xml:space="preserve"> </w:t>
      </w:r>
      <w:r>
        <w:rPr>
          <w:rFonts w:ascii="Nirmala UI" w:hAnsi="Nirmala UI" w:eastAsia="Nirmala UI" w:cs="Nirmala UI"/>
        </w:rPr>
        <w:t>ଖ୍ରୀ</w:t>
      </w:r>
      <w:r>
        <w:rPr>
          <w:rFonts w:ascii="Times New Roman" w:hAnsi="Times New Roman" w:eastAsia="Times New Roman" w:cs="Times New Roman"/>
        </w:rPr>
        <w:t>.</w:t>
      </w:r>
      <w:r>
        <w:rPr>
          <w:rFonts w:ascii="Nirmala UI" w:hAnsi="Nirmala UI" w:eastAsia="Nirmala UI" w:cs="Nirmala UI"/>
        </w:rPr>
        <w:t>ପୂ</w:t>
      </w:r>
      <w:r>
        <w:rPr>
          <w:rFonts w:ascii="Times New Roman" w:hAnsi="Times New Roman" w:eastAsia="Times New Roman" w:cs="Times New Roman"/>
        </w:rPr>
        <w:t xml:space="preserve">. 246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ଆଣ୍ଟିଓକସ୍</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ବିଷ</w:t>
      </w:r>
      <w:r>
        <w:rPr>
          <w:rFonts w:ascii="Times New Roman" w:hAnsi="Times New Roman" w:eastAsia="Times New Roman" w:cs="Times New Roman"/>
        </w:rPr>
        <w:t xml:space="preserve"> </w:t>
      </w:r>
      <w:r>
        <w:rPr>
          <w:rFonts w:ascii="Nirmala UI" w:hAnsi="Nirmala UI" w:eastAsia="Nirmala UI" w:cs="Nirmala UI"/>
        </w:rPr>
        <w:t>ପାନ</w:t>
      </w:r>
      <w:r>
        <w:rPr>
          <w:rFonts w:ascii="Times New Roman" w:hAnsi="Times New Roman" w:eastAsia="Times New Roman" w:cs="Times New Roman"/>
        </w:rPr>
        <w:t xml:space="preserve"> </w:t>
      </w:r>
      <w:r>
        <w:rPr>
          <w:rFonts w:ascii="Nirmala UI" w:hAnsi="Nirmala UI" w:eastAsia="Nirmala UI" w:cs="Nirmala UI"/>
        </w:rPr>
        <w:t>କରାଇ</w:t>
      </w:r>
      <w:r>
        <w:rPr>
          <w:rFonts w:ascii="Times New Roman" w:hAnsi="Times New Roman" w:eastAsia="Times New Roman" w:cs="Times New Roman"/>
        </w:rPr>
        <w:t xml:space="preserve"> </w:t>
      </w:r>
      <w:r>
        <w:rPr>
          <w:rFonts w:ascii="Nirmala UI" w:hAnsi="Nirmala UI" w:eastAsia="Nirmala UI" w:cs="Nirmala UI"/>
        </w:rPr>
        <w:t>ହତ୍ୟା</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ଯେହି</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ଦ୍ୱିତୀୟ</w:t>
      </w:r>
      <w:r>
        <w:rPr>
          <w:rFonts w:ascii="Times New Roman" w:hAnsi="Times New Roman" w:eastAsia="Times New Roman" w:cs="Times New Roman"/>
        </w:rPr>
        <w:t xml:space="preserve"> </w:t>
      </w:r>
      <w:r>
        <w:rPr>
          <w:rFonts w:ascii="Nirmala UI" w:hAnsi="Nirmala UI" w:eastAsia="Nirmala UI" w:cs="Nirmala UI"/>
        </w:rPr>
        <w:t>ସିରିୟ</w:t>
      </w:r>
      <w:r>
        <w:rPr>
          <w:rFonts w:ascii="Times New Roman" w:hAnsi="Times New Roman" w:eastAsia="Times New Roman" w:cs="Times New Roman"/>
        </w:rPr>
        <w:t xml:space="preserve"> </w:t>
      </w:r>
      <w:r>
        <w:rPr>
          <w:rFonts w:ascii="Nirmala UI" w:hAnsi="Nirmala UI" w:eastAsia="Nirmala UI" w:cs="Nirmala UI"/>
        </w:rPr>
        <w:t>ଯୁଦ୍ଧର</w:t>
      </w:r>
      <w:r>
        <w:rPr>
          <w:rFonts w:ascii="Times New Roman" w:hAnsi="Times New Roman" w:eastAsia="Times New Roman" w:cs="Times New Roman"/>
        </w:rPr>
        <w:t xml:space="preserve"> </w:t>
      </w:r>
      <w:r>
        <w:rPr>
          <w:rFonts w:ascii="Nirmala UI" w:hAnsi="Nirmala UI" w:eastAsia="Nirmala UI" w:cs="Nirmala UI"/>
        </w:rPr>
        <w:t>ଶେଷକୁ</w:t>
      </w:r>
      <w:r>
        <w:rPr>
          <w:rFonts w:ascii="Times New Roman" w:hAnsi="Times New Roman" w:eastAsia="Times New Roman" w:cs="Times New Roman"/>
        </w:rPr>
        <w:t xml:space="preserve"> </w:t>
      </w:r>
      <w:r>
        <w:rPr>
          <w:rFonts w:ascii="Nirmala UI" w:hAnsi="Nirmala UI" w:eastAsia="Nirmala UI" w:cs="Nirmala UI"/>
        </w:rPr>
        <w:t>ଚିହ୍ନିତ</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ଆଣ୍ଟିଓକସ୍</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ହତ୍ୟା</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ବେରେନିସ</w:t>
      </w:r>
      <w:r>
        <w:rPr>
          <w:rFonts w:ascii="Times New Roman" w:hAnsi="Times New Roman" w:eastAsia="Times New Roman" w:cs="Times New Roman"/>
        </w:rPr>
        <w:t xml:space="preserve">, </w:t>
      </w:r>
      <w:r>
        <w:rPr>
          <w:rFonts w:ascii="Nirmala UI" w:hAnsi="Nirmala UI" w:eastAsia="Nirmala UI" w:cs="Nirmala UI"/>
        </w:rPr>
        <w:t>ତାଙ୍କ</w:t>
      </w:r>
      <w:r>
        <w:rPr>
          <w:rFonts w:ascii="Times New Roman" w:hAnsi="Times New Roman" w:eastAsia="Times New Roman" w:cs="Times New Roman"/>
        </w:rPr>
        <w:t xml:space="preserve"> </w:t>
      </w:r>
      <w:r>
        <w:rPr>
          <w:rFonts w:ascii="Nirmala UI" w:hAnsi="Nirmala UI" w:eastAsia="Nirmala UI" w:cs="Nirmala UI"/>
        </w:rPr>
        <w:t>ସନ୍ତାନ</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ମିଶରୀୟ</w:t>
      </w:r>
      <w:r>
        <w:rPr>
          <w:rFonts w:ascii="Times New Roman" w:hAnsi="Times New Roman" w:eastAsia="Times New Roman" w:cs="Times New Roman"/>
        </w:rPr>
        <w:t xml:space="preserve"> </w:t>
      </w:r>
      <w:r>
        <w:rPr>
          <w:rFonts w:ascii="Nirmala UI" w:hAnsi="Nirmala UI" w:eastAsia="Nirmala UI" w:cs="Nirmala UI"/>
        </w:rPr>
        <w:t>ସହଚର</w:t>
      </w:r>
      <w:r>
        <w:rPr>
          <w:rFonts w:ascii="Times New Roman" w:hAnsi="Times New Roman" w:eastAsia="Times New Roman" w:cs="Times New Roman"/>
        </w:rPr>
        <w:t>-</w:t>
      </w:r>
      <w:r>
        <w:rPr>
          <w:rFonts w:ascii="Nirmala UI" w:hAnsi="Nirmala UI" w:eastAsia="Nirmala UI" w:cs="Nirmala UI"/>
        </w:rPr>
        <w:t>ସମୂହଙ୍କ</w:t>
      </w:r>
      <w:r>
        <w:rPr>
          <w:rFonts w:ascii="Times New Roman" w:hAnsi="Times New Roman" w:eastAsia="Times New Roman" w:cs="Times New Roman"/>
        </w:rPr>
        <w:t xml:space="preserve"> </w:t>
      </w:r>
      <w:r>
        <w:rPr>
          <w:rFonts w:ascii="Nirmala UI" w:hAnsi="Nirmala UI" w:eastAsia="Nirmala UI" w:cs="Nirmala UI"/>
        </w:rPr>
        <w:t>ହତ୍ୟା</w:t>
      </w:r>
      <w:r>
        <w:rPr>
          <w:rFonts w:ascii="Times New Roman" w:hAnsi="Times New Roman" w:eastAsia="Times New Roman" w:cs="Times New Roman"/>
        </w:rPr>
        <w:t xml:space="preserve">, </w:t>
      </w:r>
      <w:r>
        <w:rPr>
          <w:rFonts w:ascii="Nirmala UI" w:hAnsi="Nirmala UI" w:eastAsia="Nirmala UI" w:cs="Nirmala UI"/>
        </w:rPr>
        <w:t>ତୃତୀୟ</w:t>
      </w:r>
      <w:r>
        <w:rPr>
          <w:rFonts w:ascii="Times New Roman" w:hAnsi="Times New Roman" w:eastAsia="Times New Roman" w:cs="Times New Roman"/>
        </w:rPr>
        <w:t xml:space="preserve"> </w:t>
      </w:r>
      <w:r>
        <w:rPr>
          <w:rFonts w:ascii="Nirmala UI" w:hAnsi="Nirmala UI" w:eastAsia="Nirmala UI" w:cs="Nirmala UI"/>
        </w:rPr>
        <w:t>ସିରିୟ</w:t>
      </w:r>
      <w:r>
        <w:rPr>
          <w:rFonts w:ascii="Times New Roman" w:hAnsi="Times New Roman" w:eastAsia="Times New Roman" w:cs="Times New Roman"/>
        </w:rPr>
        <w:t xml:space="preserve"> </w:t>
      </w:r>
      <w:r>
        <w:rPr>
          <w:rFonts w:ascii="Nirmala UI" w:hAnsi="Nirmala UI" w:eastAsia="Nirmala UI" w:cs="Nirmala UI"/>
        </w:rPr>
        <w:t>ଯୁଦ୍ଧର</w:t>
      </w:r>
      <w:r>
        <w:rPr>
          <w:rFonts w:ascii="Times New Roman" w:hAnsi="Times New Roman" w:eastAsia="Times New Roman" w:cs="Times New Roman"/>
        </w:rPr>
        <w:t xml:space="preserve"> </w:t>
      </w:r>
      <w:r>
        <w:rPr>
          <w:rFonts w:ascii="Nirmala UI" w:hAnsi="Nirmala UI" w:eastAsia="Nirmala UI" w:cs="Nirmala UI"/>
        </w:rPr>
        <w:t>ଆରମ୍ଭକୁ</w:t>
      </w:r>
      <w:r>
        <w:rPr>
          <w:rFonts w:ascii="Times New Roman" w:hAnsi="Times New Roman" w:eastAsia="Times New Roman" w:cs="Times New Roman"/>
        </w:rPr>
        <w:t xml:space="preserve"> </w:t>
      </w:r>
      <w:r>
        <w:rPr>
          <w:rFonts w:ascii="Nirmala UI" w:hAnsi="Nirmala UI" w:eastAsia="Nirmala UI" w:cs="Nirmala UI"/>
        </w:rPr>
        <w:t>ଚିହ୍ନିତ</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313 </w:t>
      </w:r>
      <w:r>
        <w:rPr>
          <w:rFonts w:ascii="Nirmala UI" w:hAnsi="Nirmala UI" w:eastAsia="Nirmala UI" w:cs="Nirmala UI"/>
        </w:rPr>
        <w:t>ମସିହାର</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ସ୍ମୁର୍ନାର</w:t>
      </w:r>
      <w:r>
        <w:rPr>
          <w:rFonts w:ascii="Times New Roman" w:hAnsi="Times New Roman" w:eastAsia="Times New Roman" w:cs="Times New Roman"/>
        </w:rPr>
        <w:t xml:space="preserve"> </w:t>
      </w:r>
      <w:r>
        <w:rPr>
          <w:rFonts w:ascii="Nirmala UI" w:hAnsi="Nirmala UI" w:eastAsia="Nirmala UI" w:cs="Nirmala UI"/>
        </w:rPr>
        <w:t>କଳିସିଆ</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ନିର୍ଯ୍ୟାତନାର</w:t>
      </w:r>
      <w:r>
        <w:rPr>
          <w:rFonts w:ascii="Times New Roman" w:hAnsi="Times New Roman" w:eastAsia="Times New Roman" w:cs="Times New Roman"/>
        </w:rPr>
        <w:t xml:space="preserve"> </w:t>
      </w:r>
      <w:r>
        <w:rPr>
          <w:rFonts w:ascii="Nirmala UI" w:hAnsi="Nirmala UI" w:eastAsia="Nirmala UI" w:cs="Nirmala UI"/>
        </w:rPr>
        <w:t>ଯୁଗକୁ</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କରିଥିଲା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ପେର୍ଗାମୋସ୍</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କଳିସିଆ</w:t>
      </w:r>
      <w:r>
        <w:rPr>
          <w:rFonts w:ascii="Times New Roman" w:hAnsi="Times New Roman" w:eastAsia="Times New Roman" w:cs="Times New Roman"/>
        </w:rPr>
        <w:t xml:space="preserve"> </w:t>
      </w:r>
      <w:r>
        <w:rPr>
          <w:rFonts w:ascii="Nirmala UI" w:hAnsi="Nirmala UI" w:eastAsia="Nirmala UI" w:cs="Nirmala UI"/>
        </w:rPr>
        <w:t>ଦ୍ୱାରା</w:t>
      </w:r>
      <w:r>
        <w:rPr>
          <w:rFonts w:ascii="Times New Roman" w:hAnsi="Times New Roman" w:eastAsia="Times New Roman" w:cs="Times New Roman"/>
        </w:rPr>
        <w:t xml:space="preserve"> </w:t>
      </w:r>
      <w:r>
        <w:rPr>
          <w:rFonts w:ascii="Nirmala UI" w:hAnsi="Nirmala UI" w:eastAsia="Nirmala UI" w:cs="Nirmala UI"/>
        </w:rPr>
        <w:t>ପ୍ରତିନିଧିତ</w:t>
      </w:r>
      <w:r>
        <w:rPr>
          <w:rFonts w:ascii="Times New Roman" w:hAnsi="Times New Roman" w:eastAsia="Times New Roman" w:cs="Times New Roman"/>
        </w:rPr>
        <w:t xml:space="preserve"> </w:t>
      </w:r>
      <w:r>
        <w:rPr>
          <w:rFonts w:ascii="Nirmala UI" w:hAnsi="Nirmala UI" w:eastAsia="Nirmala UI" w:cs="Nirmala UI"/>
        </w:rPr>
        <w:t>ସମଝୌତାର</w:t>
      </w:r>
      <w:r>
        <w:rPr>
          <w:rFonts w:ascii="Times New Roman" w:hAnsi="Times New Roman" w:eastAsia="Times New Roman" w:cs="Times New Roman"/>
        </w:rPr>
        <w:t xml:space="preserve"> </w:t>
      </w:r>
      <w:r>
        <w:rPr>
          <w:rFonts w:ascii="Nirmala UI" w:hAnsi="Nirmala UI" w:eastAsia="Nirmala UI" w:cs="Nirmala UI"/>
        </w:rPr>
        <w:t>ଯୁଗକୁ</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କରିଥିଲା।</w:t>
      </w:r>
    </w:p>
    <w:p>
      <w:pPr>
        <w:pStyle w:val="ArticleBody"/>
        <w:jc w:val="left"/>
      </w:pPr>
      <w:r>
        <w:rPr>
          <w:rFonts w:ascii="Nirmala UI" w:hAnsi="Nirmala UI" w:eastAsia="Nirmala UI" w:cs="Nirmala UI"/>
        </w:rPr>
        <w:t>ସେଲ୍ୟୁସିଦ୍</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ଆରମ୍ଭକାଳରେ</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ସେଲ୍ୟୁସିଦ୍</w:t>
      </w:r>
      <w:r>
        <w:rPr>
          <w:rFonts w:ascii="Times New Roman" w:hAnsi="Times New Roman" w:eastAsia="Times New Roman" w:cs="Times New Roman"/>
        </w:rPr>
        <w:t xml:space="preserve"> </w:t>
      </w:r>
      <w:r>
        <w:rPr>
          <w:rFonts w:ascii="Nirmala UI" w:hAnsi="Nirmala UI" w:eastAsia="Nirmala UI" w:cs="Nirmala UI"/>
        </w:rPr>
        <w:t>ସାମ୍ରାଜ୍ୟର</w:t>
      </w:r>
      <w:r>
        <w:rPr>
          <w:rFonts w:ascii="Times New Roman" w:hAnsi="Times New Roman" w:eastAsia="Times New Roman" w:cs="Times New Roman"/>
        </w:rPr>
        <w:t xml:space="preserve"> </w:t>
      </w:r>
      <w:r>
        <w:rPr>
          <w:rFonts w:ascii="Nirmala UI" w:hAnsi="Nirmala UI" w:eastAsia="Nirmala UI" w:cs="Nirmala UI"/>
        </w:rPr>
        <w:t>ଶେଷକାଳରେ</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ସନ୍ଧିମୂଳକ</w:t>
      </w:r>
      <w:r>
        <w:rPr>
          <w:rFonts w:ascii="Times New Roman" w:hAnsi="Times New Roman" w:eastAsia="Times New Roman" w:cs="Times New Roman"/>
        </w:rPr>
        <w:t xml:space="preserve"> </w:t>
      </w:r>
      <w:r>
        <w:rPr>
          <w:rFonts w:ascii="Nirmala UI" w:hAnsi="Nirmala UI" w:eastAsia="Nirmala UI" w:cs="Nirmala UI"/>
        </w:rPr>
        <w:t>ବିବାହର</w:t>
      </w:r>
      <w:r>
        <w:rPr>
          <w:rFonts w:ascii="Times New Roman" w:hAnsi="Times New Roman" w:eastAsia="Times New Roman" w:cs="Times New Roman"/>
        </w:rPr>
        <w:t xml:space="preserve"> </w:t>
      </w:r>
      <w:r>
        <w:rPr>
          <w:rFonts w:ascii="Nirmala UI" w:hAnsi="Nirmala UI" w:eastAsia="Nirmala UI" w:cs="Nirmala UI"/>
        </w:rPr>
        <w:t>ଏକ</w:t>
      </w:r>
      <w:r>
        <w:rPr>
          <w:rFonts w:ascii="Times New Roman" w:hAnsi="Times New Roman" w:eastAsia="Times New Roman" w:cs="Times New Roman"/>
        </w:rPr>
        <w:t xml:space="preserve"> </w:t>
      </w:r>
      <w:r>
        <w:rPr>
          <w:rFonts w:ascii="Nirmala UI" w:hAnsi="Nirmala UI" w:eastAsia="Nirmala UI" w:cs="Nirmala UI"/>
        </w:rPr>
        <w:t>ପ୍ରତିରୂପ</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ଆଣ୍ଟିଓକସ୍</w:t>
      </w:r>
      <w:r>
        <w:rPr>
          <w:rFonts w:ascii="Times New Roman" w:hAnsi="Times New Roman" w:eastAsia="Times New Roman" w:cs="Times New Roman"/>
        </w:rPr>
        <w:t xml:space="preserve"> </w:t>
      </w:r>
      <w:r>
        <w:rPr>
          <w:rFonts w:ascii="Nirmala UI" w:hAnsi="Nirmala UI" w:eastAsia="Nirmala UI" w:cs="Nirmala UI"/>
        </w:rPr>
        <w:t>ଦ</w:t>
      </w:r>
      <w:r>
        <w:rPr>
          <w:rFonts w:ascii="Times New Roman" w:hAnsi="Times New Roman" w:eastAsia="Times New Roman" w:cs="Times New Roman"/>
        </w:rPr>
        <w:t xml:space="preserve"> </w:t>
      </w:r>
      <w:r>
        <w:rPr>
          <w:rFonts w:ascii="Nirmala UI" w:hAnsi="Nirmala UI" w:eastAsia="Nirmala UI" w:cs="Nirmala UI"/>
        </w:rPr>
        <w:t>ଗ୍ରେଟ୍</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କନ୍ୟା</w:t>
      </w:r>
      <w:r>
        <w:rPr>
          <w:rFonts w:ascii="Times New Roman" w:hAnsi="Times New Roman" w:eastAsia="Times New Roman" w:cs="Times New Roman"/>
        </w:rPr>
        <w:t xml:space="preserve"> </w:t>
      </w:r>
      <w:r>
        <w:rPr>
          <w:rFonts w:ascii="Nirmala UI" w:hAnsi="Nirmala UI" w:eastAsia="Nirmala UI" w:cs="Nirmala UI"/>
        </w:rPr>
        <w:t>କ୍ଲିଓପାଟ୍ରା</w:t>
      </w:r>
      <w:r>
        <w:rPr>
          <w:rFonts w:ascii="Times New Roman" w:hAnsi="Times New Roman" w:eastAsia="Times New Roman" w:cs="Times New Roman"/>
        </w:rPr>
        <w:t xml:space="preserve"> </w:t>
      </w:r>
      <w:r>
        <w:rPr>
          <w:rFonts w:ascii="Nirmala UI" w:hAnsi="Nirmala UI" w:eastAsia="Nirmala UI" w:cs="Nirmala UI"/>
        </w:rPr>
        <w:t>ପ୍ରଥମଙ୍କୁ</w:t>
      </w:r>
      <w:r>
        <w:rPr>
          <w:rFonts w:ascii="Times New Roman" w:hAnsi="Times New Roman" w:eastAsia="Times New Roman" w:cs="Times New Roman"/>
        </w:rPr>
        <w:t xml:space="preserve"> </w:t>
      </w:r>
      <w:r>
        <w:rPr>
          <w:rFonts w:ascii="Nirmala UI" w:hAnsi="Nirmala UI" w:eastAsia="Nirmala UI" w:cs="Nirmala UI"/>
        </w:rPr>
        <w:t>ପ୍ଟୋଲେମି</w:t>
      </w:r>
      <w:r>
        <w:rPr>
          <w:rFonts w:ascii="Times New Roman" w:hAnsi="Times New Roman" w:eastAsia="Times New Roman" w:cs="Times New Roman"/>
        </w:rPr>
        <w:t xml:space="preserve"> </w:t>
      </w:r>
      <w:r>
        <w:rPr>
          <w:rFonts w:ascii="Nirmala UI" w:hAnsi="Nirmala UI" w:eastAsia="Nirmala UI" w:cs="Nirmala UI"/>
        </w:rPr>
        <w:t>ପଞ୍ଚମ</w:t>
      </w:r>
      <w:r>
        <w:rPr>
          <w:rFonts w:ascii="Times New Roman" w:hAnsi="Times New Roman" w:eastAsia="Times New Roman" w:cs="Times New Roman"/>
        </w:rPr>
        <w:t xml:space="preserve"> </w:t>
      </w:r>
      <w:r>
        <w:rPr>
          <w:rFonts w:ascii="Nirmala UI" w:hAnsi="Nirmala UI" w:eastAsia="Nirmala UI" w:cs="Nirmala UI"/>
        </w:rPr>
        <w:t>ଏପିଫାନେସ୍</w:t>
      </w:r>
      <w:r>
        <w:rPr>
          <w:rFonts w:ascii="Times New Roman" w:hAnsi="Times New Roman" w:eastAsia="Times New Roman" w:cs="Times New Roman"/>
        </w:rPr>
        <w:t>‌</w:t>
      </w:r>
      <w:r>
        <w:rPr>
          <w:rFonts w:ascii="Nirmala UI" w:hAnsi="Nirmala UI" w:eastAsia="Nirmala UI" w:cs="Nirmala UI"/>
        </w:rPr>
        <w:t>ଙ୍କୁ</w:t>
      </w:r>
      <w:r>
        <w:rPr>
          <w:rFonts w:ascii="Times New Roman" w:hAnsi="Times New Roman" w:eastAsia="Times New Roman" w:cs="Times New Roman"/>
        </w:rPr>
        <w:t xml:space="preserve"> </w:t>
      </w:r>
      <w:r>
        <w:rPr>
          <w:rFonts w:ascii="Nirmala UI" w:hAnsi="Nirmala UI" w:eastAsia="Nirmala UI" w:cs="Nirmala UI"/>
        </w:rPr>
        <w:t>ଦେଇଥିଲେ।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193 BC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ରାଫିଆରେ</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କିନ୍ତୁ</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ଜୋଟ</w:t>
      </w:r>
      <w:r>
        <w:rPr>
          <w:rFonts w:ascii="Times New Roman" w:hAnsi="Times New Roman" w:eastAsia="Times New Roman" w:cs="Times New Roman"/>
        </w:rPr>
        <w:t xml:space="preserve"> </w:t>
      </w:r>
      <w:r>
        <w:rPr>
          <w:rFonts w:ascii="Nirmala UI" w:hAnsi="Nirmala UI" w:eastAsia="Nirmala UI" w:cs="Nirmala UI"/>
        </w:rPr>
        <w:t>ଶୀଘ୍ରହି</w:t>
      </w:r>
      <w:r>
        <w:rPr>
          <w:rFonts w:ascii="Times New Roman" w:hAnsi="Times New Roman" w:eastAsia="Times New Roman" w:cs="Times New Roman"/>
        </w:rPr>
        <w:t xml:space="preserve"> </w:t>
      </w:r>
      <w:r>
        <w:rPr>
          <w:rFonts w:ascii="Nirmala UI" w:hAnsi="Nirmala UI" w:eastAsia="Nirmala UI" w:cs="Nirmala UI"/>
        </w:rPr>
        <w:t>ସମାପ୍ତ</w:t>
      </w:r>
      <w:r>
        <w:rPr>
          <w:rFonts w:ascii="Times New Roman" w:hAnsi="Times New Roman" w:eastAsia="Times New Roman" w:cs="Times New Roman"/>
        </w:rPr>
        <w:t xml:space="preserve"> </w:t>
      </w:r>
      <w:r>
        <w:rPr>
          <w:rFonts w:ascii="Nirmala UI" w:hAnsi="Nirmala UI" w:eastAsia="Nirmala UI" w:cs="Nirmala UI"/>
        </w:rPr>
        <w:t>ହୋଇଗଲା</w:t>
      </w:r>
      <w:r>
        <w:rPr>
          <w:rFonts w:ascii="Times New Roman" w:hAnsi="Times New Roman" w:eastAsia="Times New Roman" w:cs="Times New Roman"/>
        </w:rPr>
        <w:t xml:space="preserve">, </w:t>
      </w:r>
      <w:r>
        <w:rPr>
          <w:rFonts w:ascii="Nirmala UI" w:hAnsi="Nirmala UI" w:eastAsia="Nirmala UI" w:cs="Nirmala UI"/>
        </w:rPr>
        <w:t>ଯେପରି</w:t>
      </w:r>
      <w:r>
        <w:rPr>
          <w:rFonts w:ascii="Times New Roman" w:hAnsi="Times New Roman" w:eastAsia="Times New Roman" w:cs="Times New Roman"/>
        </w:rPr>
        <w:t xml:space="preserve"> </w:t>
      </w:r>
      <w:r>
        <w:rPr>
          <w:rFonts w:ascii="Nirmala UI" w:hAnsi="Nirmala UI" w:eastAsia="Nirmala UI" w:cs="Nirmala UI"/>
        </w:rPr>
        <w:t>ଉତ୍ତରର</w:t>
      </w:r>
      <w:r>
        <w:rPr>
          <w:rFonts w:ascii="Times New Roman" w:hAnsi="Times New Roman" w:eastAsia="Times New Roman" w:cs="Times New Roman"/>
        </w:rPr>
        <w:t xml:space="preserve"> </w:t>
      </w:r>
      <w:r>
        <w:rPr>
          <w:rFonts w:ascii="Nirmala UI" w:hAnsi="Nirmala UI" w:eastAsia="Nirmala UI" w:cs="Nirmala UI"/>
        </w:rPr>
        <w:t>ରାଜା</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ଦକ୍ଷିଣର</w:t>
      </w:r>
      <w:r>
        <w:rPr>
          <w:rFonts w:ascii="Times New Roman" w:hAnsi="Times New Roman" w:eastAsia="Times New Roman" w:cs="Times New Roman"/>
        </w:rPr>
        <w:t xml:space="preserve"> </w:t>
      </w:r>
      <w:r>
        <w:rPr>
          <w:rFonts w:ascii="Nirmala UI" w:hAnsi="Nirmala UI" w:eastAsia="Nirmala UI" w:cs="Nirmala UI"/>
        </w:rPr>
        <w:t>ରାଜାଙ୍କ</w:t>
      </w:r>
      <w:r>
        <w:rPr>
          <w:rFonts w:ascii="Times New Roman" w:hAnsi="Times New Roman" w:eastAsia="Times New Roman" w:cs="Times New Roman"/>
        </w:rPr>
        <w:t xml:space="preserve"> </w:t>
      </w:r>
      <w:r>
        <w:rPr>
          <w:rFonts w:ascii="Nirmala UI" w:hAnsi="Nirmala UI" w:eastAsia="Nirmala UI" w:cs="Nirmala UI"/>
        </w:rPr>
        <w:t>ମଧ୍ୟରେ</w:t>
      </w:r>
      <w:r>
        <w:rPr>
          <w:rFonts w:ascii="Times New Roman" w:hAnsi="Times New Roman" w:eastAsia="Times New Roman" w:cs="Times New Roman"/>
        </w:rPr>
        <w:t xml:space="preserve"> </w:t>
      </w:r>
      <w:r>
        <w:rPr>
          <w:rFonts w:ascii="Nirmala UI" w:hAnsi="Nirmala UI" w:eastAsia="Nirmala UI" w:cs="Nirmala UI"/>
        </w:rPr>
        <w:t>ଘଟିଥିବା</w:t>
      </w:r>
      <w:r>
        <w:rPr>
          <w:rFonts w:ascii="Times New Roman" w:hAnsi="Times New Roman" w:eastAsia="Times New Roman" w:cs="Times New Roman"/>
        </w:rPr>
        <w:t xml:space="preserve"> </w:t>
      </w:r>
      <w:r>
        <w:rPr>
          <w:rFonts w:ascii="Nirmala UI" w:hAnsi="Nirmala UI" w:eastAsia="Nirmala UI" w:cs="Nirmala UI"/>
        </w:rPr>
        <w:t>ପ୍ରଥମ</w:t>
      </w:r>
      <w:r>
        <w:rPr>
          <w:rFonts w:ascii="Times New Roman" w:hAnsi="Times New Roman" w:eastAsia="Times New Roman" w:cs="Times New Roman"/>
        </w:rPr>
        <w:t xml:space="preserve"> </w:t>
      </w:r>
      <w:r>
        <w:rPr>
          <w:rFonts w:ascii="Nirmala UI" w:hAnsi="Nirmala UI" w:eastAsia="Nirmala UI" w:cs="Nirmala UI"/>
        </w:rPr>
        <w:t>ସନ୍ଧିମୂଳକ</w:t>
      </w:r>
      <w:r>
        <w:rPr>
          <w:rFonts w:ascii="Times New Roman" w:hAnsi="Times New Roman" w:eastAsia="Times New Roman" w:cs="Times New Roman"/>
        </w:rPr>
        <w:t xml:space="preserve"> </w:t>
      </w:r>
      <w:r>
        <w:rPr>
          <w:rFonts w:ascii="Nirmala UI" w:hAnsi="Nirmala UI" w:eastAsia="Nirmala UI" w:cs="Nirmala UI"/>
        </w:rPr>
        <w:t>ବିବାହଟି</w:t>
      </w:r>
      <w:r>
        <w:rPr>
          <w:rFonts w:ascii="Times New Roman" w:hAnsi="Times New Roman" w:eastAsia="Times New Roman" w:cs="Times New Roman"/>
        </w:rPr>
        <w:t xml:space="preserve"> </w:t>
      </w:r>
      <w:r>
        <w:rPr>
          <w:rFonts w:ascii="Nirmala UI" w:hAnsi="Nirmala UI" w:eastAsia="Nirmala UI" w:cs="Nirmala UI"/>
        </w:rPr>
        <w:t>ମଧ୍ୟ</w:t>
      </w:r>
      <w:r>
        <w:rPr>
          <w:rFonts w:ascii="Times New Roman" w:hAnsi="Times New Roman" w:eastAsia="Times New Roman" w:cs="Times New Roman"/>
        </w:rPr>
        <w:t xml:space="preserve"> </w:t>
      </w:r>
      <w:r>
        <w:rPr>
          <w:rFonts w:ascii="Nirmala UI" w:hAnsi="Nirmala UI" w:eastAsia="Nirmala UI" w:cs="Nirmala UI"/>
        </w:rPr>
        <w:t>ସମାପ୍ତ</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ସେଲ୍ୟୁସିଦ୍</w:t>
      </w:r>
      <w:r>
        <w:rPr>
          <w:rFonts w:ascii="Times New Roman" w:hAnsi="Times New Roman" w:eastAsia="Times New Roman" w:cs="Times New Roman"/>
        </w:rPr>
        <w:t xml:space="preserve"> </w:t>
      </w:r>
      <w:r>
        <w:rPr>
          <w:rFonts w:ascii="Nirmala UI" w:hAnsi="Nirmala UI" w:eastAsia="Nirmala UI" w:cs="Nirmala UI"/>
        </w:rPr>
        <w:t>ସାମ୍ରାଜ୍ୟର</w:t>
      </w:r>
      <w:r>
        <w:rPr>
          <w:rFonts w:ascii="Times New Roman" w:hAnsi="Times New Roman" w:eastAsia="Times New Roman" w:cs="Times New Roman"/>
        </w:rPr>
        <w:t xml:space="preserve"> </w:t>
      </w:r>
      <w:r>
        <w:rPr>
          <w:rFonts w:ascii="Nirmala UI" w:hAnsi="Nirmala UI" w:eastAsia="Nirmala UI" w:cs="Nirmala UI"/>
        </w:rPr>
        <w:t>ଆଲଫା</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ଓମେଗା</w:t>
      </w:r>
      <w:r>
        <w:rPr>
          <w:rFonts w:ascii="Times New Roman" w:hAnsi="Times New Roman" w:eastAsia="Times New Roman" w:cs="Times New Roman"/>
        </w:rPr>
        <w:t xml:space="preserve"> </w:t>
      </w:r>
      <w:r>
        <w:rPr>
          <w:rFonts w:ascii="Nirmala UI" w:hAnsi="Nirmala UI" w:eastAsia="Nirmala UI" w:cs="Nirmala UI"/>
        </w:rPr>
        <w:t>ସନ୍ଧିମୂଳକ</w:t>
      </w:r>
      <w:r>
        <w:rPr>
          <w:rFonts w:ascii="Times New Roman" w:hAnsi="Times New Roman" w:eastAsia="Times New Roman" w:cs="Times New Roman"/>
        </w:rPr>
        <w:t xml:space="preserve"> </w:t>
      </w:r>
      <w:r>
        <w:rPr>
          <w:rFonts w:ascii="Nirmala UI" w:hAnsi="Nirmala UI" w:eastAsia="Nirmala UI" w:cs="Nirmala UI"/>
        </w:rPr>
        <w:t>ବିବାହଗୁଡ଼ିକ</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w:t>
      </w:r>
      <w:r>
        <w:rPr>
          <w:rFonts w:ascii="Nirmala UI" w:hAnsi="Nirmala UI" w:eastAsia="Nirmala UI" w:cs="Nirmala UI"/>
        </w:rPr>
        <w:t>ଦାନିଏଲ</w:t>
      </w:r>
      <w:r>
        <w:rPr>
          <w:rFonts w:ascii="Times New Roman" w:hAnsi="Times New Roman" w:eastAsia="Times New Roman" w:cs="Times New Roman"/>
        </w:rPr>
        <w:t xml:space="preserve"> </w:t>
      </w:r>
      <w:r>
        <w:rPr>
          <w:rFonts w:ascii="Nirmala UI" w:hAnsi="Nirmala UI" w:eastAsia="Nirmala UI" w:cs="Nirmala UI"/>
        </w:rPr>
        <w:t>ଏଗାରର</w:t>
      </w:r>
      <w:r>
        <w:rPr>
          <w:rFonts w:ascii="Times New Roman" w:hAnsi="Times New Roman" w:eastAsia="Times New Roman" w:cs="Times New Roman"/>
        </w:rPr>
        <w:t xml:space="preserve"> </w:t>
      </w:r>
      <w:r>
        <w:rPr>
          <w:rFonts w:ascii="Nirmala UI" w:hAnsi="Nirmala UI" w:eastAsia="Nirmala UI" w:cs="Nirmala UI"/>
        </w:rPr>
        <w:t>ଭବିଷ୍ୟଦ୍ବାଣୀମୂଳକ</w:t>
      </w:r>
      <w:r>
        <w:rPr>
          <w:rFonts w:ascii="Times New Roman" w:hAnsi="Times New Roman" w:eastAsia="Times New Roman" w:cs="Times New Roman"/>
        </w:rPr>
        <w:t xml:space="preserve"> </w:t>
      </w:r>
      <w:r>
        <w:rPr>
          <w:rFonts w:ascii="Nirmala UI" w:hAnsi="Nirmala UI" w:eastAsia="Nirmala UI" w:cs="Nirmala UI"/>
        </w:rPr>
        <w:t>ଇତିହାସରେ</w:t>
      </w:r>
      <w:r>
        <w:rPr>
          <w:rFonts w:ascii="Times New Roman" w:hAnsi="Times New Roman" w:eastAsia="Times New Roman" w:cs="Times New Roman"/>
        </w:rPr>
        <w:t xml:space="preserve"> </w:t>
      </w:r>
      <w:r>
        <w:rPr>
          <w:rFonts w:ascii="Nirmala UI" w:hAnsi="Nirmala UI" w:eastAsia="Nirmala UI" w:cs="Nirmala UI"/>
        </w:rPr>
        <w:t>ଉଲ୍ଲେଖ</w:t>
      </w:r>
      <w:r>
        <w:rPr>
          <w:rFonts w:ascii="Times New Roman" w:hAnsi="Times New Roman" w:eastAsia="Times New Roman" w:cs="Times New Roman"/>
        </w:rPr>
        <w:t xml:space="preserve"> </w:t>
      </w:r>
      <w:r>
        <w:rPr>
          <w:rFonts w:ascii="Nirmala UI" w:hAnsi="Nirmala UI" w:eastAsia="Nirmala UI" w:cs="Nirmala UI"/>
        </w:rPr>
        <w:t>ହୋଇଥିବା</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ସନ୍ଧିମୂଳକ</w:t>
      </w:r>
      <w:r>
        <w:rPr>
          <w:rFonts w:ascii="Times New Roman" w:hAnsi="Times New Roman" w:eastAsia="Times New Roman" w:cs="Times New Roman"/>
        </w:rPr>
        <w:t xml:space="preserve"> </w:t>
      </w:r>
      <w:r>
        <w:rPr>
          <w:rFonts w:ascii="Nirmala UI" w:hAnsi="Nirmala UI" w:eastAsia="Nirmala UI" w:cs="Nirmala UI"/>
        </w:rPr>
        <w:t>ବିବାହର</w:t>
      </w:r>
      <w:r>
        <w:rPr>
          <w:rFonts w:ascii="Times New Roman" w:hAnsi="Times New Roman" w:eastAsia="Times New Roman" w:cs="Times New Roman"/>
        </w:rPr>
        <w:t xml:space="preserve"> </w:t>
      </w:r>
      <w:r>
        <w:rPr>
          <w:rFonts w:ascii="Nirmala UI" w:hAnsi="Nirmala UI" w:eastAsia="Nirmala UI" w:cs="Nirmala UI"/>
        </w:rPr>
        <w:t>ପ୍ରତିରୂପ</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ଯେତେବେଳେ</w:t>
      </w:r>
      <w:r>
        <w:rPr>
          <w:rFonts w:ascii="Times New Roman" w:hAnsi="Times New Roman" w:eastAsia="Times New Roman" w:cs="Times New Roman"/>
        </w:rPr>
        <w:t xml:space="preserve"> </w:t>
      </w:r>
      <w:r>
        <w:rPr>
          <w:rFonts w:ascii="Nirmala UI" w:hAnsi="Nirmala UI" w:eastAsia="Nirmala UI" w:cs="Nirmala UI"/>
        </w:rPr>
        <w:t>ଅକ୍ଟାଭିଆନ୍</w:t>
      </w:r>
      <w:r>
        <w:rPr>
          <w:rFonts w:ascii="Times New Roman" w:hAnsi="Times New Roman" w:eastAsia="Times New Roman" w:cs="Times New Roman"/>
        </w:rPr>
        <w:t xml:space="preserve"> </w:t>
      </w:r>
      <w:r>
        <w:rPr>
          <w:rFonts w:ascii="Nirmala UI" w:hAnsi="Nirmala UI" w:eastAsia="Nirmala UI" w:cs="Nirmala UI"/>
        </w:rPr>
        <w:t>ନିଜ</w:t>
      </w:r>
      <w:r>
        <w:rPr>
          <w:rFonts w:ascii="Times New Roman" w:hAnsi="Times New Roman" w:eastAsia="Times New Roman" w:cs="Times New Roman"/>
        </w:rPr>
        <w:t xml:space="preserve"> </w:t>
      </w:r>
      <w:r>
        <w:rPr>
          <w:rFonts w:ascii="Nirmala UI" w:hAnsi="Nirmala UI" w:eastAsia="Nirmala UI" w:cs="Nirmala UI"/>
        </w:rPr>
        <w:t>ଭଉଣୀ</w:t>
      </w:r>
      <w:r>
        <w:rPr>
          <w:rFonts w:ascii="Times New Roman" w:hAnsi="Times New Roman" w:eastAsia="Times New Roman" w:cs="Times New Roman"/>
        </w:rPr>
        <w:t xml:space="preserve"> </w:t>
      </w:r>
      <w:r>
        <w:rPr>
          <w:rFonts w:ascii="Nirmala UI" w:hAnsi="Nirmala UI" w:eastAsia="Nirmala UI" w:cs="Nirmala UI"/>
        </w:rPr>
        <w:t>ଅକ୍ଟାଭିଆ</w:t>
      </w:r>
      <w:r>
        <w:rPr>
          <w:rFonts w:ascii="Times New Roman" w:hAnsi="Times New Roman" w:eastAsia="Times New Roman" w:cs="Times New Roman"/>
        </w:rPr>
        <w:t xml:space="preserve"> </w:t>
      </w:r>
      <w:r>
        <w:rPr>
          <w:rFonts w:ascii="Nirmala UI" w:hAnsi="Nirmala UI" w:eastAsia="Nirmala UI" w:cs="Nirmala UI"/>
        </w:rPr>
        <w:t>ମାଇନରଙ୍କୁ</w:t>
      </w:r>
      <w:r>
        <w:rPr>
          <w:rFonts w:ascii="Times New Roman" w:hAnsi="Times New Roman" w:eastAsia="Times New Roman" w:cs="Times New Roman"/>
        </w:rPr>
        <w:t xml:space="preserve"> 40 BC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ଆଣ୍ଟୋନୀଙ୍କୁ</w:t>
      </w:r>
      <w:r>
        <w:rPr>
          <w:rFonts w:ascii="Times New Roman" w:hAnsi="Times New Roman" w:eastAsia="Times New Roman" w:cs="Times New Roman"/>
        </w:rPr>
        <w:t xml:space="preserve"> </w:t>
      </w:r>
      <w:r>
        <w:rPr>
          <w:rFonts w:ascii="Nirmala UI" w:hAnsi="Nirmala UI" w:eastAsia="Nirmala UI" w:cs="Nirmala UI"/>
        </w:rPr>
        <w:t>ଦେଇଥିଲେ।</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ଅକ୍ଟାଭିଆନ୍</w:t>
      </w:r>
      <w:r>
        <w:rPr>
          <w:rFonts w:ascii="Times New Roman" w:hAnsi="Times New Roman" w:eastAsia="Times New Roman" w:cs="Times New Roman"/>
        </w:rPr>
        <w:t xml:space="preserve">, </w:t>
      </w:r>
      <w:r>
        <w:rPr>
          <w:rFonts w:ascii="Nirmala UI" w:hAnsi="Nirmala UI" w:eastAsia="Nirmala UI" w:cs="Nirmala UI"/>
        </w:rPr>
        <w:t>ରୋମର</w:t>
      </w:r>
      <w:r>
        <w:rPr>
          <w:rFonts w:ascii="Times New Roman" w:hAnsi="Times New Roman" w:eastAsia="Times New Roman" w:cs="Times New Roman"/>
        </w:rPr>
        <w:t xml:space="preserve"> </w:t>
      </w:r>
      <w:r>
        <w:rPr>
          <w:rFonts w:ascii="Nirmala UI" w:hAnsi="Nirmala UI" w:eastAsia="Nirmala UI" w:cs="Nirmala UI"/>
        </w:rPr>
        <w:t>ପୂର୍ବ</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ପଶ୍ଚିମ</w:t>
      </w:r>
      <w:r>
        <w:rPr>
          <w:rFonts w:ascii="Times New Roman" w:hAnsi="Times New Roman" w:eastAsia="Times New Roman" w:cs="Times New Roman"/>
        </w:rPr>
        <w:t xml:space="preserve"> </w:t>
      </w:r>
      <w:r>
        <w:rPr>
          <w:rFonts w:ascii="Nirmala UI" w:hAnsi="Nirmala UI" w:eastAsia="Nirmala UI" w:cs="Nirmala UI"/>
        </w:rPr>
        <w:t>ଅଞ୍ଚଳଗୁଡ଼ିକ</w:t>
      </w:r>
      <w:r>
        <w:rPr>
          <w:rFonts w:ascii="Times New Roman" w:hAnsi="Times New Roman" w:eastAsia="Times New Roman" w:cs="Times New Roman"/>
        </w:rPr>
        <w:t xml:space="preserve"> </w:t>
      </w:r>
      <w:r>
        <w:rPr>
          <w:rFonts w:ascii="Nirmala UI" w:hAnsi="Nirmala UI" w:eastAsia="Nirmala UI" w:cs="Nirmala UI"/>
        </w:rPr>
        <w:t>ଉପରେ</w:t>
      </w:r>
      <w:r>
        <w:rPr>
          <w:rFonts w:ascii="Times New Roman" w:hAnsi="Times New Roman" w:eastAsia="Times New Roman" w:cs="Times New Roman"/>
        </w:rPr>
        <w:t xml:space="preserve"> </w:t>
      </w:r>
      <w:r>
        <w:rPr>
          <w:rFonts w:ascii="Nirmala UI" w:hAnsi="Nirmala UI" w:eastAsia="Nirmala UI" w:cs="Nirmala UI"/>
        </w:rPr>
        <w:t>ଶକ୍ତିସଂଘର୍ଷରେ</w:t>
      </w:r>
      <w:r>
        <w:rPr>
          <w:rFonts w:ascii="Times New Roman" w:hAnsi="Times New Roman" w:eastAsia="Times New Roman" w:cs="Times New Roman"/>
        </w:rPr>
        <w:t xml:space="preserve"> </w:t>
      </w:r>
      <w:r>
        <w:rPr>
          <w:rFonts w:ascii="Nirmala UI" w:hAnsi="Nirmala UI" w:eastAsia="Nirmala UI" w:cs="Nirmala UI"/>
        </w:rPr>
        <w:t>ନିୟୋଜିତ</w:t>
      </w:r>
      <w:r>
        <w:rPr>
          <w:rFonts w:ascii="Times New Roman" w:hAnsi="Times New Roman" w:eastAsia="Times New Roman" w:cs="Times New Roman"/>
        </w:rPr>
        <w:t xml:space="preserve"> </w:t>
      </w:r>
      <w:r>
        <w:rPr>
          <w:rFonts w:ascii="Nirmala UI" w:hAnsi="Nirmala UI" w:eastAsia="Nirmala UI" w:cs="Nirmala UI"/>
        </w:rPr>
        <w:t>ଥିଲେ</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ସଂଘର୍ଷ</w:t>
      </w:r>
      <w:r>
        <w:rPr>
          <w:rFonts w:ascii="Times New Roman" w:hAnsi="Times New Roman" w:eastAsia="Times New Roman" w:cs="Times New Roman"/>
        </w:rPr>
        <w:t xml:space="preserve"> 44 BC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ଜୁଲିଅସ୍</w:t>
      </w:r>
      <w:r>
        <w:rPr>
          <w:rFonts w:ascii="Times New Roman" w:hAnsi="Times New Roman" w:eastAsia="Times New Roman" w:cs="Times New Roman"/>
        </w:rPr>
        <w:t xml:space="preserve"> </w:t>
      </w:r>
      <w:r>
        <w:rPr>
          <w:rFonts w:ascii="Nirmala UI" w:hAnsi="Nirmala UI" w:eastAsia="Nirmala UI" w:cs="Nirmala UI"/>
        </w:rPr>
        <w:t>ସିଜରଙ୍କ</w:t>
      </w:r>
      <w:r>
        <w:rPr>
          <w:rFonts w:ascii="Times New Roman" w:hAnsi="Times New Roman" w:eastAsia="Times New Roman" w:cs="Times New Roman"/>
        </w:rPr>
        <w:t xml:space="preserve"> </w:t>
      </w:r>
      <w:r>
        <w:rPr>
          <w:rFonts w:ascii="Nirmala UI" w:hAnsi="Nirmala UI" w:eastAsia="Nirmala UI" w:cs="Nirmala UI"/>
        </w:rPr>
        <w:t>ହତ୍ୟା</w:t>
      </w:r>
      <w:r>
        <w:rPr>
          <w:rFonts w:ascii="Times New Roman" w:hAnsi="Times New Roman" w:eastAsia="Times New Roman" w:cs="Times New Roman"/>
        </w:rPr>
        <w:t xml:space="preserve">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ଆରମ୍ଭ</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40 BC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ଏହି</w:t>
      </w:r>
      <w:r>
        <w:rPr>
          <w:rFonts w:ascii="Times New Roman" w:hAnsi="Times New Roman" w:eastAsia="Times New Roman" w:cs="Times New Roman"/>
        </w:rPr>
        <w:t xml:space="preserve"> </w:t>
      </w:r>
      <w:r>
        <w:rPr>
          <w:rFonts w:ascii="Nirmala UI" w:hAnsi="Nirmala UI" w:eastAsia="Nirmala UI" w:cs="Nirmala UI"/>
        </w:rPr>
        <w:t>ବିବାହ</w:t>
      </w:r>
      <w:r>
        <w:rPr>
          <w:rFonts w:ascii="Times New Roman" w:hAnsi="Times New Roman" w:eastAsia="Times New Roman" w:cs="Times New Roman"/>
        </w:rPr>
        <w:t xml:space="preserve"> </w:t>
      </w:r>
      <w:r>
        <w:rPr>
          <w:rFonts w:ascii="Nirmala UI" w:hAnsi="Nirmala UI" w:eastAsia="Nirmala UI" w:cs="Nirmala UI"/>
        </w:rPr>
        <w:t>ସମୟରେ</w:t>
      </w:r>
      <w:r>
        <w:rPr>
          <w:rFonts w:ascii="Times New Roman" w:hAnsi="Times New Roman" w:eastAsia="Times New Roman" w:cs="Times New Roman"/>
        </w:rPr>
        <w:t xml:space="preserve"> </w:t>
      </w:r>
      <w:r>
        <w:rPr>
          <w:rFonts w:ascii="Nirmala UI" w:hAnsi="Nirmala UI" w:eastAsia="Nirmala UI" w:cs="Nirmala UI"/>
        </w:rPr>
        <w:t>ବ୍ରୁଣ୍ଡିସିଅମ୍</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ସନ୍ଧି</w:t>
      </w:r>
      <w:r>
        <w:rPr>
          <w:rFonts w:ascii="Times New Roman" w:hAnsi="Times New Roman" w:eastAsia="Times New Roman" w:cs="Times New Roman"/>
        </w:rPr>
        <w:t xml:space="preserve"> </w:t>
      </w:r>
      <w:r>
        <w:rPr>
          <w:rFonts w:ascii="Nirmala UI" w:hAnsi="Nirmala UI" w:eastAsia="Nirmala UI" w:cs="Nirmala UI"/>
        </w:rPr>
        <w:t>ସ୍ଥାପିତ</w:t>
      </w:r>
      <w:r>
        <w:rPr>
          <w:rFonts w:ascii="Times New Roman" w:hAnsi="Times New Roman" w:eastAsia="Times New Roman" w:cs="Times New Roman"/>
        </w:rPr>
        <w:t xml:space="preserve"> </w:t>
      </w:r>
      <w:r>
        <w:rPr>
          <w:rFonts w:ascii="Nirmala UI" w:hAnsi="Nirmala UI" w:eastAsia="Nirmala UI" w:cs="Nirmala UI"/>
        </w:rPr>
        <w:t>ହୋଇଥିଲା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ଆଠ</w:t>
      </w:r>
      <w:r>
        <w:rPr>
          <w:rFonts w:ascii="Times New Roman" w:hAnsi="Times New Roman" w:eastAsia="Times New Roman" w:cs="Times New Roman"/>
        </w:rPr>
        <w:t xml:space="preserve"> </w:t>
      </w:r>
      <w:r>
        <w:rPr>
          <w:rFonts w:ascii="Nirmala UI" w:hAnsi="Nirmala UI" w:eastAsia="Nirmala UI" w:cs="Nirmala UI"/>
        </w:rPr>
        <w:t>ବର୍ଷ</w:t>
      </w:r>
      <w:r>
        <w:rPr>
          <w:rFonts w:ascii="Times New Roman" w:hAnsi="Times New Roman" w:eastAsia="Times New Roman" w:cs="Times New Roman"/>
        </w:rPr>
        <w:t xml:space="preserve"> </w:t>
      </w:r>
      <w:r>
        <w:rPr>
          <w:rFonts w:ascii="Nirmala UI" w:hAnsi="Nirmala UI" w:eastAsia="Nirmala UI" w:cs="Nirmala UI"/>
        </w:rPr>
        <w:t>ପରେ</w:t>
      </w:r>
      <w:r>
        <w:rPr>
          <w:rFonts w:ascii="Times New Roman" w:hAnsi="Times New Roman" w:eastAsia="Times New Roman" w:cs="Times New Roman"/>
        </w:rPr>
        <w:t xml:space="preserve">, 32 BC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w:t>
      </w:r>
      <w:r>
        <w:rPr>
          <w:rFonts w:ascii="Times New Roman" w:hAnsi="Times New Roman" w:eastAsia="Times New Roman" w:cs="Times New Roman"/>
        </w:rPr>
        <w:t xml:space="preserve"> </w:t>
      </w:r>
      <w:r>
        <w:rPr>
          <w:rFonts w:ascii="Nirmala UI" w:hAnsi="Nirmala UI" w:eastAsia="Nirmala UI" w:cs="Nirmala UI"/>
        </w:rPr>
        <w:t>ଔପଚାରିକ</w:t>
      </w:r>
      <w:r>
        <w:rPr>
          <w:rFonts w:ascii="Times New Roman" w:hAnsi="Times New Roman" w:eastAsia="Times New Roman" w:cs="Times New Roman"/>
        </w:rPr>
        <w:t xml:space="preserve"> </w:t>
      </w:r>
      <w:r>
        <w:rPr>
          <w:rFonts w:ascii="Nirmala UI" w:hAnsi="Nirmala UI" w:eastAsia="Nirmala UI" w:cs="Nirmala UI"/>
        </w:rPr>
        <w:t>ଭାବରେ</w:t>
      </w:r>
      <w:r>
        <w:rPr>
          <w:rFonts w:ascii="Times New Roman" w:hAnsi="Times New Roman" w:eastAsia="Times New Roman" w:cs="Times New Roman"/>
        </w:rPr>
        <w:t xml:space="preserve"> </w:t>
      </w:r>
      <w:r>
        <w:rPr>
          <w:rFonts w:ascii="Nirmala UI" w:hAnsi="Nirmala UI" w:eastAsia="Nirmala UI" w:cs="Nirmala UI"/>
        </w:rPr>
        <w:t>ଅକ୍ଟାଭିଆଙ୍କୁ</w:t>
      </w:r>
      <w:r>
        <w:rPr>
          <w:rFonts w:ascii="Times New Roman" w:hAnsi="Times New Roman" w:eastAsia="Times New Roman" w:cs="Times New Roman"/>
        </w:rPr>
        <w:t xml:space="preserve"> </w:t>
      </w:r>
      <w:r>
        <w:rPr>
          <w:rFonts w:ascii="Nirmala UI" w:hAnsi="Nirmala UI" w:eastAsia="Nirmala UI" w:cs="Nirmala UI"/>
        </w:rPr>
        <w:t>ତ୍ୟାଗ</w:t>
      </w:r>
      <w:r>
        <w:rPr>
          <w:rFonts w:ascii="Times New Roman" w:hAnsi="Times New Roman" w:eastAsia="Times New Roman" w:cs="Times New Roman"/>
        </w:rPr>
        <w:t xml:space="preserve"> </w:t>
      </w:r>
      <w:r>
        <w:rPr>
          <w:rFonts w:ascii="Nirmala UI" w:hAnsi="Nirmala UI" w:eastAsia="Nirmala UI" w:cs="Nirmala UI"/>
        </w:rPr>
        <w:t>କଲେ</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31 BC </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ଆକ୍ଟିଅମ୍</w:t>
      </w:r>
      <w:r>
        <w:rPr>
          <w:rFonts w:ascii="Times New Roman" w:hAnsi="Times New Roman" w:eastAsia="Times New Roman" w:cs="Times New Roman"/>
        </w:rPr>
        <w:t>‌</w:t>
      </w:r>
      <w:r>
        <w:rPr>
          <w:rFonts w:ascii="Nirmala UI" w:hAnsi="Nirmala UI" w:eastAsia="Nirmala UI" w:cs="Nirmala UI"/>
        </w:rPr>
        <w:t>ର</w:t>
      </w:r>
      <w:r>
        <w:rPr>
          <w:rFonts w:ascii="Times New Roman" w:hAnsi="Times New Roman" w:eastAsia="Times New Roman" w:cs="Times New Roman"/>
        </w:rPr>
        <w:t xml:space="preserve"> </w:t>
      </w:r>
      <w:r>
        <w:rPr>
          <w:rFonts w:ascii="Nirmala UI" w:hAnsi="Nirmala UI" w:eastAsia="Nirmala UI" w:cs="Nirmala UI"/>
        </w:rPr>
        <w:t>ଯୁଦ୍ଧକୁ</w:t>
      </w:r>
      <w:r>
        <w:rPr>
          <w:rFonts w:ascii="Times New Roman" w:hAnsi="Times New Roman" w:eastAsia="Times New Roman" w:cs="Times New Roman"/>
        </w:rPr>
        <w:t xml:space="preserve"> </w:t>
      </w:r>
      <w:r>
        <w:rPr>
          <w:rFonts w:ascii="Nirmala UI" w:hAnsi="Nirmala UI" w:eastAsia="Nirmala UI" w:cs="Nirmala UI"/>
        </w:rPr>
        <w:t>ଉଦ୍ଭବ</w:t>
      </w:r>
      <w:r>
        <w:rPr>
          <w:rFonts w:ascii="Times New Roman" w:hAnsi="Times New Roman" w:eastAsia="Times New Roman" w:cs="Times New Roman"/>
        </w:rPr>
        <w:t xml:space="preserve"> </w:t>
      </w:r>
      <w:r>
        <w:rPr>
          <w:rFonts w:ascii="Nirmala UI" w:hAnsi="Nirmala UI" w:eastAsia="Nirmala UI" w:cs="Nirmala UI"/>
        </w:rPr>
        <w:t>କରାଇଲେ</w:t>
      </w:r>
      <w:r>
        <w:rPr>
          <w:rFonts w:ascii="Times New Roman" w:hAnsi="Times New Roman" w:eastAsia="Times New Roman" w:cs="Times New Roman"/>
        </w:rPr>
        <w:t xml:space="preserve">, </w:t>
      </w:r>
      <w:r>
        <w:rPr>
          <w:rFonts w:ascii="Nirmala UI" w:hAnsi="Nirmala UI" w:eastAsia="Nirmala UI" w:cs="Nirmala UI"/>
        </w:rPr>
        <w:t>ଯେଠାରେ</w:t>
      </w:r>
      <w:r>
        <w:rPr>
          <w:rFonts w:ascii="Times New Roman" w:hAnsi="Times New Roman" w:eastAsia="Times New Roman" w:cs="Times New Roman"/>
        </w:rPr>
        <w:t xml:space="preserve"> </w:t>
      </w:r>
      <w:r>
        <w:rPr>
          <w:rFonts w:ascii="Nirmala UI" w:hAnsi="Nirmala UI" w:eastAsia="Nirmala UI" w:cs="Nirmala UI"/>
        </w:rPr>
        <w:t>ମାର୍କ</w:t>
      </w:r>
      <w:r>
        <w:rPr>
          <w:rFonts w:ascii="Times New Roman" w:hAnsi="Times New Roman" w:eastAsia="Times New Roman" w:cs="Times New Roman"/>
        </w:rPr>
        <w:t xml:space="preserve"> </w:t>
      </w:r>
      <w:r>
        <w:rPr>
          <w:rFonts w:ascii="Nirmala UI" w:hAnsi="Nirmala UI" w:eastAsia="Nirmala UI" w:cs="Nirmala UI"/>
        </w:rPr>
        <w:t>ଆଣ୍ଟୋନୀ</w:t>
      </w:r>
      <w:r>
        <w:rPr>
          <w:rFonts w:ascii="Times New Roman" w:hAnsi="Times New Roman" w:eastAsia="Times New Roman" w:cs="Times New Roman"/>
        </w:rPr>
        <w:t xml:space="preserve"> </w:t>
      </w:r>
      <w:r>
        <w:rPr>
          <w:rFonts w:ascii="Nirmala UI" w:hAnsi="Nirmala UI" w:eastAsia="Nirmala UI" w:cs="Nirmala UI"/>
        </w:rPr>
        <w:t>ଓ</w:t>
      </w:r>
      <w:r>
        <w:rPr>
          <w:rFonts w:ascii="Times New Roman" w:hAnsi="Times New Roman" w:eastAsia="Times New Roman" w:cs="Times New Roman"/>
        </w:rPr>
        <w:t xml:space="preserve"> </w:t>
      </w:r>
      <w:r>
        <w:rPr>
          <w:rFonts w:ascii="Nirmala UI" w:hAnsi="Nirmala UI" w:eastAsia="Nirmala UI" w:cs="Nirmala UI"/>
        </w:rPr>
        <w:t>କ୍ଲିଓପାଟ୍ରା</w:t>
      </w:r>
      <w:r>
        <w:rPr>
          <w:rFonts w:ascii="Times New Roman" w:hAnsi="Times New Roman" w:eastAsia="Times New Roman" w:cs="Times New Roman"/>
        </w:rPr>
        <w:t>, (</w:t>
      </w:r>
      <w:r>
        <w:rPr>
          <w:rFonts w:ascii="Nirmala UI" w:hAnsi="Nirmala UI" w:eastAsia="Nirmala UI" w:cs="Nirmala UI"/>
        </w:rPr>
        <w:t>ସେହି</w:t>
      </w:r>
      <w:r>
        <w:rPr>
          <w:rFonts w:ascii="Times New Roman" w:hAnsi="Times New Roman" w:eastAsia="Times New Roman" w:cs="Times New Roman"/>
        </w:rPr>
        <w:t xml:space="preserve"> </w:t>
      </w:r>
      <w:r>
        <w:rPr>
          <w:rFonts w:ascii="Nirmala UI" w:hAnsi="Nirmala UI" w:eastAsia="Nirmala UI" w:cs="Nirmala UI"/>
        </w:rPr>
        <w:t>ସର୍ବଶେଷ</w:t>
      </w:r>
      <w:r>
        <w:rPr>
          <w:rFonts w:ascii="Times New Roman" w:hAnsi="Times New Roman" w:eastAsia="Times New Roman" w:cs="Times New Roman"/>
        </w:rPr>
        <w:t xml:space="preserve"> </w:t>
      </w:r>
      <w:r>
        <w:rPr>
          <w:rFonts w:ascii="Nirmala UI" w:hAnsi="Nirmala UI" w:eastAsia="Nirmala UI" w:cs="Nirmala UI"/>
        </w:rPr>
        <w:t>କ୍ଲିଓପାଟ୍ରା</w:t>
      </w:r>
      <w:r>
        <w:rPr>
          <w:rFonts w:ascii="Times New Roman" w:hAnsi="Times New Roman" w:eastAsia="Times New Roman" w:cs="Times New Roman"/>
        </w:rPr>
        <w:t xml:space="preserve">), </w:t>
      </w:r>
      <w:r>
        <w:rPr>
          <w:rFonts w:ascii="Nirmala UI" w:hAnsi="Nirmala UI" w:eastAsia="Nirmala UI" w:cs="Nirmala UI"/>
        </w:rPr>
        <w:t>ଉଭୟଙ୍କର</w:t>
      </w:r>
      <w:r>
        <w:rPr>
          <w:rFonts w:ascii="Times New Roman" w:hAnsi="Times New Roman" w:eastAsia="Times New Roman" w:cs="Times New Roman"/>
        </w:rPr>
        <w:t xml:space="preserve"> </w:t>
      </w:r>
      <w:r>
        <w:rPr>
          <w:rFonts w:ascii="Nirmala UI" w:hAnsi="Nirmala UI" w:eastAsia="Nirmala UI" w:cs="Nirmala UI"/>
        </w:rPr>
        <w:t>ଶେଷ</w:t>
      </w:r>
      <w:r>
        <w:rPr>
          <w:rFonts w:ascii="Times New Roman" w:hAnsi="Times New Roman" w:eastAsia="Times New Roman" w:cs="Times New Roman"/>
        </w:rPr>
        <w:t xml:space="preserve"> </w:t>
      </w:r>
      <w:r>
        <w:rPr>
          <w:rFonts w:ascii="Nirmala UI" w:hAnsi="Nirmala UI" w:eastAsia="Nirmala UI" w:cs="Nirmala UI"/>
        </w:rPr>
        <w:t>ହେଲା।</w:t>
      </w:r>
    </w:p>
    <w:p>
      <w:pPr>
        <w:pStyle w:val="ArticleBody"/>
        <w:jc w:val="left"/>
      </w:pPr>
      <w:r>
        <w:rPr>
          <w:rFonts w:ascii="Ebrima" w:hAnsi="Ebrima" w:eastAsia="Ebrima" w:cs="Ebrima"/>
        </w:rPr>
        <w:t>ሰሉሲድ</w:t>
      </w:r>
      <w:r>
        <w:rPr>
          <w:rFonts w:ascii="Times New Roman" w:hAnsi="Times New Roman" w:eastAsia="Times New Roman" w:cs="Times New Roman"/>
        </w:rPr>
        <w:t xml:space="preserve"> </w:t>
      </w:r>
      <w:r>
        <w:rPr>
          <w:rFonts w:ascii="Ebrima" w:hAnsi="Ebrima" w:eastAsia="Ebrima" w:cs="Ebrima"/>
        </w:rPr>
        <w:t>ንግሥነት</w:t>
      </w:r>
      <w:r>
        <w:rPr>
          <w:rFonts w:ascii="Times New Roman" w:hAnsi="Times New Roman" w:eastAsia="Times New Roman" w:cs="Times New Roman"/>
        </w:rPr>
        <w:t xml:space="preserve"> </w:t>
      </w:r>
      <w:r>
        <w:rPr>
          <w:rFonts w:ascii="Ebrima" w:hAnsi="Ebrima" w:eastAsia="Ebrima" w:cs="Ebrima"/>
        </w:rPr>
        <w:t>ያቆመው</w:t>
      </w:r>
      <w:r>
        <w:rPr>
          <w:rFonts w:ascii="Times New Roman" w:hAnsi="Times New Roman" w:eastAsia="Times New Roman" w:cs="Times New Roman"/>
        </w:rPr>
        <w:t xml:space="preserve"> </w:t>
      </w:r>
      <w:r>
        <w:rPr>
          <w:rFonts w:ascii="Ebrima" w:hAnsi="Ebrima" w:eastAsia="Ebrima" w:cs="Ebrima"/>
        </w:rPr>
        <w:t>የኦሜጋ</w:t>
      </w:r>
      <w:r>
        <w:rPr>
          <w:rFonts w:ascii="Times New Roman" w:hAnsi="Times New Roman" w:eastAsia="Times New Roman" w:cs="Times New Roman"/>
        </w:rPr>
        <w:t xml:space="preserve"> </w:t>
      </w:r>
      <w:r>
        <w:rPr>
          <w:rFonts w:ascii="Ebrima" w:hAnsi="Ebrima" w:eastAsia="Ebrima" w:cs="Ebrima"/>
        </w:rPr>
        <w:t>የጋብቻ</w:t>
      </w:r>
      <w:r>
        <w:rPr>
          <w:rFonts w:ascii="Times New Roman" w:hAnsi="Times New Roman" w:eastAsia="Times New Roman" w:cs="Times New Roman"/>
        </w:rPr>
        <w:t xml:space="preserve"> </w:t>
      </w:r>
      <w:r>
        <w:rPr>
          <w:rFonts w:ascii="Ebrima" w:hAnsi="Ebrima" w:eastAsia="Ebrima" w:cs="Ebrima"/>
        </w:rPr>
        <w:t>ኪዳን</w:t>
      </w:r>
      <w:r>
        <w:rPr>
          <w:rFonts w:ascii="Times New Roman" w:hAnsi="Times New Roman" w:eastAsia="Times New Roman" w:cs="Times New Roman"/>
        </w:rPr>
        <w:t xml:space="preserve"> </w:t>
      </w:r>
      <w:r>
        <w:rPr>
          <w:rFonts w:ascii="Ebrima" w:hAnsi="Ebrima" w:eastAsia="Ebrima" w:cs="Ebrima"/>
        </w:rPr>
        <w:t>የመጀመሪያዋን</w:t>
      </w:r>
      <w:r>
        <w:rPr>
          <w:rFonts w:ascii="Times New Roman" w:hAnsi="Times New Roman" w:eastAsia="Times New Roman" w:cs="Times New Roman"/>
        </w:rPr>
        <w:t xml:space="preserve"> </w:t>
      </w:r>
      <w:r>
        <w:rPr>
          <w:rFonts w:ascii="Ebrima" w:hAnsi="Ebrima" w:eastAsia="Ebrima" w:cs="Ebrima"/>
        </w:rPr>
        <w:t>ክሊዮፓትራ</w:t>
      </w:r>
      <w:r>
        <w:rPr>
          <w:rFonts w:ascii="Times New Roman" w:hAnsi="Times New Roman" w:eastAsia="Times New Roman" w:cs="Times New Roman"/>
        </w:rPr>
        <w:t xml:space="preserve"> </w:t>
      </w:r>
      <w:r>
        <w:rPr>
          <w:rFonts w:ascii="Ebrima" w:hAnsi="Ebrima" w:eastAsia="Ebrima" w:cs="Ebrima"/>
        </w:rPr>
        <w:t>አስገባ፤</w:t>
      </w:r>
      <w:r>
        <w:rPr>
          <w:rFonts w:ascii="Times New Roman" w:hAnsi="Times New Roman" w:eastAsia="Times New Roman" w:cs="Times New Roman"/>
        </w:rPr>
        <w:t xml:space="preserve"> </w:t>
      </w:r>
      <w:r>
        <w:rPr>
          <w:rFonts w:ascii="Ebrima" w:hAnsi="Ebrima" w:eastAsia="Ebrima" w:cs="Ebrima"/>
        </w:rPr>
        <w:t>እርሷም</w:t>
      </w:r>
      <w:r>
        <w:rPr>
          <w:rFonts w:ascii="Times New Roman" w:hAnsi="Times New Roman" w:eastAsia="Times New Roman" w:cs="Times New Roman"/>
        </w:rPr>
        <w:t xml:space="preserve"> </w:t>
      </w:r>
      <w:r>
        <w:rPr>
          <w:rFonts w:ascii="Ebrima" w:hAnsi="Ebrima" w:eastAsia="Ebrima" w:cs="Ebrima"/>
        </w:rPr>
        <w:t>የመጨረሻዋን</w:t>
      </w:r>
      <w:r>
        <w:rPr>
          <w:rFonts w:ascii="Times New Roman" w:hAnsi="Times New Roman" w:eastAsia="Times New Roman" w:cs="Times New Roman"/>
        </w:rPr>
        <w:t xml:space="preserve"> </w:t>
      </w:r>
      <w:r>
        <w:rPr>
          <w:rFonts w:ascii="Ebrima" w:hAnsi="Ebrima" w:eastAsia="Ebrima" w:cs="Ebrima"/>
        </w:rPr>
        <w:t>ክሊዮፓትራ</w:t>
      </w:r>
      <w:r>
        <w:rPr>
          <w:rFonts w:ascii="Times New Roman" w:hAnsi="Times New Roman" w:eastAsia="Times New Roman" w:cs="Times New Roman"/>
        </w:rPr>
        <w:t xml:space="preserve"> </w:t>
      </w:r>
      <w:r>
        <w:rPr>
          <w:rFonts w:ascii="Ebrima" w:hAnsi="Ebrima" w:eastAsia="Ebrima" w:cs="Ebrima"/>
        </w:rPr>
        <w:t>ትንቢታዊ</w:t>
      </w:r>
      <w:r>
        <w:rPr>
          <w:rFonts w:ascii="Times New Roman" w:hAnsi="Times New Roman" w:eastAsia="Times New Roman" w:cs="Times New Roman"/>
        </w:rPr>
        <w:t xml:space="preserve"> </w:t>
      </w:r>
      <w:r>
        <w:rPr>
          <w:rFonts w:ascii="Ebrima" w:hAnsi="Ebrima" w:eastAsia="Ebrima" w:cs="Ebrima"/>
        </w:rPr>
        <w:t>ምሳሌ</w:t>
      </w:r>
      <w:r>
        <w:rPr>
          <w:rFonts w:ascii="Times New Roman" w:hAnsi="Times New Roman" w:eastAsia="Times New Roman" w:cs="Times New Roman"/>
        </w:rPr>
        <w:t xml:space="preserve"> </w:t>
      </w:r>
      <w:r>
        <w:rPr>
          <w:rFonts w:ascii="Ebrima" w:hAnsi="Ebrima" w:eastAsia="Ebrima" w:cs="Ebrima"/>
        </w:rPr>
        <w:t>ነበረች፤</w:t>
      </w:r>
      <w:r>
        <w:rPr>
          <w:rFonts w:ascii="Times New Roman" w:hAnsi="Times New Roman" w:eastAsia="Times New Roman" w:cs="Times New Roman"/>
        </w:rPr>
        <w:t xml:space="preserve"> </w:t>
      </w:r>
      <w:r>
        <w:rPr>
          <w:rFonts w:ascii="Ebrima" w:hAnsi="Ebrima" w:eastAsia="Ebrima" w:cs="Ebrima"/>
        </w:rPr>
        <w:t>የእርሷም</w:t>
      </w:r>
      <w:r>
        <w:rPr>
          <w:rFonts w:ascii="Times New Roman" w:hAnsi="Times New Roman" w:eastAsia="Times New Roman" w:cs="Times New Roman"/>
        </w:rPr>
        <w:t xml:space="preserve"> </w:t>
      </w:r>
      <w:r>
        <w:rPr>
          <w:rFonts w:ascii="Ebrima" w:hAnsi="Ebrima" w:eastAsia="Ebrima" w:cs="Ebrima"/>
        </w:rPr>
        <w:t>ዘር</w:t>
      </w:r>
      <w:r>
        <w:rPr>
          <w:rFonts w:ascii="Times New Roman" w:hAnsi="Times New Roman" w:eastAsia="Times New Roman" w:cs="Times New Roman"/>
        </w:rPr>
        <w:t xml:space="preserve"> </w:t>
      </w:r>
      <w:r>
        <w:rPr>
          <w:rFonts w:ascii="Ebrima" w:hAnsi="Ebrima" w:eastAsia="Ebrima" w:cs="Ebrima"/>
        </w:rPr>
        <w:t>ሐረግ</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40 </w:t>
      </w:r>
      <w:r>
        <w:rPr>
          <w:rFonts w:ascii="Ebrima" w:hAnsi="Ebrima" w:eastAsia="Ebrima" w:cs="Ebrima"/>
        </w:rPr>
        <w:t>ዓ</w:t>
      </w:r>
      <w:r>
        <w:rPr>
          <w:rFonts w:ascii="Times New Roman" w:hAnsi="Times New Roman" w:eastAsia="Times New Roman" w:cs="Times New Roman"/>
        </w:rPr>
        <w:t>.</w:t>
      </w:r>
      <w:r>
        <w:rPr>
          <w:rFonts w:ascii="Ebrima" w:hAnsi="Ebrima" w:eastAsia="Ebrima" w:cs="Ebrima"/>
        </w:rPr>
        <w:t>ዓ</w:t>
      </w:r>
      <w:r>
        <w:rPr>
          <w:rFonts w:ascii="Times New Roman" w:hAnsi="Times New Roman" w:eastAsia="Times New Roman" w:cs="Times New Roman"/>
        </w:rPr>
        <w:t xml:space="preserve">. </w:t>
      </w:r>
      <w:r>
        <w:rPr>
          <w:rFonts w:ascii="Ebrima" w:hAnsi="Ebrima" w:eastAsia="Ebrima" w:cs="Ebrima"/>
        </w:rPr>
        <w:t>በሮማ</w:t>
      </w:r>
      <w:r>
        <w:rPr>
          <w:rFonts w:ascii="Times New Roman" w:hAnsi="Times New Roman" w:eastAsia="Times New Roman" w:cs="Times New Roman"/>
        </w:rPr>
        <w:t xml:space="preserve"> </w:t>
      </w:r>
      <w:r>
        <w:rPr>
          <w:rFonts w:ascii="Ebrima" w:hAnsi="Ebrima" w:eastAsia="Ebrima" w:cs="Ebrima"/>
        </w:rPr>
        <w:t>ንግሥነት</w:t>
      </w:r>
      <w:r>
        <w:rPr>
          <w:rFonts w:ascii="Times New Roman" w:hAnsi="Times New Roman" w:eastAsia="Times New Roman" w:cs="Times New Roman"/>
        </w:rPr>
        <w:t xml:space="preserve"> </w:t>
      </w:r>
      <w:r>
        <w:rPr>
          <w:rFonts w:ascii="Ebrima" w:hAnsi="Ebrima" w:eastAsia="Ebrima" w:cs="Ebrima"/>
        </w:rPr>
        <w:t>የተፈጸመውን</w:t>
      </w:r>
      <w:r>
        <w:rPr>
          <w:rFonts w:ascii="Times New Roman" w:hAnsi="Times New Roman" w:eastAsia="Times New Roman" w:cs="Times New Roman"/>
        </w:rPr>
        <w:t xml:space="preserve"> </w:t>
      </w:r>
      <w:r>
        <w:rPr>
          <w:rFonts w:ascii="Ebrima" w:hAnsi="Ebrima" w:eastAsia="Ebrima" w:cs="Ebrima"/>
        </w:rPr>
        <w:t>ትንቢታዊ</w:t>
      </w:r>
      <w:r>
        <w:rPr>
          <w:rFonts w:ascii="Times New Roman" w:hAnsi="Times New Roman" w:eastAsia="Times New Roman" w:cs="Times New Roman"/>
        </w:rPr>
        <w:t xml:space="preserve"> </w:t>
      </w:r>
      <w:r>
        <w:rPr>
          <w:rFonts w:ascii="Ebrima" w:hAnsi="Ebrima" w:eastAsia="Ebrima" w:cs="Ebrima"/>
        </w:rPr>
        <w:t>የአልፋ</w:t>
      </w:r>
      <w:r>
        <w:rPr>
          <w:rFonts w:ascii="Times New Roman" w:hAnsi="Times New Roman" w:eastAsia="Times New Roman" w:cs="Times New Roman"/>
        </w:rPr>
        <w:t xml:space="preserve"> </w:t>
      </w:r>
      <w:r>
        <w:rPr>
          <w:rFonts w:ascii="Ebrima" w:hAnsi="Ebrima" w:eastAsia="Ebrima" w:cs="Ebrima"/>
        </w:rPr>
        <w:t>የጋብቻ</w:t>
      </w:r>
      <w:r>
        <w:rPr>
          <w:rFonts w:ascii="Times New Roman" w:hAnsi="Times New Roman" w:eastAsia="Times New Roman" w:cs="Times New Roman"/>
        </w:rPr>
        <w:t xml:space="preserve"> </w:t>
      </w:r>
      <w:r>
        <w:rPr>
          <w:rFonts w:ascii="Ebrima" w:hAnsi="Ebrima" w:eastAsia="Ebrima" w:cs="Ebrima"/>
        </w:rPr>
        <w:t>ኪዳን</w:t>
      </w:r>
      <w:r>
        <w:rPr>
          <w:rFonts w:ascii="Times New Roman" w:hAnsi="Times New Roman" w:eastAsia="Times New Roman" w:cs="Times New Roman"/>
        </w:rPr>
        <w:t xml:space="preserve"> </w:t>
      </w:r>
      <w:r>
        <w:rPr>
          <w:rFonts w:ascii="Ebrima" w:hAnsi="Ebrima" w:eastAsia="Ebrima" w:cs="Ebrima"/>
        </w:rPr>
        <w:t>የሚያገናኝ</w:t>
      </w:r>
      <w:r>
        <w:rPr>
          <w:rFonts w:ascii="Times New Roman" w:hAnsi="Times New Roman" w:eastAsia="Times New Roman" w:cs="Times New Roman"/>
        </w:rPr>
        <w:t xml:space="preserve"> </w:t>
      </w:r>
      <w:r>
        <w:rPr>
          <w:rFonts w:ascii="Ebrima" w:hAnsi="Ebrima" w:eastAsia="Ebrima" w:cs="Ebrima"/>
        </w:rPr>
        <w:t>ግንኙነት</w:t>
      </w:r>
      <w:r>
        <w:rPr>
          <w:rFonts w:ascii="Times New Roman" w:hAnsi="Times New Roman" w:eastAsia="Times New Roman" w:cs="Times New Roman"/>
        </w:rPr>
        <w:t xml:space="preserve"> </w:t>
      </w:r>
      <w:r>
        <w:rPr>
          <w:rFonts w:ascii="Ebrima" w:hAnsi="Ebrima" w:eastAsia="Ebrima" w:cs="Ebrima"/>
        </w:rPr>
        <w:t>አቋቋመ።</w:t>
      </w:r>
      <w:r>
        <w:rPr>
          <w:rFonts w:ascii="Times New Roman" w:hAnsi="Times New Roman" w:eastAsia="Times New Roman" w:cs="Times New Roman"/>
        </w:rPr>
        <w:t xml:space="preserve"> </w:t>
      </w:r>
      <w:r>
        <w:rPr>
          <w:rFonts w:ascii="Ebrima" w:hAnsi="Ebrima" w:eastAsia="Ebrima" w:cs="Ebrima"/>
        </w:rPr>
        <w:t>እነዚህ</w:t>
      </w:r>
      <w:r>
        <w:rPr>
          <w:rFonts w:ascii="Times New Roman" w:hAnsi="Times New Roman" w:eastAsia="Times New Roman" w:cs="Times New Roman"/>
        </w:rPr>
        <w:t xml:space="preserve"> </w:t>
      </w:r>
      <w:r>
        <w:rPr>
          <w:rFonts w:ascii="Ebrima" w:hAnsi="Ebrima" w:eastAsia="Ebrima" w:cs="Ebrima"/>
        </w:rPr>
        <w:t>ሦስቱ</w:t>
      </w:r>
      <w:r>
        <w:rPr>
          <w:rFonts w:ascii="Times New Roman" w:hAnsi="Times New Roman" w:eastAsia="Times New Roman" w:cs="Times New Roman"/>
        </w:rPr>
        <w:t xml:space="preserve"> </w:t>
      </w:r>
      <w:r>
        <w:rPr>
          <w:rFonts w:ascii="Ebrima" w:hAnsi="Ebrima" w:eastAsia="Ebrima" w:cs="Ebrima"/>
        </w:rPr>
        <w:t>የኪዳን</w:t>
      </w:r>
      <w:r>
        <w:rPr>
          <w:rFonts w:ascii="Times New Roman" w:hAnsi="Times New Roman" w:eastAsia="Times New Roman" w:cs="Times New Roman"/>
        </w:rPr>
        <w:t xml:space="preserve"> </w:t>
      </w:r>
      <w:r>
        <w:rPr>
          <w:rFonts w:ascii="Ebrima" w:hAnsi="Ebrima" w:eastAsia="Ebrima" w:cs="Ebrima"/>
        </w:rPr>
        <w:t>ጋብቻዎች</w:t>
      </w:r>
      <w:r>
        <w:rPr>
          <w:rFonts w:ascii="Times New Roman" w:hAnsi="Times New Roman" w:eastAsia="Times New Roman" w:cs="Times New Roman"/>
        </w:rPr>
        <w:t xml:space="preserve"> </w:t>
      </w:r>
      <w:r>
        <w:rPr>
          <w:rFonts w:ascii="Ebrima" w:hAnsi="Ebrima" w:eastAsia="Ebrima" w:cs="Ebrima"/>
        </w:rPr>
        <w:t>የሚላን</w:t>
      </w:r>
      <w:r>
        <w:rPr>
          <w:rFonts w:ascii="Times New Roman" w:hAnsi="Times New Roman" w:eastAsia="Times New Roman" w:cs="Times New Roman"/>
        </w:rPr>
        <w:t xml:space="preserve"> </w:t>
      </w:r>
      <w:r>
        <w:rPr>
          <w:rFonts w:ascii="Ebrima" w:hAnsi="Ebrima" w:eastAsia="Ebrima" w:cs="Ebrima"/>
        </w:rPr>
        <w:t>አዋጅ</w:t>
      </w:r>
      <w:r>
        <w:rPr>
          <w:rFonts w:ascii="Times New Roman" w:hAnsi="Times New Roman" w:eastAsia="Times New Roman" w:cs="Times New Roman"/>
        </w:rPr>
        <w:t xml:space="preserve"> </w:t>
      </w:r>
      <w:r>
        <w:rPr>
          <w:rFonts w:ascii="Ebrima" w:hAnsi="Ebrima" w:eastAsia="Ebrima" w:cs="Ebrima"/>
        </w:rPr>
        <w:t>የኪዳን</w:t>
      </w:r>
      <w:r>
        <w:rPr>
          <w:rFonts w:ascii="Times New Roman" w:hAnsi="Times New Roman" w:eastAsia="Times New Roman" w:cs="Times New Roman"/>
        </w:rPr>
        <w:t xml:space="preserve"> </w:t>
      </w:r>
      <w:r>
        <w:rPr>
          <w:rFonts w:ascii="Ebrima" w:hAnsi="Ebrima" w:eastAsia="Ebrima" w:cs="Ebrima"/>
        </w:rPr>
        <w:t>ጋብቻን</w:t>
      </w:r>
      <w:r>
        <w:rPr>
          <w:rFonts w:ascii="Times New Roman" w:hAnsi="Times New Roman" w:eastAsia="Times New Roman" w:cs="Times New Roman"/>
        </w:rPr>
        <w:t xml:space="preserve"> </w:t>
      </w:r>
      <w:r>
        <w:rPr>
          <w:rFonts w:ascii="Ebrima" w:hAnsi="Ebrima" w:eastAsia="Ebrima" w:cs="Ebrima"/>
        </w:rPr>
        <w:t>ትንቢታዊ</w:t>
      </w:r>
      <w:r>
        <w:rPr>
          <w:rFonts w:ascii="Times New Roman" w:hAnsi="Times New Roman" w:eastAsia="Times New Roman" w:cs="Times New Roman"/>
        </w:rPr>
        <w:t xml:space="preserve"> </w:t>
      </w:r>
      <w:r>
        <w:rPr>
          <w:rFonts w:ascii="Ebrima" w:hAnsi="Ebrima" w:eastAsia="Ebrima" w:cs="Ebrima"/>
        </w:rPr>
        <w:t>ምሳሌ</w:t>
      </w:r>
      <w:r>
        <w:rPr>
          <w:rFonts w:ascii="Times New Roman" w:hAnsi="Times New Roman" w:eastAsia="Times New Roman" w:cs="Times New Roman"/>
        </w:rPr>
        <w:t xml:space="preserve"> </w:t>
      </w:r>
      <w:r>
        <w:rPr>
          <w:rFonts w:ascii="Ebrima" w:hAnsi="Ebrima" w:eastAsia="Ebrima" w:cs="Ebrima"/>
        </w:rPr>
        <w:t>ያደርጋሉ።</w:t>
      </w:r>
      <w:r>
        <w:rPr>
          <w:rFonts w:ascii="Times New Roman" w:hAnsi="Times New Roman" w:eastAsia="Times New Roman" w:cs="Times New Roman"/>
        </w:rPr>
        <w:t xml:space="preserve"> </w:t>
      </w:r>
      <w:r>
        <w:rPr>
          <w:rFonts w:ascii="Ebrima" w:hAnsi="Ebrima" w:eastAsia="Ebrima" w:cs="Ebrima"/>
        </w:rPr>
        <w:t>የሚላን</w:t>
      </w:r>
      <w:r>
        <w:rPr>
          <w:rFonts w:ascii="Times New Roman" w:hAnsi="Times New Roman" w:eastAsia="Times New Roman" w:cs="Times New Roman"/>
        </w:rPr>
        <w:t xml:space="preserve"> </w:t>
      </w:r>
      <w:r>
        <w:rPr>
          <w:rFonts w:ascii="Ebrima" w:hAnsi="Ebrima" w:eastAsia="Ebrima" w:cs="Ebrima"/>
        </w:rPr>
        <w:t>አዋጅ</w:t>
      </w:r>
      <w:r>
        <w:rPr>
          <w:rFonts w:ascii="Times New Roman" w:hAnsi="Times New Roman" w:eastAsia="Times New Roman" w:cs="Times New Roman"/>
        </w:rPr>
        <w:t xml:space="preserve"> </w:t>
      </w:r>
      <w:r>
        <w:rPr>
          <w:rFonts w:ascii="Ebrima" w:hAnsi="Ebrima" w:eastAsia="Ebrima" w:cs="Ebrima"/>
        </w:rPr>
        <w:t>የትንቢታዊ</w:t>
      </w:r>
      <w:r>
        <w:rPr>
          <w:rFonts w:ascii="Times New Roman" w:hAnsi="Times New Roman" w:eastAsia="Times New Roman" w:cs="Times New Roman"/>
        </w:rPr>
        <w:t xml:space="preserve"> </w:t>
      </w:r>
      <w:r>
        <w:rPr>
          <w:rFonts w:ascii="Ebrima" w:hAnsi="Ebrima" w:eastAsia="Ebrima" w:cs="Ebrima"/>
        </w:rPr>
        <w:t>ከበባ</w:t>
      </w:r>
      <w:r>
        <w:rPr>
          <w:rFonts w:ascii="Times New Roman" w:hAnsi="Times New Roman" w:eastAsia="Times New Roman" w:cs="Times New Roman"/>
        </w:rPr>
        <w:t xml:space="preserve"> </w:t>
      </w:r>
      <w:r>
        <w:rPr>
          <w:rFonts w:ascii="Ebrima" w:hAnsi="Ebrima" w:eastAsia="Ebrima" w:cs="Ebrima"/>
        </w:rPr>
        <w:t>መጀመሪያን</w:t>
      </w:r>
      <w:r>
        <w:rPr>
          <w:rFonts w:ascii="Times New Roman" w:hAnsi="Times New Roman" w:eastAsia="Times New Roman" w:cs="Times New Roman"/>
        </w:rPr>
        <w:t xml:space="preserve"> </w:t>
      </w:r>
      <w:r>
        <w:rPr>
          <w:rFonts w:ascii="Ebrima" w:hAnsi="Ebrima" w:eastAsia="Ebrima" w:cs="Ebrima"/>
        </w:rPr>
        <w:t>ያመለክታል፤</w:t>
      </w:r>
      <w:r>
        <w:rPr>
          <w:rFonts w:ascii="Times New Roman" w:hAnsi="Times New Roman" w:eastAsia="Times New Roman" w:cs="Times New Roman"/>
        </w:rPr>
        <w:t xml:space="preserve"> </w:t>
      </w:r>
      <w:r>
        <w:rPr>
          <w:rFonts w:ascii="Ebrima" w:hAnsi="Ebrima" w:eastAsia="Ebrima" w:cs="Ebrima"/>
        </w:rPr>
        <w:t>ትንቢታዊ</w:t>
      </w:r>
      <w:r>
        <w:rPr>
          <w:rFonts w:ascii="Times New Roman" w:hAnsi="Times New Roman" w:eastAsia="Times New Roman" w:cs="Times New Roman"/>
        </w:rPr>
        <w:t xml:space="preserve"> </w:t>
      </w:r>
      <w:r>
        <w:rPr>
          <w:rFonts w:ascii="Ebrima" w:hAnsi="Ebrima" w:eastAsia="Ebrima" w:cs="Ebrima"/>
        </w:rPr>
        <w:t>ምልክትን</w:t>
      </w:r>
      <w:r>
        <w:rPr>
          <w:rFonts w:ascii="Times New Roman" w:hAnsi="Times New Roman" w:eastAsia="Times New Roman" w:cs="Times New Roman"/>
        </w:rPr>
        <w:t xml:space="preserve"> </w:t>
      </w:r>
      <w:r>
        <w:rPr>
          <w:rFonts w:ascii="Ebrima" w:hAnsi="Ebrima" w:eastAsia="Ebrima" w:cs="Ebrima"/>
        </w:rPr>
        <w:t>ይወክላል፤</w:t>
      </w:r>
      <w:r>
        <w:rPr>
          <w:rFonts w:ascii="Times New Roman" w:hAnsi="Times New Roman" w:eastAsia="Times New Roman" w:cs="Times New Roman"/>
        </w:rPr>
        <w:t xml:space="preserve"> </w:t>
      </w:r>
      <w:r>
        <w:rPr>
          <w:rFonts w:ascii="Ebrima" w:hAnsi="Ebrima" w:eastAsia="Ebrima" w:cs="Ebrima"/>
        </w:rPr>
        <w:t>ጻድቅ</w:t>
      </w:r>
      <w:r>
        <w:rPr>
          <w:rFonts w:ascii="Times New Roman" w:hAnsi="Times New Roman" w:eastAsia="Times New Roman" w:cs="Times New Roman"/>
        </w:rPr>
        <w:t xml:space="preserve"> </w:t>
      </w:r>
      <w:r>
        <w:rPr>
          <w:rFonts w:ascii="Ebrima" w:hAnsi="Ebrima" w:eastAsia="Ebrima" w:cs="Ebrima"/>
        </w:rPr>
        <w:t>ቤተ</w:t>
      </w:r>
      <w:r>
        <w:rPr>
          <w:rFonts w:ascii="Times New Roman" w:hAnsi="Times New Roman" w:eastAsia="Times New Roman" w:cs="Times New Roman"/>
        </w:rPr>
        <w:t xml:space="preserve"> </w:t>
      </w:r>
      <w:r>
        <w:rPr>
          <w:rFonts w:ascii="Ebrima" w:hAnsi="Ebrima" w:eastAsia="Ebrima" w:cs="Ebrima"/>
        </w:rPr>
        <w:t>ክርስቲያን</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ዓመፀኛ</w:t>
      </w:r>
      <w:r>
        <w:rPr>
          <w:rFonts w:ascii="Times New Roman" w:hAnsi="Times New Roman" w:eastAsia="Times New Roman" w:cs="Times New Roman"/>
        </w:rPr>
        <w:t xml:space="preserve"> </w:t>
      </w:r>
      <w:r>
        <w:rPr>
          <w:rFonts w:ascii="Ebrima" w:hAnsi="Ebrima" w:eastAsia="Ebrima" w:cs="Ebrima"/>
        </w:rPr>
        <w:t>ቤተ</w:t>
      </w:r>
      <w:r>
        <w:rPr>
          <w:rFonts w:ascii="Times New Roman" w:hAnsi="Times New Roman" w:eastAsia="Times New Roman" w:cs="Times New Roman"/>
        </w:rPr>
        <w:t xml:space="preserve"> </w:t>
      </w:r>
      <w:r>
        <w:rPr>
          <w:rFonts w:ascii="Ebrima" w:hAnsi="Ebrima" w:eastAsia="Ebrima" w:cs="Ebrima"/>
        </w:rPr>
        <w:t>ክርስቲያን</w:t>
      </w:r>
      <w:r>
        <w:rPr>
          <w:rFonts w:ascii="Times New Roman" w:hAnsi="Times New Roman" w:eastAsia="Times New Roman" w:cs="Times New Roman"/>
        </w:rPr>
        <w:t xml:space="preserve"> </w:t>
      </w:r>
      <w:r>
        <w:rPr>
          <w:rFonts w:ascii="Ebrima" w:hAnsi="Ebrima" w:eastAsia="Ebrima" w:cs="Ebrima"/>
        </w:rPr>
        <w:t>የሚሸጋገርበትን</w:t>
      </w:r>
      <w:r>
        <w:rPr>
          <w:rFonts w:ascii="Times New Roman" w:hAnsi="Times New Roman" w:eastAsia="Times New Roman" w:cs="Times New Roman"/>
        </w:rPr>
        <w:t xml:space="preserve"> </w:t>
      </w:r>
      <w:r>
        <w:rPr>
          <w:rFonts w:ascii="Ebrima" w:hAnsi="Ebrima" w:eastAsia="Ebrima" w:cs="Ebrima"/>
        </w:rPr>
        <w:t>ሽግግር</w:t>
      </w:r>
      <w:r>
        <w:rPr>
          <w:rFonts w:ascii="Times New Roman" w:hAnsi="Times New Roman" w:eastAsia="Times New Roman" w:cs="Times New Roman"/>
        </w:rPr>
        <w:t xml:space="preserve"> </w:t>
      </w:r>
      <w:r>
        <w:rPr>
          <w:rFonts w:ascii="Ebrima" w:hAnsi="Ebrima" w:eastAsia="Ebrima" w:cs="Ebrima"/>
        </w:rPr>
        <w:t>ያመለክታል፤</w:t>
      </w:r>
      <w:r>
        <w:rPr>
          <w:rFonts w:ascii="Times New Roman" w:hAnsi="Times New Roman" w:eastAsia="Times New Roman" w:cs="Times New Roman"/>
        </w:rPr>
        <w:t xml:space="preserve"> </w:t>
      </w:r>
      <w:r>
        <w:rPr>
          <w:rFonts w:ascii="Ebrima" w:hAnsi="Ebrima" w:eastAsia="Ebrima" w:cs="Ebrima"/>
        </w:rPr>
        <w:t>እንዲሁም</w:t>
      </w:r>
      <w:r>
        <w:rPr>
          <w:rFonts w:ascii="Times New Roman" w:hAnsi="Times New Roman" w:eastAsia="Times New Roman" w:cs="Times New Roman"/>
        </w:rPr>
        <w:t xml:space="preserve"> </w:t>
      </w:r>
      <w:r>
        <w:rPr>
          <w:rFonts w:ascii="Ebrima" w:hAnsi="Ebrima" w:eastAsia="Ebrima" w:cs="Ebrima"/>
        </w:rPr>
        <w:t>ከሰባቱ</w:t>
      </w:r>
      <w:r>
        <w:rPr>
          <w:rFonts w:ascii="Times New Roman" w:hAnsi="Times New Roman" w:eastAsia="Times New Roman" w:cs="Times New Roman"/>
        </w:rPr>
        <w:t xml:space="preserve"> </w:t>
      </w:r>
      <w:r>
        <w:rPr>
          <w:rFonts w:ascii="Ebrima" w:hAnsi="Ebrima" w:eastAsia="Ebrima" w:cs="Ebrima"/>
        </w:rPr>
        <w:t>የሆነው</w:t>
      </w:r>
      <w:r>
        <w:rPr>
          <w:rFonts w:ascii="Times New Roman" w:hAnsi="Times New Roman" w:eastAsia="Times New Roman" w:cs="Times New Roman"/>
        </w:rPr>
        <w:t xml:space="preserve"> </w:t>
      </w:r>
      <w:r>
        <w:rPr>
          <w:rFonts w:ascii="Ebrima" w:hAnsi="Ebrima" w:eastAsia="Ebrima" w:cs="Ebrima"/>
        </w:rPr>
        <w:t>ስምንተኛው</w:t>
      </w:r>
      <w:r>
        <w:rPr>
          <w:rFonts w:ascii="Times New Roman" w:hAnsi="Times New Roman" w:eastAsia="Times New Roman" w:cs="Times New Roman"/>
        </w:rPr>
        <w:t xml:space="preserve"> </w:t>
      </w:r>
      <w:r>
        <w:rPr>
          <w:rFonts w:ascii="Ebrima" w:hAnsi="Ebrima" w:eastAsia="Ebrima" w:cs="Ebrima"/>
        </w:rPr>
        <w:t>ማንነት</w:t>
      </w:r>
      <w:r>
        <w:rPr>
          <w:rFonts w:ascii="Times New Roman" w:hAnsi="Times New Roman" w:eastAsia="Times New Roman" w:cs="Times New Roman"/>
        </w:rPr>
        <w:t xml:space="preserve"> </w:t>
      </w:r>
      <w:r>
        <w:rPr>
          <w:rFonts w:ascii="Ebrima" w:hAnsi="Ebrima" w:eastAsia="Ebrima" w:cs="Ebrima"/>
        </w:rPr>
        <w:t>እንቆቅልሽ</w:t>
      </w:r>
      <w:r>
        <w:rPr>
          <w:rFonts w:ascii="Times New Roman" w:hAnsi="Times New Roman" w:eastAsia="Times New Roman" w:cs="Times New Roman"/>
        </w:rPr>
        <w:t xml:space="preserve"> </w:t>
      </w:r>
      <w:r>
        <w:rPr>
          <w:rFonts w:ascii="Ebrima" w:hAnsi="Ebrima" w:eastAsia="Ebrima" w:cs="Ebrima"/>
        </w:rPr>
        <w:t>ጋር</w:t>
      </w:r>
      <w:r>
        <w:rPr>
          <w:rFonts w:ascii="Times New Roman" w:hAnsi="Times New Roman" w:eastAsia="Times New Roman" w:cs="Times New Roman"/>
        </w:rPr>
        <w:t xml:space="preserve"> </w:t>
      </w:r>
      <w:r>
        <w:rPr>
          <w:rFonts w:ascii="Ebrima" w:hAnsi="Ebrima" w:eastAsia="Ebrima" w:cs="Ebrima"/>
        </w:rPr>
        <w:t>ይጣጣማል።</w:t>
      </w:r>
      <w:r>
        <w:rPr>
          <w:rFonts w:ascii="Times New Roman" w:hAnsi="Times New Roman" w:eastAsia="Times New Roman" w:cs="Times New Roman"/>
        </w:rPr>
        <w:t xml:space="preserve"> </w:t>
      </w:r>
      <w:r>
        <w:rPr>
          <w:rFonts w:ascii="Ebrima" w:hAnsi="Ebrima" w:eastAsia="Ebrima" w:cs="Ebrima"/>
        </w:rPr>
        <w:t>ጦርነትን</w:t>
      </w:r>
      <w:r>
        <w:rPr>
          <w:rFonts w:ascii="Times New Roman" w:hAnsi="Times New Roman" w:eastAsia="Times New Roman" w:cs="Times New Roman"/>
        </w:rPr>
        <w:t xml:space="preserve"> </w:t>
      </w:r>
      <w:r>
        <w:rPr>
          <w:rFonts w:ascii="Ebrima" w:hAnsi="Ebrima" w:eastAsia="Ebrima" w:cs="Ebrima"/>
        </w:rPr>
        <w:t>የሚያበቃ</w:t>
      </w:r>
      <w:r>
        <w:rPr>
          <w:rFonts w:ascii="Times New Roman" w:hAnsi="Times New Roman" w:eastAsia="Times New Roman" w:cs="Times New Roman"/>
        </w:rPr>
        <w:t xml:space="preserve"> </w:t>
      </w:r>
      <w:r>
        <w:rPr>
          <w:rFonts w:ascii="Ebrima" w:hAnsi="Ebrima" w:eastAsia="Ebrima" w:cs="Ebrima"/>
        </w:rPr>
        <w:t>የኪዳን</w:t>
      </w:r>
      <w:r>
        <w:rPr>
          <w:rFonts w:ascii="Times New Roman" w:hAnsi="Times New Roman" w:eastAsia="Times New Roman" w:cs="Times New Roman"/>
        </w:rPr>
        <w:t xml:space="preserve"> </w:t>
      </w:r>
      <w:r>
        <w:rPr>
          <w:rFonts w:ascii="Ebrima" w:hAnsi="Ebrima" w:eastAsia="Ebrima" w:cs="Ebrima"/>
        </w:rPr>
        <w:t>ጋብቻን</w:t>
      </w:r>
      <w:r>
        <w:rPr>
          <w:rFonts w:ascii="Times New Roman" w:hAnsi="Times New Roman" w:eastAsia="Times New Roman" w:cs="Times New Roman"/>
        </w:rPr>
        <w:t xml:space="preserve"> </w:t>
      </w:r>
      <w:r>
        <w:rPr>
          <w:rFonts w:ascii="Ebrima" w:hAnsi="Ebrima" w:eastAsia="Ebrima" w:cs="Ebrima"/>
        </w:rPr>
        <w:t>ያመለክታል፤</w:t>
      </w:r>
      <w:r>
        <w:rPr>
          <w:rFonts w:ascii="Times New Roman" w:hAnsi="Times New Roman" w:eastAsia="Times New Roman" w:cs="Times New Roman"/>
        </w:rPr>
        <w:t xml:space="preserve"> </w:t>
      </w:r>
      <w:r>
        <w:rPr>
          <w:rFonts w:ascii="Ebrima" w:hAnsi="Ebrima" w:eastAsia="Ebrima" w:cs="Ebrima"/>
        </w:rPr>
        <w:t>እስከ</w:t>
      </w:r>
      <w:r>
        <w:rPr>
          <w:rFonts w:ascii="Times New Roman" w:hAnsi="Times New Roman" w:eastAsia="Times New Roman" w:cs="Times New Roman"/>
        </w:rPr>
        <w:t xml:space="preserve"> </w:t>
      </w:r>
      <w:r>
        <w:rPr>
          <w:rFonts w:ascii="Ebrima" w:hAnsi="Ebrima" w:eastAsia="Ebrima" w:cs="Ebrima"/>
        </w:rPr>
        <w:t>ዚያ</w:t>
      </w:r>
      <w:r>
        <w:rPr>
          <w:rFonts w:ascii="Times New Roman" w:hAnsi="Times New Roman" w:eastAsia="Times New Roman" w:cs="Times New Roman"/>
        </w:rPr>
        <w:t xml:space="preserve"> </w:t>
      </w:r>
      <w:r>
        <w:rPr>
          <w:rFonts w:ascii="Ebrima" w:hAnsi="Ebrima" w:eastAsia="Ebrima" w:cs="Ebrima"/>
        </w:rPr>
        <w:t>የኪዳን</w:t>
      </w:r>
      <w:r>
        <w:rPr>
          <w:rFonts w:ascii="Times New Roman" w:hAnsi="Times New Roman" w:eastAsia="Times New Roman" w:cs="Times New Roman"/>
        </w:rPr>
        <w:t xml:space="preserve"> </w:t>
      </w:r>
      <w:r>
        <w:rPr>
          <w:rFonts w:ascii="Ebrima" w:hAnsi="Ebrima" w:eastAsia="Ebrima" w:cs="Ebrima"/>
        </w:rPr>
        <w:t>ጋብቻው</w:t>
      </w:r>
      <w:r>
        <w:rPr>
          <w:rFonts w:ascii="Times New Roman" w:hAnsi="Times New Roman" w:eastAsia="Times New Roman" w:cs="Times New Roman"/>
        </w:rPr>
        <w:t xml:space="preserve"> </w:t>
      </w:r>
      <w:r>
        <w:rPr>
          <w:rFonts w:ascii="Ebrima" w:hAnsi="Ebrima" w:eastAsia="Ebrima" w:cs="Ebrima"/>
        </w:rPr>
        <w:t>ፍቺ</w:t>
      </w:r>
      <w:r>
        <w:rPr>
          <w:rFonts w:ascii="Times New Roman" w:hAnsi="Times New Roman" w:eastAsia="Times New Roman" w:cs="Times New Roman"/>
        </w:rPr>
        <w:t xml:space="preserve"> </w:t>
      </w:r>
      <w:r>
        <w:rPr>
          <w:rFonts w:ascii="Ebrima" w:hAnsi="Ebrima" w:eastAsia="Ebrima" w:cs="Ebrima"/>
        </w:rPr>
        <w:t>ድረስ፣</w:t>
      </w:r>
      <w:r>
        <w:rPr>
          <w:rFonts w:ascii="Times New Roman" w:hAnsi="Times New Roman" w:eastAsia="Times New Roman" w:cs="Times New Roman"/>
        </w:rPr>
        <w:t xml:space="preserve"> </w:t>
      </w:r>
      <w:r>
        <w:rPr>
          <w:rFonts w:ascii="Ebrima" w:hAnsi="Ebrima" w:eastAsia="Ebrima" w:cs="Ebrima"/>
        </w:rPr>
        <w:t>ይህም</w:t>
      </w:r>
      <w:r>
        <w:rPr>
          <w:rFonts w:ascii="Times New Roman" w:hAnsi="Times New Roman" w:eastAsia="Times New Roman" w:cs="Times New Roman"/>
        </w:rPr>
        <w:t xml:space="preserve"> </w:t>
      </w:r>
      <w:r>
        <w:rPr>
          <w:rFonts w:ascii="Ebrima" w:hAnsi="Ebrima" w:eastAsia="Ebrima" w:cs="Ebrima"/>
        </w:rPr>
        <w:t>የጦርነት</w:t>
      </w:r>
      <w:r>
        <w:rPr>
          <w:rFonts w:ascii="Times New Roman" w:hAnsi="Times New Roman" w:eastAsia="Times New Roman" w:cs="Times New Roman"/>
        </w:rPr>
        <w:t xml:space="preserve"> </w:t>
      </w:r>
      <w:r>
        <w:rPr>
          <w:rFonts w:ascii="Ebrima" w:hAnsi="Ebrima" w:eastAsia="Ebrima" w:cs="Ebrima"/>
        </w:rPr>
        <w:t>መጀመሪያን</w:t>
      </w:r>
      <w:r>
        <w:rPr>
          <w:rFonts w:ascii="Times New Roman" w:hAnsi="Times New Roman" w:eastAsia="Times New Roman" w:cs="Times New Roman"/>
        </w:rPr>
        <w:t xml:space="preserve"> </w:t>
      </w:r>
      <w:r>
        <w:rPr>
          <w:rFonts w:ascii="Ebrima" w:hAnsi="Ebrima" w:eastAsia="Ebrima" w:cs="Ebrima"/>
        </w:rPr>
        <w:t>ያመለክታል።</w:t>
      </w:r>
      <w:r>
        <w:rPr>
          <w:rFonts w:ascii="Times New Roman" w:hAnsi="Times New Roman" w:eastAsia="Times New Roman" w:cs="Times New Roman"/>
        </w:rPr>
        <w:t xml:space="preserve"> </w:t>
      </w:r>
      <w:r>
        <w:rPr>
          <w:rFonts w:ascii="Ebrima" w:hAnsi="Ebrima" w:eastAsia="Ebrima" w:cs="Ebrima"/>
        </w:rPr>
        <w:t>በሁለቱ</w:t>
      </w:r>
      <w:r>
        <w:rPr>
          <w:rFonts w:ascii="Times New Roman" w:hAnsi="Times New Roman" w:eastAsia="Times New Roman" w:cs="Times New Roman"/>
        </w:rPr>
        <w:t xml:space="preserve"> </w:t>
      </w:r>
      <w:r>
        <w:rPr>
          <w:rFonts w:ascii="Ebrima" w:hAnsi="Ebrima" w:eastAsia="Ebrima" w:cs="Ebrima"/>
        </w:rPr>
        <w:t>የሮማ</w:t>
      </w:r>
      <w:r>
        <w:rPr>
          <w:rFonts w:ascii="Times New Roman" w:hAnsi="Times New Roman" w:eastAsia="Times New Roman" w:cs="Times New Roman"/>
        </w:rPr>
        <w:t xml:space="preserve"> </w:t>
      </w:r>
      <w:r>
        <w:rPr>
          <w:rFonts w:ascii="Ebrima" w:hAnsi="Ebrima" w:eastAsia="Ebrima" w:cs="Ebrima"/>
        </w:rPr>
        <w:t>ጋብቻዎች</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ፍቺው</w:t>
      </w:r>
      <w:r>
        <w:rPr>
          <w:rFonts w:ascii="Times New Roman" w:hAnsi="Times New Roman" w:eastAsia="Times New Roman" w:cs="Times New Roman"/>
        </w:rPr>
        <w:t xml:space="preserve"> </w:t>
      </w:r>
      <w:r>
        <w:rPr>
          <w:rFonts w:ascii="Ebrima" w:hAnsi="Ebrima" w:eastAsia="Ebrima" w:cs="Ebrima"/>
        </w:rPr>
        <w:t>የንግሥነቱን</w:t>
      </w:r>
      <w:r>
        <w:rPr>
          <w:rFonts w:ascii="Times New Roman" w:hAnsi="Times New Roman" w:eastAsia="Times New Roman" w:cs="Times New Roman"/>
        </w:rPr>
        <w:t xml:space="preserve"> </w:t>
      </w:r>
      <w:r>
        <w:rPr>
          <w:rFonts w:ascii="Ebrima" w:hAnsi="Ebrima" w:eastAsia="Ebrima" w:cs="Ebrima"/>
        </w:rPr>
        <w:t>አንድነት</w:t>
      </w:r>
      <w:r>
        <w:rPr>
          <w:rFonts w:ascii="Times New Roman" w:hAnsi="Times New Roman" w:eastAsia="Times New Roman" w:cs="Times New Roman"/>
        </w:rPr>
        <w:t xml:space="preserve"> </w:t>
      </w:r>
      <w:r>
        <w:rPr>
          <w:rFonts w:ascii="Ebrima" w:hAnsi="Ebrima" w:eastAsia="Ebrima" w:cs="Ebrima"/>
        </w:rPr>
        <w:t>ያፋጥናል።</w:t>
      </w:r>
      <w:r>
        <w:rPr>
          <w:rFonts w:ascii="Times New Roman" w:hAnsi="Times New Roman" w:eastAsia="Times New Roman" w:cs="Times New Roman"/>
        </w:rPr>
        <w:t xml:space="preserve"> 313 </w:t>
      </w:r>
      <w:r>
        <w:rPr>
          <w:rFonts w:ascii="Ebrima" w:hAnsi="Ebrima" w:eastAsia="Ebrima" w:cs="Ebrima"/>
        </w:rPr>
        <w:t>እንዲሁም</w:t>
      </w:r>
      <w:r>
        <w:rPr>
          <w:rFonts w:ascii="Times New Roman" w:hAnsi="Times New Roman" w:eastAsia="Times New Roman" w:cs="Times New Roman"/>
        </w:rPr>
        <w:t xml:space="preserve"> </w:t>
      </w:r>
      <w:r>
        <w:rPr>
          <w:rFonts w:ascii="Ebrima" w:hAnsi="Ebrima" w:eastAsia="Ebrima" w:cs="Ebrima"/>
        </w:rPr>
        <w:t>የእኩለ</w:t>
      </w:r>
      <w:r>
        <w:rPr>
          <w:rFonts w:ascii="Times New Roman" w:hAnsi="Times New Roman" w:eastAsia="Times New Roman" w:cs="Times New Roman"/>
        </w:rPr>
        <w:t xml:space="preserve"> </w:t>
      </w:r>
      <w:r>
        <w:rPr>
          <w:rFonts w:ascii="Ebrima" w:hAnsi="Ebrima" w:eastAsia="Ebrima" w:cs="Ebrima"/>
        </w:rPr>
        <w:t>ሌሊት</w:t>
      </w:r>
      <w:r>
        <w:rPr>
          <w:rFonts w:ascii="Times New Roman" w:hAnsi="Times New Roman" w:eastAsia="Times New Roman" w:cs="Times New Roman"/>
        </w:rPr>
        <w:t xml:space="preserve"> </w:t>
      </w:r>
      <w:r>
        <w:rPr>
          <w:rFonts w:ascii="Ebrima" w:hAnsi="Ebrima" w:eastAsia="Ebrima" w:cs="Ebrima"/>
        </w:rPr>
        <w:t>ጩኸት</w:t>
      </w:r>
      <w:r>
        <w:rPr>
          <w:rFonts w:ascii="Times New Roman" w:hAnsi="Times New Roman" w:eastAsia="Times New Roman" w:cs="Times New Roman"/>
        </w:rPr>
        <w:t xml:space="preserve"> </w:t>
      </w:r>
      <w:r>
        <w:rPr>
          <w:rFonts w:ascii="Ebrima" w:hAnsi="Ebrima" w:eastAsia="Ebrima" w:cs="Ebrima"/>
        </w:rPr>
        <w:t>መልእክት</w:t>
      </w:r>
      <w:r>
        <w:rPr>
          <w:rFonts w:ascii="Times New Roman" w:hAnsi="Times New Roman" w:eastAsia="Times New Roman" w:cs="Times New Roman"/>
        </w:rPr>
        <w:t xml:space="preserve"> </w:t>
      </w:r>
      <w:r>
        <w:rPr>
          <w:rFonts w:ascii="Ebrima" w:hAnsi="Ebrima" w:eastAsia="Ebrima" w:cs="Ebrima"/>
        </w:rPr>
        <w:t>ስብከት</w:t>
      </w:r>
      <w:r>
        <w:rPr>
          <w:rFonts w:ascii="Times New Roman" w:hAnsi="Times New Roman" w:eastAsia="Times New Roman" w:cs="Times New Roman"/>
        </w:rPr>
        <w:t xml:space="preserve"> </w:t>
      </w:r>
      <w:r>
        <w:rPr>
          <w:rFonts w:ascii="Ebrima" w:hAnsi="Ebrima" w:eastAsia="Ebrima" w:cs="Ebrima"/>
        </w:rPr>
        <w:t>የሚጀምርበትን</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ጥቅምት</w:t>
      </w:r>
      <w:r>
        <w:rPr>
          <w:rFonts w:ascii="Times New Roman" w:hAnsi="Times New Roman" w:eastAsia="Times New Roman" w:cs="Times New Roman"/>
        </w:rPr>
        <w:t xml:space="preserve"> 22 </w:t>
      </w:r>
      <w:r>
        <w:rPr>
          <w:rFonts w:ascii="Ebrima" w:hAnsi="Ebrima" w:eastAsia="Ebrima" w:cs="Ebrima"/>
        </w:rPr>
        <w:t>የተዘጋ</w:t>
      </w:r>
      <w:r>
        <w:rPr>
          <w:rFonts w:ascii="Times New Roman" w:hAnsi="Times New Roman" w:eastAsia="Times New Roman" w:cs="Times New Roman"/>
        </w:rPr>
        <w:t xml:space="preserve"> </w:t>
      </w:r>
      <w:r>
        <w:rPr>
          <w:rFonts w:ascii="Ebrima" w:hAnsi="Ebrima" w:eastAsia="Ebrima" w:cs="Ebrima"/>
        </w:rPr>
        <w:t>በር</w:t>
      </w:r>
      <w:r>
        <w:rPr>
          <w:rFonts w:ascii="Times New Roman" w:hAnsi="Times New Roman" w:eastAsia="Times New Roman" w:cs="Times New Roman"/>
        </w:rPr>
        <w:t xml:space="preserve"> </w:t>
      </w:r>
      <w:r>
        <w:rPr>
          <w:rFonts w:ascii="Ebrima" w:hAnsi="Ebrima" w:eastAsia="Ebrima" w:cs="Ebrima"/>
        </w:rPr>
        <w:t>የሚመራውን</w:t>
      </w:r>
      <w:r>
        <w:rPr>
          <w:rFonts w:ascii="Times New Roman" w:hAnsi="Times New Roman" w:eastAsia="Times New Roman" w:cs="Times New Roman"/>
        </w:rPr>
        <w:t xml:space="preserve"> </w:t>
      </w:r>
      <w:r>
        <w:rPr>
          <w:rFonts w:ascii="Ebrima" w:hAnsi="Ebrima" w:eastAsia="Ebrima" w:cs="Ebrima"/>
        </w:rPr>
        <w:t>የኤክሰተር</w:t>
      </w:r>
      <w:r>
        <w:rPr>
          <w:rFonts w:ascii="Times New Roman" w:hAnsi="Times New Roman" w:eastAsia="Times New Roman" w:cs="Times New Roman"/>
        </w:rPr>
        <w:t xml:space="preserve"> </w:t>
      </w:r>
      <w:r>
        <w:rPr>
          <w:rFonts w:ascii="Ebrima" w:hAnsi="Ebrima" w:eastAsia="Ebrima" w:cs="Ebrima"/>
        </w:rPr>
        <w:t>የካምፕ</w:t>
      </w:r>
      <w:r>
        <w:rPr>
          <w:rFonts w:ascii="Times New Roman" w:hAnsi="Times New Roman" w:eastAsia="Times New Roman" w:cs="Times New Roman"/>
        </w:rPr>
        <w:t xml:space="preserve"> </w:t>
      </w:r>
      <w:r>
        <w:rPr>
          <w:rFonts w:ascii="Ebrima" w:hAnsi="Ebrima" w:eastAsia="Ebrima" w:cs="Ebrima"/>
        </w:rPr>
        <w:t>ስብሰባ</w:t>
      </w:r>
      <w:r>
        <w:rPr>
          <w:rFonts w:ascii="Times New Roman" w:hAnsi="Times New Roman" w:eastAsia="Times New Roman" w:cs="Times New Roman"/>
        </w:rPr>
        <w:t xml:space="preserve"> </w:t>
      </w:r>
      <w:r>
        <w:rPr>
          <w:rFonts w:ascii="Ebrima" w:hAnsi="Ebrima" w:eastAsia="Ebrima" w:cs="Ebrima"/>
        </w:rPr>
        <w:t>ያመለክታል።</w:t>
      </w:r>
    </w:p>
    <w:p>
      <w:pPr>
        <w:pStyle w:val="ArticleBody"/>
        <w:jc w:val="left"/>
      </w:pPr>
      <w:r>
        <w:rPr>
          <w:rFonts w:ascii="Times New Roman" w:hAnsi="Times New Roman" w:eastAsia="Times New Roman" w:cs="Times New Roman"/>
        </w:rPr>
        <w:t>Nuti aṅga ehi satyagudiku parabarttī lekhare bicar kariba.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Seenaa Dhoksaa Lakkoofsa Aartii Afurtamaa — Lakkoofsa Digdamii Sagalii</dc:title>
  <dc:subject>ሕዝቅኤል ቍጽሪ ዐሥር</dc:subject>
  <dc:creator>Jeff Pippenger</dc:creator>
  <cp:keywords/>
  <dc:description>Generated by ArticleDigger from hidden_history\29_hidden_history.json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