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ପଦ୍ୟ</w:t>
      </w:r>
      <w:r>
        <w:rPr>
          <w:rFonts w:ascii="Arial" w:hAnsi="Arial" w:eastAsia="Arial" w:cs="Arial"/>
        </w:rPr>
        <w:t xml:space="preserve"> </w:t>
      </w:r>
      <w:r>
        <w:rPr>
          <w:rFonts w:ascii="Nirmala UI" w:hAnsi="Nirmala UI" w:eastAsia="Nirmala UI" w:cs="Nirmala UI"/>
        </w:rPr>
        <w:t>ଚାଳିଶର</w:t>
      </w:r>
      <w:r>
        <w:rPr>
          <w:rFonts w:ascii="Arial" w:hAnsi="Arial" w:eastAsia="Arial" w:cs="Arial"/>
        </w:rPr>
        <w:t xml:space="preserve"> </w:t>
      </w:r>
      <w:r>
        <w:rPr>
          <w:rFonts w:ascii="Nirmala UI" w:hAnsi="Nirmala UI" w:eastAsia="Nirmala UI" w:cs="Nirmala UI"/>
        </w:rPr>
        <w:t>ଗୁପ୍ତ</w:t>
      </w:r>
      <w:r>
        <w:rPr>
          <w:rFonts w:ascii="Arial" w:hAnsi="Arial" w:eastAsia="Arial" w:cs="Arial"/>
        </w:rPr>
        <w:t xml:space="preserve"> </w:t>
      </w:r>
      <w:r>
        <w:rPr>
          <w:rFonts w:ascii="Nirmala UI" w:hAnsi="Nirmala UI" w:eastAsia="Nirmala UI" w:cs="Nirmala UI"/>
        </w:rPr>
        <w:t>ଇତିହାସ</w:t>
      </w:r>
      <w:r>
        <w:rPr>
          <w:rFonts w:ascii="Arial" w:hAnsi="Arial" w:eastAsia="Arial" w:cs="Arial"/>
        </w:rPr>
        <w:t xml:space="preserve"> — </w:t>
      </w:r>
      <w:r>
        <w:rPr>
          <w:rFonts w:ascii="Nirmala UI" w:hAnsi="Nirmala UI" w:eastAsia="Nirmala UI" w:cs="Nirmala UI"/>
        </w:rPr>
        <w:t>ସଂଖ୍ୟା</w:t>
      </w:r>
      <w:r>
        <w:rPr>
          <w:rFonts w:ascii="Arial" w:hAnsi="Arial" w:eastAsia="Arial" w:cs="Arial"/>
        </w:rPr>
        <w:t xml:space="preserve"> </w:t>
      </w:r>
      <w:r>
        <w:rPr>
          <w:rFonts w:ascii="Nirmala UI" w:hAnsi="Nirmala UI" w:eastAsia="Nirmala UI" w:cs="Nirmala UI"/>
        </w:rPr>
        <w:t>ତିରିଶି</w:t>
      </w:r>
    </w:p>
    <w:p>
      <w:pPr>
        <w:pStyle w:val="ArticleSubtitle"/>
        <w:jc w:val="left"/>
      </w:pPr>
      <w:r>
        <w:rPr>
          <w:rFonts w:ascii="Ebrima" w:hAnsi="Ebrima" w:eastAsia="Ebrima" w:cs="Ebrima"/>
        </w:rPr>
        <w:t>ሕዝቅኤል</w:t>
      </w:r>
      <w:r>
        <w:rPr>
          <w:rFonts w:ascii="Arial" w:hAnsi="Arial" w:eastAsia="Arial" w:cs="Arial"/>
        </w:rPr>
        <w:t xml:space="preserve"> </w:t>
      </w:r>
      <w:r>
        <w:rPr>
          <w:rFonts w:ascii="Ebrima" w:hAnsi="Ebrima" w:eastAsia="Ebrima" w:cs="Ebrima"/>
        </w:rPr>
        <w:t>ቁጥር</w:t>
      </w:r>
      <w:r>
        <w:rPr>
          <w:rFonts w:ascii="Arial" w:hAnsi="Arial" w:eastAsia="Arial" w:cs="Arial"/>
        </w:rPr>
        <w:t xml:space="preserve"> </w:t>
      </w:r>
      <w:r>
        <w:rPr>
          <w:rFonts w:ascii="Ebrima" w:hAnsi="Ebrima" w:eastAsia="Ebrima" w:cs="Ebrima"/>
        </w:rPr>
        <w:t>አስራ</w:t>
      </w:r>
      <w:r>
        <w:rPr>
          <w:rFonts w:ascii="Arial" w:hAnsi="Arial" w:eastAsia="Arial" w:cs="Arial"/>
        </w:rPr>
        <w:t xml:space="preserve"> </w:t>
      </w:r>
      <w:r>
        <w:rPr>
          <w:rFonts w:ascii="Ebrima" w:hAnsi="Ebrima" w:eastAsia="Ebrima" w:cs="Ebrima"/>
        </w:rPr>
        <w:t>አንድ</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2026-09-02</w:t>
      </w:r>
    </w:p>
    <w:p>
      <w:pPr>
        <w:pStyle w:val="ArticleBody"/>
        <w:jc w:val="left"/>
      </w:pPr>
      <w:r>
        <w:rPr>
          <w:rFonts w:ascii="Times New Roman" w:hAnsi="Times New Roman" w:eastAsia="Times New Roman" w:cs="Times New Roman"/>
        </w:rPr>
        <w:t>Kitaaba Hisqiʼeel keessatti, “marfamni” Yerusaalem “mallattoo” qormaata taʼee dha; innis isa ittiin carraan keenya bara-baraa murtaaʼu dha, sababni isaas suuraa bineensichaa uumamuu isaa ni agarsiisa.</w:t>
      </w:r>
    </w:p>
    <w:p>
      <w:pPr>
        <w:pStyle w:val="ArticleScripture"/>
        <w:jc w:val="left"/>
      </w:pPr>
      <w:r>
        <w:rPr>
          <w:rFonts w:ascii="Times New Roman" w:hAnsi="Times New Roman" w:eastAsia="Times New Roman" w:cs="Times New Roman"/>
        </w:rPr>
        <w:t>“Gooftaan suuraa bineensaa yeroo carraan araaraa cufamuu dura akka ijaaramu ifatti natti mul’iseera; kunis ummata Waaqayyoo keessatti qormaata guddaa ta’uuf, isaatiin murtiin isaanii kan bara baraa murtaa’uufii dha. …</w:t>
      </w:r>
    </w:p>
    <w:p>
      <w:pPr>
        <w:pStyle w:val="ArticleScripture"/>
        <w:jc w:val="left"/>
      </w:pPr>
      <w:r>
        <w:rPr>
          <w:rFonts w:ascii="Times New Roman" w:hAnsi="Times New Roman" w:eastAsia="Times New Roman" w:cs="Times New Roman"/>
        </w:rPr>
        <w:t>“</w:t>
      </w:r>
      <w:r>
        <w:rPr>
          <w:rFonts w:ascii="Nirmala UI" w:hAnsi="Nirmala UI" w:eastAsia="Nirmala UI" w:cs="Nirmala UI"/>
        </w:rPr>
        <w:t>ଏହାହିଁ</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ପରୀକ୍ଷା</w:t>
      </w:r>
      <w:r>
        <w:rPr>
          <w:rFonts w:ascii="Times New Roman" w:hAnsi="Times New Roman" w:eastAsia="Times New Roman" w:cs="Times New Roman"/>
        </w:rPr>
        <w:t xml:space="preserve"> </w:t>
      </w:r>
      <w:r>
        <w:rPr>
          <w:rFonts w:ascii="Nirmala UI" w:hAnsi="Nirmala UI" w:eastAsia="Nirmala UI" w:cs="Nirmala UI"/>
        </w:rPr>
        <w:t>ଯାହାକି</w:t>
      </w:r>
      <w:r>
        <w:rPr>
          <w:rFonts w:ascii="Times New Roman" w:hAnsi="Times New Roman" w:eastAsia="Times New Roman" w:cs="Times New Roman"/>
        </w:rPr>
        <w:t xml:space="preserve"> </w:t>
      </w:r>
      <w:r>
        <w:rPr>
          <w:rFonts w:ascii="Nirmala UI" w:hAnsi="Nirmala UI" w:eastAsia="Nirmala UI" w:cs="Nirmala UI"/>
        </w:rPr>
        <w:t>ଈଶ୍ୱରଙ୍କ</w:t>
      </w:r>
      <w:r>
        <w:rPr>
          <w:rFonts w:ascii="Times New Roman" w:hAnsi="Times New Roman" w:eastAsia="Times New Roman" w:cs="Times New Roman"/>
        </w:rPr>
        <w:t xml:space="preserve"> </w:t>
      </w:r>
      <w:r>
        <w:rPr>
          <w:rFonts w:ascii="Nirmala UI" w:hAnsi="Nirmala UI" w:eastAsia="Nirmala UI" w:cs="Nirmala UI"/>
        </w:rPr>
        <w:t>ଲୋକମାନେ</w:t>
      </w:r>
      <w:r>
        <w:rPr>
          <w:rFonts w:ascii="Times New Roman" w:hAnsi="Times New Roman" w:eastAsia="Times New Roman" w:cs="Times New Roman"/>
        </w:rPr>
        <w:t xml:space="preserve"> </w:t>
      </w:r>
      <w:r>
        <w:rPr>
          <w:rFonts w:ascii="Nirmala UI" w:hAnsi="Nirmala UI" w:eastAsia="Nirmala UI" w:cs="Nirmala UI"/>
        </w:rPr>
        <w:t>ମୋହରିତ</w:t>
      </w:r>
      <w:r>
        <w:rPr>
          <w:rFonts w:ascii="Times New Roman" w:hAnsi="Times New Roman" w:eastAsia="Times New Roman" w:cs="Times New Roman"/>
        </w:rPr>
        <w:t xml:space="preserve"> </w:t>
      </w:r>
      <w:r>
        <w:rPr>
          <w:rFonts w:ascii="Nirmala UI" w:hAnsi="Nirmala UI" w:eastAsia="Nirmala UI" w:cs="Nirmala UI"/>
        </w:rPr>
        <w:t>ହେବା</w:t>
      </w:r>
      <w:r>
        <w:rPr>
          <w:rFonts w:ascii="Times New Roman" w:hAnsi="Times New Roman" w:eastAsia="Times New Roman" w:cs="Times New Roman"/>
        </w:rPr>
        <w:t xml:space="preserve"> </w:t>
      </w:r>
      <w:r>
        <w:rPr>
          <w:rFonts w:ascii="Nirmala UI" w:hAnsi="Nirmala UI" w:eastAsia="Nirmala UI" w:cs="Nirmala UI"/>
        </w:rPr>
        <w:t>ପୂର୍ବରୁ</w:t>
      </w:r>
      <w:r>
        <w:rPr>
          <w:rFonts w:ascii="Times New Roman" w:hAnsi="Times New Roman" w:eastAsia="Times New Roman" w:cs="Times New Roman"/>
        </w:rPr>
        <w:t xml:space="preserve"> </w:t>
      </w:r>
      <w:r>
        <w:rPr>
          <w:rFonts w:ascii="Nirmala UI" w:hAnsi="Nirmala UI" w:eastAsia="Nirmala UI" w:cs="Nirmala UI"/>
        </w:rPr>
        <w:t>ଅବଶ୍ୟ</w:t>
      </w:r>
      <w:r>
        <w:rPr>
          <w:rFonts w:ascii="Times New Roman" w:hAnsi="Times New Roman" w:eastAsia="Times New Roman" w:cs="Times New Roman"/>
        </w:rPr>
        <w:t xml:space="preserve"> </w:t>
      </w:r>
      <w:r>
        <w:rPr>
          <w:rFonts w:ascii="Nirmala UI" w:hAnsi="Nirmala UI" w:eastAsia="Nirmala UI" w:cs="Nirmala UI"/>
        </w:rPr>
        <w:t>ଅନୁଭବ</w:t>
      </w:r>
      <w:r>
        <w:rPr>
          <w:rFonts w:ascii="Times New Roman" w:hAnsi="Times New Roman" w:eastAsia="Times New Roman" w:cs="Times New Roman"/>
        </w:rPr>
        <w:t xml:space="preserve"> </w:t>
      </w:r>
      <w:r>
        <w:rPr>
          <w:rFonts w:ascii="Nirmala UI" w:hAnsi="Nirmala UI" w:eastAsia="Nirmala UI" w:cs="Nirmala UI"/>
        </w:rPr>
        <w:t>କରିବାକୁ</w:t>
      </w:r>
      <w:r>
        <w:rPr>
          <w:rFonts w:ascii="Times New Roman" w:hAnsi="Times New Roman" w:eastAsia="Times New Roman" w:cs="Times New Roman"/>
        </w:rPr>
        <w:t xml:space="preserve"> </w:t>
      </w:r>
      <w:r>
        <w:rPr>
          <w:rFonts w:ascii="Nirmala UI" w:hAnsi="Nirmala UI" w:eastAsia="Nirmala UI" w:cs="Nirmala UI"/>
        </w:rPr>
        <w:t>ପଡିବ।</w:t>
      </w:r>
      <w:r>
        <w:rPr>
          <w:rFonts w:ascii="Times New Roman" w:hAnsi="Times New Roman" w:eastAsia="Times New Roman" w:cs="Times New Roman"/>
        </w:rPr>
        <w:t xml:space="preserve"> </w:t>
      </w:r>
      <w:r>
        <w:rPr>
          <w:rFonts w:ascii="Nirmala UI" w:hAnsi="Nirmala UI" w:eastAsia="Nirmala UI" w:cs="Nirmala UI"/>
        </w:rPr>
        <w:t>ଯେମାନେ</w:t>
      </w:r>
      <w:r>
        <w:rPr>
          <w:rFonts w:ascii="Times New Roman" w:hAnsi="Times New Roman" w:eastAsia="Times New Roman" w:cs="Times New Roman"/>
        </w:rPr>
        <w:t xml:space="preserve"> </w:t>
      </w:r>
      <w:r>
        <w:rPr>
          <w:rFonts w:ascii="Nirmala UI" w:hAnsi="Nirmala UI" w:eastAsia="Nirmala UI" w:cs="Nirmala UI"/>
        </w:rPr>
        <w:t>ତାଙ୍କ</w:t>
      </w:r>
      <w:r>
        <w:rPr>
          <w:rFonts w:ascii="Times New Roman" w:hAnsi="Times New Roman" w:eastAsia="Times New Roman" w:cs="Times New Roman"/>
        </w:rPr>
        <w:t xml:space="preserve"> </w:t>
      </w:r>
      <w:r>
        <w:rPr>
          <w:rFonts w:ascii="Nirmala UI" w:hAnsi="Nirmala UI" w:eastAsia="Nirmala UI" w:cs="Nirmala UI"/>
        </w:rPr>
        <w:t>ବ୍ୟବସ୍ଥା</w:t>
      </w:r>
      <w:r>
        <w:rPr>
          <w:rFonts w:ascii="Times New Roman" w:hAnsi="Times New Roman" w:eastAsia="Times New Roman" w:cs="Times New Roman"/>
        </w:rPr>
        <w:t xml:space="preserve"> </w:t>
      </w:r>
      <w:r>
        <w:rPr>
          <w:rFonts w:ascii="Nirmala UI" w:hAnsi="Nirmala UI" w:eastAsia="Nirmala UI" w:cs="Nirmala UI"/>
        </w:rPr>
        <w:t>ପାଳନ</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ମିଥ୍ୟା</w:t>
      </w:r>
      <w:r>
        <w:rPr>
          <w:rFonts w:ascii="Times New Roman" w:hAnsi="Times New Roman" w:eastAsia="Times New Roman" w:cs="Times New Roman"/>
        </w:rPr>
        <w:t xml:space="preserve"> </w:t>
      </w:r>
      <w:r>
        <w:rPr>
          <w:rFonts w:ascii="Nirmala UI" w:hAnsi="Nirmala UI" w:eastAsia="Nirmala UI" w:cs="Nirmala UI"/>
        </w:rPr>
        <w:t>ସବ୍ବାଥକୁ</w:t>
      </w:r>
      <w:r>
        <w:rPr>
          <w:rFonts w:ascii="Times New Roman" w:hAnsi="Times New Roman" w:eastAsia="Times New Roman" w:cs="Times New Roman"/>
        </w:rPr>
        <w:t xml:space="preserve"> </w:t>
      </w:r>
      <w:r>
        <w:rPr>
          <w:rFonts w:ascii="Nirmala UI" w:hAnsi="Nirmala UI" w:eastAsia="Nirmala UI" w:cs="Nirmala UI"/>
        </w:rPr>
        <w:t>ଗ୍ରହଣ</w:t>
      </w:r>
      <w:r>
        <w:rPr>
          <w:rFonts w:ascii="Times New Roman" w:hAnsi="Times New Roman" w:eastAsia="Times New Roman" w:cs="Times New Roman"/>
        </w:rPr>
        <w:t xml:space="preserve"> </w:t>
      </w:r>
      <w:r>
        <w:rPr>
          <w:rFonts w:ascii="Nirmala UI" w:hAnsi="Nirmala UI" w:eastAsia="Nirmala UI" w:cs="Nirmala UI"/>
        </w:rPr>
        <w:t>କରିବାକୁ</w:t>
      </w:r>
      <w:r>
        <w:rPr>
          <w:rFonts w:ascii="Times New Roman" w:hAnsi="Times New Roman" w:eastAsia="Times New Roman" w:cs="Times New Roman"/>
        </w:rPr>
        <w:t xml:space="preserve"> </w:t>
      </w:r>
      <w:r>
        <w:rPr>
          <w:rFonts w:ascii="Nirmala UI" w:hAnsi="Nirmala UI" w:eastAsia="Nirmala UI" w:cs="Nirmala UI"/>
        </w:rPr>
        <w:t>ଅସ୍ୱୀକାର</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ଈଶ୍ୱରଙ୍କ</w:t>
      </w:r>
      <w:r>
        <w:rPr>
          <w:rFonts w:ascii="Times New Roman" w:hAnsi="Times New Roman" w:eastAsia="Times New Roman" w:cs="Times New Roman"/>
        </w:rPr>
        <w:t xml:space="preserve"> </w:t>
      </w:r>
      <w:r>
        <w:rPr>
          <w:rFonts w:ascii="Nirmala UI" w:hAnsi="Nirmala UI" w:eastAsia="Nirmala UI" w:cs="Nirmala UI"/>
        </w:rPr>
        <w:t>ପ୍ରତି</w:t>
      </w:r>
      <w:r>
        <w:rPr>
          <w:rFonts w:ascii="Times New Roman" w:hAnsi="Times New Roman" w:eastAsia="Times New Roman" w:cs="Times New Roman"/>
        </w:rPr>
        <w:t xml:space="preserve"> </w:t>
      </w:r>
      <w:r>
        <w:rPr>
          <w:rFonts w:ascii="Nirmala UI" w:hAnsi="Nirmala UI" w:eastAsia="Nirmala UI" w:cs="Nirmala UI"/>
        </w:rPr>
        <w:t>ନିଜମାନଙ୍କର</w:t>
      </w:r>
      <w:r>
        <w:rPr>
          <w:rFonts w:ascii="Times New Roman" w:hAnsi="Times New Roman" w:eastAsia="Times New Roman" w:cs="Times New Roman"/>
        </w:rPr>
        <w:t xml:space="preserve"> </w:t>
      </w:r>
      <w:r>
        <w:rPr>
          <w:rFonts w:ascii="Nirmala UI" w:hAnsi="Nirmala UI" w:eastAsia="Nirmala UI" w:cs="Nirmala UI"/>
        </w:rPr>
        <w:t>ନିଷ୍ଠା</w:t>
      </w:r>
      <w:r>
        <w:rPr>
          <w:rFonts w:ascii="Times New Roman" w:hAnsi="Times New Roman" w:eastAsia="Times New Roman" w:cs="Times New Roman"/>
        </w:rPr>
        <w:t xml:space="preserve"> </w:t>
      </w:r>
      <w:r>
        <w:rPr>
          <w:rFonts w:ascii="Nirmala UI" w:hAnsi="Nirmala UI" w:eastAsia="Nirmala UI" w:cs="Nirmala UI"/>
        </w:rPr>
        <w:t>ପ୍ରମାଣ</w:t>
      </w:r>
      <w:r>
        <w:rPr>
          <w:rFonts w:ascii="Times New Roman" w:hAnsi="Times New Roman" w:eastAsia="Times New Roman" w:cs="Times New Roman"/>
        </w:rPr>
        <w:t xml:space="preserve"> </w:t>
      </w:r>
      <w:r>
        <w:rPr>
          <w:rFonts w:ascii="Nirmala UI" w:hAnsi="Nirmala UI" w:eastAsia="Nirmala UI" w:cs="Nirmala UI"/>
        </w:rPr>
        <w:t>କରିଛନ୍ତି</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ପ୍ରଭୁ</w:t>
      </w:r>
      <w:r>
        <w:rPr>
          <w:rFonts w:ascii="Times New Roman" w:hAnsi="Times New Roman" w:eastAsia="Times New Roman" w:cs="Times New Roman"/>
        </w:rPr>
        <w:t xml:space="preserve"> </w:t>
      </w:r>
      <w:r>
        <w:rPr>
          <w:rFonts w:ascii="Nirmala UI" w:hAnsi="Nirmala UI" w:eastAsia="Nirmala UI" w:cs="Nirmala UI"/>
        </w:rPr>
        <w:t>ଈଶ୍ୱର</w:t>
      </w:r>
      <w:r>
        <w:rPr>
          <w:rFonts w:ascii="Times New Roman" w:hAnsi="Times New Roman" w:eastAsia="Times New Roman" w:cs="Times New Roman"/>
        </w:rPr>
        <w:t xml:space="preserve"> </w:t>
      </w:r>
      <w:r>
        <w:rPr>
          <w:rFonts w:ascii="Nirmala UI" w:hAnsi="Nirmala UI" w:eastAsia="Nirmala UI" w:cs="Nirmala UI"/>
        </w:rPr>
        <w:t>ଯିହୋବାଙ୍କ</w:t>
      </w:r>
      <w:r>
        <w:rPr>
          <w:rFonts w:ascii="Times New Roman" w:hAnsi="Times New Roman" w:eastAsia="Times New Roman" w:cs="Times New Roman"/>
        </w:rPr>
        <w:t xml:space="preserve"> </w:t>
      </w:r>
      <w:r>
        <w:rPr>
          <w:rFonts w:ascii="Nirmala UI" w:hAnsi="Nirmala UI" w:eastAsia="Nirmala UI" w:cs="Nirmala UI"/>
        </w:rPr>
        <w:t>ପତାକା</w:t>
      </w:r>
      <w:r>
        <w:rPr>
          <w:rFonts w:ascii="Times New Roman" w:hAnsi="Times New Roman" w:eastAsia="Times New Roman" w:cs="Times New Roman"/>
        </w:rPr>
        <w:t xml:space="preserve"> </w:t>
      </w:r>
      <w:r>
        <w:rPr>
          <w:rFonts w:ascii="Nirmala UI" w:hAnsi="Nirmala UI" w:eastAsia="Nirmala UI" w:cs="Nirmala UI"/>
        </w:rPr>
        <w:t>ତଳେ</w:t>
      </w:r>
      <w:r>
        <w:rPr>
          <w:rFonts w:ascii="Times New Roman" w:hAnsi="Times New Roman" w:eastAsia="Times New Roman" w:cs="Times New Roman"/>
        </w:rPr>
        <w:t xml:space="preserve"> </w:t>
      </w:r>
      <w:r>
        <w:rPr>
          <w:rFonts w:ascii="Nirmala UI" w:hAnsi="Nirmala UI" w:eastAsia="Nirmala UI" w:cs="Nirmala UI"/>
        </w:rPr>
        <w:t>ଦଣ୍ଡାୟମାନ</w:t>
      </w:r>
      <w:r>
        <w:rPr>
          <w:rFonts w:ascii="Times New Roman" w:hAnsi="Times New Roman" w:eastAsia="Times New Roman" w:cs="Times New Roman"/>
        </w:rPr>
        <w:t xml:space="preserve"> </w:t>
      </w:r>
      <w:r>
        <w:rPr>
          <w:rFonts w:ascii="Nirmala UI" w:hAnsi="Nirmala UI" w:eastAsia="Nirmala UI" w:cs="Nirmala UI"/>
        </w:rPr>
        <w:t>ହେବେ</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ଜୀବନ୍ତ</w:t>
      </w:r>
      <w:r>
        <w:rPr>
          <w:rFonts w:ascii="Times New Roman" w:hAnsi="Times New Roman" w:eastAsia="Times New Roman" w:cs="Times New Roman"/>
        </w:rPr>
        <w:t xml:space="preserve"> </w:t>
      </w:r>
      <w:r>
        <w:rPr>
          <w:rFonts w:ascii="Nirmala UI" w:hAnsi="Nirmala UI" w:eastAsia="Nirmala UI" w:cs="Nirmala UI"/>
        </w:rPr>
        <w:t>ଈଶ୍ୱରଙ୍କ</w:t>
      </w:r>
      <w:r>
        <w:rPr>
          <w:rFonts w:ascii="Times New Roman" w:hAnsi="Times New Roman" w:eastAsia="Times New Roman" w:cs="Times New Roman"/>
        </w:rPr>
        <w:t xml:space="preserve"> </w:t>
      </w:r>
      <w:r>
        <w:rPr>
          <w:rFonts w:ascii="Nirmala UI" w:hAnsi="Nirmala UI" w:eastAsia="Nirmala UI" w:cs="Nirmala UI"/>
        </w:rPr>
        <w:t>ମୋହର</w:t>
      </w:r>
      <w:r>
        <w:rPr>
          <w:rFonts w:ascii="Times New Roman" w:hAnsi="Times New Roman" w:eastAsia="Times New Roman" w:cs="Times New Roman"/>
        </w:rPr>
        <w:t xml:space="preserve"> </w:t>
      </w:r>
      <w:r>
        <w:rPr>
          <w:rFonts w:ascii="Nirmala UI" w:hAnsi="Nirmala UI" w:eastAsia="Nirmala UI" w:cs="Nirmala UI"/>
        </w:rPr>
        <w:t>ପ୍ରାପ୍ତ</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ଆଉ</w:t>
      </w:r>
      <w:r>
        <w:rPr>
          <w:rFonts w:ascii="Times New Roman" w:hAnsi="Times New Roman" w:eastAsia="Times New Roman" w:cs="Times New Roman"/>
        </w:rPr>
        <w:t xml:space="preserve"> </w:t>
      </w:r>
      <w:r>
        <w:rPr>
          <w:rFonts w:ascii="Nirmala UI" w:hAnsi="Nirmala UI" w:eastAsia="Nirmala UI" w:cs="Nirmala UI"/>
        </w:rPr>
        <w:t>ଯେମାନେ</w:t>
      </w:r>
      <w:r>
        <w:rPr>
          <w:rFonts w:ascii="Times New Roman" w:hAnsi="Times New Roman" w:eastAsia="Times New Roman" w:cs="Times New Roman"/>
        </w:rPr>
        <w:t xml:space="preserve"> </w:t>
      </w:r>
      <w:r>
        <w:rPr>
          <w:rFonts w:ascii="Nirmala UI" w:hAnsi="Nirmala UI" w:eastAsia="Nirmala UI" w:cs="Nirmala UI"/>
        </w:rPr>
        <w:t>ସ୍ୱର୍ଗୀୟ</w:t>
      </w:r>
      <w:r>
        <w:rPr>
          <w:rFonts w:ascii="Times New Roman" w:hAnsi="Times New Roman" w:eastAsia="Times New Roman" w:cs="Times New Roman"/>
        </w:rPr>
        <w:t xml:space="preserve"> </w:t>
      </w:r>
      <w:r>
        <w:rPr>
          <w:rFonts w:ascii="Nirmala UI" w:hAnsi="Nirmala UI" w:eastAsia="Nirmala UI" w:cs="Nirmala UI"/>
        </w:rPr>
        <w:t>ଉତ୍ପତ୍ତିର</w:t>
      </w:r>
      <w:r>
        <w:rPr>
          <w:rFonts w:ascii="Times New Roman" w:hAnsi="Times New Roman" w:eastAsia="Times New Roman" w:cs="Times New Roman"/>
        </w:rPr>
        <w:t xml:space="preserve"> </w:t>
      </w:r>
      <w:r>
        <w:rPr>
          <w:rFonts w:ascii="Nirmala UI" w:hAnsi="Nirmala UI" w:eastAsia="Nirmala UI" w:cs="Nirmala UI"/>
        </w:rPr>
        <w:t>ସତ୍ୟକୁ</w:t>
      </w:r>
      <w:r>
        <w:rPr>
          <w:rFonts w:ascii="Times New Roman" w:hAnsi="Times New Roman" w:eastAsia="Times New Roman" w:cs="Times New Roman"/>
        </w:rPr>
        <w:t xml:space="preserve"> </w:t>
      </w:r>
      <w:r>
        <w:rPr>
          <w:rFonts w:ascii="Nirmala UI" w:hAnsi="Nirmala UI" w:eastAsia="Nirmala UI" w:cs="Nirmala UI"/>
        </w:rPr>
        <w:t>ପରିତ୍ୟାଗ</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ରବିବାର</w:t>
      </w:r>
      <w:r>
        <w:rPr>
          <w:rFonts w:ascii="Times New Roman" w:hAnsi="Times New Roman" w:eastAsia="Times New Roman" w:cs="Times New Roman"/>
        </w:rPr>
        <w:t xml:space="preserve"> </w:t>
      </w:r>
      <w:r>
        <w:rPr>
          <w:rFonts w:ascii="Nirmala UI" w:hAnsi="Nirmala UI" w:eastAsia="Nirmala UI" w:cs="Nirmala UI"/>
        </w:rPr>
        <w:t>ସବ୍ବାଥକୁ</w:t>
      </w:r>
      <w:r>
        <w:rPr>
          <w:rFonts w:ascii="Times New Roman" w:hAnsi="Times New Roman" w:eastAsia="Times New Roman" w:cs="Times New Roman"/>
        </w:rPr>
        <w:t xml:space="preserve"> </w:t>
      </w:r>
      <w:r>
        <w:rPr>
          <w:rFonts w:ascii="Nirmala UI" w:hAnsi="Nirmala UI" w:eastAsia="Nirmala UI" w:cs="Nirmala UI"/>
        </w:rPr>
        <w:t>ଗ୍ରହଣ</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ପଶୁର</w:t>
      </w:r>
      <w:r>
        <w:rPr>
          <w:rFonts w:ascii="Times New Roman" w:hAnsi="Times New Roman" w:eastAsia="Times New Roman" w:cs="Times New Roman"/>
        </w:rPr>
        <w:t xml:space="preserve"> </w:t>
      </w:r>
      <w:r>
        <w:rPr>
          <w:rFonts w:ascii="Nirmala UI" w:hAnsi="Nirmala UI" w:eastAsia="Nirmala UI" w:cs="Nirmala UI"/>
        </w:rPr>
        <w:t>ଚିହ୍ନ</w:t>
      </w:r>
      <w:r>
        <w:rPr>
          <w:rFonts w:ascii="Times New Roman" w:hAnsi="Times New Roman" w:eastAsia="Times New Roman" w:cs="Times New Roman"/>
        </w:rPr>
        <w:t xml:space="preserve"> </w:t>
      </w:r>
      <w:r>
        <w:rPr>
          <w:rFonts w:ascii="Nirmala UI" w:hAnsi="Nirmala UI" w:eastAsia="Nirmala UI" w:cs="Nirmala UI"/>
        </w:rPr>
        <w:t>ପ୍ରାପ୍ତ</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Manuscript Releases, volume 15, 15.</w:t>
      </w:r>
    </w:p>
    <w:p>
      <w:pPr>
        <w:pStyle w:val="ArticleBody"/>
        <w:jc w:val="left"/>
      </w:pPr>
      <w:r>
        <w:rPr>
          <w:rFonts w:ascii="Ebrima" w:hAnsi="Ebrima" w:eastAsia="Ebrima" w:cs="Ebrima"/>
        </w:rPr>
        <w:t>እቶም</w:t>
      </w:r>
      <w:r>
        <w:rPr>
          <w:rFonts w:ascii="Times New Roman" w:hAnsi="Times New Roman" w:eastAsia="Times New Roman" w:cs="Times New Roman"/>
        </w:rPr>
        <w:t xml:space="preserve"> </w:t>
      </w:r>
      <w:r>
        <w:rPr>
          <w:rFonts w:ascii="Ebrima" w:hAnsi="Ebrima" w:eastAsia="Ebrima" w:cs="Ebrima"/>
        </w:rPr>
        <w:t>ብ</w:t>
      </w:r>
      <w:r>
        <w:rPr>
          <w:rFonts w:ascii="Times New Roman" w:hAnsi="Times New Roman" w:eastAsia="Times New Roman" w:cs="Times New Roman"/>
        </w:rPr>
        <w:t>«</w:t>
      </w:r>
      <w:r>
        <w:rPr>
          <w:rFonts w:ascii="Ebrima" w:hAnsi="Ebrima" w:eastAsia="Ebrima" w:cs="Ebrima"/>
        </w:rPr>
        <w:t>ምልክት</w:t>
      </w:r>
      <w:r>
        <w:rPr>
          <w:rFonts w:ascii="Times New Roman" w:hAnsi="Times New Roman" w:eastAsia="Times New Roman" w:cs="Times New Roman"/>
        </w:rPr>
        <w:t xml:space="preserve">» </w:t>
      </w:r>
      <w:r>
        <w:rPr>
          <w:rFonts w:ascii="Ebrima" w:hAnsi="Ebrima" w:eastAsia="Ebrima" w:cs="Ebrima"/>
        </w:rPr>
        <w:t>ናይ</w:t>
      </w:r>
      <w:r>
        <w:rPr>
          <w:rFonts w:ascii="Times New Roman" w:hAnsi="Times New Roman" w:eastAsia="Times New Roman" w:cs="Times New Roman"/>
        </w:rPr>
        <w:t xml:space="preserve"> </w:t>
      </w:r>
      <w:r>
        <w:rPr>
          <w:rFonts w:ascii="Ebrima" w:hAnsi="Ebrima" w:eastAsia="Ebrima" w:cs="Ebrima"/>
        </w:rPr>
        <w:t>ሴስቲየስ</w:t>
      </w:r>
      <w:r>
        <w:rPr>
          <w:rFonts w:ascii="Times New Roman" w:hAnsi="Times New Roman" w:eastAsia="Times New Roman" w:cs="Times New Roman"/>
        </w:rPr>
        <w:t xml:space="preserve"> </w:t>
      </w:r>
      <w:r>
        <w:rPr>
          <w:rFonts w:ascii="Ebrima" w:hAnsi="Ebrima" w:eastAsia="Ebrima" w:cs="Ebrima"/>
        </w:rPr>
        <w:t>ካብ</w:t>
      </w:r>
      <w:r>
        <w:rPr>
          <w:rFonts w:ascii="Times New Roman" w:hAnsi="Times New Roman" w:eastAsia="Times New Roman" w:cs="Times New Roman"/>
        </w:rPr>
        <w:t xml:space="preserve"> </w:t>
      </w:r>
      <w:r>
        <w:rPr>
          <w:rFonts w:ascii="Ebrima" w:hAnsi="Ebrima" w:eastAsia="Ebrima" w:cs="Ebrima"/>
        </w:rPr>
        <w:t>የሩሳሌም</w:t>
      </w:r>
      <w:r>
        <w:rPr>
          <w:rFonts w:ascii="Times New Roman" w:hAnsi="Times New Roman" w:eastAsia="Times New Roman" w:cs="Times New Roman"/>
        </w:rPr>
        <w:t xml:space="preserve"> </w:t>
      </w:r>
      <w:r>
        <w:rPr>
          <w:rFonts w:ascii="Ebrima" w:hAnsi="Ebrima" w:eastAsia="Ebrima" w:cs="Ebrima"/>
        </w:rPr>
        <w:t>ዝሃደሙ</w:t>
      </w:r>
      <w:r>
        <w:rPr>
          <w:rFonts w:ascii="Times New Roman" w:hAnsi="Times New Roman" w:eastAsia="Times New Roman" w:cs="Times New Roman"/>
        </w:rPr>
        <w:t xml:space="preserve"> </w:t>
      </w:r>
      <w:r>
        <w:rPr>
          <w:rFonts w:ascii="Ebrima" w:hAnsi="Ebrima" w:eastAsia="Ebrima" w:cs="Ebrima"/>
        </w:rPr>
        <w:t>ክርስቲያናት፡</w:t>
      </w:r>
      <w:r>
        <w:rPr>
          <w:rFonts w:ascii="Times New Roman" w:hAnsi="Times New Roman" w:eastAsia="Times New Roman" w:cs="Times New Roman"/>
        </w:rPr>
        <w:t xml:space="preserve"> </w:t>
      </w:r>
      <w:r>
        <w:rPr>
          <w:rFonts w:ascii="Ebrima" w:hAnsi="Ebrima" w:eastAsia="Ebrima" w:cs="Ebrima"/>
        </w:rPr>
        <w:t>ኣቐዲሞም</w:t>
      </w:r>
      <w:r>
        <w:rPr>
          <w:rFonts w:ascii="Times New Roman" w:hAnsi="Times New Roman" w:eastAsia="Times New Roman" w:cs="Times New Roman"/>
        </w:rPr>
        <w:t xml:space="preserve"> </w:t>
      </w:r>
      <w:r>
        <w:rPr>
          <w:rFonts w:ascii="Ebrima" w:hAnsi="Ebrima" w:eastAsia="Ebrima" w:cs="Ebrima"/>
        </w:rPr>
        <w:t>ስለ</w:t>
      </w:r>
      <w:r>
        <w:rPr>
          <w:rFonts w:ascii="Times New Roman" w:hAnsi="Times New Roman" w:eastAsia="Times New Roman" w:cs="Times New Roman"/>
        </w:rPr>
        <w:t xml:space="preserve"> </w:t>
      </w:r>
      <w:r>
        <w:rPr>
          <w:rFonts w:ascii="Ebrima" w:hAnsi="Ebrima" w:eastAsia="Ebrima" w:cs="Ebrima"/>
        </w:rPr>
        <w:t>ዝተጠንቀቑን</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ምልክት</w:t>
      </w:r>
      <w:r>
        <w:rPr>
          <w:rFonts w:ascii="Times New Roman" w:hAnsi="Times New Roman" w:eastAsia="Times New Roman" w:cs="Times New Roman"/>
        </w:rPr>
        <w:t xml:space="preserve"> </w:t>
      </w:r>
      <w:r>
        <w:rPr>
          <w:rFonts w:ascii="Ebrima" w:hAnsi="Ebrima" w:eastAsia="Ebrima" w:cs="Ebrima"/>
        </w:rPr>
        <w:t>ምስ</w:t>
      </w:r>
      <w:r>
        <w:rPr>
          <w:rFonts w:ascii="Times New Roman" w:hAnsi="Times New Roman" w:eastAsia="Times New Roman" w:cs="Times New Roman"/>
        </w:rPr>
        <w:t xml:space="preserve"> </w:t>
      </w:r>
      <w:r>
        <w:rPr>
          <w:rFonts w:ascii="Ebrima" w:hAnsi="Ebrima" w:eastAsia="Ebrima" w:cs="Ebrima"/>
        </w:rPr>
        <w:t>መጸ</w:t>
      </w:r>
      <w:r>
        <w:rPr>
          <w:rFonts w:ascii="Times New Roman" w:hAnsi="Times New Roman" w:eastAsia="Times New Roman" w:cs="Times New Roman"/>
        </w:rPr>
        <w:t xml:space="preserve"> </w:t>
      </w:r>
      <w:r>
        <w:rPr>
          <w:rFonts w:ascii="Ebrima" w:hAnsi="Ebrima" w:eastAsia="Ebrima" w:cs="Ebrima"/>
        </w:rPr>
        <w:t>ስለ</w:t>
      </w:r>
      <w:r>
        <w:rPr>
          <w:rFonts w:ascii="Times New Roman" w:hAnsi="Times New Roman" w:eastAsia="Times New Roman" w:cs="Times New Roman"/>
        </w:rPr>
        <w:t xml:space="preserve"> </w:t>
      </w:r>
      <w:r>
        <w:rPr>
          <w:rFonts w:ascii="Ebrima" w:hAnsi="Ebrima" w:eastAsia="Ebrima" w:cs="Ebrima"/>
        </w:rPr>
        <w:t>ዝፈለጥዎን</w:t>
      </w:r>
      <w:r>
        <w:rPr>
          <w:rFonts w:ascii="Times New Roman" w:hAnsi="Times New Roman" w:eastAsia="Times New Roman" w:cs="Times New Roman"/>
        </w:rPr>
        <w:t xml:space="preserve"> </w:t>
      </w:r>
      <w:r>
        <w:rPr>
          <w:rFonts w:ascii="Ebrima" w:hAnsi="Ebrima" w:eastAsia="Ebrima" w:cs="Ebrima"/>
        </w:rPr>
        <w:t>እዮም</w:t>
      </w:r>
      <w:r>
        <w:rPr>
          <w:rFonts w:ascii="Times New Roman" w:hAnsi="Times New Roman" w:eastAsia="Times New Roman" w:cs="Times New Roman"/>
        </w:rPr>
        <w:t xml:space="preserve"> </w:t>
      </w:r>
      <w:r>
        <w:rPr>
          <w:rFonts w:ascii="Ebrima" w:hAnsi="Ebrima" w:eastAsia="Ebrima" w:cs="Ebrima"/>
        </w:rPr>
        <w:t>ከምኡ</w:t>
      </w:r>
      <w:r>
        <w:rPr>
          <w:rFonts w:ascii="Times New Roman" w:hAnsi="Times New Roman" w:eastAsia="Times New Roman" w:cs="Times New Roman"/>
        </w:rPr>
        <w:t xml:space="preserve"> </w:t>
      </w:r>
      <w:r>
        <w:rPr>
          <w:rFonts w:ascii="Ebrima" w:hAnsi="Ebrima" w:eastAsia="Ebrima" w:cs="Ebrima"/>
        </w:rPr>
        <w:t>ዝገበሩ።</w:t>
      </w:r>
      <w:r>
        <w:rPr>
          <w:rFonts w:ascii="Times New Roman" w:hAnsi="Times New Roman" w:eastAsia="Times New Roman" w:cs="Times New Roman"/>
        </w:rPr>
        <w:t xml:space="preserve"> </w:t>
      </w:r>
      <w:r>
        <w:rPr>
          <w:rFonts w:ascii="Ebrima" w:hAnsi="Ebrima" w:eastAsia="Ebrima" w:cs="Ebrima"/>
        </w:rPr>
        <w:t>ምቕማጥ</w:t>
      </w:r>
      <w:r>
        <w:rPr>
          <w:rFonts w:ascii="Times New Roman" w:hAnsi="Times New Roman" w:eastAsia="Times New Roman" w:cs="Times New Roman"/>
        </w:rPr>
        <w:t xml:space="preserve"> </w:t>
      </w:r>
      <w:r>
        <w:rPr>
          <w:rFonts w:ascii="Ebrima" w:hAnsi="Ebrima" w:eastAsia="Ebrima" w:cs="Ebrima"/>
        </w:rPr>
        <w:t>ምስሊ</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ኣራዊት</w:t>
      </w:r>
      <w:r>
        <w:rPr>
          <w:rFonts w:ascii="Times New Roman" w:hAnsi="Times New Roman" w:eastAsia="Times New Roman" w:cs="Times New Roman"/>
        </w:rPr>
        <w:t xml:space="preserve"> </w:t>
      </w:r>
      <w:r>
        <w:rPr>
          <w:rFonts w:ascii="Ebrima" w:hAnsi="Ebrima" w:eastAsia="Ebrima" w:cs="Ebrima"/>
        </w:rPr>
        <w:t>ምልላይ</w:t>
      </w:r>
      <w:r>
        <w:rPr>
          <w:rFonts w:ascii="Times New Roman" w:hAnsi="Times New Roman" w:eastAsia="Times New Roman" w:cs="Times New Roman"/>
        </w:rPr>
        <w:t xml:space="preserve"> </w:t>
      </w:r>
      <w:r>
        <w:rPr>
          <w:rFonts w:ascii="Ebrima" w:hAnsi="Ebrima" w:eastAsia="Ebrima" w:cs="Ebrima"/>
        </w:rPr>
        <w:t>ማለት፡</w:t>
      </w:r>
      <w:r>
        <w:rPr>
          <w:rFonts w:ascii="Times New Roman" w:hAnsi="Times New Roman" w:eastAsia="Times New Roman" w:cs="Times New Roman"/>
        </w:rPr>
        <w:t xml:space="preserve"> </w:t>
      </w:r>
      <w:r>
        <w:rPr>
          <w:rFonts w:ascii="Ebrima" w:hAnsi="Ebrima" w:eastAsia="Ebrima" w:cs="Ebrima"/>
        </w:rPr>
        <w:t>ናብ</w:t>
      </w:r>
      <w:r>
        <w:rPr>
          <w:rFonts w:ascii="Times New Roman" w:hAnsi="Times New Roman" w:eastAsia="Times New Roman" w:cs="Times New Roman"/>
        </w:rPr>
        <w:t xml:space="preserve"> </w:t>
      </w:r>
      <w:r>
        <w:rPr>
          <w:rFonts w:ascii="Ebrima" w:hAnsi="Ebrima" w:eastAsia="Ebrima" w:cs="Ebrima"/>
        </w:rPr>
        <w:t>ሕጊ</w:t>
      </w:r>
      <w:r>
        <w:rPr>
          <w:rFonts w:ascii="Times New Roman" w:hAnsi="Times New Roman" w:eastAsia="Times New Roman" w:cs="Times New Roman"/>
        </w:rPr>
        <w:t xml:space="preserve"> </w:t>
      </w:r>
      <w:r>
        <w:rPr>
          <w:rFonts w:ascii="Ebrima" w:hAnsi="Ebrima" w:eastAsia="Ebrima" w:cs="Ebrima"/>
        </w:rPr>
        <w:t>ሰንበት</w:t>
      </w:r>
      <w:r>
        <w:rPr>
          <w:rFonts w:ascii="Times New Roman" w:hAnsi="Times New Roman" w:eastAsia="Times New Roman" w:cs="Times New Roman"/>
        </w:rPr>
        <w:t xml:space="preserve"> </w:t>
      </w:r>
      <w:r>
        <w:rPr>
          <w:rFonts w:ascii="Ebrima" w:hAnsi="Ebrima" w:eastAsia="Ebrima" w:cs="Ebrima"/>
        </w:rPr>
        <w:t>ዝመርሑ</w:t>
      </w:r>
      <w:r>
        <w:rPr>
          <w:rFonts w:ascii="Times New Roman" w:hAnsi="Times New Roman" w:eastAsia="Times New Roman" w:cs="Times New Roman"/>
        </w:rPr>
        <w:t xml:space="preserve"> </w:t>
      </w:r>
      <w:r>
        <w:rPr>
          <w:rFonts w:ascii="Ebrima" w:hAnsi="Ebrima" w:eastAsia="Ebrima" w:cs="Ebrima"/>
        </w:rPr>
        <w:t>እቶም</w:t>
      </w:r>
      <w:r>
        <w:rPr>
          <w:rFonts w:ascii="Times New Roman" w:hAnsi="Times New Roman" w:eastAsia="Times New Roman" w:cs="Times New Roman"/>
        </w:rPr>
        <w:t xml:space="preserve"> “</w:t>
      </w:r>
      <w:r>
        <w:rPr>
          <w:rFonts w:ascii="Ebrima" w:hAnsi="Ebrima" w:eastAsia="Ebrima" w:cs="Ebrima"/>
        </w:rPr>
        <w:t>ፍጻመታት፣</w:t>
      </w:r>
      <w:r>
        <w:rPr>
          <w:rFonts w:ascii="Times New Roman" w:hAnsi="Times New Roman" w:eastAsia="Times New Roman" w:cs="Times New Roman"/>
        </w:rPr>
        <w:t>” “</w:t>
      </w:r>
      <w:r>
        <w:rPr>
          <w:rFonts w:ascii="Ebrima" w:hAnsi="Ebrima" w:eastAsia="Ebrima" w:cs="Ebrima"/>
        </w:rPr>
        <w:t>ምድላዋት</w:t>
      </w:r>
      <w:r>
        <w:rPr>
          <w:rFonts w:ascii="Times New Roman" w:hAnsi="Times New Roman" w:eastAsia="Times New Roman" w:cs="Times New Roman"/>
        </w:rPr>
        <w:t xml:space="preserve">” </w:t>
      </w:r>
      <w:r>
        <w:rPr>
          <w:rFonts w:ascii="Ebrima" w:hAnsi="Ebrima" w:eastAsia="Ebrima" w:cs="Ebrima"/>
        </w:rPr>
        <w:t>እና</w:t>
      </w:r>
      <w:r>
        <w:rPr>
          <w:rFonts w:ascii="Times New Roman" w:hAnsi="Times New Roman" w:eastAsia="Times New Roman" w:cs="Times New Roman"/>
        </w:rPr>
        <w:t xml:space="preserve"> “</w:t>
      </w:r>
      <w:r>
        <w:rPr>
          <w:rFonts w:ascii="Ebrima" w:hAnsi="Ebrima" w:eastAsia="Ebrima" w:cs="Ebrima"/>
        </w:rPr>
        <w:t>ምንቅስቓሳት</w:t>
      </w:r>
      <w:r>
        <w:rPr>
          <w:rFonts w:ascii="Times New Roman" w:hAnsi="Times New Roman" w:eastAsia="Times New Roman" w:cs="Times New Roman"/>
        </w:rPr>
        <w:t xml:space="preserve">” </w:t>
      </w:r>
      <w:r>
        <w:rPr>
          <w:rFonts w:ascii="Ebrima" w:hAnsi="Ebrima" w:eastAsia="Ebrima" w:cs="Ebrima"/>
        </w:rPr>
        <w:t>ምልላይ</w:t>
      </w:r>
      <w:r>
        <w:rPr>
          <w:rFonts w:ascii="Times New Roman" w:hAnsi="Times New Roman" w:eastAsia="Times New Roman" w:cs="Times New Roman"/>
        </w:rPr>
        <w:t xml:space="preserve"> </w:t>
      </w:r>
      <w:r>
        <w:rPr>
          <w:rFonts w:ascii="Ebrima" w:hAnsi="Ebrima" w:eastAsia="Ebrima" w:cs="Ebrima"/>
        </w:rPr>
        <w:t>እዩ።</w:t>
      </w:r>
      <w:r>
        <w:rPr>
          <w:rFonts w:ascii="Times New Roman" w:hAnsi="Times New Roman" w:eastAsia="Times New Roman" w:cs="Times New Roman"/>
        </w:rPr>
        <w:t xml:space="preserve"> </w:t>
      </w:r>
      <w:r>
        <w:rPr>
          <w:rFonts w:ascii="Ebrima" w:hAnsi="Ebrima" w:eastAsia="Ebrima" w:cs="Ebrima"/>
        </w:rPr>
        <w:t>እቶም</w:t>
      </w:r>
      <w:r>
        <w:rPr>
          <w:rFonts w:ascii="Times New Roman" w:hAnsi="Times New Roman" w:eastAsia="Times New Roman" w:cs="Times New Roman"/>
        </w:rPr>
        <w:t xml:space="preserve"> </w:t>
      </w:r>
      <w:r>
        <w:rPr>
          <w:rFonts w:ascii="Ebrima" w:hAnsi="Ebrima" w:eastAsia="Ebrima" w:cs="Ebrima"/>
        </w:rPr>
        <w:t>ነቲ</w:t>
      </w:r>
      <w:r>
        <w:rPr>
          <w:rFonts w:ascii="Times New Roman" w:hAnsi="Times New Roman" w:eastAsia="Times New Roman" w:cs="Times New Roman"/>
        </w:rPr>
        <w:t xml:space="preserve"> «</w:t>
      </w:r>
      <w:r>
        <w:rPr>
          <w:rFonts w:ascii="Ebrima" w:hAnsi="Ebrima" w:eastAsia="Ebrima" w:cs="Ebrima"/>
        </w:rPr>
        <w:t>ምልክት</w:t>
      </w:r>
      <w:r>
        <w:rPr>
          <w:rFonts w:ascii="Times New Roman" w:hAnsi="Times New Roman" w:eastAsia="Times New Roman" w:cs="Times New Roman"/>
        </w:rPr>
        <w:t xml:space="preserve">» </w:t>
      </w:r>
      <w:r>
        <w:rPr>
          <w:rFonts w:ascii="Ebrima" w:hAnsi="Ebrima" w:eastAsia="Ebrima" w:cs="Ebrima"/>
        </w:rPr>
        <w:t>ዝሰርሑ</w:t>
      </w:r>
      <w:r>
        <w:rPr>
          <w:rFonts w:ascii="Times New Roman" w:hAnsi="Times New Roman" w:eastAsia="Times New Roman" w:cs="Times New Roman"/>
        </w:rPr>
        <w:t xml:space="preserve"> </w:t>
      </w:r>
      <w:r>
        <w:rPr>
          <w:rFonts w:ascii="Ebrima" w:hAnsi="Ebrima" w:eastAsia="Ebrima" w:cs="Ebrima"/>
        </w:rPr>
        <w:t>ትንቢታዊ</w:t>
      </w:r>
      <w:r>
        <w:rPr>
          <w:rFonts w:ascii="Times New Roman" w:hAnsi="Times New Roman" w:eastAsia="Times New Roman" w:cs="Times New Roman"/>
        </w:rPr>
        <w:t xml:space="preserve"> </w:t>
      </w:r>
      <w:r>
        <w:rPr>
          <w:rFonts w:ascii="Ebrima" w:hAnsi="Ebrima" w:eastAsia="Ebrima" w:cs="Ebrima"/>
        </w:rPr>
        <w:t>ኣካላት</w:t>
      </w:r>
      <w:r>
        <w:rPr>
          <w:rFonts w:ascii="Times New Roman" w:hAnsi="Times New Roman" w:eastAsia="Times New Roman" w:cs="Times New Roman"/>
        </w:rPr>
        <w:t xml:space="preserve"> </w:t>
      </w:r>
      <w:r>
        <w:rPr>
          <w:rFonts w:ascii="Ebrima" w:hAnsi="Ebrima" w:eastAsia="Ebrima" w:cs="Ebrima"/>
        </w:rPr>
        <w:t>ቅድሚ</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ምልክት</w:t>
      </w:r>
      <w:r>
        <w:rPr>
          <w:rFonts w:ascii="Times New Roman" w:hAnsi="Times New Roman" w:eastAsia="Times New Roman" w:cs="Times New Roman"/>
        </w:rPr>
        <w:t xml:space="preserve"> </w:t>
      </w:r>
      <w:r>
        <w:rPr>
          <w:rFonts w:ascii="Ebrima" w:hAnsi="Ebrima" w:eastAsia="Ebrima" w:cs="Ebrima"/>
        </w:rPr>
        <w:t>ምምጻኡ</w:t>
      </w:r>
      <w:r>
        <w:rPr>
          <w:rFonts w:ascii="Times New Roman" w:hAnsi="Times New Roman" w:eastAsia="Times New Roman" w:cs="Times New Roman"/>
        </w:rPr>
        <w:t xml:space="preserve"> </w:t>
      </w:r>
      <w:r>
        <w:rPr>
          <w:rFonts w:ascii="Ebrima" w:hAnsi="Ebrima" w:eastAsia="Ebrima" w:cs="Ebrima"/>
        </w:rPr>
        <w:t>ክርድኡ</w:t>
      </w:r>
      <w:r>
        <w:rPr>
          <w:rFonts w:ascii="Times New Roman" w:hAnsi="Times New Roman" w:eastAsia="Times New Roman" w:cs="Times New Roman"/>
        </w:rPr>
        <w:t xml:space="preserve"> </w:t>
      </w:r>
      <w:r>
        <w:rPr>
          <w:rFonts w:ascii="Ebrima" w:hAnsi="Ebrima" w:eastAsia="Ebrima" w:cs="Ebrima"/>
        </w:rPr>
        <w:t>ይግባእ።</w:t>
      </w:r>
      <w:r>
        <w:rPr>
          <w:rFonts w:ascii="Times New Roman" w:hAnsi="Times New Roman" w:eastAsia="Times New Roman" w:cs="Times New Roman"/>
        </w:rPr>
        <w:t xml:space="preserve"> </w:t>
      </w:r>
      <w:r>
        <w:rPr>
          <w:rFonts w:ascii="Ebrima" w:hAnsi="Ebrima" w:eastAsia="Ebrima" w:cs="Ebrima"/>
        </w:rPr>
        <w:t>ሴስቲየስ</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ከበባ</w:t>
      </w:r>
      <w:r>
        <w:rPr>
          <w:rFonts w:ascii="Times New Roman" w:hAnsi="Times New Roman" w:eastAsia="Times New Roman" w:cs="Times New Roman"/>
        </w:rPr>
        <w:t xml:space="preserve"> </w:t>
      </w:r>
      <w:r>
        <w:rPr>
          <w:rFonts w:ascii="Ebrima" w:hAnsi="Ebrima" w:eastAsia="Ebrima" w:cs="Ebrima"/>
        </w:rPr>
        <w:t>ምስ</w:t>
      </w:r>
      <w:r>
        <w:rPr>
          <w:rFonts w:ascii="Times New Roman" w:hAnsi="Times New Roman" w:eastAsia="Times New Roman" w:cs="Times New Roman"/>
        </w:rPr>
        <w:t xml:space="preserve"> </w:t>
      </w:r>
      <w:r>
        <w:rPr>
          <w:rFonts w:ascii="Ebrima" w:hAnsi="Ebrima" w:eastAsia="Ebrima" w:cs="Ebrima"/>
        </w:rPr>
        <w:t>ጀመረ፡</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ምልክት</w:t>
      </w:r>
      <w:r>
        <w:rPr>
          <w:rFonts w:ascii="Times New Roman" w:hAnsi="Times New Roman" w:eastAsia="Times New Roman" w:cs="Times New Roman"/>
        </w:rPr>
        <w:t xml:space="preserve"> </w:t>
      </w:r>
      <w:r>
        <w:rPr>
          <w:rFonts w:ascii="Ebrima" w:hAnsi="Ebrima" w:eastAsia="Ebrima" w:cs="Ebrima"/>
        </w:rPr>
        <w:t>እንታይ</w:t>
      </w:r>
      <w:r>
        <w:rPr>
          <w:rFonts w:ascii="Times New Roman" w:hAnsi="Times New Roman" w:eastAsia="Times New Roman" w:cs="Times New Roman"/>
        </w:rPr>
        <w:t xml:space="preserve"> </w:t>
      </w:r>
      <w:r>
        <w:rPr>
          <w:rFonts w:ascii="Ebrima" w:hAnsi="Ebrima" w:eastAsia="Ebrima" w:cs="Ebrima"/>
        </w:rPr>
        <w:t>ምዃኑ</w:t>
      </w:r>
      <w:r>
        <w:rPr>
          <w:rFonts w:ascii="Times New Roman" w:hAnsi="Times New Roman" w:eastAsia="Times New Roman" w:cs="Times New Roman"/>
        </w:rPr>
        <w:t xml:space="preserve"> </w:t>
      </w:r>
      <w:r>
        <w:rPr>
          <w:rFonts w:ascii="Ebrima" w:hAnsi="Ebrima" w:eastAsia="Ebrima" w:cs="Ebrima"/>
        </w:rPr>
        <w:t>ንምምሃር</w:t>
      </w:r>
      <w:r>
        <w:rPr>
          <w:rFonts w:ascii="Times New Roman" w:hAnsi="Times New Roman" w:eastAsia="Times New Roman" w:cs="Times New Roman"/>
        </w:rPr>
        <w:t xml:space="preserve"> </w:t>
      </w:r>
      <w:r>
        <w:rPr>
          <w:rFonts w:ascii="Ebrima" w:hAnsi="Ebrima" w:eastAsia="Ebrima" w:cs="Ebrima"/>
        </w:rPr>
        <w:t>ደንጕዩ</w:t>
      </w:r>
      <w:r>
        <w:rPr>
          <w:rFonts w:ascii="Times New Roman" w:hAnsi="Times New Roman" w:eastAsia="Times New Roman" w:cs="Times New Roman"/>
        </w:rPr>
        <w:t xml:space="preserve"> </w:t>
      </w:r>
      <w:r>
        <w:rPr>
          <w:rFonts w:ascii="Ebrima" w:hAnsi="Ebrima" w:eastAsia="Ebrima" w:cs="Ebrima"/>
        </w:rPr>
        <w:t>ነበረ።</w:t>
      </w:r>
    </w:p>
    <w:p>
      <w:pPr>
        <w:pStyle w:val="ArticleScripture"/>
        <w:jc w:val="left"/>
      </w:pPr>
      <w:r>
        <w:rPr>
          <w:rFonts w:ascii="Times New Roman" w:hAnsi="Times New Roman" w:eastAsia="Times New Roman" w:cs="Times New Roman"/>
        </w:rPr>
        <w:t>“Barsiifannoonnii duraan iyyuu adeemsa keessa jiru, sochiileen immoo geggeeffamaa jiru; isaanis fakkii bineensichaaf tolchuudhaan xumuramu. Seenaa lafaa keessatti taateewwan ni dhufu; isaanis guyyoota dhumaa kanaaf raajii dubbii raajotaatiin dubbatame ni guutu.” Review and Herald, April 23, 1889.</w:t>
      </w:r>
    </w:p>
    <w:p>
      <w:pPr>
        <w:pStyle w:val="ArticleHeading"/>
        <w:jc w:val="left"/>
      </w:pPr>
      <w:r>
        <w:rPr>
          <w:rFonts w:ascii="Arial" w:hAnsi="Arial" w:eastAsia="Arial" w:cs="Arial"/>
        </w:rPr>
        <w:t>Qophiiwwan, Sochiiwwanii fi Taateewwan</w:t>
      </w:r>
    </w:p>
    <w:p>
      <w:pPr>
        <w:pStyle w:val="ArticleBody"/>
        <w:jc w:val="left"/>
      </w:pPr>
      <w:r>
        <w:rPr>
          <w:rFonts w:ascii="Times New Roman" w:hAnsi="Times New Roman" w:eastAsia="Times New Roman" w:cs="Times New Roman"/>
        </w:rPr>
        <w:t>“Qophiiwwan,” “sochiiwwan” fi “taateewwan” qormaata sana dura dursee beekamanii hubatamuu qabu.</w:t>
      </w:r>
    </w:p>
    <w:p>
      <w:pPr>
        <w:pStyle w:val="ArticleScripture"/>
        <w:jc w:val="left"/>
      </w:pPr>
      <w:r>
        <w:rPr>
          <w:rFonts w:ascii="Times New Roman" w:hAnsi="Times New Roman" w:eastAsia="Times New Roman" w:cs="Times New Roman"/>
        </w:rPr>
        <w:t>“Wanti Waaqayyo seenaa raajii keessatti akka darbe keessatti raawwatamuuf ibse hundinuu raawwatameera; wanti amma illee tartiiba isaatiin dhufu hundinuu ni dhufa. Daani’el, raajichi Waaqayyoo, iddoo isaatti dhaabata. Yohaannis iddoo isaatti dhaabata. Mul’ata keessatti Leencichi gosa Yihudaa kan ta’e, macaafa Daani’el barattoota raajii duratti baneera; kanaaf Daani’el iddoo isaatti dhaabata. Inni dhugaa ba’umsa isaa baata, jechuunis waan Gooftaan taateewwan guguddoo fi ulfaatoo ta’an, kanneen nuti akkuma guutamuu isaanii irratti balbala isaanii irra dhaabbannee beekuu qabnu, mul’ataan isaaf mul’ise sana.”</w:t>
      </w:r>
    </w:p>
    <w:p>
      <w:pPr>
        <w:pStyle w:val="ArticleScripture"/>
        <w:jc w:val="left"/>
      </w:pPr>
      <w:r>
        <w:rPr>
          <w:rFonts w:ascii="Times New Roman" w:hAnsi="Times New Roman" w:eastAsia="Times New Roman" w:cs="Times New Roman"/>
        </w:rPr>
        <w:t>“Seenaa fi raajii keessatti Dubbiin Waaqayyoo walitti bu’iinsa dheeraa dhugaa fi dogoggora gidduu ture ibsa. Walitti bu’iinsi sun amma illee itti fufeera. Wantoonni ta’anii darban irra deebi’anii ta’u.” Selected Messages, book 2, 109.</w:t>
      </w:r>
    </w:p>
    <w:p>
      <w:pPr>
        <w:pStyle w:val="ArticleBody"/>
        <w:jc w:val="left"/>
      </w:pPr>
      <w:r>
        <w:rPr>
          <w:rFonts w:ascii="Times New Roman" w:hAnsi="Times New Roman" w:eastAsia="Times New Roman" w:cs="Times New Roman"/>
        </w:rPr>
        <w:t>Nuti isaan raawwatamuu isaanii isa dhugumaa balbala duraa irratti yeroo dhaabannu kanatti, “taateewwan gurguddoo fi ulfaatoo” “beekuu qabna.” Balballi duraa kun, taateewwan sana raawwatamuu isaanii dura dursee hubachuu akka nu barbaachisu ni agarsiisa.</w:t>
      </w:r>
    </w:p>
    <w:p>
      <w:pPr>
        <w:pStyle w:val="ArticleScripture"/>
        <w:jc w:val="left"/>
      </w:pPr>
      <w:r>
        <w:rPr>
          <w:rFonts w:ascii="Times New Roman" w:hAnsi="Times New Roman" w:eastAsia="Times New Roman" w:cs="Times New Roman"/>
        </w:rPr>
        <w:t>“</w:t>
      </w:r>
      <w:r>
        <w:rPr>
          <w:rFonts w:ascii="Nirmala UI" w:hAnsi="Nirmala UI" w:eastAsia="Nirmala UI" w:cs="Nirmala UI"/>
        </w:rPr>
        <w:t>କିନ୍ତୁ</w:t>
      </w:r>
      <w:r>
        <w:rPr>
          <w:rFonts w:ascii="Times New Roman" w:hAnsi="Times New Roman" w:eastAsia="Times New Roman" w:cs="Times New Roman"/>
        </w:rPr>
        <w:t xml:space="preserve"> </w:t>
      </w:r>
      <w:r>
        <w:rPr>
          <w:rFonts w:ascii="Nirmala UI" w:hAnsi="Nirmala UI" w:eastAsia="Nirmala UI" w:cs="Nirmala UI"/>
        </w:rPr>
        <w:t>ଭବିଷ୍ୟଦ୍ବାଣୀର</w:t>
      </w:r>
      <w:r>
        <w:rPr>
          <w:rFonts w:ascii="Times New Roman" w:hAnsi="Times New Roman" w:eastAsia="Times New Roman" w:cs="Times New Roman"/>
        </w:rPr>
        <w:t xml:space="preserve"> </w:t>
      </w:r>
      <w:r>
        <w:rPr>
          <w:rFonts w:ascii="Nirmala UI" w:hAnsi="Nirmala UI" w:eastAsia="Nirmala UI" w:cs="Nirmala UI"/>
        </w:rPr>
        <w:t>କଳମର</w:t>
      </w:r>
      <w:r>
        <w:rPr>
          <w:rFonts w:ascii="Times New Roman" w:hAnsi="Times New Roman" w:eastAsia="Times New Roman" w:cs="Times New Roman"/>
        </w:rPr>
        <w:t xml:space="preserve"> </w:t>
      </w:r>
      <w:r>
        <w:rPr>
          <w:rFonts w:ascii="Nirmala UI" w:hAnsi="Nirmala UI" w:eastAsia="Nirmala UI" w:cs="Nirmala UI"/>
        </w:rPr>
        <w:t>କଠୋର</w:t>
      </w:r>
      <w:r>
        <w:rPr>
          <w:rFonts w:ascii="Times New Roman" w:hAnsi="Times New Roman" w:eastAsia="Times New Roman" w:cs="Times New Roman"/>
        </w:rPr>
        <w:t xml:space="preserve"> </w:t>
      </w:r>
      <w:r>
        <w:rPr>
          <w:rFonts w:ascii="Nirmala UI" w:hAnsi="Nirmala UI" w:eastAsia="Nirmala UI" w:cs="Nirmala UI"/>
        </w:rPr>
        <w:t>ରେଖାଚିତ୍ର</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ଶାନ୍ତିପୂର୍ଣ୍ଣ</w:t>
      </w:r>
      <w:r>
        <w:rPr>
          <w:rFonts w:ascii="Times New Roman" w:hAnsi="Times New Roman" w:eastAsia="Times New Roman" w:cs="Times New Roman"/>
        </w:rPr>
        <w:t xml:space="preserve"> </w:t>
      </w:r>
      <w:r>
        <w:rPr>
          <w:rFonts w:ascii="Nirmala UI" w:hAnsi="Nirmala UI" w:eastAsia="Nirmala UI" w:cs="Nirmala UI"/>
        </w:rPr>
        <w:t>ଦୃଶ୍ୟରେ</w:t>
      </w:r>
      <w:r>
        <w:rPr>
          <w:rFonts w:ascii="Times New Roman" w:hAnsi="Times New Roman" w:eastAsia="Times New Roman" w:cs="Times New Roman"/>
        </w:rPr>
        <w:t xml:space="preserve"> </w:t>
      </w:r>
      <w:r>
        <w:rPr>
          <w:rFonts w:ascii="Nirmala UI" w:hAnsi="Nirmala UI" w:eastAsia="Nirmala UI" w:cs="Nirmala UI"/>
        </w:rPr>
        <w:t>ଗୋଟିଏ</w:t>
      </w:r>
      <w:r>
        <w:rPr>
          <w:rFonts w:ascii="Times New Roman" w:hAnsi="Times New Roman" w:eastAsia="Times New Roman" w:cs="Times New Roman"/>
        </w:rPr>
        <w:t xml:space="preserve"> </w:t>
      </w:r>
      <w:r>
        <w:rPr>
          <w:rFonts w:ascii="Nirmala UI" w:hAnsi="Nirmala UI" w:eastAsia="Nirmala UI" w:cs="Nirmala UI"/>
        </w:rPr>
        <w:t>ପରିବର୍ତ୍ତନକୁ</w:t>
      </w:r>
      <w:r>
        <w:rPr>
          <w:rFonts w:ascii="Times New Roman" w:hAnsi="Times New Roman" w:eastAsia="Times New Roman" w:cs="Times New Roman"/>
        </w:rPr>
        <w:t xml:space="preserve"> </w:t>
      </w:r>
      <w:r>
        <w:rPr>
          <w:rFonts w:ascii="Nirmala UI" w:hAnsi="Nirmala UI" w:eastAsia="Nirmala UI" w:cs="Nirmala UI"/>
        </w:rPr>
        <w:t>ପ୍ରକାଶ</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ମେଷଶାବକସଦୃଶ</w:t>
      </w:r>
      <w:r>
        <w:rPr>
          <w:rFonts w:ascii="Times New Roman" w:hAnsi="Times New Roman" w:eastAsia="Times New Roman" w:cs="Times New Roman"/>
        </w:rPr>
        <w:t xml:space="preserve"> </w:t>
      </w:r>
      <w:r>
        <w:rPr>
          <w:rFonts w:ascii="Nirmala UI" w:hAnsi="Nirmala UI" w:eastAsia="Nirmala UI" w:cs="Nirmala UI"/>
        </w:rPr>
        <w:t>ଶିଙ୍ଗ</w:t>
      </w:r>
      <w:r>
        <w:rPr>
          <w:rFonts w:ascii="Times New Roman" w:hAnsi="Times New Roman" w:eastAsia="Times New Roman" w:cs="Times New Roman"/>
        </w:rPr>
        <w:t xml:space="preserve"> </w:t>
      </w:r>
      <w:r>
        <w:rPr>
          <w:rFonts w:ascii="Nirmala UI" w:hAnsi="Nirmala UI" w:eastAsia="Nirmala UI" w:cs="Nirmala UI"/>
        </w:rPr>
        <w:t>ଥିବା</w:t>
      </w:r>
      <w:r>
        <w:rPr>
          <w:rFonts w:ascii="Times New Roman" w:hAnsi="Times New Roman" w:eastAsia="Times New Roman" w:cs="Times New Roman"/>
        </w:rPr>
        <w:t xml:space="preserve"> </w:t>
      </w:r>
      <w:r>
        <w:rPr>
          <w:rFonts w:ascii="Nirmala UI" w:hAnsi="Nirmala UI" w:eastAsia="Nirmala UI" w:cs="Nirmala UI"/>
        </w:rPr>
        <w:t>ପଶୁ</w:t>
      </w:r>
      <w:r>
        <w:rPr>
          <w:rFonts w:ascii="Times New Roman" w:hAnsi="Times New Roman" w:eastAsia="Times New Roman" w:cs="Times New Roman"/>
        </w:rPr>
        <w:t xml:space="preserve"> </w:t>
      </w:r>
      <w:r>
        <w:rPr>
          <w:rFonts w:ascii="Nirmala UI" w:hAnsi="Nirmala UI" w:eastAsia="Nirmala UI" w:cs="Nirmala UI"/>
        </w:rPr>
        <w:t>ଅଜଗରର</w:t>
      </w:r>
      <w:r>
        <w:rPr>
          <w:rFonts w:ascii="Times New Roman" w:hAnsi="Times New Roman" w:eastAsia="Times New Roman" w:cs="Times New Roman"/>
        </w:rPr>
        <w:t xml:space="preserve"> </w:t>
      </w:r>
      <w:r>
        <w:rPr>
          <w:rFonts w:ascii="Nirmala UI" w:hAnsi="Nirmala UI" w:eastAsia="Nirmala UI" w:cs="Nirmala UI"/>
        </w:rPr>
        <w:t>ସ୍ୱରରେ</w:t>
      </w:r>
      <w:r>
        <w:rPr>
          <w:rFonts w:ascii="Times New Roman" w:hAnsi="Times New Roman" w:eastAsia="Times New Roman" w:cs="Times New Roman"/>
        </w:rPr>
        <w:t xml:space="preserve"> </w:t>
      </w:r>
      <w:r>
        <w:rPr>
          <w:rFonts w:ascii="Nirmala UI" w:hAnsi="Nirmala UI" w:eastAsia="Nirmala UI" w:cs="Nirmala UI"/>
        </w:rPr>
        <w:t>କହେ</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ତାହାର</w:t>
      </w:r>
      <w:r>
        <w:rPr>
          <w:rFonts w:ascii="Times New Roman" w:hAnsi="Times New Roman" w:eastAsia="Times New Roman" w:cs="Times New Roman"/>
        </w:rPr>
        <w:t xml:space="preserve"> </w:t>
      </w:r>
      <w:r>
        <w:rPr>
          <w:rFonts w:ascii="Nirmala UI" w:hAnsi="Nirmala UI" w:eastAsia="Nirmala UI" w:cs="Nirmala UI"/>
        </w:rPr>
        <w:t>ସାମ୍ନାରେ</w:t>
      </w:r>
      <w:r>
        <w:rPr>
          <w:rFonts w:ascii="Times New Roman" w:hAnsi="Times New Roman" w:eastAsia="Times New Roman" w:cs="Times New Roman"/>
        </w:rPr>
        <w:t xml:space="preserve"> </w:t>
      </w:r>
      <w:r>
        <w:rPr>
          <w:rFonts w:ascii="Nirmala UI" w:hAnsi="Nirmala UI" w:eastAsia="Nirmala UI" w:cs="Nirmala UI"/>
        </w:rPr>
        <w:t>ପ୍ରଥମ</w:t>
      </w:r>
      <w:r>
        <w:rPr>
          <w:rFonts w:ascii="Times New Roman" w:hAnsi="Times New Roman" w:eastAsia="Times New Roman" w:cs="Times New Roman"/>
        </w:rPr>
        <w:t xml:space="preserve"> </w:t>
      </w:r>
      <w:r>
        <w:rPr>
          <w:rFonts w:ascii="Nirmala UI" w:hAnsi="Nirmala UI" w:eastAsia="Nirmala UI" w:cs="Nirmala UI"/>
        </w:rPr>
        <w:t>ପଶୁର</w:t>
      </w:r>
      <w:r>
        <w:rPr>
          <w:rFonts w:ascii="Times New Roman" w:hAnsi="Times New Roman" w:eastAsia="Times New Roman" w:cs="Times New Roman"/>
        </w:rPr>
        <w:t xml:space="preserve"> </w:t>
      </w:r>
      <w:r>
        <w:rPr>
          <w:rFonts w:ascii="Nirmala UI" w:hAnsi="Nirmala UI" w:eastAsia="Nirmala UI" w:cs="Nirmala UI"/>
        </w:rPr>
        <w:t>ସମସ୍ତ</w:t>
      </w:r>
      <w:r>
        <w:rPr>
          <w:rFonts w:ascii="Times New Roman" w:hAnsi="Times New Roman" w:eastAsia="Times New Roman" w:cs="Times New Roman"/>
        </w:rPr>
        <w:t xml:space="preserve"> </w:t>
      </w:r>
      <w:r>
        <w:rPr>
          <w:rFonts w:ascii="Nirmala UI" w:hAnsi="Nirmala UI" w:eastAsia="Nirmala UI" w:cs="Nirmala UI"/>
        </w:rPr>
        <w:t>ଶକ୍ତି</w:t>
      </w:r>
      <w:r>
        <w:rPr>
          <w:rFonts w:ascii="Times New Roman" w:hAnsi="Times New Roman" w:eastAsia="Times New Roman" w:cs="Times New Roman"/>
        </w:rPr>
        <w:t xml:space="preserve"> </w:t>
      </w:r>
      <w:r>
        <w:rPr>
          <w:rFonts w:ascii="Nirmala UI" w:hAnsi="Nirmala UI" w:eastAsia="Nirmala UI" w:cs="Nirmala UI"/>
        </w:rPr>
        <w:t>ପ୍ରୟୋଗ</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ଅନ୍ୟଧର୍ମବାଦ</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ପାପତନ୍ତ୍ର</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ପ୍ରକାଶିତ</w:t>
      </w:r>
      <w:r>
        <w:rPr>
          <w:rFonts w:ascii="Times New Roman" w:hAnsi="Times New Roman" w:eastAsia="Times New Roman" w:cs="Times New Roman"/>
        </w:rPr>
        <w:t xml:space="preserve"> </w:t>
      </w:r>
      <w:r>
        <w:rPr>
          <w:rFonts w:ascii="Nirmala UI" w:hAnsi="Nirmala UI" w:eastAsia="Nirmala UI" w:cs="Nirmala UI"/>
        </w:rPr>
        <w:t>ନିର୍ଯାତନାର</w:t>
      </w:r>
      <w:r>
        <w:rPr>
          <w:rFonts w:ascii="Times New Roman" w:hAnsi="Times New Roman" w:eastAsia="Times New Roman" w:cs="Times New Roman"/>
        </w:rPr>
        <w:t xml:space="preserve"> </w:t>
      </w:r>
      <w:r>
        <w:rPr>
          <w:rFonts w:ascii="Nirmala UI" w:hAnsi="Nirmala UI" w:eastAsia="Nirmala UI" w:cs="Nirmala UI"/>
        </w:rPr>
        <w:t>ଆତ୍ମା</w:t>
      </w:r>
      <w:r>
        <w:rPr>
          <w:rFonts w:ascii="Times New Roman" w:hAnsi="Times New Roman" w:eastAsia="Times New Roman" w:cs="Times New Roman"/>
        </w:rPr>
        <w:t xml:space="preserve"> </w:t>
      </w:r>
      <w:r>
        <w:rPr>
          <w:rFonts w:ascii="Nirmala UI" w:hAnsi="Nirmala UI" w:eastAsia="Nirmala UI" w:cs="Nirmala UI"/>
        </w:rPr>
        <w:t>ପୁନର୍ବାର</w:t>
      </w:r>
      <w:r>
        <w:rPr>
          <w:rFonts w:ascii="Times New Roman" w:hAnsi="Times New Roman" w:eastAsia="Times New Roman" w:cs="Times New Roman"/>
        </w:rPr>
        <w:t xml:space="preserve"> </w:t>
      </w:r>
      <w:r>
        <w:rPr>
          <w:rFonts w:ascii="Nirmala UI" w:hAnsi="Nirmala UI" w:eastAsia="Nirmala UI" w:cs="Nirmala UI"/>
        </w:rPr>
        <w:t>ପ୍ରକାଶିତ</w:t>
      </w:r>
      <w:r>
        <w:rPr>
          <w:rFonts w:ascii="Times New Roman" w:hAnsi="Times New Roman" w:eastAsia="Times New Roman" w:cs="Times New Roman"/>
        </w:rPr>
        <w:t xml:space="preserve"> </w:t>
      </w:r>
      <w:r>
        <w:rPr>
          <w:rFonts w:ascii="Nirmala UI" w:hAnsi="Nirmala UI" w:eastAsia="Nirmala UI" w:cs="Nirmala UI"/>
        </w:rPr>
        <w:t>ହେବାକୁ</w:t>
      </w:r>
      <w:r>
        <w:rPr>
          <w:rFonts w:ascii="Times New Roman" w:hAnsi="Times New Roman" w:eastAsia="Times New Roman" w:cs="Times New Roman"/>
        </w:rPr>
        <w:t xml:space="preserve"> </w:t>
      </w:r>
      <w:r>
        <w:rPr>
          <w:rFonts w:ascii="Nirmala UI" w:hAnsi="Nirmala UI" w:eastAsia="Nirmala UI" w:cs="Nirmala UI"/>
        </w:rPr>
        <w:t>ଯାଉଛି।</w:t>
      </w:r>
      <w:r>
        <w:rPr>
          <w:rFonts w:ascii="Times New Roman" w:hAnsi="Times New Roman" w:eastAsia="Times New Roman" w:cs="Times New Roman"/>
        </w:rPr>
        <w:t xml:space="preserve"> </w:t>
      </w:r>
      <w:r>
        <w:rPr>
          <w:rFonts w:ascii="Nirmala UI" w:hAnsi="Nirmala UI" w:eastAsia="Nirmala UI" w:cs="Nirmala UI"/>
        </w:rPr>
        <w:t>ଭବିଷ୍ୟଦ୍ବାଣୀ</w:t>
      </w:r>
      <w:r>
        <w:rPr>
          <w:rFonts w:ascii="Times New Roman" w:hAnsi="Times New Roman" w:eastAsia="Times New Roman" w:cs="Times New Roman"/>
        </w:rPr>
        <w:t xml:space="preserve"> </w:t>
      </w:r>
      <w:r>
        <w:rPr>
          <w:rFonts w:ascii="Nirmala UI" w:hAnsi="Nirmala UI" w:eastAsia="Nirmala UI" w:cs="Nirmala UI"/>
        </w:rPr>
        <w:t>ଘୋଷଣା</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ଯେ</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ଶକ୍ତି</w:t>
      </w:r>
      <w:r>
        <w:rPr>
          <w:rFonts w:ascii="Times New Roman" w:hAnsi="Times New Roman" w:eastAsia="Times New Roman" w:cs="Times New Roman"/>
        </w:rPr>
        <w:t xml:space="preserve"> ‘</w:t>
      </w:r>
      <w:r>
        <w:rPr>
          <w:rFonts w:ascii="Nirmala UI" w:hAnsi="Nirmala UI" w:eastAsia="Nirmala UI" w:cs="Nirmala UI"/>
        </w:rPr>
        <w:t>ପୃଥିବୀରେ</w:t>
      </w:r>
      <w:r>
        <w:rPr>
          <w:rFonts w:ascii="Times New Roman" w:hAnsi="Times New Roman" w:eastAsia="Times New Roman" w:cs="Times New Roman"/>
        </w:rPr>
        <w:t xml:space="preserve"> </w:t>
      </w:r>
      <w:r>
        <w:rPr>
          <w:rFonts w:ascii="Nirmala UI" w:hAnsi="Nirmala UI" w:eastAsia="Nirmala UI" w:cs="Nirmala UI"/>
        </w:rPr>
        <w:t>ବାସ</w:t>
      </w:r>
      <w:r>
        <w:rPr>
          <w:rFonts w:ascii="Times New Roman" w:hAnsi="Times New Roman" w:eastAsia="Times New Roman" w:cs="Times New Roman"/>
        </w:rPr>
        <w:t xml:space="preserve"> </w:t>
      </w:r>
      <w:r>
        <w:rPr>
          <w:rFonts w:ascii="Nirmala UI" w:hAnsi="Nirmala UI" w:eastAsia="Nirmala UI" w:cs="Nirmala UI"/>
        </w:rPr>
        <w:t>କରୁଥିବାମାନଙ୍କୁ</w:t>
      </w:r>
      <w:r>
        <w:rPr>
          <w:rFonts w:ascii="Times New Roman" w:hAnsi="Times New Roman" w:eastAsia="Times New Roman" w:cs="Times New Roman"/>
        </w:rPr>
        <w:t xml:space="preserve"> </w:t>
      </w:r>
      <w:r>
        <w:rPr>
          <w:rFonts w:ascii="Nirmala UI" w:hAnsi="Nirmala UI" w:eastAsia="Nirmala UI" w:cs="Nirmala UI"/>
        </w:rPr>
        <w:t>କହିବ</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ଯେ</w:t>
      </w:r>
      <w:r>
        <w:rPr>
          <w:rFonts w:ascii="Times New Roman" w:hAnsi="Times New Roman" w:eastAsia="Times New Roman" w:cs="Times New Roman"/>
        </w:rPr>
        <w:t xml:space="preserve"> </w:t>
      </w:r>
      <w:r>
        <w:rPr>
          <w:rFonts w:ascii="Nirmala UI" w:hAnsi="Nirmala UI" w:eastAsia="Nirmala UI" w:cs="Nirmala UI"/>
        </w:rPr>
        <w:t>ପଶୁ</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ଗୋଟିଏ</w:t>
      </w:r>
      <w:r>
        <w:rPr>
          <w:rFonts w:ascii="Times New Roman" w:hAnsi="Times New Roman" w:eastAsia="Times New Roman" w:cs="Times New Roman"/>
        </w:rPr>
        <w:t xml:space="preserve"> </w:t>
      </w:r>
      <w:r>
        <w:rPr>
          <w:rFonts w:ascii="Nirmala UI" w:hAnsi="Nirmala UI" w:eastAsia="Nirmala UI" w:cs="Nirmala UI"/>
        </w:rPr>
        <w:t>ପ୍ରତିମା</w:t>
      </w:r>
      <w:r>
        <w:rPr>
          <w:rFonts w:ascii="Times New Roman" w:hAnsi="Times New Roman" w:eastAsia="Times New Roman" w:cs="Times New Roman"/>
        </w:rPr>
        <w:t xml:space="preserve"> </w:t>
      </w:r>
      <w:r>
        <w:rPr>
          <w:rFonts w:ascii="Nirmala UI" w:hAnsi="Nirmala UI" w:eastAsia="Nirmala UI" w:cs="Nirmala UI"/>
        </w:rPr>
        <w:t>ତିଆରି</w:t>
      </w:r>
      <w:r>
        <w:rPr>
          <w:rFonts w:ascii="Times New Roman" w:hAnsi="Times New Roman" w:eastAsia="Times New Roman" w:cs="Times New Roman"/>
        </w:rPr>
        <w:t xml:space="preserve"> </w:t>
      </w:r>
      <w:r>
        <w:rPr>
          <w:rFonts w:ascii="Nirmala UI" w:hAnsi="Nirmala UI" w:eastAsia="Nirmala UI" w:cs="Nirmala UI"/>
        </w:rPr>
        <w:t>କରନ୍ତୁ।</w:t>
      </w:r>
      <w:r>
        <w:rPr>
          <w:rFonts w:ascii="Times New Roman" w:hAnsi="Times New Roman" w:eastAsia="Times New Roman" w:cs="Times New Roman"/>
        </w:rPr>
        <w:t>’ [</w:t>
      </w:r>
      <w:r>
        <w:rPr>
          <w:rFonts w:ascii="Nirmala UI" w:hAnsi="Nirmala UI" w:eastAsia="Nirmala UI" w:cs="Nirmala UI"/>
        </w:rPr>
        <w:t>ପ୍ରକାଶିତ</w:t>
      </w:r>
      <w:r>
        <w:rPr>
          <w:rFonts w:ascii="Times New Roman" w:hAnsi="Times New Roman" w:eastAsia="Times New Roman" w:cs="Times New Roman"/>
        </w:rPr>
        <w:t xml:space="preserve"> </w:t>
      </w:r>
      <w:r>
        <w:rPr>
          <w:rFonts w:ascii="Nirmala UI" w:hAnsi="Nirmala UI" w:eastAsia="Nirmala UI" w:cs="Nirmala UI"/>
        </w:rPr>
        <w:t>ବାକ୍ୟ</w:t>
      </w:r>
      <w:r>
        <w:rPr>
          <w:rFonts w:ascii="Times New Roman" w:hAnsi="Times New Roman" w:eastAsia="Times New Roman" w:cs="Times New Roman"/>
        </w:rPr>
        <w:t xml:space="preserve"> 13:14.]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ପ୍ରତିମା</w:t>
      </w:r>
      <w:r>
        <w:rPr>
          <w:rFonts w:ascii="Times New Roman" w:hAnsi="Times New Roman" w:eastAsia="Times New Roman" w:cs="Times New Roman"/>
        </w:rPr>
        <w:t xml:space="preserve"> </w:t>
      </w:r>
      <w:r>
        <w:rPr>
          <w:rFonts w:ascii="Nirmala UI" w:hAnsi="Nirmala UI" w:eastAsia="Nirmala UI" w:cs="Nirmala UI"/>
        </w:rPr>
        <w:t>ପ୍ରଥମ</w:t>
      </w:r>
      <w:r>
        <w:rPr>
          <w:rFonts w:ascii="Times New Roman" w:hAnsi="Times New Roman" w:eastAsia="Times New Roman" w:cs="Times New Roman"/>
        </w:rPr>
        <w:t xml:space="preserve"> </w:t>
      </w:r>
      <w:r>
        <w:rPr>
          <w:rFonts w:ascii="Nirmala UI" w:hAnsi="Nirmala UI" w:eastAsia="Nirmala UI" w:cs="Nirmala UI"/>
        </w:rPr>
        <w:t>କିମ୍ବା</w:t>
      </w:r>
      <w:r>
        <w:rPr>
          <w:rFonts w:ascii="Times New Roman" w:hAnsi="Times New Roman" w:eastAsia="Times New Roman" w:cs="Times New Roman"/>
        </w:rPr>
        <w:t xml:space="preserve"> </w:t>
      </w:r>
      <w:r>
        <w:rPr>
          <w:rFonts w:ascii="Nirmala UI" w:hAnsi="Nirmala UI" w:eastAsia="Nirmala UI" w:cs="Nirmala UI"/>
        </w:rPr>
        <w:t>ଚିତାବାଘସଦୃଶ</w:t>
      </w:r>
      <w:r>
        <w:rPr>
          <w:rFonts w:ascii="Times New Roman" w:hAnsi="Times New Roman" w:eastAsia="Times New Roman" w:cs="Times New Roman"/>
        </w:rPr>
        <w:t xml:space="preserve"> </w:t>
      </w:r>
      <w:r>
        <w:rPr>
          <w:rFonts w:ascii="Nirmala UI" w:hAnsi="Nirmala UI" w:eastAsia="Nirmala UI" w:cs="Nirmala UI"/>
        </w:rPr>
        <w:t>ପଶୁ</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ତିଆରି</w:t>
      </w:r>
      <w:r>
        <w:rPr>
          <w:rFonts w:ascii="Times New Roman" w:hAnsi="Times New Roman" w:eastAsia="Times New Roman" w:cs="Times New Roman"/>
        </w:rPr>
        <w:t xml:space="preserve"> </w:t>
      </w:r>
      <w:r>
        <w:rPr>
          <w:rFonts w:ascii="Nirmala UI" w:hAnsi="Nirmala UI" w:eastAsia="Nirmala UI" w:cs="Nirmala UI"/>
        </w:rPr>
        <w:t>କରାଯାଏ</w:t>
      </w:r>
      <w:r>
        <w:rPr>
          <w:rFonts w:ascii="Times New Roman" w:hAnsi="Times New Roman" w:eastAsia="Times New Roman" w:cs="Times New Roman"/>
        </w:rPr>
        <w:t xml:space="preserve">, </w:t>
      </w:r>
      <w:r>
        <w:rPr>
          <w:rFonts w:ascii="Nirmala UI" w:hAnsi="Nirmala UI" w:eastAsia="Nirmala UI" w:cs="Nirmala UI"/>
        </w:rPr>
        <w:t>ଯେହିଁକି</w:t>
      </w:r>
      <w:r>
        <w:rPr>
          <w:rFonts w:ascii="Times New Roman" w:hAnsi="Times New Roman" w:eastAsia="Times New Roman" w:cs="Times New Roman"/>
        </w:rPr>
        <w:t xml:space="preserve"> </w:t>
      </w:r>
      <w:r>
        <w:rPr>
          <w:rFonts w:ascii="Nirmala UI" w:hAnsi="Nirmala UI" w:eastAsia="Nirmala UI" w:cs="Nirmala UI"/>
        </w:rPr>
        <w:t>ତୃତୀୟ</w:t>
      </w:r>
      <w:r>
        <w:rPr>
          <w:rFonts w:ascii="Times New Roman" w:hAnsi="Times New Roman" w:eastAsia="Times New Roman" w:cs="Times New Roman"/>
        </w:rPr>
        <w:t xml:space="preserve"> </w:t>
      </w:r>
      <w:r>
        <w:rPr>
          <w:rFonts w:ascii="Nirmala UI" w:hAnsi="Nirmala UI" w:eastAsia="Nirmala UI" w:cs="Nirmala UI"/>
        </w:rPr>
        <w:t>ସ୍ୱର୍ଗଦୂତଙ୍କର</w:t>
      </w:r>
      <w:r>
        <w:rPr>
          <w:rFonts w:ascii="Times New Roman" w:hAnsi="Times New Roman" w:eastAsia="Times New Roman" w:cs="Times New Roman"/>
        </w:rPr>
        <w:t xml:space="preserve"> </w:t>
      </w:r>
      <w:r>
        <w:rPr>
          <w:rFonts w:ascii="Nirmala UI" w:hAnsi="Nirmala UI" w:eastAsia="Nirmala UI" w:cs="Nirmala UI"/>
        </w:rPr>
        <w:t>ସନ୍ଦେଶରେ</w:t>
      </w:r>
      <w:r>
        <w:rPr>
          <w:rFonts w:ascii="Times New Roman" w:hAnsi="Times New Roman" w:eastAsia="Times New Roman" w:cs="Times New Roman"/>
        </w:rPr>
        <w:t xml:space="preserve"> </w:t>
      </w:r>
      <w:r>
        <w:rPr>
          <w:rFonts w:ascii="Nirmala UI" w:hAnsi="Nirmala UI" w:eastAsia="Nirmala UI" w:cs="Nirmala UI"/>
        </w:rPr>
        <w:t>ଦର୍ଶିତ</w:t>
      </w:r>
      <w:r>
        <w:rPr>
          <w:rFonts w:ascii="Times New Roman" w:hAnsi="Times New Roman" w:eastAsia="Times New Roman" w:cs="Times New Roman"/>
        </w:rPr>
        <w:t xml:space="preserve"> </w:t>
      </w:r>
      <w:r>
        <w:rPr>
          <w:rFonts w:ascii="Nirmala UI" w:hAnsi="Nirmala UI" w:eastAsia="Nirmala UI" w:cs="Nirmala UI"/>
        </w:rPr>
        <w:t>ପଶୁ</w:t>
      </w:r>
      <w:r>
        <w:rPr>
          <w:rFonts w:ascii="Times New Roman" w:hAnsi="Times New Roman" w:eastAsia="Times New Roman" w:cs="Times New Roman"/>
        </w:rPr>
        <w:t xml:space="preserve"> </w:t>
      </w:r>
      <w:r>
        <w:rPr>
          <w:rFonts w:ascii="Nirmala UI" w:hAnsi="Nirmala UI" w:eastAsia="Nirmala UI" w:cs="Nirmala UI"/>
        </w:rPr>
        <w:t>ଅଟେ।</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ପ୍ରଥମ</w:t>
      </w:r>
      <w:r>
        <w:rPr>
          <w:rFonts w:ascii="Times New Roman" w:hAnsi="Times New Roman" w:eastAsia="Times New Roman" w:cs="Times New Roman"/>
        </w:rPr>
        <w:t xml:space="preserve"> </w:t>
      </w:r>
      <w:r>
        <w:rPr>
          <w:rFonts w:ascii="Nirmala UI" w:hAnsi="Nirmala UI" w:eastAsia="Nirmala UI" w:cs="Nirmala UI"/>
        </w:rPr>
        <w:t>ପଶୁ</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ରୋମୀୟ</w:t>
      </w:r>
      <w:r>
        <w:rPr>
          <w:rFonts w:ascii="Times New Roman" w:hAnsi="Times New Roman" w:eastAsia="Times New Roman" w:cs="Times New Roman"/>
        </w:rPr>
        <w:t xml:space="preserve"> </w:t>
      </w:r>
      <w:r>
        <w:rPr>
          <w:rFonts w:ascii="Nirmala UI" w:hAnsi="Nirmala UI" w:eastAsia="Nirmala UI" w:cs="Nirmala UI"/>
        </w:rPr>
        <w:t>କଳିସିଆଙ୍କୁ</w:t>
      </w:r>
      <w:r>
        <w:rPr>
          <w:rFonts w:ascii="Times New Roman" w:hAnsi="Times New Roman" w:eastAsia="Times New Roman" w:cs="Times New Roman"/>
        </w:rPr>
        <w:t xml:space="preserve"> </w:t>
      </w:r>
      <w:r>
        <w:rPr>
          <w:rFonts w:ascii="Nirmala UI" w:hAnsi="Nirmala UI" w:eastAsia="Nirmala UI" w:cs="Nirmala UI"/>
        </w:rPr>
        <w:t>ପ୍ରତିନିଧିତ୍ୱ</w:t>
      </w:r>
      <w:r>
        <w:rPr>
          <w:rFonts w:ascii="Times New Roman" w:hAnsi="Times New Roman" w:eastAsia="Times New Roman" w:cs="Times New Roman"/>
        </w:rPr>
        <w:t xml:space="preserve"> </w:t>
      </w:r>
      <w:r>
        <w:rPr>
          <w:rFonts w:ascii="Nirmala UI" w:hAnsi="Nirmala UI" w:eastAsia="Nirmala UI" w:cs="Nirmala UI"/>
        </w:rPr>
        <w:t>କରାଯାଇଛି</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ନାଗରିକ</w:t>
      </w:r>
      <w:r>
        <w:rPr>
          <w:rFonts w:ascii="Times New Roman" w:hAnsi="Times New Roman" w:eastAsia="Times New Roman" w:cs="Times New Roman"/>
        </w:rPr>
        <w:t xml:space="preserve"> </w:t>
      </w:r>
      <w:r>
        <w:rPr>
          <w:rFonts w:ascii="Nirmala UI" w:hAnsi="Nirmala UI" w:eastAsia="Nirmala UI" w:cs="Nirmala UI"/>
        </w:rPr>
        <w:t>ଶକ୍ତିରେ</w:t>
      </w:r>
      <w:r>
        <w:rPr>
          <w:rFonts w:ascii="Times New Roman" w:hAnsi="Times New Roman" w:eastAsia="Times New Roman" w:cs="Times New Roman"/>
        </w:rPr>
        <w:t xml:space="preserve"> </w:t>
      </w:r>
      <w:r>
        <w:rPr>
          <w:rFonts w:ascii="Nirmala UI" w:hAnsi="Nirmala UI" w:eastAsia="Nirmala UI" w:cs="Nirmala UI"/>
        </w:rPr>
        <w:t>ଆବୃତ</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ଧାର୍ମିକ</w:t>
      </w:r>
      <w:r>
        <w:rPr>
          <w:rFonts w:ascii="Times New Roman" w:hAnsi="Times New Roman" w:eastAsia="Times New Roman" w:cs="Times New Roman"/>
        </w:rPr>
        <w:t xml:space="preserve"> </w:t>
      </w:r>
      <w:r>
        <w:rPr>
          <w:rFonts w:ascii="Nirmala UI" w:hAnsi="Nirmala UI" w:eastAsia="Nirmala UI" w:cs="Nirmala UI"/>
        </w:rPr>
        <w:t>ସଂସ୍ଥା</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ସମସ୍ତ</w:t>
      </w:r>
      <w:r>
        <w:rPr>
          <w:rFonts w:ascii="Times New Roman" w:hAnsi="Times New Roman" w:eastAsia="Times New Roman" w:cs="Times New Roman"/>
        </w:rPr>
        <w:t xml:space="preserve"> </w:t>
      </w:r>
      <w:r>
        <w:rPr>
          <w:rFonts w:ascii="Nirmala UI" w:hAnsi="Nirmala UI" w:eastAsia="Nirmala UI" w:cs="Nirmala UI"/>
        </w:rPr>
        <w:t>ବିରୋଧୀମତାବଳମ୍ବୀଙ୍କୁ</w:t>
      </w:r>
      <w:r>
        <w:rPr>
          <w:rFonts w:ascii="Times New Roman" w:hAnsi="Times New Roman" w:eastAsia="Times New Roman" w:cs="Times New Roman"/>
        </w:rPr>
        <w:t xml:space="preserve"> </w:t>
      </w:r>
      <w:r>
        <w:rPr>
          <w:rFonts w:ascii="Nirmala UI" w:hAnsi="Nirmala UI" w:eastAsia="Nirmala UI" w:cs="Nirmala UI"/>
        </w:rPr>
        <w:t>ଦଣ୍ଡ</w:t>
      </w:r>
      <w:r>
        <w:rPr>
          <w:rFonts w:ascii="Times New Roman" w:hAnsi="Times New Roman" w:eastAsia="Times New Roman" w:cs="Times New Roman"/>
        </w:rPr>
        <w:t xml:space="preserve"> </w:t>
      </w:r>
      <w:r>
        <w:rPr>
          <w:rFonts w:ascii="Nirmala UI" w:hAnsi="Nirmala UI" w:eastAsia="Nirmala UI" w:cs="Nirmala UI"/>
        </w:rPr>
        <w:t>ଦେବାର</w:t>
      </w:r>
      <w:r>
        <w:rPr>
          <w:rFonts w:ascii="Times New Roman" w:hAnsi="Times New Roman" w:eastAsia="Times New Roman" w:cs="Times New Roman"/>
        </w:rPr>
        <w:t xml:space="preserve"> </w:t>
      </w:r>
      <w:r>
        <w:rPr>
          <w:rFonts w:ascii="Nirmala UI" w:hAnsi="Nirmala UI" w:eastAsia="Nirmala UI" w:cs="Nirmala UI"/>
        </w:rPr>
        <w:t>ଅଧିକାର</w:t>
      </w:r>
      <w:r>
        <w:rPr>
          <w:rFonts w:ascii="Times New Roman" w:hAnsi="Times New Roman" w:eastAsia="Times New Roman" w:cs="Times New Roman"/>
        </w:rPr>
        <w:t xml:space="preserve"> </w:t>
      </w:r>
      <w:r>
        <w:rPr>
          <w:rFonts w:ascii="Nirmala UI" w:hAnsi="Nirmala UI" w:eastAsia="Nirmala UI" w:cs="Nirmala UI"/>
        </w:rPr>
        <w:t>ରଖେ।</w:t>
      </w:r>
      <w:r>
        <w:rPr>
          <w:rFonts w:ascii="Times New Roman" w:hAnsi="Times New Roman" w:eastAsia="Times New Roman" w:cs="Times New Roman"/>
        </w:rPr>
        <w:t xml:space="preserve"> </w:t>
      </w:r>
      <w:r>
        <w:rPr>
          <w:rFonts w:ascii="Nirmala UI" w:hAnsi="Nirmala UI" w:eastAsia="Nirmala UI" w:cs="Nirmala UI"/>
        </w:rPr>
        <w:t>ପଶୁର</w:t>
      </w:r>
      <w:r>
        <w:rPr>
          <w:rFonts w:ascii="Times New Roman" w:hAnsi="Times New Roman" w:eastAsia="Times New Roman" w:cs="Times New Roman"/>
        </w:rPr>
        <w:t xml:space="preserve"> </w:t>
      </w:r>
      <w:r>
        <w:rPr>
          <w:rFonts w:ascii="Nirmala UI" w:hAnsi="Nirmala UI" w:eastAsia="Nirmala UI" w:cs="Nirmala UI"/>
        </w:rPr>
        <w:t>ପ୍ରତିମା</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ସଦୃଶ</w:t>
      </w:r>
      <w:r>
        <w:rPr>
          <w:rFonts w:ascii="Times New Roman" w:hAnsi="Times New Roman" w:eastAsia="Times New Roman" w:cs="Times New Roman"/>
        </w:rPr>
        <w:t xml:space="preserve"> </w:t>
      </w:r>
      <w:r>
        <w:rPr>
          <w:rFonts w:ascii="Nirmala UI" w:hAnsi="Nirmala UI" w:eastAsia="Nirmala UI" w:cs="Nirmala UI"/>
        </w:rPr>
        <w:t>ଶକ୍ତିରେ</w:t>
      </w:r>
      <w:r>
        <w:rPr>
          <w:rFonts w:ascii="Times New Roman" w:hAnsi="Times New Roman" w:eastAsia="Times New Roman" w:cs="Times New Roman"/>
        </w:rPr>
        <w:t xml:space="preserve"> </w:t>
      </w:r>
      <w:r>
        <w:rPr>
          <w:rFonts w:ascii="Nirmala UI" w:hAnsi="Nirmala UI" w:eastAsia="Nirmala UI" w:cs="Nirmala UI"/>
        </w:rPr>
        <w:t>ଆବୃତ</w:t>
      </w:r>
      <w:r>
        <w:rPr>
          <w:rFonts w:ascii="Times New Roman" w:hAnsi="Times New Roman" w:eastAsia="Times New Roman" w:cs="Times New Roman"/>
        </w:rPr>
        <w:t xml:space="preserve"> </w:t>
      </w:r>
      <w:r>
        <w:rPr>
          <w:rFonts w:ascii="Nirmala UI" w:hAnsi="Nirmala UI" w:eastAsia="Nirmala UI" w:cs="Nirmala UI"/>
        </w:rPr>
        <w:t>ଅନ୍ୟ</w:t>
      </w:r>
      <w:r>
        <w:rPr>
          <w:rFonts w:ascii="Times New Roman" w:hAnsi="Times New Roman" w:eastAsia="Times New Roman" w:cs="Times New Roman"/>
        </w:rPr>
        <w:t xml:space="preserve"> </w:t>
      </w:r>
      <w:r>
        <w:rPr>
          <w:rFonts w:ascii="Nirmala UI" w:hAnsi="Nirmala UI" w:eastAsia="Nirmala UI" w:cs="Nirmala UI"/>
        </w:rPr>
        <w:t>ଗୋଟିଏ</w:t>
      </w:r>
      <w:r>
        <w:rPr>
          <w:rFonts w:ascii="Times New Roman" w:hAnsi="Times New Roman" w:eastAsia="Times New Roman" w:cs="Times New Roman"/>
        </w:rPr>
        <w:t xml:space="preserve"> </w:t>
      </w:r>
      <w:r>
        <w:rPr>
          <w:rFonts w:ascii="Nirmala UI" w:hAnsi="Nirmala UI" w:eastAsia="Nirmala UI" w:cs="Nirmala UI"/>
        </w:rPr>
        <w:t>ଧାର୍ମିକ</w:t>
      </w:r>
      <w:r>
        <w:rPr>
          <w:rFonts w:ascii="Times New Roman" w:hAnsi="Times New Roman" w:eastAsia="Times New Roman" w:cs="Times New Roman"/>
        </w:rPr>
        <w:t xml:space="preserve"> </w:t>
      </w:r>
      <w:r>
        <w:rPr>
          <w:rFonts w:ascii="Nirmala UI" w:hAnsi="Nirmala UI" w:eastAsia="Nirmala UI" w:cs="Nirmala UI"/>
        </w:rPr>
        <w:t>ସଂସ୍ଥାକୁ</w:t>
      </w:r>
      <w:r>
        <w:rPr>
          <w:rFonts w:ascii="Times New Roman" w:hAnsi="Times New Roman" w:eastAsia="Times New Roman" w:cs="Times New Roman"/>
        </w:rPr>
        <w:t xml:space="preserve"> </w:t>
      </w:r>
      <w:r>
        <w:rPr>
          <w:rFonts w:ascii="Nirmala UI" w:hAnsi="Nirmala UI" w:eastAsia="Nirmala UI" w:cs="Nirmala UI"/>
        </w:rPr>
        <w:t>ପ୍ରତିନିଧିତ୍ୱ</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ପ୍ରତିମାର</w:t>
      </w:r>
      <w:r>
        <w:rPr>
          <w:rFonts w:ascii="Times New Roman" w:hAnsi="Times New Roman" w:eastAsia="Times New Roman" w:cs="Times New Roman"/>
        </w:rPr>
        <w:t xml:space="preserve"> </w:t>
      </w:r>
      <w:r>
        <w:rPr>
          <w:rFonts w:ascii="Nirmala UI" w:hAnsi="Nirmala UI" w:eastAsia="Nirmala UI" w:cs="Nirmala UI"/>
        </w:rPr>
        <w:t>ଗଠନ</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ପଶୁର</w:t>
      </w:r>
      <w:r>
        <w:rPr>
          <w:rFonts w:ascii="Times New Roman" w:hAnsi="Times New Roman" w:eastAsia="Times New Roman" w:cs="Times New Roman"/>
        </w:rPr>
        <w:t xml:space="preserve"> </w:t>
      </w:r>
      <w:r>
        <w:rPr>
          <w:rFonts w:ascii="Nirmala UI" w:hAnsi="Nirmala UI" w:eastAsia="Nirmala UI" w:cs="Nirmala UI"/>
        </w:rPr>
        <w:t>କାର୍ଯ୍ୟ</w:t>
      </w:r>
      <w:r>
        <w:rPr>
          <w:rFonts w:ascii="Times New Roman" w:hAnsi="Times New Roman" w:eastAsia="Times New Roman" w:cs="Times New Roman"/>
        </w:rPr>
        <w:t xml:space="preserve"> </w:t>
      </w:r>
      <w:r>
        <w:rPr>
          <w:rFonts w:ascii="Nirmala UI" w:hAnsi="Nirmala UI" w:eastAsia="Nirmala UI" w:cs="Nirmala UI"/>
        </w:rPr>
        <w:t>ଅଟେ</w:t>
      </w:r>
      <w:r>
        <w:rPr>
          <w:rFonts w:ascii="Times New Roman" w:hAnsi="Times New Roman" w:eastAsia="Times New Roman" w:cs="Times New Roman"/>
        </w:rPr>
        <w:t xml:space="preserve">, </w:t>
      </w:r>
      <w:r>
        <w:rPr>
          <w:rFonts w:ascii="Nirmala UI" w:hAnsi="Nirmala UI" w:eastAsia="Nirmala UI" w:cs="Nirmala UI"/>
        </w:rPr>
        <w:t>ଯାହାର</w:t>
      </w:r>
      <w:r>
        <w:rPr>
          <w:rFonts w:ascii="Times New Roman" w:hAnsi="Times New Roman" w:eastAsia="Times New Roman" w:cs="Times New Roman"/>
        </w:rPr>
        <w:t xml:space="preserve"> </w:t>
      </w:r>
      <w:r>
        <w:rPr>
          <w:rFonts w:ascii="Nirmala UI" w:hAnsi="Nirmala UI" w:eastAsia="Nirmala UI" w:cs="Nirmala UI"/>
        </w:rPr>
        <w:t>ଶାନ୍ତିପୂର୍ଣ୍ଣ</w:t>
      </w:r>
      <w:r>
        <w:rPr>
          <w:rFonts w:ascii="Times New Roman" w:hAnsi="Times New Roman" w:eastAsia="Times New Roman" w:cs="Times New Roman"/>
        </w:rPr>
        <w:t xml:space="preserve"> </w:t>
      </w:r>
      <w:r>
        <w:rPr>
          <w:rFonts w:ascii="Nirmala UI" w:hAnsi="Nirmala UI" w:eastAsia="Nirmala UI" w:cs="Nirmala UI"/>
        </w:rPr>
        <w:t>ଉଦୟ</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ସୌମ୍ୟ</w:t>
      </w:r>
      <w:r>
        <w:rPr>
          <w:rFonts w:ascii="Times New Roman" w:hAnsi="Times New Roman" w:eastAsia="Times New Roman" w:cs="Times New Roman"/>
        </w:rPr>
        <w:t xml:space="preserve"> </w:t>
      </w:r>
      <w:r>
        <w:rPr>
          <w:rFonts w:ascii="Nirmala UI" w:hAnsi="Nirmala UI" w:eastAsia="Nirmala UI" w:cs="Nirmala UI"/>
        </w:rPr>
        <w:t>ଦାବିଗୁଡ଼ିକ</w:t>
      </w:r>
      <w:r>
        <w:rPr>
          <w:rFonts w:ascii="Times New Roman" w:hAnsi="Times New Roman" w:eastAsia="Times New Roman" w:cs="Times New Roman"/>
        </w:rPr>
        <w:t xml:space="preserve"> </w:t>
      </w:r>
      <w:r>
        <w:rPr>
          <w:rFonts w:ascii="Nirmala UI" w:hAnsi="Nirmala UI" w:eastAsia="Nirmala UI" w:cs="Nirmala UI"/>
        </w:rPr>
        <w:t>ତାହାକୁ</w:t>
      </w:r>
      <w:r>
        <w:rPr>
          <w:rFonts w:ascii="Times New Roman" w:hAnsi="Times New Roman" w:eastAsia="Times New Roman" w:cs="Times New Roman"/>
        </w:rPr>
        <w:t xml:space="preserve"> </w:t>
      </w:r>
      <w:r>
        <w:rPr>
          <w:rFonts w:ascii="Nirmala UI" w:hAnsi="Nirmala UI" w:eastAsia="Nirmala UI" w:cs="Nirmala UI"/>
        </w:rPr>
        <w:t>ଯୁକ୍ତରାଷ୍ଟ୍ରର</w:t>
      </w:r>
      <w:r>
        <w:rPr>
          <w:rFonts w:ascii="Times New Roman" w:hAnsi="Times New Roman" w:eastAsia="Times New Roman" w:cs="Times New Roman"/>
        </w:rPr>
        <w:t xml:space="preserve"> </w:t>
      </w:r>
      <w:r>
        <w:rPr>
          <w:rFonts w:ascii="Nirmala UI" w:hAnsi="Nirmala UI" w:eastAsia="Nirmala UI" w:cs="Nirmala UI"/>
        </w:rPr>
        <w:t>ଅତ୍ୟନ୍ତ</w:t>
      </w:r>
      <w:r>
        <w:rPr>
          <w:rFonts w:ascii="Times New Roman" w:hAnsi="Times New Roman" w:eastAsia="Times New Roman" w:cs="Times New Roman"/>
        </w:rPr>
        <w:t xml:space="preserve"> </w:t>
      </w:r>
      <w:r>
        <w:rPr>
          <w:rFonts w:ascii="Nirmala UI" w:hAnsi="Nirmala UI" w:eastAsia="Nirmala UI" w:cs="Nirmala UI"/>
        </w:rPr>
        <w:t>ଚମତ୍କାର</w:t>
      </w:r>
      <w:r>
        <w:rPr>
          <w:rFonts w:ascii="Times New Roman" w:hAnsi="Times New Roman" w:eastAsia="Times New Roman" w:cs="Times New Roman"/>
        </w:rPr>
        <w:t xml:space="preserve"> </w:t>
      </w:r>
      <w:r>
        <w:rPr>
          <w:rFonts w:ascii="Nirmala UI" w:hAnsi="Nirmala UI" w:eastAsia="Nirmala UI" w:cs="Nirmala UI"/>
        </w:rPr>
        <w:t>ପ୍ରତୀକରେ</w:t>
      </w:r>
      <w:r>
        <w:rPr>
          <w:rFonts w:ascii="Times New Roman" w:hAnsi="Times New Roman" w:eastAsia="Times New Roman" w:cs="Times New Roman"/>
        </w:rPr>
        <w:t xml:space="preserve"> </w:t>
      </w:r>
      <w:r>
        <w:rPr>
          <w:rFonts w:ascii="Nirmala UI" w:hAnsi="Nirmala UI" w:eastAsia="Nirmala UI" w:cs="Nirmala UI"/>
        </w:rPr>
        <w:t>ପରିଣତ</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ଏଠାରେ</w:t>
      </w:r>
      <w:r>
        <w:rPr>
          <w:rFonts w:ascii="Times New Roman" w:hAnsi="Times New Roman" w:eastAsia="Times New Roman" w:cs="Times New Roman"/>
        </w:rPr>
        <w:t xml:space="preserve"> </w:t>
      </w:r>
      <w:r>
        <w:rPr>
          <w:rFonts w:ascii="Nirmala UI" w:hAnsi="Nirmala UI" w:eastAsia="Nirmala UI" w:cs="Nirmala UI"/>
        </w:rPr>
        <w:t>ପାପତନ୍ତ୍ରର</w:t>
      </w:r>
      <w:r>
        <w:rPr>
          <w:rFonts w:ascii="Times New Roman" w:hAnsi="Times New Roman" w:eastAsia="Times New Roman" w:cs="Times New Roman"/>
        </w:rPr>
        <w:t xml:space="preserve"> </w:t>
      </w:r>
      <w:r>
        <w:rPr>
          <w:rFonts w:ascii="Nirmala UI" w:hAnsi="Nirmala UI" w:eastAsia="Nirmala UI" w:cs="Nirmala UI"/>
        </w:rPr>
        <w:t>ଗୋଟିଏ</w:t>
      </w:r>
      <w:r>
        <w:rPr>
          <w:rFonts w:ascii="Times New Roman" w:hAnsi="Times New Roman" w:eastAsia="Times New Roman" w:cs="Times New Roman"/>
        </w:rPr>
        <w:t xml:space="preserve"> </w:t>
      </w:r>
      <w:r>
        <w:rPr>
          <w:rFonts w:ascii="Nirmala UI" w:hAnsi="Nirmala UI" w:eastAsia="Nirmala UI" w:cs="Nirmala UI"/>
        </w:rPr>
        <w:t>ପ୍ରତିରୂପ</w:t>
      </w:r>
      <w:r>
        <w:rPr>
          <w:rFonts w:ascii="Times New Roman" w:hAnsi="Times New Roman" w:eastAsia="Times New Roman" w:cs="Times New Roman"/>
        </w:rPr>
        <w:t xml:space="preserve"> </w:t>
      </w:r>
      <w:r>
        <w:rPr>
          <w:rFonts w:ascii="Nirmala UI" w:hAnsi="Nirmala UI" w:eastAsia="Nirmala UI" w:cs="Nirmala UI"/>
        </w:rPr>
        <w:t>ଦେଖିବାକୁ</w:t>
      </w:r>
      <w:r>
        <w:rPr>
          <w:rFonts w:ascii="Times New Roman" w:hAnsi="Times New Roman" w:eastAsia="Times New Roman" w:cs="Times New Roman"/>
        </w:rPr>
        <w:t xml:space="preserve"> </w:t>
      </w:r>
      <w:r>
        <w:rPr>
          <w:rFonts w:ascii="Nirmala UI" w:hAnsi="Nirmala UI" w:eastAsia="Nirmala UI" w:cs="Nirmala UI"/>
        </w:rPr>
        <w:t>ମିଳେ।</w:t>
      </w:r>
      <w:r>
        <w:rPr>
          <w:rFonts w:ascii="Times New Roman" w:hAnsi="Times New Roman" w:eastAsia="Times New Roman" w:cs="Times New Roman"/>
        </w:rPr>
        <w:t xml:space="preserve"> </w:t>
      </w:r>
      <w:r>
        <w:rPr>
          <w:rFonts w:ascii="Nirmala UI" w:hAnsi="Nirmala UI" w:eastAsia="Nirmala UI" w:cs="Nirmala UI"/>
        </w:rPr>
        <w:t>ଯେତେବେଳେ</w:t>
      </w:r>
      <w:r>
        <w:rPr>
          <w:rFonts w:ascii="Times New Roman" w:hAnsi="Times New Roman" w:eastAsia="Times New Roman" w:cs="Times New Roman"/>
        </w:rPr>
        <w:t xml:space="preserve"> </w:t>
      </w:r>
      <w:r>
        <w:rPr>
          <w:rFonts w:ascii="Nirmala UI" w:hAnsi="Nirmala UI" w:eastAsia="Nirmala UI" w:cs="Nirmala UI"/>
        </w:rPr>
        <w:t>ଆମ</w:t>
      </w:r>
      <w:r>
        <w:rPr>
          <w:rFonts w:ascii="Times New Roman" w:hAnsi="Times New Roman" w:eastAsia="Times New Roman" w:cs="Times New Roman"/>
        </w:rPr>
        <w:t xml:space="preserve"> </w:t>
      </w:r>
      <w:r>
        <w:rPr>
          <w:rFonts w:ascii="Nirmala UI" w:hAnsi="Nirmala UI" w:eastAsia="Nirmala UI" w:cs="Nirmala UI"/>
        </w:rPr>
        <w:t>ଦେଶର</w:t>
      </w:r>
      <w:r>
        <w:rPr>
          <w:rFonts w:ascii="Times New Roman" w:hAnsi="Times New Roman" w:eastAsia="Times New Roman" w:cs="Times New Roman"/>
        </w:rPr>
        <w:t xml:space="preserve"> </w:t>
      </w:r>
      <w:r>
        <w:rPr>
          <w:rFonts w:ascii="Nirmala UI" w:hAnsi="Nirmala UI" w:eastAsia="Nirmala UI" w:cs="Nirmala UI"/>
        </w:rPr>
        <w:t>କଳିସିଆମାନେ</w:t>
      </w:r>
      <w:r>
        <w:rPr>
          <w:rFonts w:ascii="Times New Roman" w:hAnsi="Times New Roman" w:eastAsia="Times New Roman" w:cs="Times New Roman"/>
        </w:rPr>
        <w:t xml:space="preserve">, </w:t>
      </w:r>
      <w:r>
        <w:rPr>
          <w:rFonts w:ascii="Nirmala UI" w:hAnsi="Nirmala UI" w:eastAsia="Nirmala UI" w:cs="Nirmala UI"/>
        </w:rPr>
        <w:t>ସେମାନଙ୍କ</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ସାଧାରଣ</w:t>
      </w:r>
      <w:r>
        <w:rPr>
          <w:rFonts w:ascii="Times New Roman" w:hAnsi="Times New Roman" w:eastAsia="Times New Roman" w:cs="Times New Roman"/>
        </w:rPr>
        <w:t xml:space="preserve"> </w:t>
      </w:r>
      <w:r>
        <w:rPr>
          <w:rFonts w:ascii="Nirmala UI" w:hAnsi="Nirmala UI" w:eastAsia="Nirmala UI" w:cs="Nirmala UI"/>
        </w:rPr>
        <w:t>ଭାବେ</w:t>
      </w:r>
      <w:r>
        <w:rPr>
          <w:rFonts w:ascii="Times New Roman" w:hAnsi="Times New Roman" w:eastAsia="Times New Roman" w:cs="Times New Roman"/>
        </w:rPr>
        <w:t xml:space="preserve"> </w:t>
      </w:r>
      <w:r>
        <w:rPr>
          <w:rFonts w:ascii="Nirmala UI" w:hAnsi="Nirmala UI" w:eastAsia="Nirmala UI" w:cs="Nirmala UI"/>
        </w:rPr>
        <w:t>ଗୃହୀତ</w:t>
      </w:r>
      <w:r>
        <w:rPr>
          <w:rFonts w:ascii="Times New Roman" w:hAnsi="Times New Roman" w:eastAsia="Times New Roman" w:cs="Times New Roman"/>
        </w:rPr>
        <w:t xml:space="preserve"> </w:t>
      </w:r>
      <w:r>
        <w:rPr>
          <w:rFonts w:ascii="Nirmala UI" w:hAnsi="Nirmala UI" w:eastAsia="Nirmala UI" w:cs="Nirmala UI"/>
        </w:rPr>
        <w:t>ଆସ୍ଥା</w:t>
      </w:r>
      <w:r>
        <w:rPr>
          <w:rFonts w:ascii="Times New Roman" w:hAnsi="Times New Roman" w:eastAsia="Times New Roman" w:cs="Times New Roman"/>
        </w:rPr>
        <w:t>-</w:t>
      </w:r>
      <w:r>
        <w:rPr>
          <w:rFonts w:ascii="Nirmala UI" w:hAnsi="Nirmala UI" w:eastAsia="Nirmala UI" w:cs="Nirmala UI"/>
        </w:rPr>
        <w:t>ସମ୍ବନ୍ଧୀୟ</w:t>
      </w:r>
      <w:r>
        <w:rPr>
          <w:rFonts w:ascii="Times New Roman" w:hAnsi="Times New Roman" w:eastAsia="Times New Roman" w:cs="Times New Roman"/>
        </w:rPr>
        <w:t xml:space="preserve"> </w:t>
      </w:r>
      <w:r>
        <w:rPr>
          <w:rFonts w:ascii="Nirmala UI" w:hAnsi="Nirmala UI" w:eastAsia="Nirmala UI" w:cs="Nirmala UI"/>
        </w:rPr>
        <w:t>ବିଷୟଗୁଡ଼ିକ</w:t>
      </w:r>
      <w:r>
        <w:rPr>
          <w:rFonts w:ascii="Times New Roman" w:hAnsi="Times New Roman" w:eastAsia="Times New Roman" w:cs="Times New Roman"/>
        </w:rPr>
        <w:t xml:space="preserve"> </w:t>
      </w:r>
      <w:r>
        <w:rPr>
          <w:rFonts w:ascii="Nirmala UI" w:hAnsi="Nirmala UI" w:eastAsia="Nirmala UI" w:cs="Nirmala UI"/>
        </w:rPr>
        <w:t>ଉପରେ</w:t>
      </w:r>
      <w:r>
        <w:rPr>
          <w:rFonts w:ascii="Times New Roman" w:hAnsi="Times New Roman" w:eastAsia="Times New Roman" w:cs="Times New Roman"/>
        </w:rPr>
        <w:t xml:space="preserve"> </w:t>
      </w:r>
      <w:r>
        <w:rPr>
          <w:rFonts w:ascii="Nirmala UI" w:hAnsi="Nirmala UI" w:eastAsia="Nirmala UI" w:cs="Nirmala UI"/>
        </w:rPr>
        <w:t>ଏକତ୍ରିତ</w:t>
      </w:r>
      <w:r>
        <w:rPr>
          <w:rFonts w:ascii="Times New Roman" w:hAnsi="Times New Roman" w:eastAsia="Times New Roman" w:cs="Times New Roman"/>
        </w:rPr>
        <w:t xml:space="preserve"> </w:t>
      </w:r>
      <w:r>
        <w:rPr>
          <w:rFonts w:ascii="Nirmala UI" w:hAnsi="Nirmala UI" w:eastAsia="Nirmala UI" w:cs="Nirmala UI"/>
        </w:rPr>
        <w:t>ହୋଇ</w:t>
      </w:r>
      <w:r>
        <w:rPr>
          <w:rFonts w:ascii="Times New Roman" w:hAnsi="Times New Roman" w:eastAsia="Times New Roman" w:cs="Times New Roman"/>
        </w:rPr>
        <w:t xml:space="preserve">, </w:t>
      </w:r>
      <w:r>
        <w:rPr>
          <w:rFonts w:ascii="Nirmala UI" w:hAnsi="Nirmala UI" w:eastAsia="Nirmala UI" w:cs="Nirmala UI"/>
        </w:rPr>
        <w:t>ରାଜ୍ୟକୁ</w:t>
      </w:r>
      <w:r>
        <w:rPr>
          <w:rFonts w:ascii="Times New Roman" w:hAnsi="Times New Roman" w:eastAsia="Times New Roman" w:cs="Times New Roman"/>
        </w:rPr>
        <w:t xml:space="preserve"> </w:t>
      </w:r>
      <w:r>
        <w:rPr>
          <w:rFonts w:ascii="Nirmala UI" w:hAnsi="Nirmala UI" w:eastAsia="Nirmala UI" w:cs="Nirmala UI"/>
        </w:rPr>
        <w:t>ସେମାନଙ୍କର</w:t>
      </w:r>
      <w:r>
        <w:rPr>
          <w:rFonts w:ascii="Times New Roman" w:hAnsi="Times New Roman" w:eastAsia="Times New Roman" w:cs="Times New Roman"/>
        </w:rPr>
        <w:t xml:space="preserve"> </w:t>
      </w:r>
      <w:r>
        <w:rPr>
          <w:rFonts w:ascii="Nirmala UI" w:hAnsi="Nirmala UI" w:eastAsia="Nirmala UI" w:cs="Nirmala UI"/>
        </w:rPr>
        <w:t>ନିର୍ଦ୍ଦେଶାବଳୀ</w:t>
      </w:r>
      <w:r>
        <w:rPr>
          <w:rFonts w:ascii="Times New Roman" w:hAnsi="Times New Roman" w:eastAsia="Times New Roman" w:cs="Times New Roman"/>
        </w:rPr>
        <w:t xml:space="preserve"> </w:t>
      </w:r>
      <w:r>
        <w:rPr>
          <w:rFonts w:ascii="Nirmala UI" w:hAnsi="Nirmala UI" w:eastAsia="Nirmala UI" w:cs="Nirmala UI"/>
        </w:rPr>
        <w:t>କାର୍ଯ୍ୟକରୀ</w:t>
      </w:r>
      <w:r>
        <w:rPr>
          <w:rFonts w:ascii="Times New Roman" w:hAnsi="Times New Roman" w:eastAsia="Times New Roman" w:cs="Times New Roman"/>
        </w:rPr>
        <w:t xml:space="preserve"> </w:t>
      </w:r>
      <w:r>
        <w:rPr>
          <w:rFonts w:ascii="Nirmala UI" w:hAnsi="Nirmala UI" w:eastAsia="Nirmala UI" w:cs="Nirmala UI"/>
        </w:rPr>
        <w:t>କରିବାକୁ</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ସେମାନଙ୍କର</w:t>
      </w:r>
      <w:r>
        <w:rPr>
          <w:rFonts w:ascii="Times New Roman" w:hAnsi="Times New Roman" w:eastAsia="Times New Roman" w:cs="Times New Roman"/>
        </w:rPr>
        <w:t xml:space="preserve"> </w:t>
      </w:r>
      <w:r>
        <w:rPr>
          <w:rFonts w:ascii="Nirmala UI" w:hAnsi="Nirmala UI" w:eastAsia="Nirmala UI" w:cs="Nirmala UI"/>
        </w:rPr>
        <w:t>ସଂସ୍ଥାଗୁଡ଼ିକୁ</w:t>
      </w:r>
      <w:r>
        <w:rPr>
          <w:rFonts w:ascii="Times New Roman" w:hAnsi="Times New Roman" w:eastAsia="Times New Roman" w:cs="Times New Roman"/>
        </w:rPr>
        <w:t xml:space="preserve"> </w:t>
      </w:r>
      <w:r>
        <w:rPr>
          <w:rFonts w:ascii="Nirmala UI" w:hAnsi="Nirmala UI" w:eastAsia="Nirmala UI" w:cs="Nirmala UI"/>
        </w:rPr>
        <w:t>ସମର୍ଥନ</w:t>
      </w:r>
      <w:r>
        <w:rPr>
          <w:rFonts w:ascii="Times New Roman" w:hAnsi="Times New Roman" w:eastAsia="Times New Roman" w:cs="Times New Roman"/>
        </w:rPr>
        <w:t xml:space="preserve"> </w:t>
      </w:r>
      <w:r>
        <w:rPr>
          <w:rFonts w:ascii="Nirmala UI" w:hAnsi="Nirmala UI" w:eastAsia="Nirmala UI" w:cs="Nirmala UI"/>
        </w:rPr>
        <w:t>କରିବାକୁ</w:t>
      </w:r>
      <w:r>
        <w:rPr>
          <w:rFonts w:ascii="Times New Roman" w:hAnsi="Times New Roman" w:eastAsia="Times New Roman" w:cs="Times New Roman"/>
        </w:rPr>
        <w:t xml:space="preserve"> </w:t>
      </w:r>
      <w:r>
        <w:rPr>
          <w:rFonts w:ascii="Nirmala UI" w:hAnsi="Nirmala UI" w:eastAsia="Nirmala UI" w:cs="Nirmala UI"/>
        </w:rPr>
        <w:t>ପ୍ରଭାବିତ</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ସେତେବେଳେ</w:t>
      </w:r>
      <w:r>
        <w:rPr>
          <w:rFonts w:ascii="Times New Roman" w:hAnsi="Times New Roman" w:eastAsia="Times New Roman" w:cs="Times New Roman"/>
        </w:rPr>
        <w:t xml:space="preserve"> </w:t>
      </w:r>
      <w:r>
        <w:rPr>
          <w:rFonts w:ascii="Nirmala UI" w:hAnsi="Nirmala UI" w:eastAsia="Nirmala UI" w:cs="Nirmala UI"/>
        </w:rPr>
        <w:t>ପ୍ରୋଟେଷ୍ଟାଣ୍ଟ</w:t>
      </w:r>
      <w:r>
        <w:rPr>
          <w:rFonts w:ascii="Times New Roman" w:hAnsi="Times New Roman" w:eastAsia="Times New Roman" w:cs="Times New Roman"/>
        </w:rPr>
        <w:t xml:space="preserve"> </w:t>
      </w:r>
      <w:r>
        <w:rPr>
          <w:rFonts w:ascii="Nirmala UI" w:hAnsi="Nirmala UI" w:eastAsia="Nirmala UI" w:cs="Nirmala UI"/>
        </w:rPr>
        <w:t>ଆମେରିକା</w:t>
      </w:r>
      <w:r>
        <w:rPr>
          <w:rFonts w:ascii="Times New Roman" w:hAnsi="Times New Roman" w:eastAsia="Times New Roman" w:cs="Times New Roman"/>
        </w:rPr>
        <w:t xml:space="preserve"> </w:t>
      </w:r>
      <w:r>
        <w:rPr>
          <w:rFonts w:ascii="Nirmala UI" w:hAnsi="Nirmala UI" w:eastAsia="Nirmala UI" w:cs="Nirmala UI"/>
        </w:rPr>
        <w:t>ରୋମୀୟ</w:t>
      </w:r>
      <w:r>
        <w:rPr>
          <w:rFonts w:ascii="Times New Roman" w:hAnsi="Times New Roman" w:eastAsia="Times New Roman" w:cs="Times New Roman"/>
        </w:rPr>
        <w:t xml:space="preserve"> </w:t>
      </w:r>
      <w:r>
        <w:rPr>
          <w:rFonts w:ascii="Nirmala UI" w:hAnsi="Nirmala UI" w:eastAsia="Nirmala UI" w:cs="Nirmala UI"/>
        </w:rPr>
        <w:t>ଧର୍ମୀୟ</w:t>
      </w:r>
      <w:r>
        <w:rPr>
          <w:rFonts w:ascii="Times New Roman" w:hAnsi="Times New Roman" w:eastAsia="Times New Roman" w:cs="Times New Roman"/>
        </w:rPr>
        <w:t xml:space="preserve"> </w:t>
      </w:r>
      <w:r>
        <w:rPr>
          <w:rFonts w:ascii="Nirmala UI" w:hAnsi="Nirmala UI" w:eastAsia="Nirmala UI" w:cs="Nirmala UI"/>
        </w:rPr>
        <w:t>ପଦକ୍ରମତନ୍ତ୍ରର</w:t>
      </w:r>
      <w:r>
        <w:rPr>
          <w:rFonts w:ascii="Times New Roman" w:hAnsi="Times New Roman" w:eastAsia="Times New Roman" w:cs="Times New Roman"/>
        </w:rPr>
        <w:t xml:space="preserve"> </w:t>
      </w:r>
      <w:r>
        <w:rPr>
          <w:rFonts w:ascii="Nirmala UI" w:hAnsi="Nirmala UI" w:eastAsia="Nirmala UI" w:cs="Nirmala UI"/>
        </w:rPr>
        <w:t>ଗୋଟିଏ</w:t>
      </w:r>
      <w:r>
        <w:rPr>
          <w:rFonts w:ascii="Times New Roman" w:hAnsi="Times New Roman" w:eastAsia="Times New Roman" w:cs="Times New Roman"/>
        </w:rPr>
        <w:t xml:space="preserve"> </w:t>
      </w:r>
      <w:r>
        <w:rPr>
          <w:rFonts w:ascii="Nirmala UI" w:hAnsi="Nirmala UI" w:eastAsia="Nirmala UI" w:cs="Nirmala UI"/>
        </w:rPr>
        <w:t>ପ୍ରତିମା</w:t>
      </w:r>
      <w:r>
        <w:rPr>
          <w:rFonts w:ascii="Times New Roman" w:hAnsi="Times New Roman" w:eastAsia="Times New Roman" w:cs="Times New Roman"/>
        </w:rPr>
        <w:t xml:space="preserve"> </w:t>
      </w:r>
      <w:r>
        <w:rPr>
          <w:rFonts w:ascii="Nirmala UI" w:hAnsi="Nirmala UI" w:eastAsia="Nirmala UI" w:cs="Nirmala UI"/>
        </w:rPr>
        <w:t>ଗଠନ</w:t>
      </w:r>
      <w:r>
        <w:rPr>
          <w:rFonts w:ascii="Times New Roman" w:hAnsi="Times New Roman" w:eastAsia="Times New Roman" w:cs="Times New Roman"/>
        </w:rPr>
        <w:t xml:space="preserve"> </w:t>
      </w:r>
      <w:r>
        <w:rPr>
          <w:rFonts w:ascii="Nirmala UI" w:hAnsi="Nirmala UI" w:eastAsia="Nirmala UI" w:cs="Nirmala UI"/>
        </w:rPr>
        <w:t>କରିଥିବ।</w:t>
      </w:r>
      <w:r>
        <w:rPr>
          <w:rFonts w:ascii="Times New Roman" w:hAnsi="Times New Roman" w:eastAsia="Times New Roman" w:cs="Times New Roman"/>
        </w:rPr>
        <w:t xml:space="preserve"> </w:t>
      </w:r>
      <w:r>
        <w:rPr>
          <w:rFonts w:ascii="Nirmala UI" w:hAnsi="Nirmala UI" w:eastAsia="Nirmala UI" w:cs="Nirmala UI"/>
        </w:rPr>
        <w:t>ତା</w:t>
      </w:r>
      <w:r>
        <w:rPr>
          <w:rFonts w:ascii="Times New Roman" w:hAnsi="Times New Roman" w:eastAsia="Times New Roman" w:cs="Times New Roman"/>
        </w:rPr>
        <w:t>’</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ସତ୍ୟ</w:t>
      </w:r>
      <w:r>
        <w:rPr>
          <w:rFonts w:ascii="Times New Roman" w:hAnsi="Times New Roman" w:eastAsia="Times New Roman" w:cs="Times New Roman"/>
        </w:rPr>
        <w:t xml:space="preserve"> </w:t>
      </w:r>
      <w:r>
        <w:rPr>
          <w:rFonts w:ascii="Nirmala UI" w:hAnsi="Nirmala UI" w:eastAsia="Nirmala UI" w:cs="Nirmala UI"/>
        </w:rPr>
        <w:t>କଳିସିଆ</w:t>
      </w:r>
      <w:r>
        <w:rPr>
          <w:rFonts w:ascii="Times New Roman" w:hAnsi="Times New Roman" w:eastAsia="Times New Roman" w:cs="Times New Roman"/>
        </w:rPr>
        <w:t xml:space="preserve"> </w:t>
      </w:r>
      <w:r>
        <w:rPr>
          <w:rFonts w:ascii="Nirmala UI" w:hAnsi="Nirmala UI" w:eastAsia="Nirmala UI" w:cs="Nirmala UI"/>
        </w:rPr>
        <w:t>ନିର୍ଯାତନାର</w:t>
      </w:r>
      <w:r>
        <w:rPr>
          <w:rFonts w:ascii="Times New Roman" w:hAnsi="Times New Roman" w:eastAsia="Times New Roman" w:cs="Times New Roman"/>
        </w:rPr>
        <w:t xml:space="preserve"> </w:t>
      </w:r>
      <w:r>
        <w:rPr>
          <w:rFonts w:ascii="Nirmala UI" w:hAnsi="Nirmala UI" w:eastAsia="Nirmala UI" w:cs="Nirmala UI"/>
        </w:rPr>
        <w:t>ଆକ୍ରମଣରେ</w:t>
      </w:r>
      <w:r>
        <w:rPr>
          <w:rFonts w:ascii="Times New Roman" w:hAnsi="Times New Roman" w:eastAsia="Times New Roman" w:cs="Times New Roman"/>
        </w:rPr>
        <w:t xml:space="preserve"> </w:t>
      </w:r>
      <w:r>
        <w:rPr>
          <w:rFonts w:ascii="Nirmala UI" w:hAnsi="Nirmala UI" w:eastAsia="Nirmala UI" w:cs="Nirmala UI"/>
        </w:rPr>
        <w:t>ପଡ଼ିବ</w:t>
      </w:r>
      <w:r>
        <w:rPr>
          <w:rFonts w:ascii="Times New Roman" w:hAnsi="Times New Roman" w:eastAsia="Times New Roman" w:cs="Times New Roman"/>
        </w:rPr>
        <w:t xml:space="preserve">, </w:t>
      </w:r>
      <w:r>
        <w:rPr>
          <w:rFonts w:ascii="Nirmala UI" w:hAnsi="Nirmala UI" w:eastAsia="Nirmala UI" w:cs="Nirmala UI"/>
        </w:rPr>
        <w:t>ଯେପରି</w:t>
      </w:r>
      <w:r>
        <w:rPr>
          <w:rFonts w:ascii="Times New Roman" w:hAnsi="Times New Roman" w:eastAsia="Times New Roman" w:cs="Times New Roman"/>
        </w:rPr>
        <w:t xml:space="preserve"> </w:t>
      </w:r>
      <w:r>
        <w:rPr>
          <w:rFonts w:ascii="Nirmala UI" w:hAnsi="Nirmala UI" w:eastAsia="Nirmala UI" w:cs="Nirmala UI"/>
        </w:rPr>
        <w:t>ଈଶ୍ୱରଙ୍କ</w:t>
      </w:r>
      <w:r>
        <w:rPr>
          <w:rFonts w:ascii="Times New Roman" w:hAnsi="Times New Roman" w:eastAsia="Times New Roman" w:cs="Times New Roman"/>
        </w:rPr>
        <w:t xml:space="preserve"> </w:t>
      </w:r>
      <w:r>
        <w:rPr>
          <w:rFonts w:ascii="Nirmala UI" w:hAnsi="Nirmala UI" w:eastAsia="Nirmala UI" w:cs="Nirmala UI"/>
        </w:rPr>
        <w:t>ପ୍ରାଚୀନ</w:t>
      </w:r>
      <w:r>
        <w:rPr>
          <w:rFonts w:ascii="Times New Roman" w:hAnsi="Times New Roman" w:eastAsia="Times New Roman" w:cs="Times New Roman"/>
        </w:rPr>
        <w:t xml:space="preserve"> </w:t>
      </w:r>
      <w:r>
        <w:rPr>
          <w:rFonts w:ascii="Nirmala UI" w:hAnsi="Nirmala UI" w:eastAsia="Nirmala UI" w:cs="Nirmala UI"/>
        </w:rPr>
        <w:t>ଜନମାନେ</w:t>
      </w:r>
      <w:r>
        <w:rPr>
          <w:rFonts w:ascii="Times New Roman" w:hAnsi="Times New Roman" w:eastAsia="Times New Roman" w:cs="Times New Roman"/>
        </w:rPr>
        <w:t xml:space="preserve"> </w:t>
      </w:r>
      <w:r>
        <w:rPr>
          <w:rFonts w:ascii="Nirmala UI" w:hAnsi="Nirmala UI" w:eastAsia="Nirmala UI" w:cs="Nirmala UI"/>
        </w:rPr>
        <w:t>ପଡ଼ିଥିଲେ।</w:t>
      </w:r>
      <w:r>
        <w:rPr>
          <w:rFonts w:ascii="Times New Roman" w:hAnsi="Times New Roman" w:eastAsia="Times New Roman" w:cs="Times New Roman"/>
        </w:rPr>
        <w:t xml:space="preserve"> </w:t>
      </w:r>
      <w:r>
        <w:rPr>
          <w:rFonts w:ascii="Nirmala UI" w:hAnsi="Nirmala UI" w:eastAsia="Nirmala UI" w:cs="Nirmala UI"/>
        </w:rPr>
        <w:t>ପ୍ରାୟ</w:t>
      </w:r>
      <w:r>
        <w:rPr>
          <w:rFonts w:ascii="Times New Roman" w:hAnsi="Times New Roman" w:eastAsia="Times New Roman" w:cs="Times New Roman"/>
        </w:rPr>
        <w:t xml:space="preserve"> </w:t>
      </w:r>
      <w:r>
        <w:rPr>
          <w:rFonts w:ascii="Nirmala UI" w:hAnsi="Nirmala UI" w:eastAsia="Nirmala UI" w:cs="Nirmala UI"/>
        </w:rPr>
        <w:t>ପ୍ରତ୍ୟେକ</w:t>
      </w:r>
      <w:r>
        <w:rPr>
          <w:rFonts w:ascii="Times New Roman" w:hAnsi="Times New Roman" w:eastAsia="Times New Roman" w:cs="Times New Roman"/>
        </w:rPr>
        <w:t xml:space="preserve"> </w:t>
      </w:r>
      <w:r>
        <w:rPr>
          <w:rFonts w:ascii="Nirmala UI" w:hAnsi="Nirmala UI" w:eastAsia="Nirmala UI" w:cs="Nirmala UI"/>
        </w:rPr>
        <w:t>ଶତାବ୍ଦୀ</w:t>
      </w:r>
      <w:r>
        <w:rPr>
          <w:rFonts w:ascii="Times New Roman" w:hAnsi="Times New Roman" w:eastAsia="Times New Roman" w:cs="Times New Roman"/>
        </w:rPr>
        <w:t xml:space="preserve"> </w:t>
      </w:r>
      <w:r>
        <w:rPr>
          <w:rFonts w:ascii="Nirmala UI" w:hAnsi="Nirmala UI" w:eastAsia="Nirmala UI" w:cs="Nirmala UI"/>
        </w:rPr>
        <w:t>ଏହାର</w:t>
      </w:r>
      <w:r>
        <w:rPr>
          <w:rFonts w:ascii="Times New Roman" w:hAnsi="Times New Roman" w:eastAsia="Times New Roman" w:cs="Times New Roman"/>
        </w:rPr>
        <w:t xml:space="preserve"> </w:t>
      </w:r>
      <w:r>
        <w:rPr>
          <w:rFonts w:ascii="Nirmala UI" w:hAnsi="Nirmala UI" w:eastAsia="Nirmala UI" w:cs="Nirmala UI"/>
        </w:rPr>
        <w:t>ଉଦାହରଣ</w:t>
      </w:r>
      <w:r>
        <w:rPr>
          <w:rFonts w:ascii="Times New Roman" w:hAnsi="Times New Roman" w:eastAsia="Times New Roman" w:cs="Times New Roman"/>
        </w:rPr>
        <w:t xml:space="preserve"> </w:t>
      </w:r>
      <w:r>
        <w:rPr>
          <w:rFonts w:ascii="Nirmala UI" w:hAnsi="Nirmala UI" w:eastAsia="Nirmala UI" w:cs="Nirmala UI"/>
        </w:rPr>
        <w:t>ଯୋଗାଇଥାଏ</w:t>
      </w:r>
      <w:r>
        <w:rPr>
          <w:rFonts w:ascii="Times New Roman" w:hAnsi="Times New Roman" w:eastAsia="Times New Roman" w:cs="Times New Roman"/>
        </w:rPr>
        <w:t xml:space="preserve"> </w:t>
      </w:r>
      <w:r>
        <w:rPr>
          <w:rFonts w:ascii="Nirmala UI" w:hAnsi="Nirmala UI" w:eastAsia="Nirmala UI" w:cs="Nirmala UI"/>
        </w:rPr>
        <w:t>ଯେ</w:t>
      </w:r>
      <w:r>
        <w:rPr>
          <w:rFonts w:ascii="Times New Roman" w:hAnsi="Times New Roman" w:eastAsia="Times New Roman" w:cs="Times New Roman"/>
        </w:rPr>
        <w:t xml:space="preserve">, </w:t>
      </w:r>
      <w:r>
        <w:rPr>
          <w:rFonts w:ascii="Nirmala UI" w:hAnsi="Nirmala UI" w:eastAsia="Nirmala UI" w:cs="Nirmala UI"/>
        </w:rPr>
        <w:t>କଳିସିଆ</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ରାଜ୍ୟର</w:t>
      </w:r>
      <w:r>
        <w:rPr>
          <w:rFonts w:ascii="Times New Roman" w:hAnsi="Times New Roman" w:eastAsia="Times New Roman" w:cs="Times New Roman"/>
        </w:rPr>
        <w:t xml:space="preserve"> </w:t>
      </w:r>
      <w:r>
        <w:rPr>
          <w:rFonts w:ascii="Nirmala UI" w:hAnsi="Nirmala UI" w:eastAsia="Nirmala UI" w:cs="Nirmala UI"/>
        </w:rPr>
        <w:t>ଅଧିକାର</w:t>
      </w:r>
      <w:r>
        <w:rPr>
          <w:rFonts w:ascii="Times New Roman" w:hAnsi="Times New Roman" w:eastAsia="Times New Roman" w:cs="Times New Roman"/>
        </w:rPr>
        <w:t xml:space="preserve"> </w:t>
      </w:r>
      <w:r>
        <w:rPr>
          <w:rFonts w:ascii="Nirmala UI" w:hAnsi="Nirmala UI" w:eastAsia="Nirmala UI" w:cs="Nirmala UI"/>
        </w:rPr>
        <w:t>ସୁରକ୍ଷା</w:t>
      </w:r>
      <w:r>
        <w:rPr>
          <w:rFonts w:ascii="Times New Roman" w:hAnsi="Times New Roman" w:eastAsia="Times New Roman" w:cs="Times New Roman"/>
        </w:rPr>
        <w:t xml:space="preserve"> </w:t>
      </w:r>
      <w:r>
        <w:rPr>
          <w:rFonts w:ascii="Nirmala UI" w:hAnsi="Nirmala UI" w:eastAsia="Nirmala UI" w:cs="Nirmala UI"/>
        </w:rPr>
        <w:t>କରିବାର</w:t>
      </w:r>
      <w:r>
        <w:rPr>
          <w:rFonts w:ascii="Times New Roman" w:hAnsi="Times New Roman" w:eastAsia="Times New Roman" w:cs="Times New Roman"/>
        </w:rPr>
        <w:t xml:space="preserve"> </w:t>
      </w:r>
      <w:r>
        <w:rPr>
          <w:rFonts w:ascii="Nirmala UI" w:hAnsi="Nirmala UI" w:eastAsia="Nirmala UI" w:cs="Nirmala UI"/>
        </w:rPr>
        <w:t>ନାମରେ</w:t>
      </w:r>
      <w:r>
        <w:rPr>
          <w:rFonts w:ascii="Times New Roman" w:hAnsi="Times New Roman" w:eastAsia="Times New Roman" w:cs="Times New Roman"/>
        </w:rPr>
        <w:t xml:space="preserve"> </w:t>
      </w:r>
      <w:r>
        <w:rPr>
          <w:rFonts w:ascii="Nirmala UI" w:hAnsi="Nirmala UI" w:eastAsia="Nirmala UI" w:cs="Nirmala UI"/>
        </w:rPr>
        <w:t>ଈଶ୍ୱରଙ୍କ</w:t>
      </w:r>
      <w:r>
        <w:rPr>
          <w:rFonts w:ascii="Times New Roman" w:hAnsi="Times New Roman" w:eastAsia="Times New Roman" w:cs="Times New Roman"/>
        </w:rPr>
        <w:t xml:space="preserve"> </w:t>
      </w:r>
      <w:r>
        <w:rPr>
          <w:rFonts w:ascii="Nirmala UI" w:hAnsi="Nirmala UI" w:eastAsia="Nirmala UI" w:cs="Nirmala UI"/>
        </w:rPr>
        <w:t>ସେବା</w:t>
      </w:r>
      <w:r>
        <w:rPr>
          <w:rFonts w:ascii="Times New Roman" w:hAnsi="Times New Roman" w:eastAsia="Times New Roman" w:cs="Times New Roman"/>
        </w:rPr>
        <w:t xml:space="preserve"> </w:t>
      </w:r>
      <w:r>
        <w:rPr>
          <w:rFonts w:ascii="Nirmala UI" w:hAnsi="Nirmala UI" w:eastAsia="Nirmala UI" w:cs="Nirmala UI"/>
        </w:rPr>
        <w:t>କରାଯାଉଛି</w:t>
      </w:r>
      <w:r>
        <w:rPr>
          <w:rFonts w:ascii="Times New Roman" w:hAnsi="Times New Roman" w:eastAsia="Times New Roman" w:cs="Times New Roman"/>
        </w:rPr>
        <w:t xml:space="preserve"> </w:t>
      </w:r>
      <w:r>
        <w:rPr>
          <w:rFonts w:ascii="Nirmala UI" w:hAnsi="Nirmala UI" w:eastAsia="Nirmala UI" w:cs="Nirmala UI"/>
        </w:rPr>
        <w:t>ବୋଲି</w:t>
      </w:r>
      <w:r>
        <w:rPr>
          <w:rFonts w:ascii="Times New Roman" w:hAnsi="Times New Roman" w:eastAsia="Times New Roman" w:cs="Times New Roman"/>
        </w:rPr>
        <w:t xml:space="preserve"> </w:t>
      </w:r>
      <w:r>
        <w:rPr>
          <w:rFonts w:ascii="Nirmala UI" w:hAnsi="Nirmala UI" w:eastAsia="Nirmala UI" w:cs="Nirmala UI"/>
        </w:rPr>
        <w:t>ଦାବି</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ଧର୍ମାନ୍ଧତା</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ଦୁଷ୍ଟତା</w:t>
      </w:r>
      <w:r>
        <w:rPr>
          <w:rFonts w:ascii="Times New Roman" w:hAnsi="Times New Roman" w:eastAsia="Times New Roman" w:cs="Times New Roman"/>
        </w:rPr>
        <w:t xml:space="preserve"> </w:t>
      </w:r>
      <w:r>
        <w:rPr>
          <w:rFonts w:ascii="Nirmala UI" w:hAnsi="Nirmala UI" w:eastAsia="Nirmala UI" w:cs="Nirmala UI"/>
        </w:rPr>
        <w:t>କ</w:t>
      </w:r>
      <w:r>
        <w:rPr>
          <w:rFonts w:ascii="Times New Roman" w:hAnsi="Times New Roman" w:eastAsia="Times New Roman" w:cs="Times New Roman"/>
        </w:rPr>
        <w:t>’</w:t>
      </w:r>
      <w:r>
        <w:rPr>
          <w:rFonts w:ascii="Nirmala UI" w:hAnsi="Nirmala UI" w:eastAsia="Nirmala UI" w:cs="Nirmala UI"/>
        </w:rPr>
        <w:t>ଣ</w:t>
      </w:r>
      <w:r>
        <w:rPr>
          <w:rFonts w:ascii="Times New Roman" w:hAnsi="Times New Roman" w:eastAsia="Times New Roman" w:cs="Times New Roman"/>
        </w:rPr>
        <w:t xml:space="preserve"> </w:t>
      </w:r>
      <w:r>
        <w:rPr>
          <w:rFonts w:ascii="Nirmala UI" w:hAnsi="Nirmala UI" w:eastAsia="Nirmala UI" w:cs="Nirmala UI"/>
        </w:rPr>
        <w:t>କରିପାରେ।</w:t>
      </w:r>
      <w:r>
        <w:rPr>
          <w:rFonts w:ascii="Times New Roman" w:hAnsi="Times New Roman" w:eastAsia="Times New Roman" w:cs="Times New Roman"/>
        </w:rPr>
        <w:t xml:space="preserve"> </w:t>
      </w:r>
      <w:r>
        <w:rPr>
          <w:rFonts w:ascii="Nirmala UI" w:hAnsi="Nirmala UI" w:eastAsia="Nirmala UI" w:cs="Nirmala UI"/>
        </w:rPr>
        <w:t>ପ୍ରାପଞ୍ଚିକ</w:t>
      </w:r>
      <w:r>
        <w:rPr>
          <w:rFonts w:ascii="Times New Roman" w:hAnsi="Times New Roman" w:eastAsia="Times New Roman" w:cs="Times New Roman"/>
        </w:rPr>
        <w:t xml:space="preserve"> </w:t>
      </w:r>
      <w:r>
        <w:rPr>
          <w:rFonts w:ascii="Nirmala UI" w:hAnsi="Nirmala UI" w:eastAsia="Nirmala UI" w:cs="Nirmala UI"/>
        </w:rPr>
        <w:t>ଶକ୍ତିସମୂହ</w:t>
      </w:r>
      <w:r>
        <w:rPr>
          <w:rFonts w:ascii="Times New Roman" w:hAnsi="Times New Roman" w:eastAsia="Times New Roman" w:cs="Times New Roman"/>
        </w:rPr>
        <w:t xml:space="preserve"> </w:t>
      </w:r>
      <w:r>
        <w:rPr>
          <w:rFonts w:ascii="Nirmala UI" w:hAnsi="Nirmala UI" w:eastAsia="Nirmala UI" w:cs="Nirmala UI"/>
        </w:rPr>
        <w:t>ସହିତ</w:t>
      </w:r>
      <w:r>
        <w:rPr>
          <w:rFonts w:ascii="Times New Roman" w:hAnsi="Times New Roman" w:eastAsia="Times New Roman" w:cs="Times New Roman"/>
        </w:rPr>
        <w:t xml:space="preserve"> </w:t>
      </w:r>
      <w:r>
        <w:rPr>
          <w:rFonts w:ascii="Nirmala UI" w:hAnsi="Nirmala UI" w:eastAsia="Nirmala UI" w:cs="Nirmala UI"/>
        </w:rPr>
        <w:t>ଜୋଟ</w:t>
      </w:r>
      <w:r>
        <w:rPr>
          <w:rFonts w:ascii="Times New Roman" w:hAnsi="Times New Roman" w:eastAsia="Times New Roman" w:cs="Times New Roman"/>
        </w:rPr>
        <w:t xml:space="preserve"> </w:t>
      </w:r>
      <w:r>
        <w:rPr>
          <w:rFonts w:ascii="Nirmala UI" w:hAnsi="Nirmala UI" w:eastAsia="Nirmala UI" w:cs="Nirmala UI"/>
        </w:rPr>
        <w:t>ଗଠନ</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ଯେ</w:t>
      </w:r>
      <w:r>
        <w:rPr>
          <w:rFonts w:ascii="Times New Roman" w:hAnsi="Times New Roman" w:eastAsia="Times New Roman" w:cs="Times New Roman"/>
        </w:rPr>
        <w:t xml:space="preserve"> </w:t>
      </w:r>
      <w:r>
        <w:rPr>
          <w:rFonts w:ascii="Nirmala UI" w:hAnsi="Nirmala UI" w:eastAsia="Nirmala UI" w:cs="Nirmala UI"/>
        </w:rPr>
        <w:t>ସମସ୍ତ</w:t>
      </w:r>
      <w:r>
        <w:rPr>
          <w:rFonts w:ascii="Times New Roman" w:hAnsi="Times New Roman" w:eastAsia="Times New Roman" w:cs="Times New Roman"/>
        </w:rPr>
        <w:t xml:space="preserve"> </w:t>
      </w:r>
      <w:r>
        <w:rPr>
          <w:rFonts w:ascii="Nirmala UI" w:hAnsi="Nirmala UI" w:eastAsia="Nirmala UI" w:cs="Nirmala UI"/>
        </w:rPr>
        <w:t>ପ୍ରୋଟେଷ୍ଟାଣ୍ଟ</w:t>
      </w:r>
      <w:r>
        <w:rPr>
          <w:rFonts w:ascii="Times New Roman" w:hAnsi="Times New Roman" w:eastAsia="Times New Roman" w:cs="Times New Roman"/>
        </w:rPr>
        <w:t xml:space="preserve"> </w:t>
      </w:r>
      <w:r>
        <w:rPr>
          <w:rFonts w:ascii="Nirmala UI" w:hAnsi="Nirmala UI" w:eastAsia="Nirmala UI" w:cs="Nirmala UI"/>
        </w:rPr>
        <w:t>କଳିସିଆ</w:t>
      </w:r>
      <w:r>
        <w:rPr>
          <w:rFonts w:ascii="Times New Roman" w:hAnsi="Times New Roman" w:eastAsia="Times New Roman" w:cs="Times New Roman"/>
        </w:rPr>
        <w:t xml:space="preserve"> </w:t>
      </w:r>
      <w:r>
        <w:rPr>
          <w:rFonts w:ascii="Nirmala UI" w:hAnsi="Nirmala UI" w:eastAsia="Nirmala UI" w:cs="Nirmala UI"/>
        </w:rPr>
        <w:t>ରୋମର</w:t>
      </w:r>
      <w:r>
        <w:rPr>
          <w:rFonts w:ascii="Times New Roman" w:hAnsi="Times New Roman" w:eastAsia="Times New Roman" w:cs="Times New Roman"/>
        </w:rPr>
        <w:t xml:space="preserve"> </w:t>
      </w:r>
      <w:r>
        <w:rPr>
          <w:rFonts w:ascii="Nirmala UI" w:hAnsi="Nirmala UI" w:eastAsia="Nirmala UI" w:cs="Nirmala UI"/>
        </w:rPr>
        <w:t>ପଦଚିହ୍ନ</w:t>
      </w:r>
      <w:r>
        <w:rPr>
          <w:rFonts w:ascii="Times New Roman" w:hAnsi="Times New Roman" w:eastAsia="Times New Roman" w:cs="Times New Roman"/>
        </w:rPr>
        <w:t xml:space="preserve"> </w:t>
      </w:r>
      <w:r>
        <w:rPr>
          <w:rFonts w:ascii="Nirmala UI" w:hAnsi="Nirmala UI" w:eastAsia="Nirmala UI" w:cs="Nirmala UI"/>
        </w:rPr>
        <w:t>ଅନୁସରଣ</w:t>
      </w:r>
      <w:r>
        <w:rPr>
          <w:rFonts w:ascii="Times New Roman" w:hAnsi="Times New Roman" w:eastAsia="Times New Roman" w:cs="Times New Roman"/>
        </w:rPr>
        <w:t xml:space="preserve"> </w:t>
      </w:r>
      <w:r>
        <w:rPr>
          <w:rFonts w:ascii="Nirmala UI" w:hAnsi="Nirmala UI" w:eastAsia="Nirmala UI" w:cs="Nirmala UI"/>
        </w:rPr>
        <w:t>କରିଛନ୍ତି</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ମଧ୍ୟ</w:t>
      </w:r>
      <w:r>
        <w:rPr>
          <w:rFonts w:ascii="Times New Roman" w:hAnsi="Times New Roman" w:eastAsia="Times New Roman" w:cs="Times New Roman"/>
        </w:rPr>
        <w:t xml:space="preserve"> </w:t>
      </w:r>
      <w:r>
        <w:rPr>
          <w:rFonts w:ascii="Nirmala UI" w:hAnsi="Nirmala UI" w:eastAsia="Nirmala UI" w:cs="Nirmala UI"/>
        </w:rPr>
        <w:t>ବିବେକର</w:t>
      </w:r>
      <w:r>
        <w:rPr>
          <w:rFonts w:ascii="Times New Roman" w:hAnsi="Times New Roman" w:eastAsia="Times New Roman" w:cs="Times New Roman"/>
        </w:rPr>
        <w:t xml:space="preserve"> </w:t>
      </w:r>
      <w:r>
        <w:rPr>
          <w:rFonts w:ascii="Nirmala UI" w:hAnsi="Nirmala UI" w:eastAsia="Nirmala UI" w:cs="Nirmala UI"/>
        </w:rPr>
        <w:t>ସ୍ୱାଧୀନତାକୁ</w:t>
      </w:r>
      <w:r>
        <w:rPr>
          <w:rFonts w:ascii="Times New Roman" w:hAnsi="Times New Roman" w:eastAsia="Times New Roman" w:cs="Times New Roman"/>
        </w:rPr>
        <w:t xml:space="preserve"> </w:t>
      </w:r>
      <w:r>
        <w:rPr>
          <w:rFonts w:ascii="Nirmala UI" w:hAnsi="Nirmala UI" w:eastAsia="Nirmala UI" w:cs="Nirmala UI"/>
        </w:rPr>
        <w:t>ସୀମିତ</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ସଦୃଶ</w:t>
      </w:r>
      <w:r>
        <w:rPr>
          <w:rFonts w:ascii="Times New Roman" w:hAnsi="Times New Roman" w:eastAsia="Times New Roman" w:cs="Times New Roman"/>
        </w:rPr>
        <w:t xml:space="preserve"> </w:t>
      </w:r>
      <w:r>
        <w:rPr>
          <w:rFonts w:ascii="Nirmala UI" w:hAnsi="Nirmala UI" w:eastAsia="Nirmala UI" w:cs="Nirmala UI"/>
        </w:rPr>
        <w:t>ଇଚ୍ଛା</w:t>
      </w:r>
      <w:r>
        <w:rPr>
          <w:rFonts w:ascii="Times New Roman" w:hAnsi="Times New Roman" w:eastAsia="Times New Roman" w:cs="Times New Roman"/>
        </w:rPr>
        <w:t xml:space="preserve"> </w:t>
      </w:r>
      <w:r>
        <w:rPr>
          <w:rFonts w:ascii="Nirmala UI" w:hAnsi="Nirmala UI" w:eastAsia="Nirmala UI" w:cs="Nirmala UI"/>
        </w:rPr>
        <w:t>ପ୍ରକାଶ</w:t>
      </w:r>
      <w:r>
        <w:rPr>
          <w:rFonts w:ascii="Times New Roman" w:hAnsi="Times New Roman" w:eastAsia="Times New Roman" w:cs="Times New Roman"/>
        </w:rPr>
        <w:t xml:space="preserve"> </w:t>
      </w:r>
      <w:r>
        <w:rPr>
          <w:rFonts w:ascii="Nirmala UI" w:hAnsi="Nirmala UI" w:eastAsia="Nirmala UI" w:cs="Nirmala UI"/>
        </w:rPr>
        <w:t>କରିଛନ୍ତି।</w:t>
      </w:r>
      <w:r>
        <w:rPr>
          <w:rFonts w:ascii="Times New Roman" w:hAnsi="Times New Roman" w:eastAsia="Times New Roman" w:cs="Times New Roman"/>
        </w:rPr>
        <w:t xml:space="preserve"> </w:t>
      </w:r>
      <w:r>
        <w:rPr>
          <w:rFonts w:ascii="Nirmala UI" w:hAnsi="Nirmala UI" w:eastAsia="Nirmala UI" w:cs="Nirmala UI"/>
        </w:rPr>
        <w:t>ସପ୍ତଦଶ</w:t>
      </w:r>
      <w:r>
        <w:rPr>
          <w:rFonts w:ascii="Times New Roman" w:hAnsi="Times New Roman" w:eastAsia="Times New Roman" w:cs="Times New Roman"/>
        </w:rPr>
        <w:t xml:space="preserve"> </w:t>
      </w:r>
      <w:r>
        <w:rPr>
          <w:rFonts w:ascii="Nirmala UI" w:hAnsi="Nirmala UI" w:eastAsia="Nirmala UI" w:cs="Nirmala UI"/>
        </w:rPr>
        <w:t>ଶତାବ୍ଦୀରେ</w:t>
      </w:r>
      <w:r>
        <w:rPr>
          <w:rFonts w:ascii="Times New Roman" w:hAnsi="Times New Roman" w:eastAsia="Times New Roman" w:cs="Times New Roman"/>
        </w:rPr>
        <w:t xml:space="preserve"> </w:t>
      </w:r>
      <w:r>
        <w:rPr>
          <w:rFonts w:ascii="Nirmala UI" w:hAnsi="Nirmala UI" w:eastAsia="Nirmala UI" w:cs="Nirmala UI"/>
        </w:rPr>
        <w:t>ହଜାରହଜାର</w:t>
      </w:r>
      <w:r>
        <w:rPr>
          <w:rFonts w:ascii="Times New Roman" w:hAnsi="Times New Roman" w:eastAsia="Times New Roman" w:cs="Times New Roman"/>
        </w:rPr>
        <w:t xml:space="preserve"> </w:t>
      </w:r>
      <w:r>
        <w:rPr>
          <w:rFonts w:ascii="Nirmala UI" w:hAnsi="Nirmala UI" w:eastAsia="Nirmala UI" w:cs="Nirmala UI"/>
        </w:rPr>
        <w:t>ଅନନୁକୂଳବାଦୀ</w:t>
      </w:r>
      <w:r>
        <w:rPr>
          <w:rFonts w:ascii="Times New Roman" w:hAnsi="Times New Roman" w:eastAsia="Times New Roman" w:cs="Times New Roman"/>
        </w:rPr>
        <w:t xml:space="preserve"> </w:t>
      </w:r>
      <w:r>
        <w:rPr>
          <w:rFonts w:ascii="Nirmala UI" w:hAnsi="Nirmala UI" w:eastAsia="Nirmala UI" w:cs="Nirmala UI"/>
        </w:rPr>
        <w:t>ସେବକ</w:t>
      </w:r>
      <w:r>
        <w:rPr>
          <w:rFonts w:ascii="Times New Roman" w:hAnsi="Times New Roman" w:eastAsia="Times New Roman" w:cs="Times New Roman"/>
        </w:rPr>
        <w:t xml:space="preserve"> </w:t>
      </w:r>
      <w:r>
        <w:rPr>
          <w:rFonts w:ascii="Nirmala UI" w:hAnsi="Nirmala UI" w:eastAsia="Nirmala UI" w:cs="Nirmala UI"/>
        </w:rPr>
        <w:t>ଇଂଲାଣ୍ଡର</w:t>
      </w:r>
      <w:r>
        <w:rPr>
          <w:rFonts w:ascii="Times New Roman" w:hAnsi="Times New Roman" w:eastAsia="Times New Roman" w:cs="Times New Roman"/>
        </w:rPr>
        <w:t xml:space="preserve"> </w:t>
      </w:r>
      <w:r>
        <w:rPr>
          <w:rFonts w:ascii="Nirmala UI" w:hAnsi="Nirmala UI" w:eastAsia="Nirmala UI" w:cs="Nirmala UI"/>
        </w:rPr>
        <w:t>କଳିସିଆର</w:t>
      </w:r>
      <w:r>
        <w:rPr>
          <w:rFonts w:ascii="Times New Roman" w:hAnsi="Times New Roman" w:eastAsia="Times New Roman" w:cs="Times New Roman"/>
        </w:rPr>
        <w:t xml:space="preserve"> </w:t>
      </w:r>
      <w:r>
        <w:rPr>
          <w:rFonts w:ascii="Nirmala UI" w:hAnsi="Nirmala UI" w:eastAsia="Nirmala UI" w:cs="Nirmala UI"/>
        </w:rPr>
        <w:t>ଶାସନାଧୀନ</w:t>
      </w:r>
      <w:r>
        <w:rPr>
          <w:rFonts w:ascii="Times New Roman" w:hAnsi="Times New Roman" w:eastAsia="Times New Roman" w:cs="Times New Roman"/>
        </w:rPr>
        <w:t xml:space="preserve"> </w:t>
      </w:r>
      <w:r>
        <w:rPr>
          <w:rFonts w:ascii="Nirmala UI" w:hAnsi="Nirmala UI" w:eastAsia="Nirmala UI" w:cs="Nirmala UI"/>
        </w:rPr>
        <w:t>ହୋଇ</w:t>
      </w:r>
      <w:r>
        <w:rPr>
          <w:rFonts w:ascii="Times New Roman" w:hAnsi="Times New Roman" w:eastAsia="Times New Roman" w:cs="Times New Roman"/>
        </w:rPr>
        <w:t xml:space="preserve"> </w:t>
      </w:r>
      <w:r>
        <w:rPr>
          <w:rFonts w:ascii="Nirmala UI" w:hAnsi="Nirmala UI" w:eastAsia="Nirmala UI" w:cs="Nirmala UI"/>
        </w:rPr>
        <w:t>କଷ୍ଟଭୋଗ</w:t>
      </w:r>
      <w:r>
        <w:rPr>
          <w:rFonts w:ascii="Times New Roman" w:hAnsi="Times New Roman" w:eastAsia="Times New Roman" w:cs="Times New Roman"/>
        </w:rPr>
        <w:t xml:space="preserve"> </w:t>
      </w:r>
      <w:r>
        <w:rPr>
          <w:rFonts w:ascii="Nirmala UI" w:hAnsi="Nirmala UI" w:eastAsia="Nirmala UI" w:cs="Nirmala UI"/>
        </w:rPr>
        <w:t>କରିଥିଲେ।</w:t>
      </w:r>
      <w:r>
        <w:rPr>
          <w:rFonts w:ascii="Times New Roman" w:hAnsi="Times New Roman" w:eastAsia="Times New Roman" w:cs="Times New Roman"/>
        </w:rPr>
        <w:t xml:space="preserve"> </w:t>
      </w:r>
      <w:r>
        <w:rPr>
          <w:rFonts w:ascii="Nirmala UI" w:hAnsi="Nirmala UI" w:eastAsia="Nirmala UI" w:cs="Nirmala UI"/>
        </w:rPr>
        <w:t>ଲୌକିକ</w:t>
      </w:r>
      <w:r>
        <w:rPr>
          <w:rFonts w:ascii="Times New Roman" w:hAnsi="Times New Roman" w:eastAsia="Times New Roman" w:cs="Times New Roman"/>
        </w:rPr>
        <w:t xml:space="preserve"> </w:t>
      </w:r>
      <w:r>
        <w:rPr>
          <w:rFonts w:ascii="Nirmala UI" w:hAnsi="Nirmala UI" w:eastAsia="Nirmala UI" w:cs="Nirmala UI"/>
        </w:rPr>
        <w:t>ଶାସନମାନଙ୍କ</w:t>
      </w:r>
      <w:r>
        <w:rPr>
          <w:rFonts w:ascii="Times New Roman" w:hAnsi="Times New Roman" w:eastAsia="Times New Roman" w:cs="Times New Roman"/>
        </w:rPr>
        <w:t xml:space="preserve"> </w:t>
      </w:r>
      <w:r>
        <w:rPr>
          <w:rFonts w:ascii="Nirmala UI" w:hAnsi="Nirmala UI" w:eastAsia="Nirmala UI" w:cs="Nirmala UI"/>
        </w:rPr>
        <w:t>ପକ୍ଷରୁ</w:t>
      </w:r>
      <w:r>
        <w:rPr>
          <w:rFonts w:ascii="Times New Roman" w:hAnsi="Times New Roman" w:eastAsia="Times New Roman" w:cs="Times New Roman"/>
        </w:rPr>
        <w:t xml:space="preserve"> </w:t>
      </w:r>
      <w:r>
        <w:rPr>
          <w:rFonts w:ascii="Nirmala UI" w:hAnsi="Nirmala UI" w:eastAsia="Nirmala UI" w:cs="Nirmala UI"/>
        </w:rPr>
        <w:t>ଧର୍ମୀୟ</w:t>
      </w:r>
      <w:r>
        <w:rPr>
          <w:rFonts w:ascii="Times New Roman" w:hAnsi="Times New Roman" w:eastAsia="Times New Roman" w:cs="Times New Roman"/>
        </w:rPr>
        <w:t xml:space="preserve"> </w:t>
      </w:r>
      <w:r>
        <w:rPr>
          <w:rFonts w:ascii="Nirmala UI" w:hAnsi="Nirmala UI" w:eastAsia="Nirmala UI" w:cs="Nirmala UI"/>
        </w:rPr>
        <w:t>ପକ୍ଷପାତ</w:t>
      </w:r>
      <w:r>
        <w:rPr>
          <w:rFonts w:ascii="Times New Roman" w:hAnsi="Times New Roman" w:eastAsia="Times New Roman" w:cs="Times New Roman"/>
        </w:rPr>
        <w:t xml:space="preserve"> </w:t>
      </w:r>
      <w:r>
        <w:rPr>
          <w:rFonts w:ascii="Nirmala UI" w:hAnsi="Nirmala UI" w:eastAsia="Nirmala UI" w:cs="Nirmala UI"/>
        </w:rPr>
        <w:t>ସଦା</w:t>
      </w:r>
      <w:r>
        <w:rPr>
          <w:rFonts w:ascii="Times New Roman" w:hAnsi="Times New Roman" w:eastAsia="Times New Roman" w:cs="Times New Roman"/>
        </w:rPr>
        <w:t xml:space="preserve"> </w:t>
      </w:r>
      <w:r>
        <w:rPr>
          <w:rFonts w:ascii="Nirmala UI" w:hAnsi="Nirmala UI" w:eastAsia="Nirmala UI" w:cs="Nirmala UI"/>
        </w:rPr>
        <w:t>ନିର୍ଯାତନାକୁ</w:t>
      </w:r>
      <w:r>
        <w:rPr>
          <w:rFonts w:ascii="Times New Roman" w:hAnsi="Times New Roman" w:eastAsia="Times New Roman" w:cs="Times New Roman"/>
        </w:rPr>
        <w:t xml:space="preserve"> </w:t>
      </w:r>
      <w:r>
        <w:rPr>
          <w:rFonts w:ascii="Nirmala UI" w:hAnsi="Nirmala UI" w:eastAsia="Nirmala UI" w:cs="Nirmala UI"/>
        </w:rPr>
        <w:t>ଅନୁସରଣ</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Spirit of Prophecy, volume 4, 277.</w:t>
      </w:r>
    </w:p>
    <w:p>
      <w:pPr>
        <w:pStyle w:val="ArticleBody"/>
        <w:jc w:val="left"/>
      </w:pPr>
      <w:r>
        <w:rPr>
          <w:rFonts w:ascii="Times New Roman" w:hAnsi="Times New Roman" w:eastAsia="Times New Roman" w:cs="Times New Roman"/>
        </w:rPr>
        <w:t>Bifa mul’ata fakkii bineensichaa jalqabarratti Ameerikaa keessatti raawwatama; sana booddees guutummaa addunyaa keessatti.</w:t>
      </w:r>
    </w:p>
    <w:p>
      <w:pPr>
        <w:pStyle w:val="ArticleScripture"/>
        <w:jc w:val="left"/>
      </w:pPr>
      <w:r>
        <w:rPr>
          <w:rFonts w:ascii="Times New Roman" w:hAnsi="Times New Roman" w:eastAsia="Times New Roman" w:cs="Times New Roman"/>
        </w:rPr>
        <w:t>“Biyyoonni alagaa fakkeenya Ameerikaa ni hordofu. Isheen dura buuttee yoo taatus, garuu rakkoon wal fakkaataan kun saba keenya irratti kutaalee addunyaa hundumaatti ni dhufa.” Testimonies, volume 6, 395.</w:t>
      </w:r>
    </w:p>
    <w:p>
      <w:pPr>
        <w:pStyle w:val="ArticleBody"/>
        <w:jc w:val="left"/>
      </w:pPr>
      <w:r>
        <w:rPr>
          <w:rFonts w:ascii="Times New Roman" w:hAnsi="Times New Roman" w:eastAsia="Times New Roman" w:cs="Times New Roman"/>
        </w:rPr>
        <w:t>Labsiin Miilaan bara 313 keessatti jalqaba ijaarsa sanaa bakka bu’a; akkasumas Warra Adveentistoota Guyyaa Torbaatti hundaaf balbala cufamaa ta’e ni adda baasa. Qonstantiinus kan dhihaa fi Liciiniyus kan bahaas, yeroo Qonstantiinus obboleettii isaa walakkaa Qonstantiyaa Liciiniyusitti kenne, murtii sanaatti gaa’ela walii-galtee tokko dabalatan; kunis seera raajii Daani’el boqonnaa kudha tokko keessatti seenaa raajii keessaa gaa’ela walii-galtee ja’a keessaa sarara raajii keessatti kan afuraffaa ta’een bakka bu’ame. Lama jalqabaa isaanii waraana kaabaa fi kibbaa gidduutti geggeeffamanii wajjin walqabatan; lama itti aanan waraana mootummaa keessaa baha fi dhihaa gidduutti ta’an; lama dhumaa immoo aangoo mootummaa amantii paaphaasii fi aangoo mootummaa mootummaa gidduutti gaa’ela fakkeenyaa ta’aniiru.</w:t>
      </w:r>
    </w:p>
    <w:p>
      <w:pPr>
        <w:pStyle w:val="ArticleBody"/>
        <w:jc w:val="left"/>
      </w:pPr>
      <w:r>
        <w:rPr>
          <w:rFonts w:ascii="Nirmala UI" w:hAnsi="Nirmala UI" w:eastAsia="Nirmala UI" w:cs="Nirmala UI"/>
        </w:rPr>
        <w:t>ଆନ୍ଟିଓକସ</w:t>
      </w:r>
      <w:r>
        <w:rPr>
          <w:rFonts w:ascii="Times New Roman" w:hAnsi="Times New Roman" w:eastAsia="Times New Roman" w:cs="Times New Roman"/>
        </w:rPr>
        <w:t xml:space="preserve"> </w:t>
      </w:r>
      <w:r>
        <w:rPr>
          <w:rFonts w:ascii="Nirmala UI" w:hAnsi="Nirmala UI" w:eastAsia="Nirmala UI" w:cs="Nirmala UI"/>
        </w:rPr>
        <w:t>ଦ୍ୱିତୀୟ</w:t>
      </w:r>
      <w:r>
        <w:rPr>
          <w:rFonts w:ascii="Times New Roman" w:hAnsi="Times New Roman" w:eastAsia="Times New Roman" w:cs="Times New Roman"/>
        </w:rPr>
        <w:t xml:space="preserve"> </w:t>
      </w:r>
      <w:r>
        <w:rPr>
          <w:rFonts w:ascii="Nirmala UI" w:hAnsi="Nirmala UI" w:eastAsia="Nirmala UI" w:cs="Nirmala UI"/>
        </w:rPr>
        <w:t>ଥିଓସ</w:t>
      </w:r>
      <w:r>
        <w:rPr>
          <w:rFonts w:ascii="Times New Roman" w:hAnsi="Times New Roman" w:eastAsia="Times New Roman" w:cs="Times New Roman"/>
        </w:rPr>
        <w:t xml:space="preserve"> </w:t>
      </w:r>
      <w:r>
        <w:rPr>
          <w:rFonts w:ascii="Nirmala UI" w:hAnsi="Nirmala UI" w:eastAsia="Nirmala UI" w:cs="Nirmala UI"/>
        </w:rPr>
        <w:t>ପ୍ରାୟ</w:t>
      </w:r>
      <w:r>
        <w:rPr>
          <w:rFonts w:ascii="Times New Roman" w:hAnsi="Times New Roman" w:eastAsia="Times New Roman" w:cs="Times New Roman"/>
        </w:rPr>
        <w:t xml:space="preserve"> </w:t>
      </w:r>
      <w:r>
        <w:rPr>
          <w:rFonts w:ascii="Nirmala UI" w:hAnsi="Nirmala UI" w:eastAsia="Nirmala UI" w:cs="Nirmala UI"/>
        </w:rPr>
        <w:t>ଖ୍ରୀ</w:t>
      </w:r>
      <w:r>
        <w:rPr>
          <w:rFonts w:ascii="Times New Roman" w:hAnsi="Times New Roman" w:eastAsia="Times New Roman" w:cs="Times New Roman"/>
        </w:rPr>
        <w:t>.</w:t>
      </w:r>
      <w:r>
        <w:rPr>
          <w:rFonts w:ascii="Nirmala UI" w:hAnsi="Nirmala UI" w:eastAsia="Nirmala UI" w:cs="Nirmala UI"/>
        </w:rPr>
        <w:t>ପୂ</w:t>
      </w:r>
      <w:r>
        <w:rPr>
          <w:rFonts w:ascii="Times New Roman" w:hAnsi="Times New Roman" w:eastAsia="Times New Roman" w:cs="Times New Roman"/>
        </w:rPr>
        <w:t xml:space="preserve">. 252 </w:t>
      </w:r>
      <w:r>
        <w:rPr>
          <w:rFonts w:ascii="Nirmala UI" w:hAnsi="Nirmala UI" w:eastAsia="Nirmala UI" w:cs="Nirmala UI"/>
        </w:rPr>
        <w:t>ଚାରିପାଖାରେ</w:t>
      </w:r>
      <w:r>
        <w:rPr>
          <w:rFonts w:ascii="Times New Roman" w:hAnsi="Times New Roman" w:eastAsia="Times New Roman" w:cs="Times New Roman"/>
        </w:rPr>
        <w:t xml:space="preserve"> </w:t>
      </w:r>
      <w:r>
        <w:rPr>
          <w:rFonts w:ascii="Nirmala UI" w:hAnsi="Nirmala UI" w:eastAsia="Nirmala UI" w:cs="Nirmala UI"/>
        </w:rPr>
        <w:t>ପ୍ଟୋଲେମାଇକ</w:t>
      </w:r>
      <w:r>
        <w:rPr>
          <w:rFonts w:ascii="Times New Roman" w:hAnsi="Times New Roman" w:eastAsia="Times New Roman" w:cs="Times New Roman"/>
        </w:rPr>
        <w:t xml:space="preserve"> </w:t>
      </w:r>
      <w:r>
        <w:rPr>
          <w:rFonts w:ascii="Nirmala UI" w:hAnsi="Nirmala UI" w:eastAsia="Nirmala UI" w:cs="Nirmala UI"/>
        </w:rPr>
        <w:t>ରାଜକୁମାରୀ</w:t>
      </w:r>
      <w:r>
        <w:rPr>
          <w:rFonts w:ascii="Times New Roman" w:hAnsi="Times New Roman" w:eastAsia="Times New Roman" w:cs="Times New Roman"/>
        </w:rPr>
        <w:t xml:space="preserve"> </w:t>
      </w:r>
      <w:r>
        <w:rPr>
          <w:rFonts w:ascii="Nirmala UI" w:hAnsi="Nirmala UI" w:eastAsia="Nirmala UI" w:cs="Nirmala UI"/>
        </w:rPr>
        <w:t>ବେରେନିସେଙ୍କୁ</w:t>
      </w:r>
      <w:r>
        <w:rPr>
          <w:rFonts w:ascii="Times New Roman" w:hAnsi="Times New Roman" w:eastAsia="Times New Roman" w:cs="Times New Roman"/>
        </w:rPr>
        <w:t xml:space="preserve"> (</w:t>
      </w:r>
      <w:r>
        <w:rPr>
          <w:rFonts w:ascii="Nirmala UI" w:hAnsi="Nirmala UI" w:eastAsia="Nirmala UI" w:cs="Nirmala UI"/>
        </w:rPr>
        <w:t>ପ୍ଟୋଲେମି</w:t>
      </w:r>
      <w:r>
        <w:rPr>
          <w:rFonts w:ascii="Times New Roman" w:hAnsi="Times New Roman" w:eastAsia="Times New Roman" w:cs="Times New Roman"/>
        </w:rPr>
        <w:t xml:space="preserve"> </w:t>
      </w:r>
      <w:r>
        <w:rPr>
          <w:rFonts w:ascii="Nirmala UI" w:hAnsi="Nirmala UI" w:eastAsia="Nirmala UI" w:cs="Nirmala UI"/>
        </w:rPr>
        <w:t>ଦ୍ୱିତୀୟଙ୍କ</w:t>
      </w:r>
      <w:r>
        <w:rPr>
          <w:rFonts w:ascii="Times New Roman" w:hAnsi="Times New Roman" w:eastAsia="Times New Roman" w:cs="Times New Roman"/>
        </w:rPr>
        <w:t xml:space="preserve"> </w:t>
      </w:r>
      <w:r>
        <w:rPr>
          <w:rFonts w:ascii="Nirmala UI" w:hAnsi="Nirmala UI" w:eastAsia="Nirmala UI" w:cs="Nirmala UI"/>
        </w:rPr>
        <w:t>କନ୍ୟା</w:t>
      </w:r>
      <w:r>
        <w:rPr>
          <w:rFonts w:ascii="Times New Roman" w:hAnsi="Times New Roman" w:eastAsia="Times New Roman" w:cs="Times New Roman"/>
        </w:rPr>
        <w:t xml:space="preserve">) </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ନିଜ</w:t>
      </w:r>
      <w:r>
        <w:rPr>
          <w:rFonts w:ascii="Times New Roman" w:hAnsi="Times New Roman" w:eastAsia="Times New Roman" w:cs="Times New Roman"/>
        </w:rPr>
        <w:t xml:space="preserve"> </w:t>
      </w:r>
      <w:r>
        <w:rPr>
          <w:rFonts w:ascii="Nirmala UI" w:hAnsi="Nirmala UI" w:eastAsia="Nirmala UI" w:cs="Nirmala UI"/>
        </w:rPr>
        <w:t>ପତ୍ନୀ</w:t>
      </w:r>
      <w:r>
        <w:rPr>
          <w:rFonts w:ascii="Times New Roman" w:hAnsi="Times New Roman" w:eastAsia="Times New Roman" w:cs="Times New Roman"/>
        </w:rPr>
        <w:t xml:space="preserve"> </w:t>
      </w:r>
      <w:r>
        <w:rPr>
          <w:rFonts w:ascii="Nirmala UI" w:hAnsi="Nirmala UI" w:eastAsia="Nirmala UI" w:cs="Nirmala UI"/>
        </w:rPr>
        <w:t>ଲାଓଡିସେ</w:t>
      </w:r>
      <w:r>
        <w:rPr>
          <w:rFonts w:ascii="Times New Roman" w:hAnsi="Times New Roman" w:eastAsia="Times New Roman" w:cs="Times New Roman"/>
        </w:rPr>
        <w:t xml:space="preserve"> </w:t>
      </w:r>
      <w:r>
        <w:rPr>
          <w:rFonts w:ascii="Nirmala UI" w:hAnsi="Nirmala UI" w:eastAsia="Nirmala UI" w:cs="Nirmala UI"/>
        </w:rPr>
        <w:t>ପ୍ରଥମାଙ୍କୁ</w:t>
      </w:r>
      <w:r>
        <w:rPr>
          <w:rFonts w:ascii="Times New Roman" w:hAnsi="Times New Roman" w:eastAsia="Times New Roman" w:cs="Times New Roman"/>
        </w:rPr>
        <w:t xml:space="preserve"> </w:t>
      </w:r>
      <w:r>
        <w:rPr>
          <w:rFonts w:ascii="Nirmala UI" w:hAnsi="Nirmala UI" w:eastAsia="Nirmala UI" w:cs="Nirmala UI"/>
        </w:rPr>
        <w:t>ପରିତ୍ୟାଗ</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ସେଲ୍ୟୁସିଡ</w:t>
      </w:r>
      <w:r>
        <w:rPr>
          <w:rFonts w:ascii="Times New Roman" w:hAnsi="Times New Roman" w:eastAsia="Times New Roman" w:cs="Times New Roman"/>
        </w:rPr>
        <w:t xml:space="preserve"> </w:t>
      </w:r>
      <w:r>
        <w:rPr>
          <w:rFonts w:ascii="Nirmala UI" w:hAnsi="Nirmala UI" w:eastAsia="Nirmala UI" w:cs="Nirmala UI"/>
        </w:rPr>
        <w:t>ସାମ୍ରାଜ୍ୟର</w:t>
      </w:r>
      <w:r>
        <w:rPr>
          <w:rFonts w:ascii="Times New Roman" w:hAnsi="Times New Roman" w:eastAsia="Times New Roman" w:cs="Times New Roman"/>
        </w:rPr>
        <w:t xml:space="preserve"> </w:t>
      </w:r>
      <w:r>
        <w:rPr>
          <w:rFonts w:ascii="Nirmala UI" w:hAnsi="Nirmala UI" w:eastAsia="Nirmala UI" w:cs="Nirmala UI"/>
        </w:rPr>
        <w:t>ସନ୍ଧି</w:t>
      </w:r>
      <w:r>
        <w:rPr>
          <w:rFonts w:ascii="Times New Roman" w:hAnsi="Times New Roman" w:eastAsia="Times New Roman" w:cs="Times New Roman"/>
        </w:rPr>
        <w:t>-</w:t>
      </w:r>
      <w:r>
        <w:rPr>
          <w:rFonts w:ascii="Nirmala UI" w:hAnsi="Nirmala UI" w:eastAsia="Nirmala UI" w:cs="Nirmala UI"/>
        </w:rPr>
        <w:t>ବିବାହଗୁଡ଼ିକ</w:t>
      </w:r>
      <w:r>
        <w:rPr>
          <w:rFonts w:ascii="Times New Roman" w:hAnsi="Times New Roman" w:eastAsia="Times New Roman" w:cs="Times New Roman"/>
        </w:rPr>
        <w:t xml:space="preserve"> </w:t>
      </w:r>
      <w:r>
        <w:rPr>
          <w:rFonts w:ascii="Nirmala UI" w:hAnsi="Nirmala UI" w:eastAsia="Nirmala UI" w:cs="Nirmala UI"/>
        </w:rPr>
        <w:t>ଉତ୍ତରର</w:t>
      </w:r>
      <w:r>
        <w:rPr>
          <w:rFonts w:ascii="Times New Roman" w:hAnsi="Times New Roman" w:eastAsia="Times New Roman" w:cs="Times New Roman"/>
        </w:rPr>
        <w:t xml:space="preserve"> </w:t>
      </w:r>
      <w:r>
        <w:rPr>
          <w:rFonts w:ascii="Nirmala UI" w:hAnsi="Nirmala UI" w:eastAsia="Nirmala UI" w:cs="Nirmala UI"/>
        </w:rPr>
        <w:t>ରାଜା</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ଦକ୍ଷିଣର</w:t>
      </w:r>
      <w:r>
        <w:rPr>
          <w:rFonts w:ascii="Times New Roman" w:hAnsi="Times New Roman" w:eastAsia="Times New Roman" w:cs="Times New Roman"/>
        </w:rPr>
        <w:t xml:space="preserve"> </w:t>
      </w:r>
      <w:r>
        <w:rPr>
          <w:rFonts w:ascii="Nirmala UI" w:hAnsi="Nirmala UI" w:eastAsia="Nirmala UI" w:cs="Nirmala UI"/>
        </w:rPr>
        <w:t>ରାଜାଙ୍କ</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ସଂପାଦିତ</w:t>
      </w:r>
      <w:r>
        <w:rPr>
          <w:rFonts w:ascii="Times New Roman" w:hAnsi="Times New Roman" w:eastAsia="Times New Roman" w:cs="Times New Roman"/>
        </w:rPr>
        <w:t xml:space="preserve"> </w:t>
      </w:r>
      <w:r>
        <w:rPr>
          <w:rFonts w:ascii="Nirmala UI" w:hAnsi="Nirmala UI" w:eastAsia="Nirmala UI" w:cs="Nirmala UI"/>
        </w:rPr>
        <w:t>ହୋଇଥିଲା</w:t>
      </w:r>
      <w:r>
        <w:rPr>
          <w:rFonts w:ascii="Times New Roman" w:hAnsi="Times New Roman" w:eastAsia="Times New Roman" w:cs="Times New Roman"/>
        </w:rPr>
        <w:t xml:space="preserve">, </w:t>
      </w:r>
      <w:r>
        <w:rPr>
          <w:rFonts w:ascii="Nirmala UI" w:hAnsi="Nirmala UI" w:eastAsia="Nirmala UI" w:cs="Nirmala UI"/>
        </w:rPr>
        <w:t>ଯେଉଁଠାରେ</w:t>
      </w:r>
      <w:r>
        <w:rPr>
          <w:rFonts w:ascii="Times New Roman" w:hAnsi="Times New Roman" w:eastAsia="Times New Roman" w:cs="Times New Roman"/>
        </w:rPr>
        <w:t xml:space="preserve">; 313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ସନ୍ଧି</w:t>
      </w:r>
      <w:r>
        <w:rPr>
          <w:rFonts w:ascii="Times New Roman" w:hAnsi="Times New Roman" w:eastAsia="Times New Roman" w:cs="Times New Roman"/>
        </w:rPr>
        <w:t>-</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ପୂର୍ବର</w:t>
      </w:r>
      <w:r>
        <w:rPr>
          <w:rFonts w:ascii="Times New Roman" w:hAnsi="Times New Roman" w:eastAsia="Times New Roman" w:cs="Times New Roman"/>
        </w:rPr>
        <w:t xml:space="preserve"> </w:t>
      </w:r>
      <w:r>
        <w:rPr>
          <w:rFonts w:ascii="Nirmala UI" w:hAnsi="Nirmala UI" w:eastAsia="Nirmala UI" w:cs="Nirmala UI"/>
        </w:rPr>
        <w:t>ସମ୍ରାଟ</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ପଶ୍ଚିମର</w:t>
      </w:r>
      <w:r>
        <w:rPr>
          <w:rFonts w:ascii="Times New Roman" w:hAnsi="Times New Roman" w:eastAsia="Times New Roman" w:cs="Times New Roman"/>
        </w:rPr>
        <w:t xml:space="preserve"> </w:t>
      </w:r>
      <w:r>
        <w:rPr>
          <w:rFonts w:ascii="Nirmala UI" w:hAnsi="Nirmala UI" w:eastAsia="Nirmala UI" w:cs="Nirmala UI"/>
        </w:rPr>
        <w:t>ସମ୍ରାଟଙ୍କ</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ହୋଇଥିଲା।</w:t>
      </w:r>
    </w:p>
    <w:p>
      <w:pPr>
        <w:pStyle w:val="ArticleBody"/>
        <w:jc w:val="left"/>
      </w:pPr>
      <w:r>
        <w:rPr>
          <w:rFonts w:ascii="Times New Roman" w:hAnsi="Times New Roman" w:eastAsia="Times New Roman" w:cs="Times New Roman"/>
        </w:rPr>
        <w:t>Fuudhi gaaʼelaa Antiʼookhos II Theos bara 252 Dh.K.D. keessatti raawwatame, jalqaba mootummaa Seleucid kan seenaa keessatti akka mootummaa tokkootti xumura isaa irra gaʼe, seenaa Daaniʼel boqonnaa kudha tokko aayatoota kudhan irraa kaasee hanga kudha jaʼatti keessatti bakka buʼe agarsiise. Seenaa mootummaa Seleucid isa dhumaa keessatti immoo fuudhi gaaʼelaa waliigaltee biraan Antiʼookhos III inni Guddaan raawwatame; yeroo inni intala isaa Kleophaatraa I Siiraa, (Kleophaatraa isa jalqabaa seenaa raajii keessatti) bara 193 Dh.K.D. keessa Phexoloomiis Vitti kenne. Yeroo sana Phexoloomiis V umurii waggaa kudha jaʼa taʼee ture, Kleophaatraan I Siiraa immoo umurii waggaa kudhan. Gaaʼelli isaanii waraana Sooriyaa isa shanaffaa booda tasgabbii diplomaasii ture. Fuudhi gaaʼelaa waliigaltee alfa mootii kaabaa fi mootummaa kibbaa gidduutti Daaniʼel boqonnaa kudha tokko keessatti argamu xumura waraana Sooriyaa isa lammaffaa mallatteesse.</w:t>
      </w:r>
    </w:p>
    <w:p>
      <w:pPr>
        <w:pStyle w:val="ArticleBody"/>
        <w:jc w:val="left"/>
      </w:pPr>
      <w:r>
        <w:rPr>
          <w:rFonts w:ascii="Nirmala UI" w:hAnsi="Nirmala UI" w:eastAsia="Nirmala UI" w:cs="Nirmala UI"/>
        </w:rPr>
        <w:t>ଭବିଷ୍ୟବାଣୀମୂଳକ</w:t>
      </w:r>
      <w:r>
        <w:rPr>
          <w:rFonts w:ascii="Times New Roman" w:hAnsi="Times New Roman" w:eastAsia="Times New Roman" w:cs="Times New Roman"/>
        </w:rPr>
        <w:t xml:space="preserve"> </w:t>
      </w:r>
      <w:r>
        <w:rPr>
          <w:rFonts w:ascii="Nirmala UI" w:hAnsi="Nirmala UI" w:eastAsia="Nirmala UI" w:cs="Nirmala UI"/>
        </w:rPr>
        <w:t>ଇତିହାସର</w:t>
      </w:r>
      <w:r>
        <w:rPr>
          <w:rFonts w:ascii="Times New Roman" w:hAnsi="Times New Roman" w:eastAsia="Times New Roman" w:cs="Times New Roman"/>
        </w:rPr>
        <w:t xml:space="preserve"> </w:t>
      </w:r>
      <w:r>
        <w:rPr>
          <w:rFonts w:ascii="Nirmala UI" w:hAnsi="Nirmala UI" w:eastAsia="Nirmala UI" w:cs="Nirmala UI"/>
        </w:rPr>
        <w:t>ଶେଷ</w:t>
      </w:r>
      <w:r>
        <w:rPr>
          <w:rFonts w:ascii="Times New Roman" w:hAnsi="Times New Roman" w:eastAsia="Times New Roman" w:cs="Times New Roman"/>
        </w:rPr>
        <w:t xml:space="preserve"> </w:t>
      </w:r>
      <w:r>
        <w:rPr>
          <w:rFonts w:ascii="Nirmala UI" w:hAnsi="Nirmala UI" w:eastAsia="Nirmala UI" w:cs="Nirmala UI"/>
        </w:rPr>
        <w:t>କ୍ଲିଓପାଟ୍ରା</w:t>
      </w:r>
      <w:r>
        <w:rPr>
          <w:rFonts w:ascii="Times New Roman" w:hAnsi="Times New Roman" w:eastAsia="Times New Roman" w:cs="Times New Roman"/>
        </w:rPr>
        <w:t xml:space="preserve"> </w:t>
      </w:r>
      <w:r>
        <w:rPr>
          <w:rFonts w:ascii="Nirmala UI" w:hAnsi="Nirmala UI" w:eastAsia="Nirmala UI" w:cs="Nirmala UI"/>
        </w:rPr>
        <w:t>ପ୍ରଥମେ</w:t>
      </w:r>
      <w:r>
        <w:rPr>
          <w:rFonts w:ascii="Times New Roman" w:hAnsi="Times New Roman" w:eastAsia="Times New Roman" w:cs="Times New Roman"/>
        </w:rPr>
        <w:t xml:space="preserve"> </w:t>
      </w:r>
      <w:r>
        <w:rPr>
          <w:rFonts w:ascii="Nirmala UI" w:hAnsi="Nirmala UI" w:eastAsia="Nirmala UI" w:cs="Nirmala UI"/>
        </w:rPr>
        <w:t>ଜୁଲିୟସ୍</w:t>
      </w:r>
      <w:r>
        <w:rPr>
          <w:rFonts w:ascii="Times New Roman" w:hAnsi="Times New Roman" w:eastAsia="Times New Roman" w:cs="Times New Roman"/>
        </w:rPr>
        <w:t xml:space="preserve"> </w:t>
      </w:r>
      <w:r>
        <w:rPr>
          <w:rFonts w:ascii="Nirmala UI" w:hAnsi="Nirmala UI" w:eastAsia="Nirmala UI" w:cs="Nirmala UI"/>
        </w:rPr>
        <w:t>ସିଜରଙ୍କ</w:t>
      </w:r>
      <w:r>
        <w:rPr>
          <w:rFonts w:ascii="Times New Roman" w:hAnsi="Times New Roman" w:eastAsia="Times New Roman" w:cs="Times New Roman"/>
        </w:rPr>
        <w:t xml:space="preserve"> </w:t>
      </w:r>
      <w:r>
        <w:rPr>
          <w:rFonts w:ascii="Nirmala UI" w:hAnsi="Nirmala UI" w:eastAsia="Nirmala UI" w:cs="Nirmala UI"/>
        </w:rPr>
        <w:t>ସହିତ</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ମାର୍କ</w:t>
      </w:r>
      <w:r>
        <w:rPr>
          <w:rFonts w:ascii="Times New Roman" w:hAnsi="Times New Roman" w:eastAsia="Times New Roman" w:cs="Times New Roman"/>
        </w:rPr>
        <w:t xml:space="preserve"> </w:t>
      </w:r>
      <w:r>
        <w:rPr>
          <w:rFonts w:ascii="Nirmala UI" w:hAnsi="Nirmala UI" w:eastAsia="Nirmala UI" w:cs="Nirmala UI"/>
        </w:rPr>
        <w:t>ଆଣ୍ଟୋନୀଙ୍କ</w:t>
      </w:r>
      <w:r>
        <w:rPr>
          <w:rFonts w:ascii="Times New Roman" w:hAnsi="Times New Roman" w:eastAsia="Times New Roman" w:cs="Times New Roman"/>
        </w:rPr>
        <w:t xml:space="preserve"> </w:t>
      </w:r>
      <w:r>
        <w:rPr>
          <w:rFonts w:ascii="Nirmala UI" w:hAnsi="Nirmala UI" w:eastAsia="Nirmala UI" w:cs="Nirmala UI"/>
        </w:rPr>
        <w:t>ସହିତ</w:t>
      </w:r>
      <w:r>
        <w:rPr>
          <w:rFonts w:ascii="Times New Roman" w:hAnsi="Times New Roman" w:eastAsia="Times New Roman" w:cs="Times New Roman"/>
        </w:rPr>
        <w:t xml:space="preserve"> </w:t>
      </w:r>
      <w:r>
        <w:rPr>
          <w:rFonts w:ascii="Nirmala UI" w:hAnsi="Nirmala UI" w:eastAsia="Nirmala UI" w:cs="Nirmala UI"/>
        </w:rPr>
        <w:t>ସମ୍ପର୍କ</w:t>
      </w:r>
      <w:r>
        <w:rPr>
          <w:rFonts w:ascii="Times New Roman" w:hAnsi="Times New Roman" w:eastAsia="Times New Roman" w:cs="Times New Roman"/>
        </w:rPr>
        <w:t xml:space="preserve"> </w:t>
      </w:r>
      <w:r>
        <w:rPr>
          <w:rFonts w:ascii="Nirmala UI" w:hAnsi="Nirmala UI" w:eastAsia="Nirmala UI" w:cs="Nirmala UI"/>
        </w:rPr>
        <w:t>ରଖିଥିଲେ।</w:t>
      </w:r>
      <w:r>
        <w:rPr>
          <w:rFonts w:ascii="Times New Roman" w:hAnsi="Times New Roman" w:eastAsia="Times New Roman" w:cs="Times New Roman"/>
        </w:rPr>
        <w:t xml:space="preserve"> </w:t>
      </w:r>
      <w:r>
        <w:rPr>
          <w:rFonts w:ascii="Nirmala UI" w:hAnsi="Nirmala UI" w:eastAsia="Nirmala UI" w:cs="Nirmala UI"/>
        </w:rPr>
        <w:t>ଖ୍ରୀଷ୍ଟପୂର୍ବ</w:t>
      </w:r>
      <w:r>
        <w:rPr>
          <w:rFonts w:ascii="Times New Roman" w:hAnsi="Times New Roman" w:eastAsia="Times New Roman" w:cs="Times New Roman"/>
        </w:rPr>
        <w:t xml:space="preserve"> 44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ଜୁଲିୟସ୍</w:t>
      </w:r>
      <w:r>
        <w:rPr>
          <w:rFonts w:ascii="Times New Roman" w:hAnsi="Times New Roman" w:eastAsia="Times New Roman" w:cs="Times New Roman"/>
        </w:rPr>
        <w:t xml:space="preserve"> </w:t>
      </w:r>
      <w:r>
        <w:rPr>
          <w:rFonts w:ascii="Nirmala UI" w:hAnsi="Nirmala UI" w:eastAsia="Nirmala UI" w:cs="Nirmala UI"/>
        </w:rPr>
        <w:t>ସିଜରଙ୍କ</w:t>
      </w:r>
      <w:r>
        <w:rPr>
          <w:rFonts w:ascii="Times New Roman" w:hAnsi="Times New Roman" w:eastAsia="Times New Roman" w:cs="Times New Roman"/>
        </w:rPr>
        <w:t xml:space="preserve"> </w:t>
      </w:r>
      <w:r>
        <w:rPr>
          <w:rFonts w:ascii="Nirmala UI" w:hAnsi="Nirmala UI" w:eastAsia="Nirmala UI" w:cs="Nirmala UI"/>
        </w:rPr>
        <w:t>ହତ୍ୟା</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ଖ୍ରୀଷ୍ଟପୂର୍ବ</w:t>
      </w:r>
      <w:r>
        <w:rPr>
          <w:rFonts w:ascii="Times New Roman" w:hAnsi="Times New Roman" w:eastAsia="Times New Roman" w:cs="Times New Roman"/>
        </w:rPr>
        <w:t xml:space="preserve"> 43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ଦ୍ୱିତୀୟ</w:t>
      </w:r>
      <w:r>
        <w:rPr>
          <w:rFonts w:ascii="Times New Roman" w:hAnsi="Times New Roman" w:eastAsia="Times New Roman" w:cs="Times New Roman"/>
        </w:rPr>
        <w:t xml:space="preserve"> </w:t>
      </w:r>
      <w:r>
        <w:rPr>
          <w:rFonts w:ascii="Nirmala UI" w:hAnsi="Nirmala UI" w:eastAsia="Nirmala UI" w:cs="Nirmala UI"/>
        </w:rPr>
        <w:t>ଟ୍ରାୟମ୍ଭିରେଟ୍</w:t>
      </w:r>
      <w:r>
        <w:rPr>
          <w:rFonts w:ascii="Times New Roman" w:hAnsi="Times New Roman" w:eastAsia="Times New Roman" w:cs="Times New Roman"/>
        </w:rPr>
        <w:t xml:space="preserve"> </w:t>
      </w:r>
      <w:r>
        <w:rPr>
          <w:rFonts w:ascii="Nirmala UI" w:hAnsi="Nirmala UI" w:eastAsia="Nirmala UI" w:cs="Nirmala UI"/>
        </w:rPr>
        <w:t>ଗଠିତ</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ଟ୍ରାୟମ୍ଭିରେଟ୍</w:t>
      </w:r>
      <w:r>
        <w:rPr>
          <w:rFonts w:ascii="Times New Roman" w:hAnsi="Times New Roman" w:eastAsia="Times New Roman" w:cs="Times New Roman"/>
        </w:rPr>
        <w:t>‌</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ତିନିଜଣ</w:t>
      </w:r>
      <w:r>
        <w:rPr>
          <w:rFonts w:ascii="Times New Roman" w:hAnsi="Times New Roman" w:eastAsia="Times New Roman" w:cs="Times New Roman"/>
        </w:rPr>
        <w:t xml:space="preserve"> </w:t>
      </w:r>
      <w:r>
        <w:rPr>
          <w:rFonts w:ascii="Nirmala UI" w:hAnsi="Nirmala UI" w:eastAsia="Nirmala UI" w:cs="Nirmala UI"/>
        </w:rPr>
        <w:t>ପୁରୁଷ</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ତିନିଜଣ</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ଜଣେ</w:t>
      </w:r>
      <w:r>
        <w:rPr>
          <w:rFonts w:ascii="Times New Roman" w:hAnsi="Times New Roman" w:eastAsia="Times New Roman" w:cs="Times New Roman"/>
        </w:rPr>
        <w:t>—</w:t>
      </w:r>
      <w:r>
        <w:rPr>
          <w:rFonts w:ascii="Nirmala UI" w:hAnsi="Nirmala UI" w:eastAsia="Nirmala UI" w:cs="Nirmala UI"/>
        </w:rPr>
        <w:t>ମାର୍କସ୍</w:t>
      </w:r>
      <w:r>
        <w:rPr>
          <w:rFonts w:ascii="Times New Roman" w:hAnsi="Times New Roman" w:eastAsia="Times New Roman" w:cs="Times New Roman"/>
        </w:rPr>
        <w:t xml:space="preserve"> </w:t>
      </w:r>
      <w:r>
        <w:rPr>
          <w:rFonts w:ascii="Nirmala UI" w:hAnsi="Nirmala UI" w:eastAsia="Nirmala UI" w:cs="Nirmala UI"/>
        </w:rPr>
        <w:t>ଲେପିଡସ୍</w:t>
      </w:r>
      <w:r>
        <w:rPr>
          <w:rFonts w:ascii="Times New Roman" w:hAnsi="Times New Roman" w:eastAsia="Times New Roman" w:cs="Times New Roman"/>
        </w:rPr>
        <w:t>—</w:t>
      </w:r>
      <w:r>
        <w:rPr>
          <w:rFonts w:ascii="Nirmala UI" w:hAnsi="Nirmala UI" w:eastAsia="Nirmala UI" w:cs="Nirmala UI"/>
        </w:rPr>
        <w:t>ଅକ୍ଟାଭିଆନ୍</w:t>
      </w:r>
      <w:r>
        <w:rPr>
          <w:rFonts w:ascii="Times New Roman" w:hAnsi="Times New Roman" w:eastAsia="Times New Roman" w:cs="Times New Roman"/>
        </w:rPr>
        <w:t>‌</w:t>
      </w:r>
      <w:r>
        <w:rPr>
          <w:rFonts w:ascii="Nirmala UI" w:hAnsi="Nirmala UI" w:eastAsia="Nirmala UI" w:cs="Nirmala UI"/>
        </w:rPr>
        <w:t>ଙ୍କ</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ତ୍ରିମୁଖୀ</w:t>
      </w:r>
      <w:r>
        <w:rPr>
          <w:rFonts w:ascii="Times New Roman" w:hAnsi="Times New Roman" w:eastAsia="Times New Roman" w:cs="Times New Roman"/>
        </w:rPr>
        <w:t xml:space="preserve"> </w:t>
      </w:r>
      <w:r>
        <w:rPr>
          <w:rFonts w:ascii="Nirmala UI" w:hAnsi="Nirmala UI" w:eastAsia="Nirmala UI" w:cs="Nirmala UI"/>
        </w:rPr>
        <w:t>ସଂଘରୁ</w:t>
      </w:r>
      <w:r>
        <w:rPr>
          <w:rFonts w:ascii="Times New Roman" w:hAnsi="Times New Roman" w:eastAsia="Times New Roman" w:cs="Times New Roman"/>
        </w:rPr>
        <w:t xml:space="preserve"> </w:t>
      </w:r>
      <w:r>
        <w:rPr>
          <w:rFonts w:ascii="Nirmala UI" w:hAnsi="Nirmala UI" w:eastAsia="Nirmala UI" w:cs="Nirmala UI"/>
        </w:rPr>
        <w:t>ବାହାର</w:t>
      </w:r>
      <w:r>
        <w:rPr>
          <w:rFonts w:ascii="Times New Roman" w:hAnsi="Times New Roman" w:eastAsia="Times New Roman" w:cs="Times New Roman"/>
        </w:rPr>
        <w:t xml:space="preserve"> </w:t>
      </w:r>
      <w:r>
        <w:rPr>
          <w:rFonts w:ascii="Nirmala UI" w:hAnsi="Nirmala UI" w:eastAsia="Nirmala UI" w:cs="Nirmala UI"/>
        </w:rPr>
        <w:t>କରାଯାଇବା</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ପୂର୍ବର</w:t>
      </w:r>
      <w:r>
        <w:rPr>
          <w:rFonts w:ascii="Times New Roman" w:hAnsi="Times New Roman" w:eastAsia="Times New Roman" w:cs="Times New Roman"/>
        </w:rPr>
        <w:t xml:space="preserve"> </w:t>
      </w:r>
      <w:r>
        <w:rPr>
          <w:rFonts w:ascii="Nirmala UI" w:hAnsi="Nirmala UI" w:eastAsia="Nirmala UI" w:cs="Nirmala UI"/>
        </w:rPr>
        <w:t>ମାର୍କ</w:t>
      </w:r>
      <w:r>
        <w:rPr>
          <w:rFonts w:ascii="Times New Roman" w:hAnsi="Times New Roman" w:eastAsia="Times New Roman" w:cs="Times New Roman"/>
        </w:rPr>
        <w:t xml:space="preserve"> </w:t>
      </w:r>
      <w:r>
        <w:rPr>
          <w:rFonts w:ascii="Nirmala UI" w:hAnsi="Nirmala UI" w:eastAsia="Nirmala UI" w:cs="Nirmala UI"/>
        </w:rPr>
        <w:t>ଆଣ୍ଟୋନୀ</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ପଶ୍ଚିମର</w:t>
      </w:r>
      <w:r>
        <w:rPr>
          <w:rFonts w:ascii="Times New Roman" w:hAnsi="Times New Roman" w:eastAsia="Times New Roman" w:cs="Times New Roman"/>
        </w:rPr>
        <w:t xml:space="preserve"> </w:t>
      </w:r>
      <w:r>
        <w:rPr>
          <w:rFonts w:ascii="Nirmala UI" w:hAnsi="Nirmala UI" w:eastAsia="Nirmala UI" w:cs="Nirmala UI"/>
        </w:rPr>
        <w:t>ଅକ୍ଟାଭିଆନ୍</w:t>
      </w:r>
      <w:r>
        <w:rPr>
          <w:rFonts w:ascii="Times New Roman" w:hAnsi="Times New Roman" w:eastAsia="Times New Roman" w:cs="Times New Roman"/>
        </w:rPr>
        <w:t>‌</w:t>
      </w:r>
      <w:r>
        <w:rPr>
          <w:rFonts w:ascii="Nirmala UI" w:hAnsi="Nirmala UI" w:eastAsia="Nirmala UI" w:cs="Nirmala UI"/>
        </w:rPr>
        <w:t>ଙ୍କ</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ଶକ୍ତିସଂଘର୍ଷ</w:t>
      </w:r>
      <w:r>
        <w:rPr>
          <w:rFonts w:ascii="Times New Roman" w:hAnsi="Times New Roman" w:eastAsia="Times New Roman" w:cs="Times New Roman"/>
        </w:rPr>
        <w:t xml:space="preserve"> </w:t>
      </w:r>
      <w:r>
        <w:rPr>
          <w:rFonts w:ascii="Nirmala UI" w:hAnsi="Nirmala UI" w:eastAsia="Nirmala UI" w:cs="Nirmala UI"/>
        </w:rPr>
        <w:t>ଆରମ୍ଭ</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ଖ୍ରୀଷ୍ଟପୂର୍ବ</w:t>
      </w:r>
      <w:r>
        <w:rPr>
          <w:rFonts w:ascii="Times New Roman" w:hAnsi="Times New Roman" w:eastAsia="Times New Roman" w:cs="Times New Roman"/>
        </w:rPr>
        <w:t xml:space="preserve"> 40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ବ୍ରୁଣ୍ଡିସିଅମ୍</w:t>
      </w:r>
      <w:r>
        <w:rPr>
          <w:rFonts w:ascii="Times New Roman" w:hAnsi="Times New Roman" w:eastAsia="Times New Roman" w:cs="Times New Roman"/>
        </w:rPr>
        <w:t>‌</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ପୂର୍ବ</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ପଶ୍ଚିମର</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ଦୁଇ</w:t>
      </w:r>
      <w:r>
        <w:rPr>
          <w:rFonts w:ascii="Times New Roman" w:hAnsi="Times New Roman" w:eastAsia="Times New Roman" w:cs="Times New Roman"/>
        </w:rPr>
        <w:t xml:space="preserve"> </w:t>
      </w:r>
      <w:r>
        <w:rPr>
          <w:rFonts w:ascii="Nirmala UI" w:hAnsi="Nirmala UI" w:eastAsia="Nirmala UI" w:cs="Nirmala UI"/>
        </w:rPr>
        <w:t>ପ୍ରତିଦ୍ୱନ୍ଦୀଙ୍କ</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ଗୋଟିଏ</w:t>
      </w:r>
      <w:r>
        <w:rPr>
          <w:rFonts w:ascii="Times New Roman" w:hAnsi="Times New Roman" w:eastAsia="Times New Roman" w:cs="Times New Roman"/>
        </w:rPr>
        <w:t xml:space="preserve"> </w:t>
      </w:r>
      <w:r>
        <w:rPr>
          <w:rFonts w:ascii="Nirmala UI" w:hAnsi="Nirmala UI" w:eastAsia="Nirmala UI" w:cs="Nirmala UI"/>
        </w:rPr>
        <w:t>ସନ୍ଧି</w:t>
      </w:r>
      <w:r>
        <w:rPr>
          <w:rFonts w:ascii="Times New Roman" w:hAnsi="Times New Roman" w:eastAsia="Times New Roman" w:cs="Times New Roman"/>
        </w:rPr>
        <w:t xml:space="preserve"> </w:t>
      </w:r>
      <w:r>
        <w:rPr>
          <w:rFonts w:ascii="Nirmala UI" w:hAnsi="Nirmala UI" w:eastAsia="Nirmala UI" w:cs="Nirmala UI"/>
        </w:rPr>
        <w:t>ସମ୍ପନ୍ନ</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ସନ୍ଧିରେ</w:t>
      </w:r>
      <w:r>
        <w:rPr>
          <w:rFonts w:ascii="Times New Roman" w:hAnsi="Times New Roman" w:eastAsia="Times New Roman" w:cs="Times New Roman"/>
        </w:rPr>
        <w:t xml:space="preserve"> </w:t>
      </w:r>
      <w:r>
        <w:rPr>
          <w:rFonts w:ascii="Nirmala UI" w:hAnsi="Nirmala UI" w:eastAsia="Nirmala UI" w:cs="Nirmala UI"/>
        </w:rPr>
        <w:t>ଅକ୍ଟାଭିଆନ୍</w:t>
      </w:r>
      <w:r>
        <w:rPr>
          <w:rFonts w:ascii="Times New Roman" w:hAnsi="Times New Roman" w:eastAsia="Times New Roman" w:cs="Times New Roman"/>
        </w:rPr>
        <w:t>‌</w:t>
      </w:r>
      <w:r>
        <w:rPr>
          <w:rFonts w:ascii="Nirmala UI" w:hAnsi="Nirmala UI" w:eastAsia="Nirmala UI" w:cs="Nirmala UI"/>
        </w:rPr>
        <w:t>ଙ୍କ</w:t>
      </w:r>
      <w:r>
        <w:rPr>
          <w:rFonts w:ascii="Times New Roman" w:hAnsi="Times New Roman" w:eastAsia="Times New Roman" w:cs="Times New Roman"/>
        </w:rPr>
        <w:t xml:space="preserve"> </w:t>
      </w:r>
      <w:r>
        <w:rPr>
          <w:rFonts w:ascii="Nirmala UI" w:hAnsi="Nirmala UI" w:eastAsia="Nirmala UI" w:cs="Nirmala UI"/>
        </w:rPr>
        <w:t>ଭଉଣୀ</w:t>
      </w:r>
      <w:r>
        <w:rPr>
          <w:rFonts w:ascii="Times New Roman" w:hAnsi="Times New Roman" w:eastAsia="Times New Roman" w:cs="Times New Roman"/>
        </w:rPr>
        <w:t xml:space="preserve"> </w:t>
      </w:r>
      <w:r>
        <w:rPr>
          <w:rFonts w:ascii="Nirmala UI" w:hAnsi="Nirmala UI" w:eastAsia="Nirmala UI" w:cs="Nirmala UI"/>
        </w:rPr>
        <w:t>ଅକ୍ଟାଭିଆ</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ମାର୍କ</w:t>
      </w:r>
      <w:r>
        <w:rPr>
          <w:rFonts w:ascii="Times New Roman" w:hAnsi="Times New Roman" w:eastAsia="Times New Roman" w:cs="Times New Roman"/>
        </w:rPr>
        <w:t xml:space="preserve"> </w:t>
      </w:r>
      <w:r>
        <w:rPr>
          <w:rFonts w:ascii="Nirmala UI" w:hAnsi="Nirmala UI" w:eastAsia="Nirmala UI" w:cs="Nirmala UI"/>
        </w:rPr>
        <w:t>ଆଣ୍ଟୋନୀଙ୍କ</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ବିବାହକୁ</w:t>
      </w:r>
      <w:r>
        <w:rPr>
          <w:rFonts w:ascii="Times New Roman" w:hAnsi="Times New Roman" w:eastAsia="Times New Roman" w:cs="Times New Roman"/>
        </w:rPr>
        <w:t xml:space="preserve"> </w:t>
      </w:r>
      <w:r>
        <w:rPr>
          <w:rFonts w:ascii="Nirmala UI" w:hAnsi="Nirmala UI" w:eastAsia="Nirmala UI" w:cs="Nirmala UI"/>
        </w:rPr>
        <w:t>ମଧ୍ୟ</w:t>
      </w:r>
      <w:r>
        <w:rPr>
          <w:rFonts w:ascii="Times New Roman" w:hAnsi="Times New Roman" w:eastAsia="Times New Roman" w:cs="Times New Roman"/>
        </w:rPr>
        <w:t xml:space="preserve"> </w:t>
      </w:r>
      <w:r>
        <w:rPr>
          <w:rFonts w:ascii="Nirmala UI" w:hAnsi="Nirmala UI" w:eastAsia="Nirmala UI" w:cs="Nirmala UI"/>
        </w:rPr>
        <w:t>ସମ୍ମିଳିତ</w:t>
      </w:r>
      <w:r>
        <w:rPr>
          <w:rFonts w:ascii="Times New Roman" w:hAnsi="Times New Roman" w:eastAsia="Times New Roman" w:cs="Times New Roman"/>
        </w:rPr>
        <w:t xml:space="preserve"> </w:t>
      </w:r>
      <w:r>
        <w:rPr>
          <w:rFonts w:ascii="Nirmala UI" w:hAnsi="Nirmala UI" w:eastAsia="Nirmala UI" w:cs="Nirmala UI"/>
        </w:rPr>
        <w:t>କରାଯାଇଥିଲା।</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ସନ୍ଧି</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ତାହା</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ଥିବା</w:t>
      </w:r>
      <w:r>
        <w:rPr>
          <w:rFonts w:ascii="Times New Roman" w:hAnsi="Times New Roman" w:eastAsia="Times New Roman" w:cs="Times New Roman"/>
        </w:rPr>
        <w:t xml:space="preserve"> </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ଅଟୁଟ</w:t>
      </w:r>
      <w:r>
        <w:rPr>
          <w:rFonts w:ascii="Times New Roman" w:hAnsi="Times New Roman" w:eastAsia="Times New Roman" w:cs="Times New Roman"/>
        </w:rPr>
        <w:t xml:space="preserve"> </w:t>
      </w:r>
      <w:r>
        <w:rPr>
          <w:rFonts w:ascii="Nirmala UI" w:hAnsi="Nirmala UI" w:eastAsia="Nirmala UI" w:cs="Nirmala UI"/>
        </w:rPr>
        <w:t>ରହିଲା</w:t>
      </w:r>
      <w:r>
        <w:rPr>
          <w:rFonts w:ascii="Times New Roman" w:hAnsi="Times New Roman" w:eastAsia="Times New Roman" w:cs="Times New Roman"/>
        </w:rPr>
        <w:t xml:space="preserve"> </w:t>
      </w:r>
      <w:r>
        <w:rPr>
          <w:rFonts w:ascii="Nirmala UI" w:hAnsi="Nirmala UI" w:eastAsia="Nirmala UI" w:cs="Nirmala UI"/>
        </w:rPr>
        <w:t>ନାହିଁ</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ମାର୍କ</w:t>
      </w:r>
      <w:r>
        <w:rPr>
          <w:rFonts w:ascii="Times New Roman" w:hAnsi="Times New Roman" w:eastAsia="Times New Roman" w:cs="Times New Roman"/>
        </w:rPr>
        <w:t xml:space="preserve"> </w:t>
      </w:r>
      <w:r>
        <w:rPr>
          <w:rFonts w:ascii="Nirmala UI" w:hAnsi="Nirmala UI" w:eastAsia="Nirmala UI" w:cs="Nirmala UI"/>
        </w:rPr>
        <w:t>ଆଣ୍ଟୋନୀ</w:t>
      </w:r>
      <w:r>
        <w:rPr>
          <w:rFonts w:ascii="Times New Roman" w:hAnsi="Times New Roman" w:eastAsia="Times New Roman" w:cs="Times New Roman"/>
        </w:rPr>
        <w:t xml:space="preserve"> </w:t>
      </w:r>
      <w:r>
        <w:rPr>
          <w:rFonts w:ascii="Nirmala UI" w:hAnsi="Nirmala UI" w:eastAsia="Nirmala UI" w:cs="Nirmala UI"/>
        </w:rPr>
        <w:t>କ୍ଲିଓପାଟ୍ରାଙ୍କ</w:t>
      </w:r>
      <w:r>
        <w:rPr>
          <w:rFonts w:ascii="Times New Roman" w:hAnsi="Times New Roman" w:eastAsia="Times New Roman" w:cs="Times New Roman"/>
        </w:rPr>
        <w:t xml:space="preserve"> </w:t>
      </w:r>
      <w:r>
        <w:rPr>
          <w:rFonts w:ascii="Nirmala UI" w:hAnsi="Nirmala UI" w:eastAsia="Nirmala UI" w:cs="Nirmala UI"/>
        </w:rPr>
        <w:t>ସହିତ</w:t>
      </w:r>
      <w:r>
        <w:rPr>
          <w:rFonts w:ascii="Times New Roman" w:hAnsi="Times New Roman" w:eastAsia="Times New Roman" w:cs="Times New Roman"/>
        </w:rPr>
        <w:t xml:space="preserve"> </w:t>
      </w:r>
      <w:r>
        <w:rPr>
          <w:rFonts w:ascii="Nirmala UI" w:hAnsi="Nirmala UI" w:eastAsia="Nirmala UI" w:cs="Nirmala UI"/>
        </w:rPr>
        <w:t>ଜଡିତ</w:t>
      </w:r>
      <w:r>
        <w:rPr>
          <w:rFonts w:ascii="Times New Roman" w:hAnsi="Times New Roman" w:eastAsia="Times New Roman" w:cs="Times New Roman"/>
        </w:rPr>
        <w:t xml:space="preserve"> </w:t>
      </w:r>
      <w:r>
        <w:rPr>
          <w:rFonts w:ascii="Nirmala UI" w:hAnsi="Nirmala UI" w:eastAsia="Nirmala UI" w:cs="Nirmala UI"/>
        </w:rPr>
        <w:t>ହେବା</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ଖ୍ରୀଷ୍ଟପୂର୍ବ</w:t>
      </w:r>
      <w:r>
        <w:rPr>
          <w:rFonts w:ascii="Times New Roman" w:hAnsi="Times New Roman" w:eastAsia="Times New Roman" w:cs="Times New Roman"/>
        </w:rPr>
        <w:t xml:space="preserve"> 32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ଅକ୍ଟାଭିଆଙ୍କୁ</w:t>
      </w:r>
      <w:r>
        <w:rPr>
          <w:rFonts w:ascii="Times New Roman" w:hAnsi="Times New Roman" w:eastAsia="Times New Roman" w:cs="Times New Roman"/>
        </w:rPr>
        <w:t xml:space="preserve"> </w:t>
      </w:r>
      <w:r>
        <w:rPr>
          <w:rFonts w:ascii="Nirmala UI" w:hAnsi="Nirmala UI" w:eastAsia="Nirmala UI" w:cs="Nirmala UI"/>
        </w:rPr>
        <w:t>ତ୍ୟାଗପତ୍ର</w:t>
      </w:r>
      <w:r>
        <w:rPr>
          <w:rFonts w:ascii="Times New Roman" w:hAnsi="Times New Roman" w:eastAsia="Times New Roman" w:cs="Times New Roman"/>
        </w:rPr>
        <w:t xml:space="preserve"> </w:t>
      </w:r>
      <w:r>
        <w:rPr>
          <w:rFonts w:ascii="Nirmala UI" w:hAnsi="Nirmala UI" w:eastAsia="Nirmala UI" w:cs="Nirmala UI"/>
        </w:rPr>
        <w:t>ଦେଲେ।</w:t>
      </w:r>
      <w:r>
        <w:rPr>
          <w:rFonts w:ascii="Times New Roman" w:hAnsi="Times New Roman" w:eastAsia="Times New Roman" w:cs="Times New Roman"/>
        </w:rPr>
        <w:t xml:space="preserve"> </w:t>
      </w:r>
      <w:r>
        <w:rPr>
          <w:rFonts w:ascii="Nirmala UI" w:hAnsi="Nirmala UI" w:eastAsia="Nirmala UI" w:cs="Nirmala UI"/>
        </w:rPr>
        <w:t>ଖ୍ରୀଷ୍ଟପୂର୍ବ</w:t>
      </w:r>
      <w:r>
        <w:rPr>
          <w:rFonts w:ascii="Times New Roman" w:hAnsi="Times New Roman" w:eastAsia="Times New Roman" w:cs="Times New Roman"/>
        </w:rPr>
        <w:t xml:space="preserve"> 31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ଆକ୍ଟିଅମ୍</w:t>
      </w:r>
      <w:r>
        <w:rPr>
          <w:rFonts w:ascii="Times New Roman" w:hAnsi="Times New Roman" w:eastAsia="Times New Roman" w:cs="Times New Roman"/>
        </w:rPr>
        <w:t>‌</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ଯୁଦ୍ଧରେ</w:t>
      </w:r>
      <w:r>
        <w:rPr>
          <w:rFonts w:ascii="Times New Roman" w:hAnsi="Times New Roman" w:eastAsia="Times New Roman" w:cs="Times New Roman"/>
        </w:rPr>
        <w:t xml:space="preserve">, </w:t>
      </w:r>
      <w:r>
        <w:rPr>
          <w:rFonts w:ascii="Nirmala UI" w:hAnsi="Nirmala UI" w:eastAsia="Nirmala UI" w:cs="Nirmala UI"/>
        </w:rPr>
        <w:t>ପୂର୍ବ</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ପଶ୍ଚିମର</w:t>
      </w:r>
      <w:r>
        <w:rPr>
          <w:rFonts w:ascii="Times New Roman" w:hAnsi="Times New Roman" w:eastAsia="Times New Roman" w:cs="Times New Roman"/>
        </w:rPr>
        <w:t xml:space="preserve"> </w:t>
      </w:r>
      <w:r>
        <w:rPr>
          <w:rFonts w:ascii="Nirmala UI" w:hAnsi="Nirmala UI" w:eastAsia="Nirmala UI" w:cs="Nirmala UI"/>
        </w:rPr>
        <w:t>ସାମ୍ରାଜ୍ୟଗୁଡ଼ିକ</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ଶକ୍ତିରେ</w:t>
      </w:r>
      <w:r>
        <w:rPr>
          <w:rFonts w:ascii="Times New Roman" w:hAnsi="Times New Roman" w:eastAsia="Times New Roman" w:cs="Times New Roman"/>
        </w:rPr>
        <w:t xml:space="preserve"> </w:t>
      </w:r>
      <w:r>
        <w:rPr>
          <w:rFonts w:ascii="Nirmala UI" w:hAnsi="Nirmala UI" w:eastAsia="Nirmala UI" w:cs="Nirmala UI"/>
        </w:rPr>
        <w:t>ଏକତ୍ରିତ</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ତାହା</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ଅକ୍ଟାଭିଆନ୍</w:t>
      </w:r>
      <w:r>
        <w:rPr>
          <w:rFonts w:ascii="Times New Roman" w:hAnsi="Times New Roman" w:eastAsia="Times New Roman" w:cs="Times New Roman"/>
        </w:rPr>
        <w:t xml:space="preserve"> </w:t>
      </w:r>
      <w:r>
        <w:rPr>
          <w:rFonts w:ascii="Nirmala UI" w:hAnsi="Nirmala UI" w:eastAsia="Nirmala UI" w:cs="Nirmala UI"/>
        </w:rPr>
        <w:t>ଅଗଷ୍ଟସ୍</w:t>
      </w:r>
      <w:r>
        <w:rPr>
          <w:rFonts w:ascii="Times New Roman" w:hAnsi="Times New Roman" w:eastAsia="Times New Roman" w:cs="Times New Roman"/>
        </w:rPr>
        <w:t xml:space="preserve"> </w:t>
      </w:r>
      <w:r>
        <w:rPr>
          <w:rFonts w:ascii="Nirmala UI" w:hAnsi="Nirmala UI" w:eastAsia="Nirmala UI" w:cs="Nirmala UI"/>
        </w:rPr>
        <w:t>ସିଜର</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ଯିଏ</w:t>
      </w:r>
      <w:r>
        <w:rPr>
          <w:rFonts w:ascii="Times New Roman" w:hAnsi="Times New Roman" w:eastAsia="Times New Roman" w:cs="Times New Roman"/>
        </w:rPr>
        <w:t xml:space="preserve"> </w:t>
      </w:r>
      <w:r>
        <w:rPr>
          <w:rFonts w:ascii="Nirmala UI" w:hAnsi="Nirmala UI" w:eastAsia="Nirmala UI" w:cs="Nirmala UI"/>
        </w:rPr>
        <w:t>ରୋମୀୟ</w:t>
      </w:r>
      <w:r>
        <w:rPr>
          <w:rFonts w:ascii="Times New Roman" w:hAnsi="Times New Roman" w:eastAsia="Times New Roman" w:cs="Times New Roman"/>
        </w:rPr>
        <w:t xml:space="preserve"> </w:t>
      </w:r>
      <w:r>
        <w:rPr>
          <w:rFonts w:ascii="Nirmala UI" w:hAnsi="Nirmala UI" w:eastAsia="Nirmala UI" w:cs="Nirmala UI"/>
        </w:rPr>
        <w:t>ଗୌରବ</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ଶକ୍ତିର</w:t>
      </w:r>
      <w:r>
        <w:rPr>
          <w:rFonts w:ascii="Times New Roman" w:hAnsi="Times New Roman" w:eastAsia="Times New Roman" w:cs="Times New Roman"/>
        </w:rPr>
        <w:t xml:space="preserve"> </w:t>
      </w:r>
      <w:r>
        <w:rPr>
          <w:rFonts w:ascii="Nirmala UI" w:hAnsi="Nirmala UI" w:eastAsia="Nirmala UI" w:cs="Nirmala UI"/>
        </w:rPr>
        <w:t>ଶିଖରର</w:t>
      </w:r>
      <w:r>
        <w:rPr>
          <w:rFonts w:ascii="Times New Roman" w:hAnsi="Times New Roman" w:eastAsia="Times New Roman" w:cs="Times New Roman"/>
        </w:rPr>
        <w:t xml:space="preserve"> </w:t>
      </w:r>
      <w:r>
        <w:rPr>
          <w:rFonts w:ascii="Nirmala UI" w:hAnsi="Nirmala UI" w:eastAsia="Nirmala UI" w:cs="Nirmala UI"/>
        </w:rPr>
        <w:t>ପ୍ରତୀକ</w:t>
      </w:r>
      <w:r>
        <w:rPr>
          <w:rFonts w:ascii="Times New Roman" w:hAnsi="Times New Roman" w:eastAsia="Times New Roman" w:cs="Times New Roman"/>
        </w:rPr>
        <w:t xml:space="preserve"> </w:t>
      </w:r>
      <w:r>
        <w:rPr>
          <w:rFonts w:ascii="Nirmala UI" w:hAnsi="Nirmala UI" w:eastAsia="Nirmala UI" w:cs="Nirmala UI"/>
        </w:rPr>
        <w:t>ଥିଲେ।</w:t>
      </w:r>
    </w:p>
    <w:p>
      <w:pPr>
        <w:pStyle w:val="ArticleBody"/>
        <w:jc w:val="left"/>
      </w:pPr>
      <w:r>
        <w:rPr>
          <w:rFonts w:ascii="Times New Roman" w:hAnsi="Times New Roman" w:eastAsia="Times New Roman" w:cs="Times New Roman"/>
        </w:rPr>
        <w:t>Raajii isa jalqabaa kan waliigaltee fuudhaaf heerumsaatiin raawwatame, akka raajummaatti, mootota kaabaa fi kibbaa gidduutti ture; kunis lamaan isaanii mootummaa Aleeksaandarii Guddicha deebisanii dhaabuuf wal lolaa turan gidduutti diinummaa dhaabuuf yaalii godhame ture. Heerumni waliigaltee jalqabaa sun, Seleucidota fi Ptolemyoota Gibxii gidduutti raawwatame, mootummaa Seleucidiifi Ptolemaayikii keessatti heeruma waliigaltee alfaadha; innis heeruma waliigaltee oomeegaa aangoo lamaanuma sana gidduutti raawwatamu fakkeesse. Heeruma waliigaltee isa dhumaa, yookaan oomeegaa keessatti, Kleoopaaxiraa inni jalqabaa, yookaan alfa, seenaa Gibxii keessaa ture, gara Kleoopaaxiraa isa dhumaa, yookaan oomeegaa, geessuuf hidhaa raajii ta’e; hariiroon ishees Maark Aantoonii wajjin qabdu, hiikkaa gaa’elaa Oktaviyaa fi Maark Aantoonii gidduutti ta’eef bakka wabii ta’e. Hiikkaan gaa’elaa sun diinummaa haaromfamee Maark Aantoonii isa bahaa fi Oktaaviyaan isa dhihaa gidduutti ka’e agarsiise; diinummaan sunis bara dhaloota Kiristoos dura 31tti waraana Actium irratti xumurame.</w:t>
      </w:r>
    </w:p>
    <w:p>
      <w:pPr>
        <w:pStyle w:val="ArticleBody"/>
        <w:jc w:val="left"/>
      </w:pPr>
      <w:r>
        <w:rPr>
          <w:rFonts w:ascii="Nirmala UI" w:hAnsi="Nirmala UI" w:eastAsia="Nirmala UI" w:cs="Nirmala UI"/>
        </w:rPr>
        <w:t>୪୦</w:t>
      </w:r>
      <w:r>
        <w:rPr>
          <w:rFonts w:ascii="Times New Roman" w:hAnsi="Times New Roman" w:eastAsia="Times New Roman" w:cs="Times New Roman"/>
        </w:rPr>
        <w:t xml:space="preserve"> </w:t>
      </w:r>
      <w:r>
        <w:rPr>
          <w:rFonts w:ascii="Nirmala UI" w:hAnsi="Nirmala UI" w:eastAsia="Nirmala UI" w:cs="Nirmala UI"/>
        </w:rPr>
        <w:t>ଖ୍ରୀ</w:t>
      </w:r>
      <w:r>
        <w:rPr>
          <w:rFonts w:ascii="Times New Roman" w:hAnsi="Times New Roman" w:eastAsia="Times New Roman" w:cs="Times New Roman"/>
        </w:rPr>
        <w:t xml:space="preserve">. </w:t>
      </w:r>
      <w:r>
        <w:rPr>
          <w:rFonts w:ascii="Nirmala UI" w:hAnsi="Nirmala UI" w:eastAsia="Nirmala UI" w:cs="Nirmala UI"/>
        </w:rPr>
        <w:t>ପୂ</w:t>
      </w:r>
      <w:r>
        <w:rPr>
          <w:rFonts w:ascii="Times New Roman" w:hAnsi="Times New Roman" w:eastAsia="Times New Roman" w:cs="Times New Roman"/>
        </w:rPr>
        <w:t>.</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ବ୍ରୁଣ୍ଡିସିଅମ୍</w:t>
      </w:r>
      <w:r>
        <w:rPr>
          <w:rFonts w:ascii="Times New Roman" w:hAnsi="Times New Roman" w:eastAsia="Times New Roman" w:cs="Times New Roman"/>
        </w:rPr>
        <w:t>‌</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ସନ୍ଧି</w:t>
      </w:r>
      <w:r>
        <w:rPr>
          <w:rFonts w:ascii="Times New Roman" w:hAnsi="Times New Roman" w:eastAsia="Times New Roman" w:cs="Times New Roman"/>
        </w:rPr>
        <w:t>-</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ପୂର୍ବ</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ପଶ୍ଚିମର</w:t>
      </w:r>
      <w:r>
        <w:rPr>
          <w:rFonts w:ascii="Times New Roman" w:hAnsi="Times New Roman" w:eastAsia="Times New Roman" w:cs="Times New Roman"/>
        </w:rPr>
        <w:t xml:space="preserve"> </w:t>
      </w:r>
      <w:r>
        <w:rPr>
          <w:rFonts w:ascii="Nirmala UI" w:hAnsi="Nirmala UI" w:eastAsia="Nirmala UI" w:cs="Nirmala UI"/>
        </w:rPr>
        <w:t>ସଂଘର୍ଷର</w:t>
      </w:r>
      <w:r>
        <w:rPr>
          <w:rFonts w:ascii="Times New Roman" w:hAnsi="Times New Roman" w:eastAsia="Times New Roman" w:cs="Times New Roman"/>
        </w:rPr>
        <w:t xml:space="preserve"> </w:t>
      </w:r>
      <w:r>
        <w:rPr>
          <w:rFonts w:ascii="Nirmala UI" w:hAnsi="Nirmala UI" w:eastAsia="Nirmala UI" w:cs="Nirmala UI"/>
        </w:rPr>
        <w:t>ଆଲଫା</w:t>
      </w:r>
      <w:r>
        <w:rPr>
          <w:rFonts w:ascii="Times New Roman" w:hAnsi="Times New Roman" w:eastAsia="Times New Roman" w:cs="Times New Roman"/>
        </w:rPr>
        <w:t xml:space="preserve"> </w:t>
      </w:r>
      <w:r>
        <w:rPr>
          <w:rFonts w:ascii="Nirmala UI" w:hAnsi="Nirmala UI" w:eastAsia="Nirmala UI" w:cs="Nirmala UI"/>
        </w:rPr>
        <w:t>ସନ୍ଧି</w:t>
      </w:r>
      <w:r>
        <w:rPr>
          <w:rFonts w:ascii="Times New Roman" w:hAnsi="Times New Roman" w:eastAsia="Times New Roman" w:cs="Times New Roman"/>
        </w:rPr>
        <w:t>-</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ଯେପରିକି</w:t>
      </w:r>
      <w:r>
        <w:rPr>
          <w:rFonts w:ascii="Times New Roman" w:hAnsi="Times New Roman" w:eastAsia="Times New Roman" w:cs="Times New Roman"/>
        </w:rPr>
        <w:t xml:space="preserve"> </w:t>
      </w:r>
      <w:r>
        <w:rPr>
          <w:rFonts w:ascii="Nirmala UI" w:hAnsi="Nirmala UI" w:eastAsia="Nirmala UI" w:cs="Nirmala UI"/>
        </w:rPr>
        <w:t>ଲାଓଡିସି</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ଆଣ୍ଟିଓକସ୍</w:t>
      </w:r>
      <w:r>
        <w:rPr>
          <w:rFonts w:ascii="Times New Roman" w:hAnsi="Times New Roman" w:eastAsia="Times New Roman" w:cs="Times New Roman"/>
        </w:rPr>
        <w:t xml:space="preserve">‌ II </w:t>
      </w:r>
      <w:r>
        <w:rPr>
          <w:rFonts w:ascii="Nirmala UI" w:hAnsi="Nirmala UI" w:eastAsia="Nirmala UI" w:cs="Nirmala UI"/>
        </w:rPr>
        <w:t>ଥିଓଙ୍କ</w:t>
      </w:r>
      <w:r>
        <w:rPr>
          <w:rFonts w:ascii="Times New Roman" w:hAnsi="Times New Roman" w:eastAsia="Times New Roman" w:cs="Times New Roman"/>
        </w:rPr>
        <w:t xml:space="preserve"> </w:t>
      </w:r>
      <w:r>
        <w:rPr>
          <w:rFonts w:ascii="Nirmala UI" w:hAnsi="Nirmala UI" w:eastAsia="Nirmala UI" w:cs="Nirmala UI"/>
        </w:rPr>
        <w:t>ସନ୍ଧି</w:t>
      </w:r>
      <w:r>
        <w:rPr>
          <w:rFonts w:ascii="Times New Roman" w:hAnsi="Times New Roman" w:eastAsia="Times New Roman" w:cs="Times New Roman"/>
        </w:rPr>
        <w:t>-</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ଉତ୍ତର</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ଦକ୍ଷିଣର</w:t>
      </w:r>
      <w:r>
        <w:rPr>
          <w:rFonts w:ascii="Times New Roman" w:hAnsi="Times New Roman" w:eastAsia="Times New Roman" w:cs="Times New Roman"/>
        </w:rPr>
        <w:t xml:space="preserve"> </w:t>
      </w:r>
      <w:r>
        <w:rPr>
          <w:rFonts w:ascii="Nirmala UI" w:hAnsi="Nirmala UI" w:eastAsia="Nirmala UI" w:cs="Nirmala UI"/>
        </w:rPr>
        <w:t>ସଂଘର୍ଷର</w:t>
      </w:r>
      <w:r>
        <w:rPr>
          <w:rFonts w:ascii="Times New Roman" w:hAnsi="Times New Roman" w:eastAsia="Times New Roman" w:cs="Times New Roman"/>
        </w:rPr>
        <w:t xml:space="preserve"> </w:t>
      </w:r>
      <w:r>
        <w:rPr>
          <w:rFonts w:ascii="Nirmala UI" w:hAnsi="Nirmala UI" w:eastAsia="Nirmala UI" w:cs="Nirmala UI"/>
        </w:rPr>
        <w:t>ଆଲଫା</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୩୧୩ର</w:t>
      </w:r>
      <w:r>
        <w:rPr>
          <w:rFonts w:ascii="Times New Roman" w:hAnsi="Times New Roman" w:eastAsia="Times New Roman" w:cs="Times New Roman"/>
        </w:rPr>
        <w:t xml:space="preserve"> </w:t>
      </w:r>
      <w:r>
        <w:rPr>
          <w:rFonts w:ascii="Nirmala UI" w:hAnsi="Nirmala UI" w:eastAsia="Nirmala UI" w:cs="Nirmala UI"/>
        </w:rPr>
        <w:t>ସନ୍ଧି</w:t>
      </w:r>
      <w:r>
        <w:rPr>
          <w:rFonts w:ascii="Times New Roman" w:hAnsi="Times New Roman" w:eastAsia="Times New Roman" w:cs="Times New Roman"/>
        </w:rPr>
        <w:t>-</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ମାର୍କ</w:t>
      </w:r>
      <w:r>
        <w:rPr>
          <w:rFonts w:ascii="Times New Roman" w:hAnsi="Times New Roman" w:eastAsia="Times New Roman" w:cs="Times New Roman"/>
        </w:rPr>
        <w:t xml:space="preserve"> </w:t>
      </w:r>
      <w:r>
        <w:rPr>
          <w:rFonts w:ascii="Nirmala UI" w:hAnsi="Nirmala UI" w:eastAsia="Nirmala UI" w:cs="Nirmala UI"/>
        </w:rPr>
        <w:t>ଆଣ୍ଟୋନୀ</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ଅକ୍ଟାଭିଆଙ୍କ</w:t>
      </w:r>
      <w:r>
        <w:rPr>
          <w:rFonts w:ascii="Times New Roman" w:hAnsi="Times New Roman" w:eastAsia="Times New Roman" w:cs="Times New Roman"/>
        </w:rPr>
        <w:t xml:space="preserve"> </w:t>
      </w:r>
      <w:r>
        <w:rPr>
          <w:rFonts w:ascii="Nirmala UI" w:hAnsi="Nirmala UI" w:eastAsia="Nirmala UI" w:cs="Nirmala UI"/>
        </w:rPr>
        <w:t>ଆଲଫା</w:t>
      </w:r>
      <w:r>
        <w:rPr>
          <w:rFonts w:ascii="Times New Roman" w:hAnsi="Times New Roman" w:eastAsia="Times New Roman" w:cs="Times New Roman"/>
        </w:rPr>
        <w:t xml:space="preserve"> </w:t>
      </w:r>
      <w:r>
        <w:rPr>
          <w:rFonts w:ascii="Nirmala UI" w:hAnsi="Nirmala UI" w:eastAsia="Nirmala UI" w:cs="Nirmala UI"/>
        </w:rPr>
        <w:t>ସନ୍ଧି</w:t>
      </w:r>
      <w:r>
        <w:rPr>
          <w:rFonts w:ascii="Times New Roman" w:hAnsi="Times New Roman" w:eastAsia="Times New Roman" w:cs="Times New Roman"/>
        </w:rPr>
        <w:t>-</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ଓମେଗା</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ଯେପରିକି</w:t>
      </w:r>
      <w:r>
        <w:rPr>
          <w:rFonts w:ascii="Times New Roman" w:hAnsi="Times New Roman" w:eastAsia="Times New Roman" w:cs="Times New Roman"/>
        </w:rPr>
        <w:t xml:space="preserve"> </w:t>
      </w:r>
      <w:r>
        <w:rPr>
          <w:rFonts w:ascii="Nirmala UI" w:hAnsi="Nirmala UI" w:eastAsia="Nirmala UI" w:cs="Nirmala UI"/>
        </w:rPr>
        <w:t>ପ୍ଟୋଲେମି</w:t>
      </w:r>
      <w:r>
        <w:rPr>
          <w:rFonts w:ascii="Times New Roman" w:hAnsi="Times New Roman" w:eastAsia="Times New Roman" w:cs="Times New Roman"/>
        </w:rPr>
        <w:t xml:space="preserve"> V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କ୍ଲିଓପାଟ୍ରା</w:t>
      </w:r>
      <w:r>
        <w:rPr>
          <w:rFonts w:ascii="Times New Roman" w:hAnsi="Times New Roman" w:eastAsia="Times New Roman" w:cs="Times New Roman"/>
        </w:rPr>
        <w:t xml:space="preserve"> I </w:t>
      </w:r>
      <w:r>
        <w:rPr>
          <w:rFonts w:ascii="Nirmala UI" w:hAnsi="Nirmala UI" w:eastAsia="Nirmala UI" w:cs="Nirmala UI"/>
        </w:rPr>
        <w:t>ସାଇରାଙ୍କ</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ସନ୍ଧି</w:t>
      </w:r>
      <w:r>
        <w:rPr>
          <w:rFonts w:ascii="Times New Roman" w:hAnsi="Times New Roman" w:eastAsia="Times New Roman" w:cs="Times New Roman"/>
        </w:rPr>
        <w:t>-</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ଉତ୍ତର</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ଦକ୍ଷିଣର</w:t>
      </w:r>
      <w:r>
        <w:rPr>
          <w:rFonts w:ascii="Times New Roman" w:hAnsi="Times New Roman" w:eastAsia="Times New Roman" w:cs="Times New Roman"/>
        </w:rPr>
        <w:t xml:space="preserve"> </w:t>
      </w:r>
      <w:r>
        <w:rPr>
          <w:rFonts w:ascii="Nirmala UI" w:hAnsi="Nirmala UI" w:eastAsia="Nirmala UI" w:cs="Nirmala UI"/>
        </w:rPr>
        <w:t>ରାଜ୍ୟମାନଙ୍କର</w:t>
      </w:r>
      <w:r>
        <w:rPr>
          <w:rFonts w:ascii="Times New Roman" w:hAnsi="Times New Roman" w:eastAsia="Times New Roman" w:cs="Times New Roman"/>
        </w:rPr>
        <w:t xml:space="preserve"> </w:t>
      </w:r>
      <w:r>
        <w:rPr>
          <w:rFonts w:ascii="Nirmala UI" w:hAnsi="Nirmala UI" w:eastAsia="Nirmala UI" w:cs="Nirmala UI"/>
        </w:rPr>
        <w:t>ଓମେଗା</w:t>
      </w:r>
      <w:r>
        <w:rPr>
          <w:rFonts w:ascii="Times New Roman" w:hAnsi="Times New Roman" w:eastAsia="Times New Roman" w:cs="Times New Roman"/>
        </w:rPr>
        <w:t xml:space="preserve"> </w:t>
      </w:r>
      <w:r>
        <w:rPr>
          <w:rFonts w:ascii="Nirmala UI" w:hAnsi="Nirmala UI" w:eastAsia="Nirmala UI" w:cs="Nirmala UI"/>
        </w:rPr>
        <w:t>ସନ୍ଧି</w:t>
      </w:r>
      <w:r>
        <w:rPr>
          <w:rFonts w:ascii="Times New Roman" w:hAnsi="Times New Roman" w:eastAsia="Times New Roman" w:cs="Times New Roman"/>
        </w:rPr>
        <w:t>-</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୩୧୩ର</w:t>
      </w:r>
      <w:r>
        <w:rPr>
          <w:rFonts w:ascii="Times New Roman" w:hAnsi="Times New Roman" w:eastAsia="Times New Roman" w:cs="Times New Roman"/>
        </w:rPr>
        <w:t xml:space="preserve"> </w:t>
      </w:r>
      <w:r>
        <w:rPr>
          <w:rFonts w:ascii="Nirmala UI" w:hAnsi="Nirmala UI" w:eastAsia="Nirmala UI" w:cs="Nirmala UI"/>
        </w:rPr>
        <w:t>ଓମେଗା</w:t>
      </w:r>
      <w:r>
        <w:rPr>
          <w:rFonts w:ascii="Times New Roman" w:hAnsi="Times New Roman" w:eastAsia="Times New Roman" w:cs="Times New Roman"/>
        </w:rPr>
        <w:t xml:space="preserve"> </w:t>
      </w:r>
      <w:r>
        <w:rPr>
          <w:rFonts w:ascii="Nirmala UI" w:hAnsi="Nirmala UI" w:eastAsia="Nirmala UI" w:cs="Nirmala UI"/>
        </w:rPr>
        <w:t>ସନ୍ଧି</w:t>
      </w:r>
      <w:r>
        <w:rPr>
          <w:rFonts w:ascii="Times New Roman" w:hAnsi="Times New Roman" w:eastAsia="Times New Roman" w:cs="Times New Roman"/>
        </w:rPr>
        <w:t>-</w:t>
      </w:r>
      <w:r>
        <w:rPr>
          <w:rFonts w:ascii="Nirmala UI" w:hAnsi="Nirmala UI" w:eastAsia="Nirmala UI" w:cs="Nirmala UI"/>
        </w:rPr>
        <w:t>ବିବାହକୁ</w:t>
      </w:r>
      <w:r>
        <w:rPr>
          <w:rFonts w:ascii="Times New Roman" w:hAnsi="Times New Roman" w:eastAsia="Times New Roman" w:cs="Times New Roman"/>
        </w:rPr>
        <w:t xml:space="preserve"> </w:t>
      </w:r>
      <w:r>
        <w:rPr>
          <w:rFonts w:ascii="Nirmala UI" w:hAnsi="Nirmala UI" w:eastAsia="Nirmala UI" w:cs="Nirmala UI"/>
        </w:rPr>
        <w:t>ନେଇଯାଇଥିବା</w:t>
      </w:r>
      <w:r>
        <w:rPr>
          <w:rFonts w:ascii="Times New Roman" w:hAnsi="Times New Roman" w:eastAsia="Times New Roman" w:cs="Times New Roman"/>
        </w:rPr>
        <w:t xml:space="preserve"> </w:t>
      </w:r>
      <w:r>
        <w:rPr>
          <w:rFonts w:ascii="Nirmala UI" w:hAnsi="Nirmala UI" w:eastAsia="Nirmala UI" w:cs="Nirmala UI"/>
        </w:rPr>
        <w:t>ତିନୋଟି</w:t>
      </w:r>
      <w:r>
        <w:rPr>
          <w:rFonts w:ascii="Times New Roman" w:hAnsi="Times New Roman" w:eastAsia="Times New Roman" w:cs="Times New Roman"/>
        </w:rPr>
        <w:t xml:space="preserve"> </w:t>
      </w:r>
      <w:r>
        <w:rPr>
          <w:rFonts w:ascii="Nirmala UI" w:hAnsi="Nirmala UI" w:eastAsia="Nirmala UI" w:cs="Nirmala UI"/>
        </w:rPr>
        <w:t>ସନ୍ଧି</w:t>
      </w:r>
      <w:r>
        <w:rPr>
          <w:rFonts w:ascii="Times New Roman" w:hAnsi="Times New Roman" w:eastAsia="Times New Roman" w:cs="Times New Roman"/>
        </w:rPr>
        <w:t>-</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ସବୁ</w:t>
      </w:r>
      <w:r>
        <w:rPr>
          <w:rFonts w:ascii="Times New Roman" w:hAnsi="Times New Roman" w:eastAsia="Times New Roman" w:cs="Times New Roman"/>
        </w:rPr>
        <w:t xml:space="preserve"> </w:t>
      </w:r>
      <w:r>
        <w:rPr>
          <w:rFonts w:ascii="Nirmala UI" w:hAnsi="Nirmala UI" w:eastAsia="Nirmala UI" w:cs="Nirmala UI"/>
        </w:rPr>
        <w:t>ପରସ୍ପର</w:t>
      </w:r>
      <w:r>
        <w:rPr>
          <w:rFonts w:ascii="Times New Roman" w:hAnsi="Times New Roman" w:eastAsia="Times New Roman" w:cs="Times New Roman"/>
        </w:rPr>
        <w:t xml:space="preserve"> </w:t>
      </w:r>
      <w:r>
        <w:rPr>
          <w:rFonts w:ascii="Nirmala UI" w:hAnsi="Nirmala UI" w:eastAsia="Nirmala UI" w:cs="Nirmala UI"/>
        </w:rPr>
        <w:t>ସମରେଖୀତ</w:t>
      </w:r>
      <w:r>
        <w:rPr>
          <w:rFonts w:ascii="Times New Roman" w:hAnsi="Times New Roman" w:eastAsia="Times New Roman" w:cs="Times New Roman"/>
        </w:rPr>
        <w:t xml:space="preserve"> </w:t>
      </w:r>
      <w:r>
        <w:rPr>
          <w:rFonts w:ascii="Nirmala UI" w:hAnsi="Nirmala UI" w:eastAsia="Nirmala UI" w:cs="Nirmala UI"/>
        </w:rPr>
        <w:t>ହୁଅନ୍ତି</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ମିଲାନ</w:t>
      </w:r>
      <w:r>
        <w:rPr>
          <w:rFonts w:ascii="Times New Roman" w:hAnsi="Times New Roman" w:eastAsia="Times New Roman" w:cs="Times New Roman"/>
        </w:rPr>
        <w:t xml:space="preserve"> </w:t>
      </w:r>
      <w:r>
        <w:rPr>
          <w:rFonts w:ascii="Nirmala UI" w:hAnsi="Nirmala UI" w:eastAsia="Nirmala UI" w:cs="Nirmala UI"/>
        </w:rPr>
        <w:t>ଆଦେଶ</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ସମ୍ବନ୍ଧିତ</w:t>
      </w:r>
      <w:r>
        <w:rPr>
          <w:rFonts w:ascii="Times New Roman" w:hAnsi="Times New Roman" w:eastAsia="Times New Roman" w:cs="Times New Roman"/>
        </w:rPr>
        <w:t xml:space="preserve"> </w:t>
      </w:r>
      <w:r>
        <w:rPr>
          <w:rFonts w:ascii="Nirmala UI" w:hAnsi="Nirmala UI" w:eastAsia="Nirmala UI" w:cs="Nirmala UI"/>
        </w:rPr>
        <w:t>ଭବିଷ୍ୟଦ୍ବାଣୀମୂଳକ</w:t>
      </w:r>
      <w:r>
        <w:rPr>
          <w:rFonts w:ascii="Times New Roman" w:hAnsi="Times New Roman" w:eastAsia="Times New Roman" w:cs="Times New Roman"/>
        </w:rPr>
        <w:t xml:space="preserve"> </w:t>
      </w:r>
      <w:r>
        <w:rPr>
          <w:rFonts w:ascii="Nirmala UI" w:hAnsi="Nirmala UI" w:eastAsia="Nirmala UI" w:cs="Nirmala UI"/>
        </w:rPr>
        <w:t>ଲକ୍ଷଣଗୁଡ଼ିକ</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ତିନିଜଣ</w:t>
      </w:r>
      <w:r>
        <w:rPr>
          <w:rFonts w:ascii="Times New Roman" w:hAnsi="Times New Roman" w:eastAsia="Times New Roman" w:cs="Times New Roman"/>
        </w:rPr>
        <w:t xml:space="preserve"> </w:t>
      </w:r>
      <w:r>
        <w:rPr>
          <w:rFonts w:ascii="Nirmala UI" w:hAnsi="Nirmala UI" w:eastAsia="Nirmala UI" w:cs="Nirmala UI"/>
        </w:rPr>
        <w:t>ସାକ୍ଷୀ</w:t>
      </w:r>
      <w:r>
        <w:rPr>
          <w:rFonts w:ascii="Times New Roman" w:hAnsi="Times New Roman" w:eastAsia="Times New Roman" w:cs="Times New Roman"/>
        </w:rPr>
        <w:t xml:space="preserve"> </w:t>
      </w:r>
      <w:r>
        <w:rPr>
          <w:rFonts w:ascii="Nirmala UI" w:hAnsi="Nirmala UI" w:eastAsia="Nirmala UI" w:cs="Nirmala UI"/>
        </w:rPr>
        <w:t>ଯୋଗାଇଦିଅନ୍ତି।</w:t>
      </w:r>
      <w:r>
        <w:rPr>
          <w:rFonts w:ascii="Times New Roman" w:hAnsi="Times New Roman" w:eastAsia="Times New Roman" w:cs="Times New Roman"/>
        </w:rPr>
        <w:t xml:space="preserve"> </w:t>
      </w:r>
      <w:r>
        <w:rPr>
          <w:rFonts w:ascii="Nirmala UI" w:hAnsi="Nirmala UI" w:eastAsia="Nirmala UI" w:cs="Nirmala UI"/>
        </w:rPr>
        <w:t>ସମେତେ</w:t>
      </w:r>
      <w:r>
        <w:rPr>
          <w:rFonts w:ascii="Times New Roman" w:hAnsi="Times New Roman" w:eastAsia="Times New Roman" w:cs="Times New Roman"/>
        </w:rPr>
        <w:t xml:space="preserve">, </w:t>
      </w:r>
      <w:r>
        <w:rPr>
          <w:rFonts w:ascii="Nirmala UI" w:hAnsi="Nirmala UI" w:eastAsia="Nirmala UI" w:cs="Nirmala UI"/>
        </w:rPr>
        <w:t>ପୂର୍ବ</w:t>
      </w:r>
      <w:r>
        <w:rPr>
          <w:rFonts w:ascii="Times New Roman" w:hAnsi="Times New Roman" w:eastAsia="Times New Roman" w:cs="Times New Roman"/>
        </w:rPr>
        <w:t xml:space="preserve">, </w:t>
      </w:r>
      <w:r>
        <w:rPr>
          <w:rFonts w:ascii="Nirmala UI" w:hAnsi="Nirmala UI" w:eastAsia="Nirmala UI" w:cs="Nirmala UI"/>
        </w:rPr>
        <w:t>ପଶ୍ଚିମ</w:t>
      </w:r>
      <w:r>
        <w:rPr>
          <w:rFonts w:ascii="Times New Roman" w:hAnsi="Times New Roman" w:eastAsia="Times New Roman" w:cs="Times New Roman"/>
        </w:rPr>
        <w:t xml:space="preserve">, </w:t>
      </w:r>
      <w:r>
        <w:rPr>
          <w:rFonts w:ascii="Nirmala UI" w:hAnsi="Nirmala UI" w:eastAsia="Nirmala UI" w:cs="Nirmala UI"/>
        </w:rPr>
        <w:t>ଉତ୍ତର</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ଦକ୍ଷିଣର</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ଚାରିଟି</w:t>
      </w:r>
      <w:r>
        <w:rPr>
          <w:rFonts w:ascii="Times New Roman" w:hAnsi="Times New Roman" w:eastAsia="Times New Roman" w:cs="Times New Roman"/>
        </w:rPr>
        <w:t xml:space="preserve"> </w:t>
      </w:r>
      <w:r>
        <w:rPr>
          <w:rFonts w:ascii="Nirmala UI" w:hAnsi="Nirmala UI" w:eastAsia="Nirmala UI" w:cs="Nirmala UI"/>
        </w:rPr>
        <w:t>ଶାବ୍ଦିକ</w:t>
      </w:r>
      <w:r>
        <w:rPr>
          <w:rFonts w:ascii="Times New Roman" w:hAnsi="Times New Roman" w:eastAsia="Times New Roman" w:cs="Times New Roman"/>
        </w:rPr>
        <w:t xml:space="preserve"> </w:t>
      </w:r>
      <w:r>
        <w:rPr>
          <w:rFonts w:ascii="Nirmala UI" w:hAnsi="Nirmala UI" w:eastAsia="Nirmala UI" w:cs="Nirmala UI"/>
        </w:rPr>
        <w:t>ସନ୍ଧି</w:t>
      </w:r>
      <w:r>
        <w:rPr>
          <w:rFonts w:ascii="Times New Roman" w:hAnsi="Times New Roman" w:eastAsia="Times New Roman" w:cs="Times New Roman"/>
        </w:rPr>
        <w:t>-</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ପାପାସିର</w:t>
      </w:r>
      <w:r>
        <w:rPr>
          <w:rFonts w:ascii="Times New Roman" w:hAnsi="Times New Roman" w:eastAsia="Times New Roman" w:cs="Times New Roman"/>
        </w:rPr>
        <w:t xml:space="preserve"> </w:t>
      </w:r>
      <w:r>
        <w:rPr>
          <w:rFonts w:ascii="Nirmala UI" w:hAnsi="Nirmala UI" w:eastAsia="Nirmala UI" w:cs="Nirmala UI"/>
        </w:rPr>
        <w:t>ଦୁଇଟି</w:t>
      </w:r>
      <w:r>
        <w:rPr>
          <w:rFonts w:ascii="Times New Roman" w:hAnsi="Times New Roman" w:eastAsia="Times New Roman" w:cs="Times New Roman"/>
        </w:rPr>
        <w:t xml:space="preserve"> </w:t>
      </w:r>
      <w:r>
        <w:rPr>
          <w:rFonts w:ascii="Nirmala UI" w:hAnsi="Nirmala UI" w:eastAsia="Nirmala UI" w:cs="Nirmala UI"/>
        </w:rPr>
        <w:t>ପ୍ରତୀକାତ୍ମକ</w:t>
      </w:r>
      <w:r>
        <w:rPr>
          <w:rFonts w:ascii="Times New Roman" w:hAnsi="Times New Roman" w:eastAsia="Times New Roman" w:cs="Times New Roman"/>
        </w:rPr>
        <w:t xml:space="preserve"> </w:t>
      </w:r>
      <w:r>
        <w:rPr>
          <w:rFonts w:ascii="Nirmala UI" w:hAnsi="Nirmala UI" w:eastAsia="Nirmala UI" w:cs="Nirmala UI"/>
        </w:rPr>
        <w:t>ସନ୍ଧି</w:t>
      </w:r>
      <w:r>
        <w:rPr>
          <w:rFonts w:ascii="Times New Roman" w:hAnsi="Times New Roman" w:eastAsia="Times New Roman" w:cs="Times New Roman"/>
        </w:rPr>
        <w:t>-</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ସମରେଖୀତ</w:t>
      </w:r>
      <w:r>
        <w:rPr>
          <w:rFonts w:ascii="Times New Roman" w:hAnsi="Times New Roman" w:eastAsia="Times New Roman" w:cs="Times New Roman"/>
        </w:rPr>
        <w:t xml:space="preserve"> </w:t>
      </w:r>
      <w:r>
        <w:rPr>
          <w:rFonts w:ascii="Nirmala UI" w:hAnsi="Nirmala UI" w:eastAsia="Nirmala UI" w:cs="Nirmala UI"/>
        </w:rPr>
        <w:t>ହୁଅନ୍ତି।</w:t>
      </w:r>
    </w:p>
    <w:p>
      <w:pPr>
        <w:pStyle w:val="ArticleBody"/>
        <w:jc w:val="left"/>
      </w:pPr>
      <w:r>
        <w:rPr>
          <w:rFonts w:ascii="Nirmala UI" w:hAnsi="Nirmala UI" w:eastAsia="Nirmala UI" w:cs="Nirmala UI"/>
        </w:rPr>
        <w:t>୪୯୬</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ଫ୍ରାଙ୍କମାନଙ୍କର</w:t>
      </w:r>
      <w:r>
        <w:rPr>
          <w:rFonts w:ascii="Times New Roman" w:hAnsi="Times New Roman" w:eastAsia="Times New Roman" w:cs="Times New Roman"/>
        </w:rPr>
        <w:t xml:space="preserve"> </w:t>
      </w:r>
      <w:r>
        <w:rPr>
          <w:rFonts w:ascii="Nirmala UI" w:hAnsi="Nirmala UI" w:eastAsia="Nirmala UI" w:cs="Nirmala UI"/>
        </w:rPr>
        <w:t>ରାଜା</w:t>
      </w:r>
      <w:r>
        <w:rPr>
          <w:rFonts w:ascii="Times New Roman" w:hAnsi="Times New Roman" w:eastAsia="Times New Roman" w:cs="Times New Roman"/>
        </w:rPr>
        <w:t xml:space="preserve"> </w:t>
      </w:r>
      <w:r>
        <w:rPr>
          <w:rFonts w:ascii="Nirmala UI" w:hAnsi="Nirmala UI" w:eastAsia="Nirmala UI" w:cs="Nirmala UI"/>
        </w:rPr>
        <w:t>କ୍ଲୋଭିସଙ୍କର</w:t>
      </w:r>
      <w:r>
        <w:rPr>
          <w:rFonts w:ascii="Times New Roman" w:hAnsi="Times New Roman" w:eastAsia="Times New Roman" w:cs="Times New Roman"/>
        </w:rPr>
        <w:t xml:space="preserve"> </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କ୍ଲୋଟିଲ୍ଡାଙ୍କ</w:t>
      </w:r>
      <w:r>
        <w:rPr>
          <w:rFonts w:ascii="Times New Roman" w:hAnsi="Times New Roman" w:eastAsia="Times New Roman" w:cs="Times New Roman"/>
        </w:rPr>
        <w:t xml:space="preserve"> </w:t>
      </w:r>
      <w:r>
        <w:rPr>
          <w:rFonts w:ascii="Nirmala UI" w:hAnsi="Nirmala UI" w:eastAsia="Nirmala UI" w:cs="Nirmala UI"/>
        </w:rPr>
        <w:t>ସହିତ</w:t>
      </w:r>
      <w:r>
        <w:rPr>
          <w:rFonts w:ascii="Times New Roman" w:hAnsi="Times New Roman" w:eastAsia="Times New Roman" w:cs="Times New Roman"/>
        </w:rPr>
        <w:t xml:space="preserve"> </w:t>
      </w:r>
      <w:r>
        <w:rPr>
          <w:rFonts w:ascii="Nirmala UI" w:hAnsi="Nirmala UI" w:eastAsia="Nirmala UI" w:cs="Nirmala UI"/>
        </w:rPr>
        <w:t>ହୋଇଥିଲା।</w:t>
      </w:r>
      <w:r>
        <w:rPr>
          <w:rFonts w:ascii="Times New Roman" w:hAnsi="Times New Roman" w:eastAsia="Times New Roman" w:cs="Times New Roman"/>
        </w:rPr>
        <w:t xml:space="preserve"> </w:t>
      </w:r>
      <w:r>
        <w:rPr>
          <w:rFonts w:ascii="Nirmala UI" w:hAnsi="Nirmala UI" w:eastAsia="Nirmala UI" w:cs="Nirmala UI"/>
        </w:rPr>
        <w:t>କ୍ଲୋଟିଲ୍ଡା</w:t>
      </w:r>
      <w:r>
        <w:rPr>
          <w:rFonts w:ascii="Times New Roman" w:hAnsi="Times New Roman" w:eastAsia="Times New Roman" w:cs="Times New Roman"/>
        </w:rPr>
        <w:t xml:space="preserve"> </w:t>
      </w:r>
      <w:r>
        <w:rPr>
          <w:rFonts w:ascii="Nirmala UI" w:hAnsi="Nirmala UI" w:eastAsia="Nirmala UI" w:cs="Nirmala UI"/>
        </w:rPr>
        <w:t>ବର୍ଗୁଣ୍ଡିର</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ରାଜକୁମାରୀ</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ବର୍ଗୁଣ୍ଡିର</w:t>
      </w:r>
      <w:r>
        <w:rPr>
          <w:rFonts w:ascii="Times New Roman" w:hAnsi="Times New Roman" w:eastAsia="Times New Roman" w:cs="Times New Roman"/>
        </w:rPr>
        <w:t xml:space="preserve"> </w:t>
      </w:r>
      <w:r>
        <w:rPr>
          <w:rFonts w:ascii="Nirmala UI" w:hAnsi="Nirmala UI" w:eastAsia="Nirmala UI" w:cs="Nirmala UI"/>
        </w:rPr>
        <w:t>ରାଜା</w:t>
      </w:r>
      <w:r>
        <w:rPr>
          <w:rFonts w:ascii="Times New Roman" w:hAnsi="Times New Roman" w:eastAsia="Times New Roman" w:cs="Times New Roman"/>
        </w:rPr>
        <w:t xml:space="preserve"> </w:t>
      </w:r>
      <w:r>
        <w:rPr>
          <w:rFonts w:ascii="Nirmala UI" w:hAnsi="Nirmala UI" w:eastAsia="Nirmala UI" w:cs="Nirmala UI"/>
        </w:rPr>
        <w:t>ଚିଲ୍ପେରିକ</w:t>
      </w:r>
      <w:r>
        <w:rPr>
          <w:rFonts w:ascii="Times New Roman" w:hAnsi="Times New Roman" w:eastAsia="Times New Roman" w:cs="Times New Roman"/>
        </w:rPr>
        <w:t xml:space="preserve"> </w:t>
      </w:r>
      <w:r>
        <w:rPr>
          <w:rFonts w:ascii="Nirmala UI" w:hAnsi="Nirmala UI" w:eastAsia="Nirmala UI" w:cs="Nirmala UI"/>
        </w:rPr>
        <w:t>ଦ୍ୱିତୀୟଙ୍କର</w:t>
      </w:r>
      <w:r>
        <w:rPr>
          <w:rFonts w:ascii="Times New Roman" w:hAnsi="Times New Roman" w:eastAsia="Times New Roman" w:cs="Times New Roman"/>
        </w:rPr>
        <w:t xml:space="preserve"> </w:t>
      </w:r>
      <w:r>
        <w:rPr>
          <w:rFonts w:ascii="Nirmala UI" w:hAnsi="Nirmala UI" w:eastAsia="Nirmala UI" w:cs="Nirmala UI"/>
        </w:rPr>
        <w:t>କନ୍ୟା</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ପରିବାରୀକ</w:t>
      </w:r>
      <w:r>
        <w:rPr>
          <w:rFonts w:ascii="Times New Roman" w:hAnsi="Times New Roman" w:eastAsia="Times New Roman" w:cs="Times New Roman"/>
        </w:rPr>
        <w:t xml:space="preserve"> </w:t>
      </w:r>
      <w:r>
        <w:rPr>
          <w:rFonts w:ascii="Nirmala UI" w:hAnsi="Nirmala UI" w:eastAsia="Nirmala UI" w:cs="Nirmala UI"/>
        </w:rPr>
        <w:t>ଶକ୍ତିସଂଘର୍ଷରେ</w:t>
      </w:r>
      <w:r>
        <w:rPr>
          <w:rFonts w:ascii="Times New Roman" w:hAnsi="Times New Roman" w:eastAsia="Times New Roman" w:cs="Times New Roman"/>
        </w:rPr>
        <w:t xml:space="preserve"> </w:t>
      </w:r>
      <w:r>
        <w:rPr>
          <w:rFonts w:ascii="Nirmala UI" w:hAnsi="Nirmala UI" w:eastAsia="Nirmala UI" w:cs="Nirmala UI"/>
        </w:rPr>
        <w:t>ତାଙ୍କ</w:t>
      </w:r>
      <w:r>
        <w:rPr>
          <w:rFonts w:ascii="Times New Roman" w:hAnsi="Times New Roman" w:eastAsia="Times New Roman" w:cs="Times New Roman"/>
        </w:rPr>
        <w:t xml:space="preserve"> </w:t>
      </w:r>
      <w:r>
        <w:rPr>
          <w:rFonts w:ascii="Nirmala UI" w:hAnsi="Nirmala UI" w:eastAsia="Nirmala UI" w:cs="Nirmala UI"/>
        </w:rPr>
        <w:t>ପିତା</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ମାତାଙ୍କର</w:t>
      </w:r>
      <w:r>
        <w:rPr>
          <w:rFonts w:ascii="Times New Roman" w:hAnsi="Times New Roman" w:eastAsia="Times New Roman" w:cs="Times New Roman"/>
        </w:rPr>
        <w:t xml:space="preserve"> </w:t>
      </w:r>
      <w:r>
        <w:rPr>
          <w:rFonts w:ascii="Nirmala UI" w:hAnsi="Nirmala UI" w:eastAsia="Nirmala UI" w:cs="Nirmala UI"/>
        </w:rPr>
        <w:t>ହତ୍ୟା</w:t>
      </w:r>
      <w:r>
        <w:rPr>
          <w:rFonts w:ascii="Times New Roman" w:hAnsi="Times New Roman" w:eastAsia="Times New Roman" w:cs="Times New Roman"/>
        </w:rPr>
        <w:t xml:space="preserve"> </w:t>
      </w:r>
      <w:r>
        <w:rPr>
          <w:rFonts w:ascii="Nirmala UI" w:hAnsi="Nirmala UI" w:eastAsia="Nirmala UI" w:cs="Nirmala UI"/>
        </w:rPr>
        <w:t>ହେବା</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୪୯୩</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ଫ୍ରାଙ୍କମାନଙ୍କର</w:t>
      </w:r>
      <w:r>
        <w:rPr>
          <w:rFonts w:ascii="Times New Roman" w:hAnsi="Times New Roman" w:eastAsia="Times New Roman" w:cs="Times New Roman"/>
        </w:rPr>
        <w:t xml:space="preserve"> </w:t>
      </w:r>
      <w:r>
        <w:rPr>
          <w:rFonts w:ascii="Nirmala UI" w:hAnsi="Nirmala UI" w:eastAsia="Nirmala UI" w:cs="Nirmala UI"/>
        </w:rPr>
        <w:t>ରାଜା</w:t>
      </w:r>
      <w:r>
        <w:rPr>
          <w:rFonts w:ascii="Times New Roman" w:hAnsi="Times New Roman" w:eastAsia="Times New Roman" w:cs="Times New Roman"/>
        </w:rPr>
        <w:t xml:space="preserve"> </w:t>
      </w:r>
      <w:r>
        <w:rPr>
          <w:rFonts w:ascii="Nirmala UI" w:hAnsi="Nirmala UI" w:eastAsia="Nirmala UI" w:cs="Nirmala UI"/>
        </w:rPr>
        <w:t>କ୍ଲୋଭିସ</w:t>
      </w:r>
      <w:r>
        <w:rPr>
          <w:rFonts w:ascii="Times New Roman" w:hAnsi="Times New Roman" w:eastAsia="Times New Roman" w:cs="Times New Roman"/>
        </w:rPr>
        <w:t xml:space="preserve"> </w:t>
      </w:r>
      <w:r>
        <w:rPr>
          <w:rFonts w:ascii="Nirmala UI" w:hAnsi="Nirmala UI" w:eastAsia="Nirmala UI" w:cs="Nirmala UI"/>
        </w:rPr>
        <w:t>ପ୍ରଥମଙ୍କ</w:t>
      </w:r>
      <w:r>
        <w:rPr>
          <w:rFonts w:ascii="Times New Roman" w:hAnsi="Times New Roman" w:eastAsia="Times New Roman" w:cs="Times New Roman"/>
        </w:rPr>
        <w:t xml:space="preserve"> </w:t>
      </w:r>
      <w:r>
        <w:rPr>
          <w:rFonts w:ascii="Nirmala UI" w:hAnsi="Nirmala UI" w:eastAsia="Nirmala UI" w:cs="Nirmala UI"/>
        </w:rPr>
        <w:t>ସହିତ</w:t>
      </w:r>
      <w:r>
        <w:rPr>
          <w:rFonts w:ascii="Times New Roman" w:hAnsi="Times New Roman" w:eastAsia="Times New Roman" w:cs="Times New Roman"/>
        </w:rPr>
        <w:t xml:space="preserve"> </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ଦିଆଯିବା</w:t>
      </w:r>
      <w:r>
        <w:rPr>
          <w:rFonts w:ascii="Times New Roman" w:hAnsi="Times New Roman" w:eastAsia="Times New Roman" w:cs="Times New Roman"/>
        </w:rPr>
        <w:t xml:space="preserve"> </w:t>
      </w:r>
      <w:r>
        <w:rPr>
          <w:rFonts w:ascii="Nirmala UI" w:hAnsi="Nirmala UI" w:eastAsia="Nirmala UI" w:cs="Nirmala UI"/>
        </w:rPr>
        <w:t>ପୂର୍ବରୁ</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ତାଙ୍କ</w:t>
      </w:r>
      <w:r>
        <w:rPr>
          <w:rFonts w:ascii="Times New Roman" w:hAnsi="Times New Roman" w:eastAsia="Times New Roman" w:cs="Times New Roman"/>
        </w:rPr>
        <w:t xml:space="preserve"> </w:t>
      </w:r>
      <w:r>
        <w:rPr>
          <w:rFonts w:ascii="Nirmala UI" w:hAnsi="Nirmala UI" w:eastAsia="Nirmala UI" w:cs="Nirmala UI"/>
        </w:rPr>
        <w:t>କାକାଙ୍କର</w:t>
      </w:r>
      <w:r>
        <w:rPr>
          <w:rFonts w:ascii="Times New Roman" w:hAnsi="Times New Roman" w:eastAsia="Times New Roman" w:cs="Times New Roman"/>
        </w:rPr>
        <w:t xml:space="preserve"> </w:t>
      </w:r>
      <w:r>
        <w:rPr>
          <w:rFonts w:ascii="Nirmala UI" w:hAnsi="Nirmala UI" w:eastAsia="Nirmala UI" w:cs="Nirmala UI"/>
        </w:rPr>
        <w:t>ସୁରକ୍ଷା</w:t>
      </w:r>
      <w:r>
        <w:rPr>
          <w:rFonts w:ascii="Times New Roman" w:hAnsi="Times New Roman" w:eastAsia="Times New Roman" w:cs="Times New Roman"/>
        </w:rPr>
        <w:t xml:space="preserve"> </w:t>
      </w:r>
      <w:r>
        <w:rPr>
          <w:rFonts w:ascii="Nirmala UI" w:hAnsi="Nirmala UI" w:eastAsia="Nirmala UI" w:cs="Nirmala UI"/>
        </w:rPr>
        <w:t>ଅଧୀନରେ</w:t>
      </w:r>
      <w:r>
        <w:rPr>
          <w:rFonts w:ascii="Times New Roman" w:hAnsi="Times New Roman" w:eastAsia="Times New Roman" w:cs="Times New Roman"/>
        </w:rPr>
        <w:t xml:space="preserve"> </w:t>
      </w:r>
      <w:r>
        <w:rPr>
          <w:rFonts w:ascii="Nirmala UI" w:hAnsi="Nirmala UI" w:eastAsia="Nirmala UI" w:cs="Nirmala UI"/>
        </w:rPr>
        <w:t>ବାସ</w:t>
      </w:r>
      <w:r>
        <w:rPr>
          <w:rFonts w:ascii="Times New Roman" w:hAnsi="Times New Roman" w:eastAsia="Times New Roman" w:cs="Times New Roman"/>
        </w:rPr>
        <w:t xml:space="preserve"> </w:t>
      </w:r>
      <w:r>
        <w:rPr>
          <w:rFonts w:ascii="Nirmala UI" w:hAnsi="Nirmala UI" w:eastAsia="Nirmala UI" w:cs="Nirmala UI"/>
        </w:rPr>
        <w:t>କରିଥିଲେ।</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କାଥୋଲିକ</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ଅର୍ଥାତ୍</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ରୋମୀୟ</w:t>
      </w:r>
      <w:r>
        <w:rPr>
          <w:rFonts w:ascii="Times New Roman" w:hAnsi="Times New Roman" w:eastAsia="Times New Roman" w:cs="Times New Roman"/>
        </w:rPr>
        <w:t xml:space="preserve"> </w:t>
      </w:r>
      <w:r>
        <w:rPr>
          <w:rFonts w:ascii="Nirmala UI" w:hAnsi="Nirmala UI" w:eastAsia="Nirmala UI" w:cs="Nirmala UI"/>
        </w:rPr>
        <w:t>ଚର୍ଚ୍ଚର</w:t>
      </w:r>
      <w:r>
        <w:rPr>
          <w:rFonts w:ascii="Times New Roman" w:hAnsi="Times New Roman" w:eastAsia="Times New Roman" w:cs="Times New Roman"/>
        </w:rPr>
        <w:t xml:space="preserve"> </w:t>
      </w:r>
      <w:r>
        <w:rPr>
          <w:rFonts w:ascii="Nirmala UI" w:hAnsi="Nirmala UI" w:eastAsia="Nirmala UI" w:cs="Nirmala UI"/>
        </w:rPr>
        <w:t>ନିସିଆନ୍</w:t>
      </w:r>
      <w:r>
        <w:rPr>
          <w:rFonts w:ascii="Times New Roman" w:hAnsi="Times New Roman" w:eastAsia="Times New Roman" w:cs="Times New Roman"/>
        </w:rPr>
        <w:t>/</w:t>
      </w:r>
      <w:r>
        <w:rPr>
          <w:rFonts w:ascii="Nirmala UI" w:hAnsi="Nirmala UI" w:eastAsia="Nirmala UI" w:cs="Nirmala UI"/>
        </w:rPr>
        <w:t>ଅର୍ଥୋଡକ୍ସ</w:t>
      </w:r>
      <w:r>
        <w:rPr>
          <w:rFonts w:ascii="Times New Roman" w:hAnsi="Times New Roman" w:eastAsia="Times New Roman" w:cs="Times New Roman"/>
        </w:rPr>
        <w:t xml:space="preserve"> </w:t>
      </w:r>
      <w:r>
        <w:rPr>
          <w:rFonts w:ascii="Nirmala UI" w:hAnsi="Nirmala UI" w:eastAsia="Nirmala UI" w:cs="Nirmala UI"/>
        </w:rPr>
        <w:t>ବିଶ୍ୱାସକୁ</w:t>
      </w:r>
      <w:r>
        <w:rPr>
          <w:rFonts w:ascii="Times New Roman" w:hAnsi="Times New Roman" w:eastAsia="Times New Roman" w:cs="Times New Roman"/>
        </w:rPr>
        <w:t xml:space="preserve"> </w:t>
      </w:r>
      <w:r>
        <w:rPr>
          <w:rFonts w:ascii="Nirmala UI" w:hAnsi="Nirmala UI" w:eastAsia="Nirmala UI" w:cs="Nirmala UI"/>
        </w:rPr>
        <w:t>ଧାରଣ</w:t>
      </w:r>
      <w:r>
        <w:rPr>
          <w:rFonts w:ascii="Times New Roman" w:hAnsi="Times New Roman" w:eastAsia="Times New Roman" w:cs="Times New Roman"/>
        </w:rPr>
        <w:t xml:space="preserve"> </w:t>
      </w:r>
      <w:r>
        <w:rPr>
          <w:rFonts w:ascii="Nirmala UI" w:hAnsi="Nirmala UI" w:eastAsia="Nirmala UI" w:cs="Nirmala UI"/>
        </w:rPr>
        <w:t>କରୁଥିଲେ।</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ତାଙ୍କୁ</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ସମୟର</w:t>
      </w:r>
      <w:r>
        <w:rPr>
          <w:rFonts w:ascii="Times New Roman" w:hAnsi="Times New Roman" w:eastAsia="Times New Roman" w:cs="Times New Roman"/>
        </w:rPr>
        <w:t xml:space="preserve"> </w:t>
      </w:r>
      <w:r>
        <w:rPr>
          <w:rFonts w:ascii="Nirmala UI" w:hAnsi="Nirmala UI" w:eastAsia="Nirmala UI" w:cs="Nirmala UI"/>
        </w:rPr>
        <w:t>ଅନ୍ୟାନ୍ୟ</w:t>
      </w:r>
      <w:r>
        <w:rPr>
          <w:rFonts w:ascii="Times New Roman" w:hAnsi="Times New Roman" w:eastAsia="Times New Roman" w:cs="Times New Roman"/>
        </w:rPr>
        <w:t xml:space="preserve"> </w:t>
      </w:r>
      <w:r>
        <w:rPr>
          <w:rFonts w:ascii="Nirmala UI" w:hAnsi="Nirmala UI" w:eastAsia="Nirmala UI" w:cs="Nirmala UI"/>
        </w:rPr>
        <w:t>ଜର୍ମାନିକ</w:t>
      </w:r>
      <w:r>
        <w:rPr>
          <w:rFonts w:ascii="Times New Roman" w:hAnsi="Times New Roman" w:eastAsia="Times New Roman" w:cs="Times New Roman"/>
        </w:rPr>
        <w:t xml:space="preserve"> </w:t>
      </w:r>
      <w:r>
        <w:rPr>
          <w:rFonts w:ascii="Nirmala UI" w:hAnsi="Nirmala UI" w:eastAsia="Nirmala UI" w:cs="Nirmala UI"/>
        </w:rPr>
        <w:t>ରାଜବଂଶମାନଙ୍କଠାରୁ</w:t>
      </w:r>
      <w:r>
        <w:rPr>
          <w:rFonts w:ascii="Times New Roman" w:hAnsi="Times New Roman" w:eastAsia="Times New Roman" w:cs="Times New Roman"/>
        </w:rPr>
        <w:t xml:space="preserve"> </w:t>
      </w:r>
      <w:r>
        <w:rPr>
          <w:rFonts w:ascii="Nirmala UI" w:hAnsi="Nirmala UI" w:eastAsia="Nirmala UI" w:cs="Nirmala UI"/>
        </w:rPr>
        <w:t>ପୃଥକ</w:t>
      </w:r>
      <w:r>
        <w:rPr>
          <w:rFonts w:ascii="Times New Roman" w:hAnsi="Times New Roman" w:eastAsia="Times New Roman" w:cs="Times New Roman"/>
        </w:rPr>
        <w:t xml:space="preserve"> </w:t>
      </w:r>
      <w:r>
        <w:rPr>
          <w:rFonts w:ascii="Nirmala UI" w:hAnsi="Nirmala UI" w:eastAsia="Nirmala UI" w:cs="Nirmala UI"/>
        </w:rPr>
        <w:t>କରିଥିଲା</w:t>
      </w:r>
      <w:r>
        <w:rPr>
          <w:rFonts w:ascii="Times New Roman" w:hAnsi="Times New Roman" w:eastAsia="Times New Roman" w:cs="Times New Roman"/>
        </w:rPr>
        <w:t xml:space="preserve">, </w:t>
      </w:r>
      <w:r>
        <w:rPr>
          <w:rFonts w:ascii="Nirmala UI" w:hAnsi="Nirmala UI" w:eastAsia="Nirmala UI" w:cs="Nirmala UI"/>
        </w:rPr>
        <w:t>କାରଣ</w:t>
      </w:r>
      <w:r>
        <w:rPr>
          <w:rFonts w:ascii="Times New Roman" w:hAnsi="Times New Roman" w:eastAsia="Times New Roman" w:cs="Times New Roman"/>
        </w:rPr>
        <w:t xml:space="preserve"> </w:t>
      </w:r>
      <w:r>
        <w:rPr>
          <w:rFonts w:ascii="Nirmala UI" w:hAnsi="Nirmala UI" w:eastAsia="Nirmala UI" w:cs="Nirmala UI"/>
        </w:rPr>
        <w:t>ସେମାନଙ୍କ</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ଅନେକେ</w:t>
      </w:r>
      <w:r>
        <w:rPr>
          <w:rFonts w:ascii="Times New Roman" w:hAnsi="Times New Roman" w:eastAsia="Times New Roman" w:cs="Times New Roman"/>
        </w:rPr>
        <w:t xml:space="preserve"> </w:t>
      </w:r>
      <w:r>
        <w:rPr>
          <w:rFonts w:ascii="Nirmala UI" w:hAnsi="Nirmala UI" w:eastAsia="Nirmala UI" w:cs="Nirmala UI"/>
        </w:rPr>
        <w:t>ଆରିୟନ୍</w:t>
      </w:r>
      <w:r>
        <w:rPr>
          <w:rFonts w:ascii="Times New Roman" w:hAnsi="Times New Roman" w:eastAsia="Times New Roman" w:cs="Times New Roman"/>
        </w:rPr>
        <w:t xml:space="preserve"> </w:t>
      </w:r>
      <w:r>
        <w:rPr>
          <w:rFonts w:ascii="Nirmala UI" w:hAnsi="Nirmala UI" w:eastAsia="Nirmala UI" w:cs="Nirmala UI"/>
        </w:rPr>
        <w:t>ଖ୍ରୀଷ୍ଟିୟ</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ତାଙ୍କ</w:t>
      </w:r>
      <w:r>
        <w:rPr>
          <w:rFonts w:ascii="Times New Roman" w:hAnsi="Times New Roman" w:eastAsia="Times New Roman" w:cs="Times New Roman"/>
        </w:rPr>
        <w:t xml:space="preserve"> </w:t>
      </w:r>
      <w:r>
        <w:rPr>
          <w:rFonts w:ascii="Nirmala UI" w:hAnsi="Nirmala UI" w:eastAsia="Nirmala UI" w:cs="Nirmala UI"/>
        </w:rPr>
        <w:t>ମାତା</w:t>
      </w:r>
      <w:r>
        <w:rPr>
          <w:rFonts w:ascii="Times New Roman" w:hAnsi="Times New Roman" w:eastAsia="Times New Roman" w:cs="Times New Roman"/>
        </w:rPr>
        <w:t xml:space="preserve"> </w:t>
      </w:r>
      <w:r>
        <w:rPr>
          <w:rFonts w:ascii="Nirmala UI" w:hAnsi="Nirmala UI" w:eastAsia="Nirmala UI" w:cs="Nirmala UI"/>
        </w:rPr>
        <w:t>କାରେଟେନା</w:t>
      </w:r>
      <w:r>
        <w:rPr>
          <w:rFonts w:ascii="Times New Roman" w:hAnsi="Times New Roman" w:eastAsia="Times New Roman" w:cs="Times New Roman"/>
        </w:rPr>
        <w:t xml:space="preserve"> </w:t>
      </w:r>
      <w:r>
        <w:rPr>
          <w:rFonts w:ascii="Nirmala UI" w:hAnsi="Nirmala UI" w:eastAsia="Nirmala UI" w:cs="Nirmala UI"/>
        </w:rPr>
        <w:t>କାଥୋଲିକ</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କ୍ଲୋଟିଲ୍ଡାଙ୍କୁ</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ବିଶ୍ୱାସରେ</w:t>
      </w:r>
      <w:r>
        <w:rPr>
          <w:rFonts w:ascii="Times New Roman" w:hAnsi="Times New Roman" w:eastAsia="Times New Roman" w:cs="Times New Roman"/>
        </w:rPr>
        <w:t xml:space="preserve"> </w:t>
      </w:r>
      <w:r>
        <w:rPr>
          <w:rFonts w:ascii="Nirmala UI" w:hAnsi="Nirmala UI" w:eastAsia="Nirmala UI" w:cs="Nirmala UI"/>
        </w:rPr>
        <w:t>ଲାଳିତପାଳିତ</w:t>
      </w:r>
      <w:r>
        <w:rPr>
          <w:rFonts w:ascii="Times New Roman" w:hAnsi="Times New Roman" w:eastAsia="Times New Roman" w:cs="Times New Roman"/>
        </w:rPr>
        <w:t xml:space="preserve"> </w:t>
      </w:r>
      <w:r>
        <w:rPr>
          <w:rFonts w:ascii="Nirmala UI" w:hAnsi="Nirmala UI" w:eastAsia="Nirmala UI" w:cs="Nirmala UI"/>
        </w:rPr>
        <w:t>କରାଯାଇଥିଲା।</w:t>
      </w:r>
      <w:r>
        <w:rPr>
          <w:rFonts w:ascii="Times New Roman" w:hAnsi="Times New Roman" w:eastAsia="Times New Roman" w:cs="Times New Roman"/>
        </w:rPr>
        <w:t xml:space="preserve"> </w:t>
      </w:r>
      <w:r>
        <w:rPr>
          <w:rFonts w:ascii="Nirmala UI" w:hAnsi="Nirmala UI" w:eastAsia="Nirmala UI" w:cs="Nirmala UI"/>
        </w:rPr>
        <w:t>କ୍ଲୋଭିସଙ୍କୁ</w:t>
      </w:r>
      <w:r>
        <w:rPr>
          <w:rFonts w:ascii="Times New Roman" w:hAnsi="Times New Roman" w:eastAsia="Times New Roman" w:cs="Times New Roman"/>
        </w:rPr>
        <w:t xml:space="preserve"> </w:t>
      </w:r>
      <w:r>
        <w:rPr>
          <w:rFonts w:ascii="Nirmala UI" w:hAnsi="Nirmala UI" w:eastAsia="Nirmala UI" w:cs="Nirmala UI"/>
        </w:rPr>
        <w:t>ପୌତ୍ତଳିକତା</w:t>
      </w:r>
      <w:r>
        <w:rPr>
          <w:rFonts w:ascii="Times New Roman" w:hAnsi="Times New Roman" w:eastAsia="Times New Roman" w:cs="Times New Roman"/>
        </w:rPr>
        <w:t xml:space="preserve"> </w:t>
      </w:r>
      <w:r>
        <w:rPr>
          <w:rFonts w:ascii="Nirmala UI" w:hAnsi="Nirmala UI" w:eastAsia="Nirmala UI" w:cs="Nirmala UI"/>
        </w:rPr>
        <w:t>ପରିତ୍ୟାଗ</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କାଥୋଲିକ</w:t>
      </w:r>
      <w:r>
        <w:rPr>
          <w:rFonts w:ascii="Times New Roman" w:hAnsi="Times New Roman" w:eastAsia="Times New Roman" w:cs="Times New Roman"/>
        </w:rPr>
        <w:t xml:space="preserve"> </w:t>
      </w:r>
      <w:r>
        <w:rPr>
          <w:rFonts w:ascii="Nirmala UI" w:hAnsi="Nirmala UI" w:eastAsia="Nirmala UI" w:cs="Nirmala UI"/>
        </w:rPr>
        <w:t>ବାପ୍ତିସ୍ମା</w:t>
      </w:r>
      <w:r>
        <w:rPr>
          <w:rFonts w:ascii="Times New Roman" w:hAnsi="Times New Roman" w:eastAsia="Times New Roman" w:cs="Times New Roman"/>
        </w:rPr>
        <w:t xml:space="preserve"> </w:t>
      </w:r>
      <w:r>
        <w:rPr>
          <w:rFonts w:ascii="Nirmala UI" w:hAnsi="Nirmala UI" w:eastAsia="Nirmala UI" w:cs="Nirmala UI"/>
        </w:rPr>
        <w:t>ଗ୍ରହଣ</w:t>
      </w:r>
      <w:r>
        <w:rPr>
          <w:rFonts w:ascii="Times New Roman" w:hAnsi="Times New Roman" w:eastAsia="Times New Roman" w:cs="Times New Roman"/>
        </w:rPr>
        <w:t xml:space="preserve"> </w:t>
      </w:r>
      <w:r>
        <w:rPr>
          <w:rFonts w:ascii="Nirmala UI" w:hAnsi="Nirmala UI" w:eastAsia="Nirmala UI" w:cs="Nirmala UI"/>
        </w:rPr>
        <w:t>କରିବାପାଇଁ</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ଅବିରତ</w:t>
      </w:r>
      <w:r>
        <w:rPr>
          <w:rFonts w:ascii="Times New Roman" w:hAnsi="Times New Roman" w:eastAsia="Times New Roman" w:cs="Times New Roman"/>
        </w:rPr>
        <w:t xml:space="preserve"> </w:t>
      </w:r>
      <w:r>
        <w:rPr>
          <w:rFonts w:ascii="Nirmala UI" w:hAnsi="Nirmala UI" w:eastAsia="Nirmala UI" w:cs="Nirmala UI"/>
        </w:rPr>
        <w:t>ଭାବରେ</w:t>
      </w:r>
      <w:r>
        <w:rPr>
          <w:rFonts w:ascii="Times New Roman" w:hAnsi="Times New Roman" w:eastAsia="Times New Roman" w:cs="Times New Roman"/>
        </w:rPr>
        <w:t xml:space="preserve"> </w:t>
      </w:r>
      <w:r>
        <w:rPr>
          <w:rFonts w:ascii="Nirmala UI" w:hAnsi="Nirmala UI" w:eastAsia="Nirmala UI" w:cs="Nirmala UI"/>
        </w:rPr>
        <w:t>ଉତ୍ସାହିତ</w:t>
      </w:r>
      <w:r>
        <w:rPr>
          <w:rFonts w:ascii="Times New Roman" w:hAnsi="Times New Roman" w:eastAsia="Times New Roman" w:cs="Times New Roman"/>
        </w:rPr>
        <w:t xml:space="preserve"> </w:t>
      </w:r>
      <w:r>
        <w:rPr>
          <w:rFonts w:ascii="Nirmala UI" w:hAnsi="Nirmala UI" w:eastAsia="Nirmala UI" w:cs="Nirmala UI"/>
        </w:rPr>
        <w:t>କରିଥିବାରୁ</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ସ୍ମରଣୀୟ</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ତାହା</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୪୯୬</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ତାଙ୍କର</w:t>
      </w:r>
      <w:r>
        <w:rPr>
          <w:rFonts w:ascii="Times New Roman" w:hAnsi="Times New Roman" w:eastAsia="Times New Roman" w:cs="Times New Roman"/>
        </w:rPr>
        <w:t xml:space="preserve"> </w:t>
      </w:r>
      <w:r>
        <w:rPr>
          <w:rFonts w:ascii="Nirmala UI" w:hAnsi="Nirmala UI" w:eastAsia="Nirmala UI" w:cs="Nirmala UI"/>
        </w:rPr>
        <w:t>ଧର୍ମାନ୍ତରଣ</w:t>
      </w:r>
      <w:r>
        <w:rPr>
          <w:rFonts w:ascii="Times New Roman" w:hAnsi="Times New Roman" w:eastAsia="Times New Roman" w:cs="Times New Roman"/>
        </w:rPr>
        <w:t xml:space="preserve"> </w:t>
      </w:r>
      <w:r>
        <w:rPr>
          <w:rFonts w:ascii="Nirmala UI" w:hAnsi="Nirmala UI" w:eastAsia="Nirmala UI" w:cs="Nirmala UI"/>
        </w:rPr>
        <w:t>ଫ୍ରାନ୍ସର</w:t>
      </w:r>
      <w:r>
        <w:rPr>
          <w:rFonts w:ascii="Times New Roman" w:hAnsi="Times New Roman" w:eastAsia="Times New Roman" w:cs="Times New Roman"/>
        </w:rPr>
        <w:t xml:space="preserve"> </w:t>
      </w:r>
      <w:r>
        <w:rPr>
          <w:rFonts w:ascii="Nirmala UI" w:hAnsi="Nirmala UI" w:eastAsia="Nirmala UI" w:cs="Nirmala UI"/>
        </w:rPr>
        <w:t>ପ୍ରାରମ୍ଭିକ</w:t>
      </w:r>
      <w:r>
        <w:rPr>
          <w:rFonts w:ascii="Times New Roman" w:hAnsi="Times New Roman" w:eastAsia="Times New Roman" w:cs="Times New Roman"/>
        </w:rPr>
        <w:t xml:space="preserve"> </w:t>
      </w:r>
      <w:r>
        <w:rPr>
          <w:rFonts w:ascii="Nirmala UI" w:hAnsi="Nirmala UI" w:eastAsia="Nirmala UI" w:cs="Nirmala UI"/>
        </w:rPr>
        <w:t>ଇତିହାସ</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ପାଶ୍ଚାତ୍ୟ</w:t>
      </w:r>
      <w:r>
        <w:rPr>
          <w:rFonts w:ascii="Times New Roman" w:hAnsi="Times New Roman" w:eastAsia="Times New Roman" w:cs="Times New Roman"/>
        </w:rPr>
        <w:t xml:space="preserve"> </w:t>
      </w:r>
      <w:r>
        <w:rPr>
          <w:rFonts w:ascii="Nirmala UI" w:hAnsi="Nirmala UI" w:eastAsia="Nirmala UI" w:cs="Nirmala UI"/>
        </w:rPr>
        <w:t>କଥିତ</w:t>
      </w:r>
      <w:r>
        <w:rPr>
          <w:rFonts w:ascii="Times New Roman" w:hAnsi="Times New Roman" w:eastAsia="Times New Roman" w:cs="Times New Roman"/>
        </w:rPr>
        <w:t xml:space="preserve"> </w:t>
      </w:r>
      <w:r>
        <w:rPr>
          <w:rFonts w:ascii="Nirmala UI" w:hAnsi="Nirmala UI" w:eastAsia="Nirmala UI" w:cs="Nirmala UI"/>
        </w:rPr>
        <w:t>ଖ୍ରୀଷ୍ଟଧର୍ମର</w:t>
      </w:r>
      <w:r>
        <w:rPr>
          <w:rFonts w:ascii="Times New Roman" w:hAnsi="Times New Roman" w:eastAsia="Times New Roman" w:cs="Times New Roman"/>
        </w:rPr>
        <w:t xml:space="preserve"> </w:t>
      </w:r>
      <w:r>
        <w:rPr>
          <w:rFonts w:ascii="Nirmala UI" w:hAnsi="Nirmala UI" w:eastAsia="Nirmala UI" w:cs="Nirmala UI"/>
        </w:rPr>
        <w:t>ଇତିହାସର</w:t>
      </w:r>
      <w:r>
        <w:rPr>
          <w:rFonts w:ascii="Times New Roman" w:hAnsi="Times New Roman" w:eastAsia="Times New Roman" w:cs="Times New Roman"/>
        </w:rPr>
        <w:t xml:space="preserve"> </w:t>
      </w:r>
      <w:r>
        <w:rPr>
          <w:rFonts w:ascii="Nirmala UI" w:hAnsi="Nirmala UI" w:eastAsia="Nirmala UI" w:cs="Nirmala UI"/>
        </w:rPr>
        <w:t>ସର୍ବପ୍ରମୁଖ</w:t>
      </w:r>
      <w:r>
        <w:rPr>
          <w:rFonts w:ascii="Times New Roman" w:hAnsi="Times New Roman" w:eastAsia="Times New Roman" w:cs="Times New Roman"/>
        </w:rPr>
        <w:t xml:space="preserve"> </w:t>
      </w:r>
      <w:r>
        <w:rPr>
          <w:rFonts w:ascii="Nirmala UI" w:hAnsi="Nirmala UI" w:eastAsia="Nirmala UI" w:cs="Nirmala UI"/>
        </w:rPr>
        <w:t>ଘଟଣାମାନଙ୍କ</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ଗଣ୍ୟ</w:t>
      </w:r>
      <w:r>
        <w:rPr>
          <w:rFonts w:ascii="Times New Roman" w:hAnsi="Times New Roman" w:eastAsia="Times New Roman" w:cs="Times New Roman"/>
        </w:rPr>
        <w:t xml:space="preserve"> </w:t>
      </w:r>
      <w:r>
        <w:rPr>
          <w:rFonts w:ascii="Nirmala UI" w:hAnsi="Nirmala UI" w:eastAsia="Nirmala UI" w:cs="Nirmala UI"/>
        </w:rPr>
        <w:t>ହୁଏ।</w:t>
      </w:r>
    </w:p>
    <w:p>
      <w:pPr>
        <w:pStyle w:val="ArticleBody"/>
        <w:jc w:val="left"/>
      </w:pPr>
      <w:r>
        <w:rPr>
          <w:rFonts w:ascii="Nirmala UI" w:hAnsi="Nirmala UI" w:eastAsia="Nirmala UI" w:cs="Nirmala UI"/>
        </w:rPr>
        <w:t>କ୍ଲୋଭିସ</w:t>
      </w:r>
      <w:r>
        <w:rPr>
          <w:rFonts w:ascii="Times New Roman" w:hAnsi="Times New Roman" w:eastAsia="Times New Roman" w:cs="Times New Roman"/>
        </w:rPr>
        <w:t xml:space="preserve"> </w:t>
      </w:r>
      <w:r>
        <w:rPr>
          <w:rFonts w:ascii="Nirmala UI" w:hAnsi="Nirmala UI" w:eastAsia="Nirmala UI" w:cs="Nirmala UI"/>
        </w:rPr>
        <w:t>ପ୍ରତିଜ୍ଞା</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ଯେ</w:t>
      </w:r>
      <w:r>
        <w:rPr>
          <w:rFonts w:ascii="Times New Roman" w:hAnsi="Times New Roman" w:eastAsia="Times New Roman" w:cs="Times New Roman"/>
        </w:rPr>
        <w:t xml:space="preserve">, </w:t>
      </w:r>
      <w:r>
        <w:rPr>
          <w:rFonts w:ascii="Nirmala UI" w:hAnsi="Nirmala UI" w:eastAsia="Nirmala UI" w:cs="Nirmala UI"/>
        </w:rPr>
        <w:t>ଯଦି</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ଟୋଲ୍ବିଆକ୍</w:t>
      </w:r>
      <w:r>
        <w:rPr>
          <w:rFonts w:ascii="Times New Roman" w:hAnsi="Times New Roman" w:eastAsia="Times New Roman" w:cs="Times New Roman"/>
        </w:rPr>
        <w:t xml:space="preserve"> </w:t>
      </w:r>
      <w:r>
        <w:rPr>
          <w:rFonts w:ascii="Nirmala UI" w:hAnsi="Nirmala UI" w:eastAsia="Nirmala UI" w:cs="Nirmala UI"/>
        </w:rPr>
        <w:t>ଯୁଦ୍ଧରେ</w:t>
      </w:r>
      <w:r>
        <w:rPr>
          <w:rFonts w:ascii="Times New Roman" w:hAnsi="Times New Roman" w:eastAsia="Times New Roman" w:cs="Times New Roman"/>
        </w:rPr>
        <w:t xml:space="preserve"> </w:t>
      </w:r>
      <w:r>
        <w:rPr>
          <w:rFonts w:ascii="Nirmala UI" w:hAnsi="Nirmala UI" w:eastAsia="Nirmala UI" w:cs="Nirmala UI"/>
        </w:rPr>
        <w:t>ବିଜୟୀ</w:t>
      </w:r>
      <w:r>
        <w:rPr>
          <w:rFonts w:ascii="Times New Roman" w:hAnsi="Times New Roman" w:eastAsia="Times New Roman" w:cs="Times New Roman"/>
        </w:rPr>
        <w:t xml:space="preserve"> </w:t>
      </w:r>
      <w:r>
        <w:rPr>
          <w:rFonts w:ascii="Nirmala UI" w:hAnsi="Nirmala UI" w:eastAsia="Nirmala UI" w:cs="Nirmala UI"/>
        </w:rPr>
        <w:t>ହେବେ</w:t>
      </w:r>
      <w:r>
        <w:rPr>
          <w:rFonts w:ascii="Times New Roman" w:hAnsi="Times New Roman" w:eastAsia="Times New Roman" w:cs="Times New Roman"/>
        </w:rPr>
        <w:t xml:space="preserve">, </w:t>
      </w:r>
      <w:r>
        <w:rPr>
          <w:rFonts w:ascii="Nirmala UI" w:hAnsi="Nirmala UI" w:eastAsia="Nirmala UI" w:cs="Nirmala UI"/>
        </w:rPr>
        <w:t>ତେବେ</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କ୍ଲୋଟିଲ୍ଡାଙ୍କ</w:t>
      </w:r>
      <w:r>
        <w:rPr>
          <w:rFonts w:ascii="Times New Roman" w:hAnsi="Times New Roman" w:eastAsia="Times New Roman" w:cs="Times New Roman"/>
        </w:rPr>
        <w:t xml:space="preserve"> </w:t>
      </w:r>
      <w:r>
        <w:rPr>
          <w:rFonts w:ascii="Nirmala UI" w:hAnsi="Nirmala UI" w:eastAsia="Nirmala UI" w:cs="Nirmala UI"/>
        </w:rPr>
        <w:t>କାଥୋଲିକ</w:t>
      </w:r>
      <w:r>
        <w:rPr>
          <w:rFonts w:ascii="Times New Roman" w:hAnsi="Times New Roman" w:eastAsia="Times New Roman" w:cs="Times New Roman"/>
        </w:rPr>
        <w:t xml:space="preserve"> </w:t>
      </w:r>
      <w:r>
        <w:rPr>
          <w:rFonts w:ascii="Nirmala UI" w:hAnsi="Nirmala UI" w:eastAsia="Nirmala UI" w:cs="Nirmala UI"/>
        </w:rPr>
        <w:t>ବିଶ୍ୱାସକୁ</w:t>
      </w:r>
      <w:r>
        <w:rPr>
          <w:rFonts w:ascii="Times New Roman" w:hAnsi="Times New Roman" w:eastAsia="Times New Roman" w:cs="Times New Roman"/>
        </w:rPr>
        <w:t xml:space="preserve"> </w:t>
      </w:r>
      <w:r>
        <w:rPr>
          <w:rFonts w:ascii="Nirmala UI" w:hAnsi="Nirmala UI" w:eastAsia="Nirmala UI" w:cs="Nirmala UI"/>
        </w:rPr>
        <w:t>ଗ୍ରହଣ</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ବପ୍ତିସ୍ମା</w:t>
      </w:r>
      <w:r>
        <w:rPr>
          <w:rFonts w:ascii="Times New Roman" w:hAnsi="Times New Roman" w:eastAsia="Times New Roman" w:cs="Times New Roman"/>
        </w:rPr>
        <w:t xml:space="preserve"> </w:t>
      </w:r>
      <w:r>
        <w:rPr>
          <w:rFonts w:ascii="Nirmala UI" w:hAnsi="Nirmala UI" w:eastAsia="Nirmala UI" w:cs="Nirmala UI"/>
        </w:rPr>
        <w:t>ଗ୍ରହଣ</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ଆଲେମାନ୍ନି</w:t>
      </w:r>
      <w:r>
        <w:rPr>
          <w:rFonts w:ascii="Times New Roman" w:hAnsi="Times New Roman" w:eastAsia="Times New Roman" w:cs="Times New Roman"/>
        </w:rPr>
        <w:t xml:space="preserve"> </w:t>
      </w:r>
      <w:r>
        <w:rPr>
          <w:rFonts w:ascii="Nirmala UI" w:hAnsi="Nirmala UI" w:eastAsia="Nirmala UI" w:cs="Nirmala UI"/>
        </w:rPr>
        <w:t>ରାଜା</w:t>
      </w:r>
      <w:r>
        <w:rPr>
          <w:rFonts w:ascii="Times New Roman" w:hAnsi="Times New Roman" w:eastAsia="Times New Roman" w:cs="Times New Roman"/>
        </w:rPr>
        <w:t xml:space="preserve"> </w:t>
      </w:r>
      <w:r>
        <w:rPr>
          <w:rFonts w:ascii="Nirmala UI" w:hAnsi="Nirmala UI" w:eastAsia="Nirmala UI" w:cs="Nirmala UI"/>
        </w:rPr>
        <w:t>ନିହତ</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ସେମାନଙ୍କ</w:t>
      </w:r>
      <w:r>
        <w:rPr>
          <w:rFonts w:ascii="Times New Roman" w:hAnsi="Times New Roman" w:eastAsia="Times New Roman" w:cs="Times New Roman"/>
        </w:rPr>
        <w:t xml:space="preserve"> </w:t>
      </w:r>
      <w:r>
        <w:rPr>
          <w:rFonts w:ascii="Nirmala UI" w:hAnsi="Nirmala UI" w:eastAsia="Nirmala UI" w:cs="Nirmala UI"/>
        </w:rPr>
        <w:t>ସେନା</w:t>
      </w:r>
      <w:r>
        <w:rPr>
          <w:rFonts w:ascii="Times New Roman" w:hAnsi="Times New Roman" w:eastAsia="Times New Roman" w:cs="Times New Roman"/>
        </w:rPr>
        <w:t xml:space="preserve"> </w:t>
      </w:r>
      <w:r>
        <w:rPr>
          <w:rFonts w:ascii="Nirmala UI" w:hAnsi="Nirmala UI" w:eastAsia="Nirmala UI" w:cs="Nirmala UI"/>
        </w:rPr>
        <w:t>ଭଙ୍ଗିଗଲା</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ଫ୍ରାଙ୍କମାନେ</w:t>
      </w:r>
      <w:r>
        <w:rPr>
          <w:rFonts w:ascii="Times New Roman" w:hAnsi="Times New Roman" w:eastAsia="Times New Roman" w:cs="Times New Roman"/>
        </w:rPr>
        <w:t xml:space="preserve"> </w:t>
      </w:r>
      <w:r>
        <w:rPr>
          <w:rFonts w:ascii="Nirmala UI" w:hAnsi="Nirmala UI" w:eastAsia="Nirmala UI" w:cs="Nirmala UI"/>
        </w:rPr>
        <w:t>ବିଜୟୀ</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ବିଜୟ</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କ୍ଲୋଟିଲ୍ଡା</w:t>
      </w:r>
      <w:r>
        <w:rPr>
          <w:rFonts w:ascii="Times New Roman" w:hAnsi="Times New Roman" w:eastAsia="Times New Roman" w:cs="Times New Roman"/>
        </w:rPr>
        <w:t xml:space="preserve"> </w:t>
      </w:r>
      <w:r>
        <w:rPr>
          <w:rFonts w:ascii="Nirmala UI" w:hAnsi="Nirmala UI" w:eastAsia="Nirmala UI" w:cs="Nirmala UI"/>
        </w:rPr>
        <w:t>ରେମ୍ସର</w:t>
      </w:r>
      <w:r>
        <w:rPr>
          <w:rFonts w:ascii="Times New Roman" w:hAnsi="Times New Roman" w:eastAsia="Times New Roman" w:cs="Times New Roman"/>
        </w:rPr>
        <w:t xml:space="preserve"> </w:t>
      </w:r>
      <w:r>
        <w:rPr>
          <w:rFonts w:ascii="Nirmala UI" w:hAnsi="Nirmala UI" w:eastAsia="Nirmala UI" w:cs="Nirmala UI"/>
        </w:rPr>
        <w:t>ବିଶପ୍</w:t>
      </w:r>
      <w:r>
        <w:rPr>
          <w:rFonts w:ascii="Times New Roman" w:hAnsi="Times New Roman" w:eastAsia="Times New Roman" w:cs="Times New Roman"/>
        </w:rPr>
        <w:t xml:space="preserve"> </w:t>
      </w:r>
      <w:r>
        <w:rPr>
          <w:rFonts w:ascii="Nirmala UI" w:hAnsi="Nirmala UI" w:eastAsia="Nirmala UI" w:cs="Nirmala UI"/>
        </w:rPr>
        <w:t>ରେମିଜିଉସଙ୍କ</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କ୍ଲୋଭିସଙ୍କୁ</w:t>
      </w:r>
      <w:r>
        <w:rPr>
          <w:rFonts w:ascii="Times New Roman" w:hAnsi="Times New Roman" w:eastAsia="Times New Roman" w:cs="Times New Roman"/>
        </w:rPr>
        <w:t xml:space="preserve"> </w:t>
      </w:r>
      <w:r>
        <w:rPr>
          <w:rFonts w:ascii="Nirmala UI" w:hAnsi="Nirmala UI" w:eastAsia="Nirmala UI" w:cs="Nirmala UI"/>
        </w:rPr>
        <w:t>ଶିକ୍ଷା</w:t>
      </w:r>
      <w:r>
        <w:rPr>
          <w:rFonts w:ascii="Times New Roman" w:hAnsi="Times New Roman" w:eastAsia="Times New Roman" w:cs="Times New Roman"/>
        </w:rPr>
        <w:t xml:space="preserve"> </w:t>
      </w:r>
      <w:r>
        <w:rPr>
          <w:rFonts w:ascii="Nirmala UI" w:hAnsi="Nirmala UI" w:eastAsia="Nirmala UI" w:cs="Nirmala UI"/>
        </w:rPr>
        <w:t>ଦେବାର</w:t>
      </w:r>
      <w:r>
        <w:rPr>
          <w:rFonts w:ascii="Times New Roman" w:hAnsi="Times New Roman" w:eastAsia="Times New Roman" w:cs="Times New Roman"/>
        </w:rPr>
        <w:t xml:space="preserve"> </w:t>
      </w:r>
      <w:r>
        <w:rPr>
          <w:rFonts w:ascii="Nirmala UI" w:hAnsi="Nirmala UI" w:eastAsia="Nirmala UI" w:cs="Nirmala UI"/>
        </w:rPr>
        <w:t>ବ୍ୟବସ୍ଥା</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ବପ୍ତିସ୍ମା</w:t>
      </w:r>
      <w:r>
        <w:rPr>
          <w:rFonts w:ascii="Times New Roman" w:hAnsi="Times New Roman" w:eastAsia="Times New Roman" w:cs="Times New Roman"/>
        </w:rPr>
        <w:t xml:space="preserve"> </w:t>
      </w:r>
      <w:r>
        <w:rPr>
          <w:rFonts w:ascii="Nirmala UI" w:hAnsi="Nirmala UI" w:eastAsia="Nirmala UI" w:cs="Nirmala UI"/>
        </w:rPr>
        <w:t>ଗ୍ରହଣ</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ପାରମ୍ପରିକ</w:t>
      </w:r>
      <w:r>
        <w:rPr>
          <w:rFonts w:ascii="Times New Roman" w:hAnsi="Times New Roman" w:eastAsia="Times New Roman" w:cs="Times New Roman"/>
        </w:rPr>
        <w:t xml:space="preserve"> </w:t>
      </w:r>
      <w:r>
        <w:rPr>
          <w:rFonts w:ascii="Nirmala UI" w:hAnsi="Nirmala UI" w:eastAsia="Nirmala UI" w:cs="Nirmala UI"/>
        </w:rPr>
        <w:t>ଭାବରେ</w:t>
      </w:r>
      <w:r>
        <w:rPr>
          <w:rFonts w:ascii="Times New Roman" w:hAnsi="Times New Roman" w:eastAsia="Times New Roman" w:cs="Times New Roman"/>
        </w:rPr>
        <w:t xml:space="preserve"> </w:t>
      </w:r>
      <w:r>
        <w:rPr>
          <w:rFonts w:ascii="Nirmala UI" w:hAnsi="Nirmala UI" w:eastAsia="Nirmala UI" w:cs="Nirmala UI"/>
        </w:rPr>
        <w:t>ଖ୍ରୀଷ୍ଟମାସ</w:t>
      </w:r>
      <w:r>
        <w:rPr>
          <w:rFonts w:ascii="Times New Roman" w:hAnsi="Times New Roman" w:eastAsia="Times New Roman" w:cs="Times New Roman"/>
        </w:rPr>
        <w:t xml:space="preserve"> </w:t>
      </w:r>
      <w:r>
        <w:rPr>
          <w:rFonts w:ascii="Nirmala UI" w:hAnsi="Nirmala UI" w:eastAsia="Nirmala UI" w:cs="Nirmala UI"/>
        </w:rPr>
        <w:t>ଦିବସ</w:t>
      </w:r>
      <w:r>
        <w:rPr>
          <w:rFonts w:ascii="Times New Roman" w:hAnsi="Times New Roman" w:eastAsia="Times New Roman" w:cs="Times New Roman"/>
        </w:rPr>
        <w:t xml:space="preserve"> 496 </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ତାଙ୍କର</w:t>
      </w:r>
      <w:r>
        <w:rPr>
          <w:rFonts w:ascii="Times New Roman" w:hAnsi="Times New Roman" w:eastAsia="Times New Roman" w:cs="Times New Roman"/>
        </w:rPr>
        <w:t xml:space="preserve"> </w:t>
      </w:r>
      <w:r>
        <w:rPr>
          <w:rFonts w:ascii="Nirmala UI" w:hAnsi="Nirmala UI" w:eastAsia="Nirmala UI" w:cs="Nirmala UI"/>
        </w:rPr>
        <w:t>କିଛି</w:t>
      </w:r>
      <w:r>
        <w:rPr>
          <w:rFonts w:ascii="Times New Roman" w:hAnsi="Times New Roman" w:eastAsia="Times New Roman" w:cs="Times New Roman"/>
        </w:rPr>
        <w:t xml:space="preserve"> </w:t>
      </w:r>
      <w:r>
        <w:rPr>
          <w:rFonts w:ascii="Nirmala UI" w:hAnsi="Nirmala UI" w:eastAsia="Nirmala UI" w:cs="Nirmala UI"/>
        </w:rPr>
        <w:t>ହଜାର</w:t>
      </w:r>
      <w:r>
        <w:rPr>
          <w:rFonts w:ascii="Times New Roman" w:hAnsi="Times New Roman" w:eastAsia="Times New Roman" w:cs="Times New Roman"/>
        </w:rPr>
        <w:t xml:space="preserve"> </w:t>
      </w:r>
      <w:r>
        <w:rPr>
          <w:rFonts w:ascii="Nirmala UI" w:hAnsi="Nirmala UI" w:eastAsia="Nirmala UI" w:cs="Nirmala UI"/>
        </w:rPr>
        <w:t>ଯୋଦ୍ଧାଙ୍କ</w:t>
      </w:r>
      <w:r>
        <w:rPr>
          <w:rFonts w:ascii="Times New Roman" w:hAnsi="Times New Roman" w:eastAsia="Times New Roman" w:cs="Times New Roman"/>
        </w:rPr>
        <w:t xml:space="preserve"> </w:t>
      </w:r>
      <w:r>
        <w:rPr>
          <w:rFonts w:ascii="Nirmala UI" w:hAnsi="Nirmala UI" w:eastAsia="Nirmala UI" w:cs="Nirmala UI"/>
        </w:rPr>
        <w:t>ସହିତ।</w:t>
      </w:r>
    </w:p>
    <w:p>
      <w:pPr>
        <w:pStyle w:val="ArticleBody"/>
        <w:jc w:val="left"/>
      </w:pPr>
      <w:r>
        <w:rPr>
          <w:rFonts w:ascii="Nirmala UI" w:hAnsi="Nirmala UI" w:eastAsia="Nirmala UI" w:cs="Nirmala UI"/>
        </w:rPr>
        <w:t>କ୍ଲୋଭିସ୍</w:t>
      </w:r>
      <w:r>
        <w:rPr>
          <w:rFonts w:ascii="Times New Roman" w:hAnsi="Times New Roman" w:eastAsia="Times New Roman" w:cs="Times New Roman"/>
        </w:rPr>
        <w:t xml:space="preserve"> </w:t>
      </w:r>
      <w:r>
        <w:rPr>
          <w:rFonts w:ascii="Nirmala UI" w:hAnsi="Nirmala UI" w:eastAsia="Nirmala UI" w:cs="Nirmala UI"/>
        </w:rPr>
        <w:t>ଫ୍ରାଙ୍କମାନଙ୍କର</w:t>
      </w:r>
      <w:r>
        <w:rPr>
          <w:rFonts w:ascii="Times New Roman" w:hAnsi="Times New Roman" w:eastAsia="Times New Roman" w:cs="Times New Roman"/>
        </w:rPr>
        <w:t xml:space="preserve"> </w:t>
      </w:r>
      <w:r>
        <w:rPr>
          <w:rFonts w:ascii="Nirmala UI" w:hAnsi="Nirmala UI" w:eastAsia="Nirmala UI" w:cs="Nirmala UI"/>
        </w:rPr>
        <w:t>ରାଜା</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ଆଧୁନିକ</w:t>
      </w:r>
      <w:r>
        <w:rPr>
          <w:rFonts w:ascii="Times New Roman" w:hAnsi="Times New Roman" w:eastAsia="Times New Roman" w:cs="Times New Roman"/>
        </w:rPr>
        <w:t xml:space="preserve"> </w:t>
      </w:r>
      <w:r>
        <w:rPr>
          <w:rFonts w:ascii="Nirmala UI" w:hAnsi="Nirmala UI" w:eastAsia="Nirmala UI" w:cs="Nirmala UI"/>
        </w:rPr>
        <w:t>ପରିଭାଷାରେ</w:t>
      </w:r>
      <w:r>
        <w:rPr>
          <w:rFonts w:ascii="Times New Roman" w:hAnsi="Times New Roman" w:eastAsia="Times New Roman" w:cs="Times New Roman"/>
        </w:rPr>
        <w:t xml:space="preserve"> </w:t>
      </w:r>
      <w:r>
        <w:rPr>
          <w:rFonts w:ascii="Nirmala UI" w:hAnsi="Nirmala UI" w:eastAsia="Nirmala UI" w:cs="Nirmala UI"/>
        </w:rPr>
        <w:t>ଫ୍ରାନ୍ସର</w:t>
      </w:r>
      <w:r>
        <w:rPr>
          <w:rFonts w:ascii="Times New Roman" w:hAnsi="Times New Roman" w:eastAsia="Times New Roman" w:cs="Times New Roman"/>
        </w:rPr>
        <w:t xml:space="preserve"> </w:t>
      </w:r>
      <w:r>
        <w:rPr>
          <w:rFonts w:ascii="Nirmala UI" w:hAnsi="Nirmala UI" w:eastAsia="Nirmala UI" w:cs="Nirmala UI"/>
        </w:rPr>
        <w:t>ରାଜା</w:t>
      </w:r>
      <w:r>
        <w:rPr>
          <w:rFonts w:ascii="Times New Roman" w:hAnsi="Times New Roman" w:eastAsia="Times New Roman" w:cs="Times New Roman"/>
        </w:rPr>
        <w:t xml:space="preserve"> </w:t>
      </w:r>
      <w:r>
        <w:rPr>
          <w:rFonts w:ascii="Nirmala UI" w:hAnsi="Nirmala UI" w:eastAsia="Nirmala UI" w:cs="Nirmala UI"/>
        </w:rPr>
        <w:t>ବୋଲି</w:t>
      </w:r>
      <w:r>
        <w:rPr>
          <w:rFonts w:ascii="Times New Roman" w:hAnsi="Times New Roman" w:eastAsia="Times New Roman" w:cs="Times New Roman"/>
        </w:rPr>
        <w:t xml:space="preserve"> </w:t>
      </w:r>
      <w:r>
        <w:rPr>
          <w:rFonts w:ascii="Nirmala UI" w:hAnsi="Nirmala UI" w:eastAsia="Nirmala UI" w:cs="Nirmala UI"/>
        </w:rPr>
        <w:t>କୁହାଯାଏ।</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ଇଉରୋପର</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ସମସ୍ତ</w:t>
      </w:r>
      <w:r>
        <w:rPr>
          <w:rFonts w:ascii="Times New Roman" w:hAnsi="Times New Roman" w:eastAsia="Times New Roman" w:cs="Times New Roman"/>
        </w:rPr>
        <w:t xml:space="preserve"> </w:t>
      </w:r>
      <w:r>
        <w:rPr>
          <w:rFonts w:ascii="Nirmala UI" w:hAnsi="Nirmala UI" w:eastAsia="Nirmala UI" w:cs="Nirmala UI"/>
        </w:rPr>
        <w:t>ରାଜାମାନଙ୍କ</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ପ୍ରଥମ</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ଯେମାନେ</w:t>
      </w:r>
      <w:r>
        <w:rPr>
          <w:rFonts w:ascii="Times New Roman" w:hAnsi="Times New Roman" w:eastAsia="Times New Roman" w:cs="Times New Roman"/>
        </w:rPr>
        <w:t xml:space="preserve"> </w:t>
      </w:r>
      <w:r>
        <w:rPr>
          <w:rFonts w:ascii="Nirmala UI" w:hAnsi="Nirmala UI" w:eastAsia="Nirmala UI" w:cs="Nirmala UI"/>
        </w:rPr>
        <w:t>ଶେଷ</w:t>
      </w:r>
      <w:r>
        <w:rPr>
          <w:rFonts w:ascii="Times New Roman" w:hAnsi="Times New Roman" w:eastAsia="Times New Roman" w:cs="Times New Roman"/>
        </w:rPr>
        <w:t xml:space="preserve"> </w:t>
      </w:r>
      <w:r>
        <w:rPr>
          <w:rFonts w:ascii="Nirmala UI" w:hAnsi="Nirmala UI" w:eastAsia="Nirmala UI" w:cs="Nirmala UI"/>
        </w:rPr>
        <w:t>ପର୍ଯ୍ୟନ୍ତ</w:t>
      </w:r>
      <w:r>
        <w:rPr>
          <w:rFonts w:ascii="Times New Roman" w:hAnsi="Times New Roman" w:eastAsia="Times New Roman" w:cs="Times New Roman"/>
        </w:rPr>
        <w:t xml:space="preserve"> </w:t>
      </w:r>
      <w:r>
        <w:rPr>
          <w:rFonts w:ascii="Nirmala UI" w:hAnsi="Nirmala UI" w:eastAsia="Nirmala UI" w:cs="Nirmala UI"/>
        </w:rPr>
        <w:t>ନିଜମାନଙ୍କର</w:t>
      </w:r>
      <w:r>
        <w:rPr>
          <w:rFonts w:ascii="Times New Roman" w:hAnsi="Times New Roman" w:eastAsia="Times New Roman" w:cs="Times New Roman"/>
        </w:rPr>
        <w:t xml:space="preserve"> </w:t>
      </w:r>
      <w:r>
        <w:rPr>
          <w:rFonts w:ascii="Nirmala UI" w:hAnsi="Nirmala UI" w:eastAsia="Nirmala UI" w:cs="Nirmala UI"/>
        </w:rPr>
        <w:t>ପୌତ୍ତଳିକ</w:t>
      </w:r>
      <w:r>
        <w:rPr>
          <w:rFonts w:ascii="Times New Roman" w:hAnsi="Times New Roman" w:eastAsia="Times New Roman" w:cs="Times New Roman"/>
        </w:rPr>
        <w:t xml:space="preserve"> </w:t>
      </w:r>
      <w:r>
        <w:rPr>
          <w:rFonts w:ascii="Nirmala UI" w:hAnsi="Nirmala UI" w:eastAsia="Nirmala UI" w:cs="Nirmala UI"/>
        </w:rPr>
        <w:t>ଧର୍ମକୁ</w:t>
      </w:r>
      <w:r>
        <w:rPr>
          <w:rFonts w:ascii="Times New Roman" w:hAnsi="Times New Roman" w:eastAsia="Times New Roman" w:cs="Times New Roman"/>
        </w:rPr>
        <w:t xml:space="preserve"> </w:t>
      </w:r>
      <w:r>
        <w:rPr>
          <w:rFonts w:ascii="Nirmala UI" w:hAnsi="Nirmala UI" w:eastAsia="Nirmala UI" w:cs="Nirmala UI"/>
        </w:rPr>
        <w:t>ପରିତ୍ୟାଗ</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କାଥଲିକ</w:t>
      </w:r>
      <w:r>
        <w:rPr>
          <w:rFonts w:ascii="Times New Roman" w:hAnsi="Times New Roman" w:eastAsia="Times New Roman" w:cs="Times New Roman"/>
        </w:rPr>
        <w:t xml:space="preserve"> </w:t>
      </w:r>
      <w:r>
        <w:rPr>
          <w:rFonts w:ascii="Nirmala UI" w:hAnsi="Nirmala UI" w:eastAsia="Nirmala UI" w:cs="Nirmala UI"/>
        </w:rPr>
        <w:t>ଧର୍ମକୁ</w:t>
      </w:r>
      <w:r>
        <w:rPr>
          <w:rFonts w:ascii="Times New Roman" w:hAnsi="Times New Roman" w:eastAsia="Times New Roman" w:cs="Times New Roman"/>
        </w:rPr>
        <w:t xml:space="preserve"> </w:t>
      </w:r>
      <w:r>
        <w:rPr>
          <w:rFonts w:ascii="Nirmala UI" w:hAnsi="Nirmala UI" w:eastAsia="Nirmala UI" w:cs="Nirmala UI"/>
        </w:rPr>
        <w:t>ଗ୍ରହଣ</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କାରଣରୁ</w:t>
      </w:r>
      <w:r>
        <w:rPr>
          <w:rFonts w:ascii="Times New Roman" w:hAnsi="Times New Roman" w:eastAsia="Times New Roman" w:cs="Times New Roman"/>
        </w:rPr>
        <w:t xml:space="preserve">, </w:t>
      </w:r>
      <w:r>
        <w:rPr>
          <w:rFonts w:ascii="Nirmala UI" w:hAnsi="Nirmala UI" w:eastAsia="Nirmala UI" w:cs="Nirmala UI"/>
        </w:rPr>
        <w:t>କ୍ଲୋଭିସ୍</w:t>
      </w:r>
      <w:r>
        <w:rPr>
          <w:rFonts w:ascii="Times New Roman" w:hAnsi="Times New Roman" w:eastAsia="Times New Roman" w:cs="Times New Roman"/>
        </w:rPr>
        <w:t>‌</w:t>
      </w:r>
      <w:r>
        <w:rPr>
          <w:rFonts w:ascii="Nirmala UI" w:hAnsi="Nirmala UI" w:eastAsia="Nirmala UI" w:cs="Nirmala UI"/>
        </w:rPr>
        <w:t>ଙ୍କୁ</w:t>
      </w:r>
      <w:r>
        <w:rPr>
          <w:rFonts w:ascii="Times New Roman" w:hAnsi="Times New Roman" w:eastAsia="Times New Roman" w:cs="Times New Roman"/>
        </w:rPr>
        <w:t xml:space="preserve"> “</w:t>
      </w:r>
      <w:r>
        <w:rPr>
          <w:rFonts w:ascii="Nirmala UI" w:hAnsi="Nirmala UI" w:eastAsia="Nirmala UI" w:cs="Nirmala UI"/>
        </w:rPr>
        <w:t>କାଥଲିକ</w:t>
      </w:r>
      <w:r>
        <w:rPr>
          <w:rFonts w:ascii="Times New Roman" w:hAnsi="Times New Roman" w:eastAsia="Times New Roman" w:cs="Times New Roman"/>
        </w:rPr>
        <w:t xml:space="preserve"> </w:t>
      </w:r>
      <w:r>
        <w:rPr>
          <w:rFonts w:ascii="Nirmala UI" w:hAnsi="Nirmala UI" w:eastAsia="Nirmala UI" w:cs="Nirmala UI"/>
        </w:rPr>
        <w:t>କଲିସିଆର</w:t>
      </w:r>
      <w:r>
        <w:rPr>
          <w:rFonts w:ascii="Times New Roman" w:hAnsi="Times New Roman" w:eastAsia="Times New Roman" w:cs="Times New Roman"/>
        </w:rPr>
        <w:t xml:space="preserve"> </w:t>
      </w:r>
      <w:r>
        <w:rPr>
          <w:rFonts w:ascii="Nirmala UI" w:hAnsi="Nirmala UI" w:eastAsia="Nirmala UI" w:cs="Nirmala UI"/>
        </w:rPr>
        <w:t>ଜ୍ୟେଷ୍ଠ</w:t>
      </w:r>
      <w:r>
        <w:rPr>
          <w:rFonts w:ascii="Times New Roman" w:hAnsi="Times New Roman" w:eastAsia="Times New Roman" w:cs="Times New Roman"/>
        </w:rPr>
        <w:t xml:space="preserve"> </w:t>
      </w:r>
      <w:r>
        <w:rPr>
          <w:rFonts w:ascii="Nirmala UI" w:hAnsi="Nirmala UI" w:eastAsia="Nirmala UI" w:cs="Nirmala UI"/>
        </w:rPr>
        <w:t>ପୁତ୍ର</w:t>
      </w:r>
      <w:r>
        <w:rPr>
          <w:rFonts w:ascii="Times New Roman" w:hAnsi="Times New Roman" w:eastAsia="Times New Roman" w:cs="Times New Roman"/>
        </w:rPr>
        <w:t xml:space="preserve">” </w:t>
      </w:r>
      <w:r>
        <w:rPr>
          <w:rFonts w:ascii="Nirmala UI" w:hAnsi="Nirmala UI" w:eastAsia="Nirmala UI" w:cs="Nirmala UI"/>
        </w:rPr>
        <w:t>ବୋଲି</w:t>
      </w:r>
      <w:r>
        <w:rPr>
          <w:rFonts w:ascii="Times New Roman" w:hAnsi="Times New Roman" w:eastAsia="Times New Roman" w:cs="Times New Roman"/>
        </w:rPr>
        <w:t xml:space="preserve"> </w:t>
      </w:r>
      <w:r>
        <w:rPr>
          <w:rFonts w:ascii="Nirmala UI" w:hAnsi="Nirmala UI" w:eastAsia="Nirmala UI" w:cs="Nirmala UI"/>
        </w:rPr>
        <w:t>ଗଣ୍ୟ</w:t>
      </w:r>
      <w:r>
        <w:rPr>
          <w:rFonts w:ascii="Times New Roman" w:hAnsi="Times New Roman" w:eastAsia="Times New Roman" w:cs="Times New Roman"/>
        </w:rPr>
        <w:t xml:space="preserve"> </w:t>
      </w:r>
      <w:r>
        <w:rPr>
          <w:rFonts w:ascii="Nirmala UI" w:hAnsi="Nirmala UI" w:eastAsia="Nirmala UI" w:cs="Nirmala UI"/>
        </w:rPr>
        <w:t>କରାଯାଏ</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ଫ୍ରାନ୍ସକୁ</w:t>
      </w:r>
      <w:r>
        <w:rPr>
          <w:rFonts w:ascii="Times New Roman" w:hAnsi="Times New Roman" w:eastAsia="Times New Roman" w:cs="Times New Roman"/>
        </w:rPr>
        <w:t xml:space="preserve"> “</w:t>
      </w:r>
      <w:r>
        <w:rPr>
          <w:rFonts w:ascii="Nirmala UI" w:hAnsi="Nirmala UI" w:eastAsia="Nirmala UI" w:cs="Nirmala UI"/>
        </w:rPr>
        <w:t>କାଥଲିକ</w:t>
      </w:r>
      <w:r>
        <w:rPr>
          <w:rFonts w:ascii="Times New Roman" w:hAnsi="Times New Roman" w:eastAsia="Times New Roman" w:cs="Times New Roman"/>
        </w:rPr>
        <w:t xml:space="preserve"> </w:t>
      </w:r>
      <w:r>
        <w:rPr>
          <w:rFonts w:ascii="Nirmala UI" w:hAnsi="Nirmala UI" w:eastAsia="Nirmala UI" w:cs="Nirmala UI"/>
        </w:rPr>
        <w:t>କଲିସିଆର</w:t>
      </w:r>
      <w:r>
        <w:rPr>
          <w:rFonts w:ascii="Times New Roman" w:hAnsi="Times New Roman" w:eastAsia="Times New Roman" w:cs="Times New Roman"/>
        </w:rPr>
        <w:t xml:space="preserve"> </w:t>
      </w:r>
      <w:r>
        <w:rPr>
          <w:rFonts w:ascii="Nirmala UI" w:hAnsi="Nirmala UI" w:eastAsia="Nirmala UI" w:cs="Nirmala UI"/>
        </w:rPr>
        <w:t>ଜ୍ୟେଷ୍ଠ</w:t>
      </w:r>
      <w:r>
        <w:rPr>
          <w:rFonts w:ascii="Times New Roman" w:hAnsi="Times New Roman" w:eastAsia="Times New Roman" w:cs="Times New Roman"/>
        </w:rPr>
        <w:t xml:space="preserve"> </w:t>
      </w:r>
      <w:r>
        <w:rPr>
          <w:rFonts w:ascii="Nirmala UI" w:hAnsi="Nirmala UI" w:eastAsia="Nirmala UI" w:cs="Nirmala UI"/>
        </w:rPr>
        <w:t>କନ୍ୟା</w:t>
      </w:r>
      <w:r>
        <w:rPr>
          <w:rFonts w:ascii="Times New Roman" w:hAnsi="Times New Roman" w:eastAsia="Times New Roman" w:cs="Times New Roman"/>
        </w:rPr>
        <w:t xml:space="preserve">” </w:t>
      </w:r>
      <w:r>
        <w:rPr>
          <w:rFonts w:ascii="Nirmala UI" w:hAnsi="Nirmala UI" w:eastAsia="Nirmala UI" w:cs="Nirmala UI"/>
        </w:rPr>
        <w:t>ବୋଲି</w:t>
      </w:r>
      <w:r>
        <w:rPr>
          <w:rFonts w:ascii="Times New Roman" w:hAnsi="Times New Roman" w:eastAsia="Times New Roman" w:cs="Times New Roman"/>
        </w:rPr>
        <w:t xml:space="preserve"> </w:t>
      </w:r>
      <w:r>
        <w:rPr>
          <w:rFonts w:ascii="Nirmala UI" w:hAnsi="Nirmala UI" w:eastAsia="Nirmala UI" w:cs="Nirmala UI"/>
        </w:rPr>
        <w:t>କୁହାଯାଏ।</w:t>
      </w:r>
      <w:r>
        <w:rPr>
          <w:rFonts w:ascii="Times New Roman" w:hAnsi="Times New Roman" w:eastAsia="Times New Roman" w:cs="Times New Roman"/>
        </w:rPr>
        <w:t xml:space="preserve"> 1980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ଯେତେବେଳେ</w:t>
      </w:r>
      <w:r>
        <w:rPr>
          <w:rFonts w:ascii="Times New Roman" w:hAnsi="Times New Roman" w:eastAsia="Times New Roman" w:cs="Times New Roman"/>
        </w:rPr>
        <w:t xml:space="preserve"> </w:t>
      </w:r>
      <w:r>
        <w:rPr>
          <w:rFonts w:ascii="Nirmala UI" w:hAnsi="Nirmala UI" w:eastAsia="Nirmala UI" w:cs="Nirmala UI"/>
        </w:rPr>
        <w:t>ପୋପ୍</w:t>
      </w:r>
      <w:r>
        <w:rPr>
          <w:rFonts w:ascii="Times New Roman" w:hAnsi="Times New Roman" w:eastAsia="Times New Roman" w:cs="Times New Roman"/>
        </w:rPr>
        <w:t xml:space="preserve"> </w:t>
      </w:r>
      <w:r>
        <w:rPr>
          <w:rFonts w:ascii="Nirmala UI" w:hAnsi="Nirmala UI" w:eastAsia="Nirmala UI" w:cs="Nirmala UI"/>
        </w:rPr>
        <w:t>ଜନ୍</w:t>
      </w:r>
      <w:r>
        <w:rPr>
          <w:rFonts w:ascii="Times New Roman" w:hAnsi="Times New Roman" w:eastAsia="Times New Roman" w:cs="Times New Roman"/>
        </w:rPr>
        <w:t xml:space="preserve"> </w:t>
      </w:r>
      <w:r>
        <w:rPr>
          <w:rFonts w:ascii="Nirmala UI" w:hAnsi="Nirmala UI" w:eastAsia="Nirmala UI" w:cs="Nirmala UI"/>
        </w:rPr>
        <w:t>ପଲ୍</w:t>
      </w:r>
      <w:r>
        <w:rPr>
          <w:rFonts w:ascii="Times New Roman" w:hAnsi="Times New Roman" w:eastAsia="Times New Roman" w:cs="Times New Roman"/>
        </w:rPr>
        <w:t xml:space="preserve"> </w:t>
      </w:r>
      <w:r>
        <w:rPr>
          <w:rFonts w:ascii="Nirmala UI" w:hAnsi="Nirmala UI" w:eastAsia="Nirmala UI" w:cs="Nirmala UI"/>
        </w:rPr>
        <w:t>ଦ୍ୱିତୀୟ</w:t>
      </w:r>
      <w:r>
        <w:rPr>
          <w:rFonts w:ascii="Times New Roman" w:hAnsi="Times New Roman" w:eastAsia="Times New Roman" w:cs="Times New Roman"/>
        </w:rPr>
        <w:t xml:space="preserve"> </w:t>
      </w:r>
      <w:r>
        <w:rPr>
          <w:rFonts w:ascii="Nirmala UI" w:hAnsi="Nirmala UI" w:eastAsia="Nirmala UI" w:cs="Nirmala UI"/>
        </w:rPr>
        <w:t>ଫ୍ରାନ୍ସକୁ</w:t>
      </w:r>
      <w:r>
        <w:rPr>
          <w:rFonts w:ascii="Times New Roman" w:hAnsi="Times New Roman" w:eastAsia="Times New Roman" w:cs="Times New Roman"/>
        </w:rPr>
        <w:t xml:space="preserve"> </w:t>
      </w:r>
      <w:r>
        <w:rPr>
          <w:rFonts w:ascii="Nirmala UI" w:hAnsi="Nirmala UI" w:eastAsia="Nirmala UI" w:cs="Nirmala UI"/>
        </w:rPr>
        <w:t>ସନ୍ଦର୍ଶନ</w:t>
      </w:r>
      <w:r>
        <w:rPr>
          <w:rFonts w:ascii="Times New Roman" w:hAnsi="Times New Roman" w:eastAsia="Times New Roman" w:cs="Times New Roman"/>
        </w:rPr>
        <w:t xml:space="preserve"> </w:t>
      </w:r>
      <w:r>
        <w:rPr>
          <w:rFonts w:ascii="Nirmala UI" w:hAnsi="Nirmala UI" w:eastAsia="Nirmala UI" w:cs="Nirmala UI"/>
        </w:rPr>
        <w:t>କରିଥିଲେ</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ପଚାରିଥିଲେ</w:t>
      </w:r>
      <w:r>
        <w:rPr>
          <w:rFonts w:ascii="Times New Roman" w:hAnsi="Times New Roman" w:eastAsia="Times New Roman" w:cs="Times New Roman"/>
        </w:rPr>
        <w:t>, “</w:t>
      </w:r>
      <w:r>
        <w:rPr>
          <w:rFonts w:ascii="Nirmala UI" w:hAnsi="Nirmala UI" w:eastAsia="Nirmala UI" w:cs="Nirmala UI"/>
        </w:rPr>
        <w:t>ହେ</w:t>
      </w:r>
      <w:r>
        <w:rPr>
          <w:rFonts w:ascii="Times New Roman" w:hAnsi="Times New Roman" w:eastAsia="Times New Roman" w:cs="Times New Roman"/>
        </w:rPr>
        <w:t xml:space="preserve"> </w:t>
      </w:r>
      <w:r>
        <w:rPr>
          <w:rFonts w:ascii="Nirmala UI" w:hAnsi="Nirmala UI" w:eastAsia="Nirmala UI" w:cs="Nirmala UI"/>
        </w:rPr>
        <w:t>ଫ୍ରାନ୍ସ</w:t>
      </w:r>
      <w:r>
        <w:rPr>
          <w:rFonts w:ascii="Times New Roman" w:hAnsi="Times New Roman" w:eastAsia="Times New Roman" w:cs="Times New Roman"/>
        </w:rPr>
        <w:t xml:space="preserve">, </w:t>
      </w:r>
      <w:r>
        <w:rPr>
          <w:rFonts w:ascii="Nirmala UI" w:hAnsi="Nirmala UI" w:eastAsia="Nirmala UI" w:cs="Nirmala UI"/>
        </w:rPr>
        <w:t>କଲିସିଆର</w:t>
      </w:r>
      <w:r>
        <w:rPr>
          <w:rFonts w:ascii="Times New Roman" w:hAnsi="Times New Roman" w:eastAsia="Times New Roman" w:cs="Times New Roman"/>
        </w:rPr>
        <w:t xml:space="preserve"> </w:t>
      </w:r>
      <w:r>
        <w:rPr>
          <w:rFonts w:ascii="Nirmala UI" w:hAnsi="Nirmala UI" w:eastAsia="Nirmala UI" w:cs="Nirmala UI"/>
        </w:rPr>
        <w:t>ଜ୍ୟେଷ୍ଠ</w:t>
      </w:r>
      <w:r>
        <w:rPr>
          <w:rFonts w:ascii="Times New Roman" w:hAnsi="Times New Roman" w:eastAsia="Times New Roman" w:cs="Times New Roman"/>
        </w:rPr>
        <w:t xml:space="preserve"> </w:t>
      </w:r>
      <w:r>
        <w:rPr>
          <w:rFonts w:ascii="Nirmala UI" w:hAnsi="Nirmala UI" w:eastAsia="Nirmala UI" w:cs="Nirmala UI"/>
        </w:rPr>
        <w:t>କନ୍ୟା</w:t>
      </w:r>
      <w:r>
        <w:rPr>
          <w:rFonts w:ascii="Times New Roman" w:hAnsi="Times New Roman" w:eastAsia="Times New Roman" w:cs="Times New Roman"/>
        </w:rPr>
        <w:t xml:space="preserve">, </w:t>
      </w:r>
      <w:r>
        <w:rPr>
          <w:rFonts w:ascii="Nirmala UI" w:hAnsi="Nirmala UI" w:eastAsia="Nirmala UI" w:cs="Nirmala UI"/>
        </w:rPr>
        <w:t>ତୁମେ</w:t>
      </w:r>
      <w:r>
        <w:rPr>
          <w:rFonts w:ascii="Times New Roman" w:hAnsi="Times New Roman" w:eastAsia="Times New Roman" w:cs="Times New Roman"/>
        </w:rPr>
        <w:t xml:space="preserve"> </w:t>
      </w:r>
      <w:r>
        <w:rPr>
          <w:rFonts w:ascii="Nirmala UI" w:hAnsi="Nirmala UI" w:eastAsia="Nirmala UI" w:cs="Nirmala UI"/>
        </w:rPr>
        <w:t>କି</w:t>
      </w:r>
      <w:r>
        <w:rPr>
          <w:rFonts w:ascii="Times New Roman" w:hAnsi="Times New Roman" w:eastAsia="Times New Roman" w:cs="Times New Roman"/>
        </w:rPr>
        <w:t xml:space="preserve"> </w:t>
      </w:r>
      <w:r>
        <w:rPr>
          <w:rFonts w:ascii="Nirmala UI" w:hAnsi="Nirmala UI" w:eastAsia="Nirmala UI" w:cs="Nirmala UI"/>
        </w:rPr>
        <w:t>ତୁମର</w:t>
      </w:r>
      <w:r>
        <w:rPr>
          <w:rFonts w:ascii="Times New Roman" w:hAnsi="Times New Roman" w:eastAsia="Times New Roman" w:cs="Times New Roman"/>
        </w:rPr>
        <w:t xml:space="preserve"> </w:t>
      </w:r>
      <w:r>
        <w:rPr>
          <w:rFonts w:ascii="Nirmala UI" w:hAnsi="Nirmala UI" w:eastAsia="Nirmala UI" w:cs="Nirmala UI"/>
        </w:rPr>
        <w:t>ବାପ୍ତିସ୍ମା</w:t>
      </w:r>
      <w:r>
        <w:rPr>
          <w:rFonts w:ascii="Times New Roman" w:hAnsi="Times New Roman" w:eastAsia="Times New Roman" w:cs="Times New Roman"/>
        </w:rPr>
        <w:t xml:space="preserve"> </w:t>
      </w:r>
      <w:r>
        <w:rPr>
          <w:rFonts w:ascii="Nirmala UI" w:hAnsi="Nirmala UI" w:eastAsia="Nirmala UI" w:cs="Nirmala UI"/>
        </w:rPr>
        <w:t>ପ୍ରତି</w:t>
      </w:r>
      <w:r>
        <w:rPr>
          <w:rFonts w:ascii="Times New Roman" w:hAnsi="Times New Roman" w:eastAsia="Times New Roman" w:cs="Times New Roman"/>
        </w:rPr>
        <w:t xml:space="preserve"> </w:t>
      </w:r>
      <w:r>
        <w:rPr>
          <w:rFonts w:ascii="Nirmala UI" w:hAnsi="Nirmala UI" w:eastAsia="Nirmala UI" w:cs="Nirmala UI"/>
        </w:rPr>
        <w:t>ବିଶ୍ୱସ୍ତ</w:t>
      </w:r>
      <w:r>
        <w:rPr>
          <w:rFonts w:ascii="Times New Roman" w:hAnsi="Times New Roman" w:eastAsia="Times New Roman" w:cs="Times New Roman"/>
        </w:rPr>
        <w:t xml:space="preserve"> </w:t>
      </w:r>
      <w:r>
        <w:rPr>
          <w:rFonts w:ascii="Nirmala UI" w:hAnsi="Nirmala UI" w:eastAsia="Nirmala UI" w:cs="Nirmala UI"/>
        </w:rPr>
        <w:t>ଅଛ</w:t>
      </w:r>
      <w:r>
        <w:rPr>
          <w:rFonts w:ascii="Times New Roman" w:hAnsi="Times New Roman" w:eastAsia="Times New Roman" w:cs="Times New Roman"/>
        </w:rPr>
        <w:t>?”</w:t>
      </w:r>
    </w:p>
    <w:p>
      <w:pPr>
        <w:pStyle w:val="ArticleBody"/>
        <w:jc w:val="left"/>
      </w:pPr>
      <w:r>
        <w:rPr>
          <w:rFonts w:ascii="Nirmala UI" w:hAnsi="Nirmala UI" w:eastAsia="Nirmala UI" w:cs="Nirmala UI"/>
        </w:rPr>
        <w:t>କ୍ଲୋଭିସଙ୍କ</w:t>
      </w:r>
      <w:r>
        <w:rPr>
          <w:rFonts w:ascii="Times New Roman" w:hAnsi="Times New Roman" w:eastAsia="Times New Roman" w:cs="Times New Roman"/>
        </w:rPr>
        <w:t xml:space="preserve"> </w:t>
      </w:r>
      <w:r>
        <w:rPr>
          <w:rFonts w:ascii="Nirmala UI" w:hAnsi="Nirmala UI" w:eastAsia="Nirmala UI" w:cs="Nirmala UI"/>
        </w:rPr>
        <w:t>ନିସିୟ</w:t>
      </w:r>
      <w:r>
        <w:rPr>
          <w:rFonts w:ascii="Times New Roman" w:hAnsi="Times New Roman" w:eastAsia="Times New Roman" w:cs="Times New Roman"/>
        </w:rPr>
        <w:t xml:space="preserve"> </w:t>
      </w:r>
      <w:r>
        <w:rPr>
          <w:rFonts w:ascii="Nirmala UI" w:hAnsi="Nirmala UI" w:eastAsia="Nirmala UI" w:cs="Nirmala UI"/>
        </w:rPr>
        <w:t>କାଥଲିକ</w:t>
      </w:r>
      <w:r>
        <w:rPr>
          <w:rFonts w:ascii="Times New Roman" w:hAnsi="Times New Roman" w:eastAsia="Times New Roman" w:cs="Times New Roman"/>
        </w:rPr>
        <w:t xml:space="preserve"> </w:t>
      </w:r>
      <w:r>
        <w:rPr>
          <w:rFonts w:ascii="Nirmala UI" w:hAnsi="Nirmala UI" w:eastAsia="Nirmala UI" w:cs="Nirmala UI"/>
        </w:rPr>
        <w:t>ଧର୍ମକୁ</w:t>
      </w:r>
      <w:r>
        <w:rPr>
          <w:rFonts w:ascii="Times New Roman" w:hAnsi="Times New Roman" w:eastAsia="Times New Roman" w:cs="Times New Roman"/>
        </w:rPr>
        <w:t xml:space="preserve"> </w:t>
      </w:r>
      <w:r>
        <w:rPr>
          <w:rFonts w:ascii="Nirmala UI" w:hAnsi="Nirmala UI" w:eastAsia="Nirmala UI" w:cs="Nirmala UI"/>
        </w:rPr>
        <w:t>ରୂପାନ୍ତର</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ପ୍ରତୀକାତ୍ମକ</w:t>
      </w:r>
      <w:r>
        <w:rPr>
          <w:rFonts w:ascii="Times New Roman" w:hAnsi="Times New Roman" w:eastAsia="Times New Roman" w:cs="Times New Roman"/>
        </w:rPr>
        <w:t xml:space="preserve"> </w:t>
      </w:r>
      <w:r>
        <w:rPr>
          <w:rFonts w:ascii="Nirmala UI" w:hAnsi="Nirmala UI" w:eastAsia="Nirmala UI" w:cs="Nirmala UI"/>
        </w:rPr>
        <w:t>ବିବାହ</w:t>
      </w:r>
      <w:r>
        <w:rPr>
          <w:rFonts w:ascii="Times New Roman" w:hAnsi="Times New Roman" w:eastAsia="Times New Roman" w:cs="Times New Roman"/>
        </w:rPr>
        <w:t>-</w:t>
      </w:r>
      <w:r>
        <w:rPr>
          <w:rFonts w:ascii="Nirmala UI" w:hAnsi="Nirmala UI" w:eastAsia="Nirmala UI" w:cs="Nirmala UI"/>
        </w:rPr>
        <w:t>ଯାତ୍ରାର</w:t>
      </w:r>
      <w:r>
        <w:rPr>
          <w:rFonts w:ascii="Times New Roman" w:hAnsi="Times New Roman" w:eastAsia="Times New Roman" w:cs="Times New Roman"/>
        </w:rPr>
        <w:t xml:space="preserve"> </w:t>
      </w:r>
      <w:r>
        <w:rPr>
          <w:rFonts w:ascii="Nirmala UI" w:hAnsi="Nirmala UI" w:eastAsia="Nirmala UI" w:cs="Nirmala UI"/>
        </w:rPr>
        <w:t>ଆରମ୍ଭକୁ</w:t>
      </w:r>
      <w:r>
        <w:rPr>
          <w:rFonts w:ascii="Times New Roman" w:hAnsi="Times New Roman" w:eastAsia="Times New Roman" w:cs="Times New Roman"/>
        </w:rPr>
        <w:t xml:space="preserve"> </w:t>
      </w:r>
      <w:r>
        <w:rPr>
          <w:rFonts w:ascii="Nirmala UI" w:hAnsi="Nirmala UI" w:eastAsia="Nirmala UI" w:cs="Nirmala UI"/>
        </w:rPr>
        <w:t>ସୂଚିତ</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୫୩୮</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ପ୍ରତୀକାତ୍ମକ</w:t>
      </w:r>
      <w:r>
        <w:rPr>
          <w:rFonts w:ascii="Times New Roman" w:hAnsi="Times New Roman" w:eastAsia="Times New Roman" w:cs="Times New Roman"/>
        </w:rPr>
        <w:t xml:space="preserve"> </w:t>
      </w:r>
      <w:r>
        <w:rPr>
          <w:rFonts w:ascii="Nirmala UI" w:hAnsi="Nirmala UI" w:eastAsia="Nirmala UI" w:cs="Nirmala UI"/>
        </w:rPr>
        <w:t>ଚୁକ୍ତିମୂଳକ</w:t>
      </w:r>
      <w:r>
        <w:rPr>
          <w:rFonts w:ascii="Times New Roman" w:hAnsi="Times New Roman" w:eastAsia="Times New Roman" w:cs="Times New Roman"/>
        </w:rPr>
        <w:t xml:space="preserve"> </w:t>
      </w:r>
      <w:r>
        <w:rPr>
          <w:rFonts w:ascii="Nirmala UI" w:hAnsi="Nirmala UI" w:eastAsia="Nirmala UI" w:cs="Nirmala UI"/>
        </w:rPr>
        <w:t>ବିବାହକୁ</w:t>
      </w:r>
      <w:r>
        <w:rPr>
          <w:rFonts w:ascii="Times New Roman" w:hAnsi="Times New Roman" w:eastAsia="Times New Roman" w:cs="Times New Roman"/>
        </w:rPr>
        <w:t xml:space="preserve"> </w:t>
      </w:r>
      <w:r>
        <w:rPr>
          <w:rFonts w:ascii="Nirmala UI" w:hAnsi="Nirmala UI" w:eastAsia="Nirmala UI" w:cs="Nirmala UI"/>
        </w:rPr>
        <w:t>ନେଇଯିବାକୁ</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କ୍ଲୋଭିସ</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ପୃଥିବୀର</w:t>
      </w:r>
      <w:r>
        <w:rPr>
          <w:rFonts w:ascii="Times New Roman" w:hAnsi="Times New Roman" w:eastAsia="Times New Roman" w:cs="Times New Roman"/>
        </w:rPr>
        <w:t xml:space="preserve"> </w:t>
      </w:r>
      <w:r>
        <w:rPr>
          <w:rFonts w:ascii="Nirmala UI" w:hAnsi="Nirmala UI" w:eastAsia="Nirmala UI" w:cs="Nirmala UI"/>
        </w:rPr>
        <w:t>ରାଜମାନଙ୍କ</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ବ୍ୟଭିଚାର</w:t>
      </w:r>
      <w:r>
        <w:rPr>
          <w:rFonts w:ascii="Times New Roman" w:hAnsi="Times New Roman" w:eastAsia="Times New Roman" w:cs="Times New Roman"/>
        </w:rPr>
        <w:t xml:space="preserve"> </w:t>
      </w:r>
      <w:r>
        <w:rPr>
          <w:rFonts w:ascii="Nirmala UI" w:hAnsi="Nirmala UI" w:eastAsia="Nirmala UI" w:cs="Nirmala UI"/>
        </w:rPr>
        <w:t>କରୁଥିବା</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ବେଶ୍ୟାଙ୍କ</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ଥିବା</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ପ୍ରତୀକାତ୍ମକ</w:t>
      </w:r>
      <w:r>
        <w:rPr>
          <w:rFonts w:ascii="Times New Roman" w:hAnsi="Times New Roman" w:eastAsia="Times New Roman" w:cs="Times New Roman"/>
        </w:rPr>
        <w:t xml:space="preserve"> </w:t>
      </w:r>
      <w:r>
        <w:rPr>
          <w:rFonts w:ascii="Nirmala UI" w:hAnsi="Nirmala UI" w:eastAsia="Nirmala UI" w:cs="Nirmala UI"/>
        </w:rPr>
        <w:t>ଚୁକ୍ତିମୂଳକ</w:t>
      </w:r>
      <w:r>
        <w:rPr>
          <w:rFonts w:ascii="Times New Roman" w:hAnsi="Times New Roman" w:eastAsia="Times New Roman" w:cs="Times New Roman"/>
        </w:rPr>
        <w:t xml:space="preserve"> </w:t>
      </w:r>
      <w:r>
        <w:rPr>
          <w:rFonts w:ascii="Nirmala UI" w:hAnsi="Nirmala UI" w:eastAsia="Nirmala UI" w:cs="Nirmala UI"/>
        </w:rPr>
        <w:t>ବିବାହକୁ</w:t>
      </w:r>
      <w:r>
        <w:rPr>
          <w:rFonts w:ascii="Times New Roman" w:hAnsi="Times New Roman" w:eastAsia="Times New Roman" w:cs="Times New Roman"/>
        </w:rPr>
        <w:t xml:space="preserve"> </w:t>
      </w:r>
      <w:r>
        <w:rPr>
          <w:rFonts w:ascii="Nirmala UI" w:hAnsi="Nirmala UI" w:eastAsia="Nirmala UI" w:cs="Nirmala UI"/>
        </w:rPr>
        <w:t>ଦାନିୟେଲ</w:t>
      </w:r>
      <w:r>
        <w:rPr>
          <w:rFonts w:ascii="Times New Roman" w:hAnsi="Times New Roman" w:eastAsia="Times New Roman" w:cs="Times New Roman"/>
        </w:rPr>
        <w:t xml:space="preserve"> </w:t>
      </w:r>
      <w:r>
        <w:rPr>
          <w:rFonts w:ascii="Nirmala UI" w:hAnsi="Nirmala UI" w:eastAsia="Nirmala UI" w:cs="Nirmala UI"/>
        </w:rPr>
        <w:t>ଏଗାରୋ</w:t>
      </w:r>
      <w:r>
        <w:rPr>
          <w:rFonts w:ascii="Times New Roman" w:hAnsi="Times New Roman" w:eastAsia="Times New Roman" w:cs="Times New Roman"/>
        </w:rPr>
        <w:t xml:space="preserve"> </w:t>
      </w:r>
      <w:r>
        <w:rPr>
          <w:rFonts w:ascii="Nirmala UI" w:hAnsi="Nirmala UI" w:eastAsia="Nirmala UI" w:cs="Nirmala UI"/>
        </w:rPr>
        <w:t>ଅଧ୍ୟାୟର</w:t>
      </w:r>
      <w:r>
        <w:rPr>
          <w:rFonts w:ascii="Times New Roman" w:hAnsi="Times New Roman" w:eastAsia="Times New Roman" w:cs="Times New Roman"/>
        </w:rPr>
        <w:t xml:space="preserve"> </w:t>
      </w:r>
      <w:r>
        <w:rPr>
          <w:rFonts w:ascii="Nirmala UI" w:hAnsi="Nirmala UI" w:eastAsia="Nirmala UI" w:cs="Nirmala UI"/>
        </w:rPr>
        <w:t>ପୂର୍ବବର୍ତ୍ତୀ</w:t>
      </w:r>
      <w:r>
        <w:rPr>
          <w:rFonts w:ascii="Times New Roman" w:hAnsi="Times New Roman" w:eastAsia="Times New Roman" w:cs="Times New Roman"/>
        </w:rPr>
        <w:t xml:space="preserve"> </w:t>
      </w:r>
      <w:r>
        <w:rPr>
          <w:rFonts w:ascii="Nirmala UI" w:hAnsi="Nirmala UI" w:eastAsia="Nirmala UI" w:cs="Nirmala UI"/>
        </w:rPr>
        <w:t>ଚାରିଟି</w:t>
      </w:r>
      <w:r>
        <w:rPr>
          <w:rFonts w:ascii="Times New Roman" w:hAnsi="Times New Roman" w:eastAsia="Times New Roman" w:cs="Times New Roman"/>
        </w:rPr>
        <w:t xml:space="preserve"> </w:t>
      </w:r>
      <w:r>
        <w:rPr>
          <w:rFonts w:ascii="Nirmala UI" w:hAnsi="Nirmala UI" w:eastAsia="Nirmala UI" w:cs="Nirmala UI"/>
        </w:rPr>
        <w:t>ଚୁକ୍ତିମୂଳକ</w:t>
      </w:r>
      <w:r>
        <w:rPr>
          <w:rFonts w:ascii="Times New Roman" w:hAnsi="Times New Roman" w:eastAsia="Times New Roman" w:cs="Times New Roman"/>
        </w:rPr>
        <w:t xml:space="preserve"> </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ପୂର୍ବରୂପେ</w:t>
      </w:r>
      <w:r>
        <w:rPr>
          <w:rFonts w:ascii="Times New Roman" w:hAnsi="Times New Roman" w:eastAsia="Times New Roman" w:cs="Times New Roman"/>
        </w:rPr>
        <w:t xml:space="preserve"> </w:t>
      </w:r>
      <w:r>
        <w:rPr>
          <w:rFonts w:ascii="Nirmala UI" w:hAnsi="Nirmala UI" w:eastAsia="Nirmala UI" w:cs="Nirmala UI"/>
        </w:rPr>
        <w:t>ଦର୍ଶାଯାଇଥିଲା।</w:t>
      </w:r>
      <w:r>
        <w:rPr>
          <w:rFonts w:ascii="Times New Roman" w:hAnsi="Times New Roman" w:eastAsia="Times New Roman" w:cs="Times New Roman"/>
        </w:rPr>
        <w:t xml:space="preserve"> </w:t>
      </w:r>
      <w:r>
        <w:rPr>
          <w:rFonts w:ascii="Nirmala UI" w:hAnsi="Nirmala UI" w:eastAsia="Nirmala UI" w:cs="Nirmala UI"/>
        </w:rPr>
        <w:t>ରୋମୀୟ</w:t>
      </w:r>
      <w:r>
        <w:rPr>
          <w:rFonts w:ascii="Times New Roman" w:hAnsi="Times New Roman" w:eastAsia="Times New Roman" w:cs="Times New Roman"/>
        </w:rPr>
        <w:t xml:space="preserve"> </w:t>
      </w:r>
      <w:r>
        <w:rPr>
          <w:rFonts w:ascii="Nirmala UI" w:hAnsi="Nirmala UI" w:eastAsia="Nirmala UI" w:cs="Nirmala UI"/>
        </w:rPr>
        <w:t>ମଣ୍ଡଳୀକୁ</w:t>
      </w:r>
      <w:r>
        <w:rPr>
          <w:rFonts w:ascii="Times New Roman" w:hAnsi="Times New Roman" w:eastAsia="Times New Roman" w:cs="Times New Roman"/>
        </w:rPr>
        <w:t xml:space="preserve"> </w:t>
      </w:r>
      <w:r>
        <w:rPr>
          <w:rFonts w:ascii="Nirmala UI" w:hAnsi="Nirmala UI" w:eastAsia="Nirmala UI" w:cs="Nirmala UI"/>
        </w:rPr>
        <w:t>ସାମରିକ</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ଆର୍ଥିକ</w:t>
      </w:r>
      <w:r>
        <w:rPr>
          <w:rFonts w:ascii="Times New Roman" w:hAnsi="Times New Roman" w:eastAsia="Times New Roman" w:cs="Times New Roman"/>
        </w:rPr>
        <w:t xml:space="preserve"> </w:t>
      </w:r>
      <w:r>
        <w:rPr>
          <w:rFonts w:ascii="Nirmala UI" w:hAnsi="Nirmala UI" w:eastAsia="Nirmala UI" w:cs="Nirmala UI"/>
        </w:rPr>
        <w:t>ସମର୍ଥନ</w:t>
      </w:r>
      <w:r>
        <w:rPr>
          <w:rFonts w:ascii="Times New Roman" w:hAnsi="Times New Roman" w:eastAsia="Times New Roman" w:cs="Times New Roman"/>
        </w:rPr>
        <w:t xml:space="preserve"> </w:t>
      </w:r>
      <w:r>
        <w:rPr>
          <w:rFonts w:ascii="Nirmala UI" w:hAnsi="Nirmala UI" w:eastAsia="Nirmala UI" w:cs="Nirmala UI"/>
        </w:rPr>
        <w:t>ଦେଇଥିବା</w:t>
      </w:r>
      <w:r>
        <w:rPr>
          <w:rFonts w:ascii="Times New Roman" w:hAnsi="Times New Roman" w:eastAsia="Times New Roman" w:cs="Times New Roman"/>
        </w:rPr>
        <w:t xml:space="preserve"> </w:t>
      </w:r>
      <w:r>
        <w:rPr>
          <w:rFonts w:ascii="Nirmala UI" w:hAnsi="Nirmala UI" w:eastAsia="Nirmala UI" w:cs="Nirmala UI"/>
        </w:rPr>
        <w:t>ପ୍ରଥମ</w:t>
      </w:r>
      <w:r>
        <w:rPr>
          <w:rFonts w:ascii="Times New Roman" w:hAnsi="Times New Roman" w:eastAsia="Times New Roman" w:cs="Times New Roman"/>
        </w:rPr>
        <w:t xml:space="preserve"> </w:t>
      </w:r>
      <w:r>
        <w:rPr>
          <w:rFonts w:ascii="Nirmala UI" w:hAnsi="Nirmala UI" w:eastAsia="Nirmala UI" w:cs="Nirmala UI"/>
        </w:rPr>
        <w:t>ଇଉରୋପୀୟ</w:t>
      </w:r>
      <w:r>
        <w:rPr>
          <w:rFonts w:ascii="Times New Roman" w:hAnsi="Times New Roman" w:eastAsia="Times New Roman" w:cs="Times New Roman"/>
        </w:rPr>
        <w:t xml:space="preserve"> </w:t>
      </w:r>
      <w:r>
        <w:rPr>
          <w:rFonts w:ascii="Nirmala UI" w:hAnsi="Nirmala UI" w:eastAsia="Nirmala UI" w:cs="Nirmala UI"/>
        </w:rPr>
        <w:t>ରାଜା</w:t>
      </w:r>
      <w:r>
        <w:rPr>
          <w:rFonts w:ascii="Times New Roman" w:hAnsi="Times New Roman" w:eastAsia="Times New Roman" w:cs="Times New Roman"/>
        </w:rPr>
        <w:t xml:space="preserve"> </w:t>
      </w:r>
      <w:r>
        <w:rPr>
          <w:rFonts w:ascii="Nirmala UI" w:hAnsi="Nirmala UI" w:eastAsia="Nirmala UI" w:cs="Nirmala UI"/>
        </w:rPr>
        <w:t>କ୍ଲୋଭିସ</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ଏହିକାରଣରୁ</w:t>
      </w:r>
      <w:r>
        <w:rPr>
          <w:rFonts w:ascii="Times New Roman" w:hAnsi="Times New Roman" w:eastAsia="Times New Roman" w:cs="Times New Roman"/>
        </w:rPr>
        <w:t xml:space="preserve"> </w:t>
      </w:r>
      <w:r>
        <w:rPr>
          <w:rFonts w:ascii="Nirmala UI" w:hAnsi="Nirmala UI" w:eastAsia="Nirmala UI" w:cs="Nirmala UI"/>
        </w:rPr>
        <w:t>କ୍ଲୋଭିସ</w:t>
      </w:r>
      <w:r>
        <w:rPr>
          <w:rFonts w:ascii="Times New Roman" w:hAnsi="Times New Roman" w:eastAsia="Times New Roman" w:cs="Times New Roman"/>
        </w:rPr>
        <w:t xml:space="preserve"> </w:t>
      </w:r>
      <w:r>
        <w:rPr>
          <w:rFonts w:ascii="Nirmala UI" w:hAnsi="Nirmala UI" w:eastAsia="Nirmala UI" w:cs="Nirmala UI"/>
        </w:rPr>
        <w:t>ଦାନିୟେଲ</w:t>
      </w:r>
      <w:r>
        <w:rPr>
          <w:rFonts w:ascii="Times New Roman" w:hAnsi="Times New Roman" w:eastAsia="Times New Roman" w:cs="Times New Roman"/>
        </w:rPr>
        <w:t xml:space="preserve"> </w:t>
      </w:r>
      <w:r>
        <w:rPr>
          <w:rFonts w:ascii="Nirmala UI" w:hAnsi="Nirmala UI" w:eastAsia="Nirmala UI" w:cs="Nirmala UI"/>
        </w:rPr>
        <w:t>ଏଗାରୋ</w:t>
      </w:r>
      <w:r>
        <w:rPr>
          <w:rFonts w:ascii="Times New Roman" w:hAnsi="Times New Roman" w:eastAsia="Times New Roman" w:cs="Times New Roman"/>
        </w:rPr>
        <w:t xml:space="preserve"> </w:t>
      </w:r>
      <w:r>
        <w:rPr>
          <w:rFonts w:ascii="Nirmala UI" w:hAnsi="Nirmala UI" w:eastAsia="Nirmala UI" w:cs="Nirmala UI"/>
        </w:rPr>
        <w:t>ଅଧ୍ୟାୟର</w:t>
      </w:r>
      <w:r>
        <w:rPr>
          <w:rFonts w:ascii="Times New Roman" w:hAnsi="Times New Roman" w:eastAsia="Times New Roman" w:cs="Times New Roman"/>
        </w:rPr>
        <w:t xml:space="preserve"> </w:t>
      </w:r>
      <w:r>
        <w:rPr>
          <w:rFonts w:ascii="Nirmala UI" w:hAnsi="Nirmala UI" w:eastAsia="Nirmala UI" w:cs="Nirmala UI"/>
        </w:rPr>
        <w:t>ଇତିହାସ</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ପ୍ରତିନିଧିତ୍ୱ</w:t>
      </w:r>
      <w:r>
        <w:rPr>
          <w:rFonts w:ascii="Times New Roman" w:hAnsi="Times New Roman" w:eastAsia="Times New Roman" w:cs="Times New Roman"/>
        </w:rPr>
        <w:t xml:space="preserve"> </w:t>
      </w:r>
      <w:r>
        <w:rPr>
          <w:rFonts w:ascii="Nirmala UI" w:hAnsi="Nirmala UI" w:eastAsia="Nirmala UI" w:cs="Nirmala UI"/>
        </w:rPr>
        <w:t>କରାଯାଇଛନ୍ତି।</w:t>
      </w:r>
    </w:p>
    <w:p>
      <w:pPr>
        <w:pStyle w:val="ArticleScripture"/>
        <w:jc w:val="left"/>
      </w:pPr>
      <w:r>
        <w:rPr>
          <w:rFonts w:ascii="Times New Roman" w:hAnsi="Times New Roman" w:eastAsia="Times New Roman" w:cs="Times New Roman"/>
        </w:rPr>
        <w:t>Inni isa biraa isaa irra dhaabatanii, mana qulqullummaa humnaa ni xureessu; aarsaa yeroo hundaa dhiifamu ni balleessu; isaanis xuraa’ummaa diiggaa fidu ni dhaabu. Daani’el 11:31.</w:t>
      </w:r>
    </w:p>
    <w:p>
      <w:pPr>
        <w:pStyle w:val="ArticleBody"/>
        <w:jc w:val="left"/>
      </w:pPr>
      <w:r>
        <w:rPr>
          <w:rFonts w:ascii="Times New Roman" w:hAnsi="Times New Roman" w:eastAsia="Times New Roman" w:cs="Times New Roman"/>
        </w:rPr>
        <w:t>496-ttaatti Clovis keessatti taʼe, caasaan siyaasaa Awurooppaa papasummaa yeroo inni aangoo irratti ol ka’aa ture gargaaruuf “kaʼuu” jalqabuu isaanii agarsiisa. Innis jalqaba adeemsa gaaʼelaa fakkeenya qabu mallatteessa. “Irreen” lakkoofsa kanaa “mana qulqullummaa jabinaa” illee ni xureessa; kunis Roomaa waaqeffataa fi papal Roomaa lamaan isaaniif magaalaa Roomaa dha.</w:t>
      </w:r>
    </w:p>
    <w:p>
      <w:pPr>
        <w:pStyle w:val="ArticleHeading"/>
        <w:jc w:val="left"/>
      </w:pPr>
      <w:r>
        <w:rPr>
          <w:rFonts w:ascii="Ebrima" w:hAnsi="Ebrima" w:eastAsia="Ebrima" w:cs="Ebrima"/>
        </w:rPr>
        <w:t>ሁለት</w:t>
      </w:r>
      <w:r>
        <w:rPr>
          <w:rFonts w:ascii="Arial" w:hAnsi="Arial" w:eastAsia="Arial" w:cs="Arial"/>
        </w:rPr>
        <w:t xml:space="preserve"> </w:t>
      </w:r>
      <w:r>
        <w:rPr>
          <w:rFonts w:ascii="Ebrima" w:hAnsi="Ebrima" w:eastAsia="Ebrima" w:cs="Ebrima"/>
        </w:rPr>
        <w:t>መቅደሶች</w:t>
      </w:r>
    </w:p>
    <w:p>
      <w:pPr>
        <w:pStyle w:val="ArticleBody"/>
        <w:jc w:val="left"/>
      </w:pPr>
      <w:r>
        <w:rPr>
          <w:rFonts w:ascii="Times New Roman" w:hAnsi="Times New Roman" w:eastAsia="Times New Roman" w:cs="Times New Roman"/>
        </w:rPr>
        <w:t>Kitaaba Daani’eel keessatti jechoonni Ibrootaa adda addaa lama “iddoo qulqulluu” jedhamee hiikaman jiru. Jechoonni Ibrootaa ‘miqdash’ fi ‘qodesh’ lamaan isaanii iyyuu “iddoo qulqulluu” jedhamee hiikamu; garuu qodesh wanta qulqulluu qofa agarsiisuu danda’a, yeroo miqdash immoo akka haala dubbichaa irraa murtaa’etti iddoo qulqulluu yookaan iddoo hin qulqulloomne bakka bu’uu danda’a.</w:t>
      </w:r>
    </w:p>
    <w:p>
      <w:pPr>
        <w:pStyle w:val="ArticleBody"/>
        <w:jc w:val="left"/>
      </w:pPr>
      <w:r>
        <w:rPr>
          <w:rFonts w:ascii="Times New Roman" w:hAnsi="Times New Roman" w:eastAsia="Times New Roman" w:cs="Times New Roman"/>
        </w:rPr>
        <w:t>Aayanni “mana qulqullummaa humnaa” jedhamee caqasii soddoma tokko keessatti ibsame ‘miqdash’ dha; innis mana qulqullummaa humna Roomaa bakka bu’a; Roomaan waaqeffataa fi Roomaan paappaasummaa ta’eef lamaan isaanii keessattiis sun magaalaa Roomaa ture. Lola Actium irraa eegalee, yeroo Octavian mootummaa walitti qabee tokkoomsutti, Roomaan waaqeffataa raawwatamuu caqasii diigdamii afurffaa kan Daani’el boqonnaa kudha tokko keessatti ibsameen waggaa dhibba sadii fi jaatamaaf (yeroo tokkoof) mo’amuu hin dandeenye turte.</w:t>
      </w:r>
    </w:p>
    <w:p>
      <w:pPr>
        <w:pStyle w:val="ArticleScripture"/>
        <w:jc w:val="left"/>
      </w:pPr>
      <w:r>
        <w:rPr>
          <w:rFonts w:ascii="Ebrima" w:hAnsi="Ebrima" w:eastAsia="Ebrima" w:cs="Ebrima"/>
        </w:rPr>
        <w:t>ንሱ</w:t>
      </w:r>
      <w:r>
        <w:rPr>
          <w:rFonts w:ascii="Times New Roman" w:hAnsi="Times New Roman" w:eastAsia="Times New Roman" w:cs="Times New Roman"/>
        </w:rPr>
        <w:t xml:space="preserve"> </w:t>
      </w:r>
      <w:r>
        <w:rPr>
          <w:rFonts w:ascii="Ebrima" w:hAnsi="Ebrima" w:eastAsia="Ebrima" w:cs="Ebrima"/>
        </w:rPr>
        <w:t>ብሰላም</w:t>
      </w:r>
      <w:r>
        <w:rPr>
          <w:rFonts w:ascii="Times New Roman" w:hAnsi="Times New Roman" w:eastAsia="Times New Roman" w:cs="Times New Roman"/>
        </w:rPr>
        <w:t xml:space="preserve"> </w:t>
      </w:r>
      <w:r>
        <w:rPr>
          <w:rFonts w:ascii="Ebrima" w:hAnsi="Ebrima" w:eastAsia="Ebrima" w:cs="Ebrima"/>
        </w:rPr>
        <w:t>ናብቲ</w:t>
      </w:r>
      <w:r>
        <w:rPr>
          <w:rFonts w:ascii="Times New Roman" w:hAnsi="Times New Roman" w:eastAsia="Times New Roman" w:cs="Times New Roman"/>
        </w:rPr>
        <w:t xml:space="preserve"> </w:t>
      </w:r>
      <w:r>
        <w:rPr>
          <w:rFonts w:ascii="Ebrima" w:hAnsi="Ebrima" w:eastAsia="Ebrima" w:cs="Ebrima"/>
        </w:rPr>
        <w:t>ዝያዳ</w:t>
      </w:r>
      <w:r>
        <w:rPr>
          <w:rFonts w:ascii="Times New Roman" w:hAnsi="Times New Roman" w:eastAsia="Times New Roman" w:cs="Times New Roman"/>
        </w:rPr>
        <w:t xml:space="preserve"> </w:t>
      </w:r>
      <w:r>
        <w:rPr>
          <w:rFonts w:ascii="Ebrima" w:hAnsi="Ebrima" w:eastAsia="Ebrima" w:cs="Ebrima"/>
        </w:rPr>
        <w:t>ርቡሕ</w:t>
      </w:r>
      <w:r>
        <w:rPr>
          <w:rFonts w:ascii="Times New Roman" w:hAnsi="Times New Roman" w:eastAsia="Times New Roman" w:cs="Times New Roman"/>
        </w:rPr>
        <w:t xml:space="preserve"> </w:t>
      </w:r>
      <w:r>
        <w:rPr>
          <w:rFonts w:ascii="Ebrima" w:hAnsi="Ebrima" w:eastAsia="Ebrima" w:cs="Ebrima"/>
        </w:rPr>
        <w:t>ቦታታት</w:t>
      </w:r>
      <w:r>
        <w:rPr>
          <w:rFonts w:ascii="Times New Roman" w:hAnsi="Times New Roman" w:eastAsia="Times New Roman" w:cs="Times New Roman"/>
        </w:rPr>
        <w:t xml:space="preserve"> </w:t>
      </w:r>
      <w:r>
        <w:rPr>
          <w:rFonts w:ascii="Ebrima" w:hAnsi="Ebrima" w:eastAsia="Ebrima" w:cs="Ebrima"/>
        </w:rPr>
        <w:t>ናይታ</w:t>
      </w:r>
      <w:r>
        <w:rPr>
          <w:rFonts w:ascii="Times New Roman" w:hAnsi="Times New Roman" w:eastAsia="Times New Roman" w:cs="Times New Roman"/>
        </w:rPr>
        <w:t xml:space="preserve"> </w:t>
      </w:r>
      <w:r>
        <w:rPr>
          <w:rFonts w:ascii="Ebrima" w:hAnsi="Ebrima" w:eastAsia="Ebrima" w:cs="Ebrima"/>
        </w:rPr>
        <w:t>ኣውራጃ</w:t>
      </w:r>
      <w:r>
        <w:rPr>
          <w:rFonts w:ascii="Times New Roman" w:hAnsi="Times New Roman" w:eastAsia="Times New Roman" w:cs="Times New Roman"/>
        </w:rPr>
        <w:t xml:space="preserve"> </w:t>
      </w:r>
      <w:r>
        <w:rPr>
          <w:rFonts w:ascii="Ebrima" w:hAnsi="Ebrima" w:eastAsia="Ebrima" w:cs="Ebrima"/>
        </w:rPr>
        <w:t>ኺኣቱ</w:t>
      </w:r>
      <w:r>
        <w:rPr>
          <w:rFonts w:ascii="Times New Roman" w:hAnsi="Times New Roman" w:eastAsia="Times New Roman" w:cs="Times New Roman"/>
        </w:rPr>
        <w:t xml:space="preserve"> </w:t>
      </w:r>
      <w:r>
        <w:rPr>
          <w:rFonts w:ascii="Ebrima" w:hAnsi="Ebrima" w:eastAsia="Ebrima" w:cs="Ebrima"/>
        </w:rPr>
        <w:t>እዩ፤</w:t>
      </w:r>
      <w:r>
        <w:rPr>
          <w:rFonts w:ascii="Times New Roman" w:hAnsi="Times New Roman" w:eastAsia="Times New Roman" w:cs="Times New Roman"/>
        </w:rPr>
        <w:t xml:space="preserve"> </w:t>
      </w:r>
      <w:r>
        <w:rPr>
          <w:rFonts w:ascii="Ebrima" w:hAnsi="Ebrima" w:eastAsia="Ebrima" w:cs="Ebrima"/>
        </w:rPr>
        <w:t>ንሱ</w:t>
      </w:r>
      <w:r>
        <w:rPr>
          <w:rFonts w:ascii="Times New Roman" w:hAnsi="Times New Roman" w:eastAsia="Times New Roman" w:cs="Times New Roman"/>
        </w:rPr>
        <w:t xml:space="preserve"> </w:t>
      </w:r>
      <w:r>
        <w:rPr>
          <w:rFonts w:ascii="Ebrima" w:hAnsi="Ebrima" w:eastAsia="Ebrima" w:cs="Ebrima"/>
        </w:rPr>
        <w:t>ድማ</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ኣቦታቱ</w:t>
      </w:r>
      <w:r>
        <w:rPr>
          <w:rFonts w:ascii="Times New Roman" w:hAnsi="Times New Roman" w:eastAsia="Times New Roman" w:cs="Times New Roman"/>
        </w:rPr>
        <w:t xml:space="preserve"> </w:t>
      </w:r>
      <w:r>
        <w:rPr>
          <w:rFonts w:ascii="Ebrima" w:hAnsi="Ebrima" w:eastAsia="Ebrima" w:cs="Ebrima"/>
        </w:rPr>
        <w:t>እኳ</w:t>
      </w:r>
      <w:r>
        <w:rPr>
          <w:rFonts w:ascii="Times New Roman" w:hAnsi="Times New Roman" w:eastAsia="Times New Roman" w:cs="Times New Roman"/>
        </w:rPr>
        <w:t xml:space="preserve"> </w:t>
      </w:r>
      <w:r>
        <w:rPr>
          <w:rFonts w:ascii="Ebrima" w:hAnsi="Ebrima" w:eastAsia="Ebrima" w:cs="Ebrima"/>
        </w:rPr>
        <w:t>ዘይገበርዎ፡</w:t>
      </w:r>
      <w:r>
        <w:rPr>
          <w:rFonts w:ascii="Times New Roman" w:hAnsi="Times New Roman" w:eastAsia="Times New Roman" w:cs="Times New Roman"/>
        </w:rPr>
        <w:t xml:space="preserve"> </w:t>
      </w:r>
      <w:r>
        <w:rPr>
          <w:rFonts w:ascii="Ebrima" w:hAnsi="Ebrima" w:eastAsia="Ebrima" w:cs="Ebrima"/>
        </w:rPr>
        <w:t>ወይ</w:t>
      </w:r>
      <w:r>
        <w:rPr>
          <w:rFonts w:ascii="Times New Roman" w:hAnsi="Times New Roman" w:eastAsia="Times New Roman" w:cs="Times New Roman"/>
        </w:rPr>
        <w:t xml:space="preserve"> </w:t>
      </w:r>
      <w:r>
        <w:rPr>
          <w:rFonts w:ascii="Ebrima" w:hAnsi="Ebrima" w:eastAsia="Ebrima" w:cs="Ebrima"/>
        </w:rPr>
        <w:t>ኣቦታት</w:t>
      </w:r>
      <w:r>
        <w:rPr>
          <w:rFonts w:ascii="Times New Roman" w:hAnsi="Times New Roman" w:eastAsia="Times New Roman" w:cs="Times New Roman"/>
        </w:rPr>
        <w:t xml:space="preserve"> </w:t>
      </w:r>
      <w:r>
        <w:rPr>
          <w:rFonts w:ascii="Ebrima" w:hAnsi="Ebrima" w:eastAsia="Ebrima" w:cs="Ebrima"/>
        </w:rPr>
        <w:t>ኣቦታቱ</w:t>
      </w:r>
      <w:r>
        <w:rPr>
          <w:rFonts w:ascii="Times New Roman" w:hAnsi="Times New Roman" w:eastAsia="Times New Roman" w:cs="Times New Roman"/>
        </w:rPr>
        <w:t xml:space="preserve"> </w:t>
      </w:r>
      <w:r>
        <w:rPr>
          <w:rFonts w:ascii="Ebrima" w:hAnsi="Ebrima" w:eastAsia="Ebrima" w:cs="Ebrima"/>
        </w:rPr>
        <w:t>እኳ</w:t>
      </w:r>
      <w:r>
        <w:rPr>
          <w:rFonts w:ascii="Times New Roman" w:hAnsi="Times New Roman" w:eastAsia="Times New Roman" w:cs="Times New Roman"/>
        </w:rPr>
        <w:t xml:space="preserve"> </w:t>
      </w:r>
      <w:r>
        <w:rPr>
          <w:rFonts w:ascii="Ebrima" w:hAnsi="Ebrima" w:eastAsia="Ebrima" w:cs="Ebrima"/>
        </w:rPr>
        <w:t>ዘይገበርዎ፡</w:t>
      </w:r>
      <w:r>
        <w:rPr>
          <w:rFonts w:ascii="Times New Roman" w:hAnsi="Times New Roman" w:eastAsia="Times New Roman" w:cs="Times New Roman"/>
        </w:rPr>
        <w:t xml:space="preserve"> </w:t>
      </w:r>
      <w:r>
        <w:rPr>
          <w:rFonts w:ascii="Ebrima" w:hAnsi="Ebrima" w:eastAsia="Ebrima" w:cs="Ebrima"/>
        </w:rPr>
        <w:t>ኪገብር</w:t>
      </w:r>
      <w:r>
        <w:rPr>
          <w:rFonts w:ascii="Times New Roman" w:hAnsi="Times New Roman" w:eastAsia="Times New Roman" w:cs="Times New Roman"/>
        </w:rPr>
        <w:t xml:space="preserve"> </w:t>
      </w:r>
      <w:r>
        <w:rPr>
          <w:rFonts w:ascii="Ebrima" w:hAnsi="Ebrima" w:eastAsia="Ebrima" w:cs="Ebrima"/>
        </w:rPr>
        <w:t>እዩ፤</w:t>
      </w:r>
      <w:r>
        <w:rPr>
          <w:rFonts w:ascii="Times New Roman" w:hAnsi="Times New Roman" w:eastAsia="Times New Roman" w:cs="Times New Roman"/>
        </w:rPr>
        <w:t xml:space="preserve"> </w:t>
      </w:r>
      <w:r>
        <w:rPr>
          <w:rFonts w:ascii="Ebrima" w:hAnsi="Ebrima" w:eastAsia="Ebrima" w:cs="Ebrima"/>
        </w:rPr>
        <w:t>ንሱ</w:t>
      </w:r>
      <w:r>
        <w:rPr>
          <w:rFonts w:ascii="Times New Roman" w:hAnsi="Times New Roman" w:eastAsia="Times New Roman" w:cs="Times New Roman"/>
        </w:rPr>
        <w:t xml:space="preserve"> </w:t>
      </w:r>
      <w:r>
        <w:rPr>
          <w:rFonts w:ascii="Ebrima" w:hAnsi="Ebrima" w:eastAsia="Ebrima" w:cs="Ebrima"/>
        </w:rPr>
        <w:t>ነቲ</w:t>
      </w:r>
      <w:r>
        <w:rPr>
          <w:rFonts w:ascii="Times New Roman" w:hAnsi="Times New Roman" w:eastAsia="Times New Roman" w:cs="Times New Roman"/>
        </w:rPr>
        <w:t xml:space="preserve"> </w:t>
      </w:r>
      <w:r>
        <w:rPr>
          <w:rFonts w:ascii="Ebrima" w:hAnsi="Ebrima" w:eastAsia="Ebrima" w:cs="Ebrima"/>
        </w:rPr>
        <w:t>ምርኮ፡</w:t>
      </w:r>
      <w:r>
        <w:rPr>
          <w:rFonts w:ascii="Times New Roman" w:hAnsi="Times New Roman" w:eastAsia="Times New Roman" w:cs="Times New Roman"/>
        </w:rPr>
        <w:t xml:space="preserve"> </w:t>
      </w:r>
      <w:r>
        <w:rPr>
          <w:rFonts w:ascii="Ebrima" w:hAnsi="Ebrima" w:eastAsia="Ebrima" w:cs="Ebrima"/>
        </w:rPr>
        <w:t>ዘረፋ፡</w:t>
      </w:r>
      <w:r>
        <w:rPr>
          <w:rFonts w:ascii="Times New Roman" w:hAnsi="Times New Roman" w:eastAsia="Times New Roman" w:cs="Times New Roman"/>
        </w:rPr>
        <w:t xml:space="preserve"> </w:t>
      </w:r>
      <w:r>
        <w:rPr>
          <w:rFonts w:ascii="Ebrima" w:hAnsi="Ebrima" w:eastAsia="Ebrima" w:cs="Ebrima"/>
        </w:rPr>
        <w:t>ሃብቲውን</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w:t>
      </w:r>
      <w:r>
        <w:rPr>
          <w:rFonts w:ascii="Ebrima" w:hAnsi="Ebrima" w:eastAsia="Ebrima" w:cs="Ebrima"/>
        </w:rPr>
        <w:t>መንጎኦም</w:t>
      </w:r>
      <w:r>
        <w:rPr>
          <w:rFonts w:ascii="Times New Roman" w:hAnsi="Times New Roman" w:eastAsia="Times New Roman" w:cs="Times New Roman"/>
        </w:rPr>
        <w:t xml:space="preserve"> </w:t>
      </w:r>
      <w:r>
        <w:rPr>
          <w:rFonts w:ascii="Ebrima" w:hAnsi="Ebrima" w:eastAsia="Ebrima" w:cs="Ebrima"/>
        </w:rPr>
        <w:t>ኪበትን</w:t>
      </w:r>
      <w:r>
        <w:rPr>
          <w:rFonts w:ascii="Times New Roman" w:hAnsi="Times New Roman" w:eastAsia="Times New Roman" w:cs="Times New Roman"/>
        </w:rPr>
        <w:t xml:space="preserve"> </w:t>
      </w:r>
      <w:r>
        <w:rPr>
          <w:rFonts w:ascii="Ebrima" w:hAnsi="Ebrima" w:eastAsia="Ebrima" w:cs="Ebrima"/>
        </w:rPr>
        <w:t>እዩ፤</w:t>
      </w:r>
      <w:r>
        <w:rPr>
          <w:rFonts w:ascii="Times New Roman" w:hAnsi="Times New Roman" w:eastAsia="Times New Roman" w:cs="Times New Roman"/>
        </w:rPr>
        <w:t xml:space="preserve"> </w:t>
      </w:r>
      <w:r>
        <w:rPr>
          <w:rFonts w:ascii="Ebrima" w:hAnsi="Ebrima" w:eastAsia="Ebrima" w:cs="Ebrima"/>
        </w:rPr>
        <w:t>እወ፡</w:t>
      </w:r>
      <w:r>
        <w:rPr>
          <w:rFonts w:ascii="Times New Roman" w:hAnsi="Times New Roman" w:eastAsia="Times New Roman" w:cs="Times New Roman"/>
        </w:rPr>
        <w:t xml:space="preserve"> </w:t>
      </w:r>
      <w:r>
        <w:rPr>
          <w:rFonts w:ascii="Ebrima" w:hAnsi="Ebrima" w:eastAsia="Ebrima" w:cs="Ebrima"/>
        </w:rPr>
        <w:t>ንጽኑዓት</w:t>
      </w:r>
      <w:r>
        <w:rPr>
          <w:rFonts w:ascii="Times New Roman" w:hAnsi="Times New Roman" w:eastAsia="Times New Roman" w:cs="Times New Roman"/>
        </w:rPr>
        <w:t xml:space="preserve"> </w:t>
      </w:r>
      <w:r>
        <w:rPr>
          <w:rFonts w:ascii="Ebrima" w:hAnsi="Ebrima" w:eastAsia="Ebrima" w:cs="Ebrima"/>
        </w:rPr>
        <w:t>ምሽጋት</w:t>
      </w:r>
      <w:r>
        <w:rPr>
          <w:rFonts w:ascii="Times New Roman" w:hAnsi="Times New Roman" w:eastAsia="Times New Roman" w:cs="Times New Roman"/>
        </w:rPr>
        <w:t xml:space="preserve"> </w:t>
      </w:r>
      <w:r>
        <w:rPr>
          <w:rFonts w:ascii="Ebrima" w:hAnsi="Ebrima" w:eastAsia="Ebrima" w:cs="Ebrima"/>
        </w:rPr>
        <w:t>ክሳዕ</w:t>
      </w:r>
      <w:r>
        <w:rPr>
          <w:rFonts w:ascii="Times New Roman" w:hAnsi="Times New Roman" w:eastAsia="Times New Roman" w:cs="Times New Roman"/>
        </w:rPr>
        <w:t xml:space="preserve"> </w:t>
      </w:r>
      <w:r>
        <w:rPr>
          <w:rFonts w:ascii="Ebrima" w:hAnsi="Ebrima" w:eastAsia="Ebrima" w:cs="Ebrima"/>
        </w:rPr>
        <w:t>ሓደ</w:t>
      </w:r>
      <w:r>
        <w:rPr>
          <w:rFonts w:ascii="Times New Roman" w:hAnsi="Times New Roman" w:eastAsia="Times New Roman" w:cs="Times New Roman"/>
        </w:rPr>
        <w:t xml:space="preserve"> </w:t>
      </w:r>
      <w:r>
        <w:rPr>
          <w:rFonts w:ascii="Ebrima" w:hAnsi="Ebrima" w:eastAsia="Ebrima" w:cs="Ebrima"/>
        </w:rPr>
        <w:t>ጊዜ</w:t>
      </w:r>
      <w:r>
        <w:rPr>
          <w:rFonts w:ascii="Times New Roman" w:hAnsi="Times New Roman" w:eastAsia="Times New Roman" w:cs="Times New Roman"/>
        </w:rPr>
        <w:t xml:space="preserve"> </w:t>
      </w:r>
      <w:r>
        <w:rPr>
          <w:rFonts w:ascii="Ebrima" w:hAnsi="Ebrima" w:eastAsia="Ebrima" w:cs="Ebrima"/>
        </w:rPr>
        <w:t>ውዲታቱ</w:t>
      </w:r>
      <w:r>
        <w:rPr>
          <w:rFonts w:ascii="Times New Roman" w:hAnsi="Times New Roman" w:eastAsia="Times New Roman" w:cs="Times New Roman"/>
        </w:rPr>
        <w:t xml:space="preserve"> </w:t>
      </w:r>
      <w:r>
        <w:rPr>
          <w:rFonts w:ascii="Ebrima" w:hAnsi="Ebrima" w:eastAsia="Ebrima" w:cs="Ebrima"/>
        </w:rPr>
        <w:t>ኺሓስብ</w:t>
      </w:r>
      <w:r>
        <w:rPr>
          <w:rFonts w:ascii="Times New Roman" w:hAnsi="Times New Roman" w:eastAsia="Times New Roman" w:cs="Times New Roman"/>
        </w:rPr>
        <w:t xml:space="preserve"> </w:t>
      </w:r>
      <w:r>
        <w:rPr>
          <w:rFonts w:ascii="Ebrima" w:hAnsi="Ebrima" w:eastAsia="Ebrima" w:cs="Ebrima"/>
        </w:rPr>
        <w:t>እዩ።</w:t>
      </w:r>
      <w:r>
        <w:rPr>
          <w:rFonts w:ascii="Times New Roman" w:hAnsi="Times New Roman" w:eastAsia="Times New Roman" w:cs="Times New Roman"/>
        </w:rPr>
        <w:t xml:space="preserve"> </w:t>
      </w:r>
      <w:r>
        <w:rPr>
          <w:rFonts w:ascii="Ebrima" w:hAnsi="Ebrima" w:eastAsia="Ebrima" w:cs="Ebrima"/>
        </w:rPr>
        <w:t>ዳንኤል</w:t>
      </w:r>
      <w:r>
        <w:rPr>
          <w:rFonts w:ascii="Times New Roman" w:hAnsi="Times New Roman" w:eastAsia="Times New Roman" w:cs="Times New Roman"/>
        </w:rPr>
        <w:t xml:space="preserve"> 11</w:t>
      </w:r>
      <w:r>
        <w:rPr>
          <w:rFonts w:ascii="Ebrima" w:hAnsi="Ebrima" w:eastAsia="Ebrima" w:cs="Ebrima"/>
        </w:rPr>
        <w:t>፡</w:t>
      </w:r>
      <w:r>
        <w:rPr>
          <w:rFonts w:ascii="Times New Roman" w:hAnsi="Times New Roman" w:eastAsia="Times New Roman" w:cs="Times New Roman"/>
        </w:rPr>
        <w:t>24</w:t>
      </w:r>
      <w:r>
        <w:rPr>
          <w:rFonts w:ascii="Ebrima" w:hAnsi="Ebrima" w:eastAsia="Ebrima" w:cs="Ebrima"/>
        </w:rPr>
        <w:t>።</w:t>
      </w:r>
    </w:p>
    <w:p>
      <w:pPr>
        <w:pStyle w:val="ArticleBody"/>
        <w:jc w:val="left"/>
      </w:pPr>
      <w:r>
        <w:rPr>
          <w:rFonts w:ascii="Nirmala UI" w:hAnsi="Nirmala UI" w:eastAsia="Nirmala UI" w:cs="Nirmala UI"/>
        </w:rPr>
        <w:t>ଯେତେବେଳେ</w:t>
      </w:r>
      <w:r>
        <w:rPr>
          <w:rFonts w:ascii="Times New Roman" w:hAnsi="Times New Roman" w:eastAsia="Times New Roman" w:cs="Times New Roman"/>
        </w:rPr>
        <w:t xml:space="preserve"> </w:t>
      </w:r>
      <w:r>
        <w:rPr>
          <w:rFonts w:ascii="Nirmala UI" w:hAnsi="Nirmala UI" w:eastAsia="Nirmala UI" w:cs="Nirmala UI"/>
        </w:rPr>
        <w:t>ପୌରାଣିକ</w:t>
      </w:r>
      <w:r>
        <w:rPr>
          <w:rFonts w:ascii="Times New Roman" w:hAnsi="Times New Roman" w:eastAsia="Times New Roman" w:cs="Times New Roman"/>
        </w:rPr>
        <w:t xml:space="preserve"> </w:t>
      </w:r>
      <w:r>
        <w:rPr>
          <w:rFonts w:ascii="Nirmala UI" w:hAnsi="Nirmala UI" w:eastAsia="Nirmala UI" w:cs="Nirmala UI"/>
        </w:rPr>
        <w:t>ରୋମ</w:t>
      </w:r>
      <w:r>
        <w:rPr>
          <w:rFonts w:ascii="Times New Roman" w:hAnsi="Times New Roman" w:eastAsia="Times New Roman" w:cs="Times New Roman"/>
        </w:rPr>
        <w:t xml:space="preserve"> </w:t>
      </w:r>
      <w:r>
        <w:rPr>
          <w:rFonts w:ascii="Nirmala UI" w:hAnsi="Nirmala UI" w:eastAsia="Nirmala UI" w:cs="Nirmala UI"/>
        </w:rPr>
        <w:t>ରୋମ</w:t>
      </w:r>
      <w:r>
        <w:rPr>
          <w:rFonts w:ascii="Times New Roman" w:hAnsi="Times New Roman" w:eastAsia="Times New Roman" w:cs="Times New Roman"/>
        </w:rPr>
        <w:t xml:space="preserve"> </w:t>
      </w:r>
      <w:r>
        <w:rPr>
          <w:rFonts w:ascii="Nirmala UI" w:hAnsi="Nirmala UI" w:eastAsia="Nirmala UI" w:cs="Nirmala UI"/>
        </w:rPr>
        <w:t>ନଗରରୁ</w:t>
      </w:r>
      <w:r>
        <w:rPr>
          <w:rFonts w:ascii="Times New Roman" w:hAnsi="Times New Roman" w:eastAsia="Times New Roman" w:cs="Times New Roman"/>
        </w:rPr>
        <w:t xml:space="preserve"> </w:t>
      </w:r>
      <w:r>
        <w:rPr>
          <w:rFonts w:ascii="Nirmala UI" w:hAnsi="Nirmala UI" w:eastAsia="Nirmala UI" w:cs="Nirmala UI"/>
        </w:rPr>
        <w:t>ଶାସନ</w:t>
      </w:r>
      <w:r>
        <w:rPr>
          <w:rFonts w:ascii="Times New Roman" w:hAnsi="Times New Roman" w:eastAsia="Times New Roman" w:cs="Times New Roman"/>
        </w:rPr>
        <w:t xml:space="preserve"> </w:t>
      </w:r>
      <w:r>
        <w:rPr>
          <w:rFonts w:ascii="Nirmala UI" w:hAnsi="Nirmala UI" w:eastAsia="Nirmala UI" w:cs="Nirmala UI"/>
        </w:rPr>
        <w:t>କରୁଥିଲା</w:t>
      </w:r>
      <w:r>
        <w:rPr>
          <w:rFonts w:ascii="Times New Roman" w:hAnsi="Times New Roman" w:eastAsia="Times New Roman" w:cs="Times New Roman"/>
        </w:rPr>
        <w:t xml:space="preserve">, </w:t>
      </w:r>
      <w:r>
        <w:rPr>
          <w:rFonts w:ascii="Nirmala UI" w:hAnsi="Nirmala UI" w:eastAsia="Nirmala UI" w:cs="Nirmala UI"/>
        </w:rPr>
        <w:t>ସେତେବେଳେ</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ଅଜେୟ</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କିନ୍ତୁ</w:t>
      </w:r>
      <w:r>
        <w:rPr>
          <w:rFonts w:ascii="Times New Roman" w:hAnsi="Times New Roman" w:eastAsia="Times New Roman" w:cs="Times New Roman"/>
        </w:rPr>
        <w:t xml:space="preserve"> </w:t>
      </w:r>
      <w:r>
        <w:rPr>
          <w:rFonts w:ascii="Nirmala UI" w:hAnsi="Nirmala UI" w:eastAsia="Nirmala UI" w:cs="Nirmala UI"/>
        </w:rPr>
        <w:t>୩୩୦</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କନଷ୍ଟାଣ୍ଟିନ</w:t>
      </w:r>
      <w:r>
        <w:rPr>
          <w:rFonts w:ascii="Times New Roman" w:hAnsi="Times New Roman" w:eastAsia="Times New Roman" w:cs="Times New Roman"/>
        </w:rPr>
        <w:t xml:space="preserve"> </w:t>
      </w:r>
      <w:r>
        <w:rPr>
          <w:rFonts w:ascii="Nirmala UI" w:hAnsi="Nirmala UI" w:eastAsia="Nirmala UI" w:cs="Nirmala UI"/>
        </w:rPr>
        <w:t>ରାଜଧାନୀକୁ</w:t>
      </w:r>
      <w:r>
        <w:rPr>
          <w:rFonts w:ascii="Times New Roman" w:hAnsi="Times New Roman" w:eastAsia="Times New Roman" w:cs="Times New Roman"/>
        </w:rPr>
        <w:t xml:space="preserve"> </w:t>
      </w:r>
      <w:r>
        <w:rPr>
          <w:rFonts w:ascii="Nirmala UI" w:hAnsi="Nirmala UI" w:eastAsia="Nirmala UI" w:cs="Nirmala UI"/>
        </w:rPr>
        <w:t>କନଷ୍ଟାଣ୍ଟିନୋପଲକୁ</w:t>
      </w:r>
      <w:r>
        <w:rPr>
          <w:rFonts w:ascii="Times New Roman" w:hAnsi="Times New Roman" w:eastAsia="Times New Roman" w:cs="Times New Roman"/>
        </w:rPr>
        <w:t xml:space="preserve"> </w:t>
      </w:r>
      <w:r>
        <w:rPr>
          <w:rFonts w:ascii="Nirmala UI" w:hAnsi="Nirmala UI" w:eastAsia="Nirmala UI" w:cs="Nirmala UI"/>
        </w:rPr>
        <w:t>ସ୍ଥାନାନ୍ତର</w:t>
      </w:r>
      <w:r>
        <w:rPr>
          <w:rFonts w:ascii="Times New Roman" w:hAnsi="Times New Roman" w:eastAsia="Times New Roman" w:cs="Times New Roman"/>
        </w:rPr>
        <w:t xml:space="preserve"> </w:t>
      </w:r>
      <w:r>
        <w:rPr>
          <w:rFonts w:ascii="Nirmala UI" w:hAnsi="Nirmala UI" w:eastAsia="Nirmala UI" w:cs="Nirmala UI"/>
        </w:rPr>
        <w:t>କଲାପରେ</w:t>
      </w:r>
      <w:r>
        <w:rPr>
          <w:rFonts w:ascii="Times New Roman" w:hAnsi="Times New Roman" w:eastAsia="Times New Roman" w:cs="Times New Roman"/>
        </w:rPr>
        <w:t xml:space="preserve">, </w:t>
      </w:r>
      <w:r>
        <w:rPr>
          <w:rFonts w:ascii="Nirmala UI" w:hAnsi="Nirmala UI" w:eastAsia="Nirmala UI" w:cs="Nirmala UI"/>
        </w:rPr>
        <w:t>ଚବିଶତମ</w:t>
      </w:r>
      <w:r>
        <w:rPr>
          <w:rFonts w:ascii="Times New Roman" w:hAnsi="Times New Roman" w:eastAsia="Times New Roman" w:cs="Times New Roman"/>
        </w:rPr>
        <w:t xml:space="preserve"> </w:t>
      </w:r>
      <w:r>
        <w:rPr>
          <w:rFonts w:ascii="Nirmala UI" w:hAnsi="Nirmala UI" w:eastAsia="Nirmala UI" w:cs="Nirmala UI"/>
        </w:rPr>
        <w:t>ପଦ୍ୟର</w:t>
      </w:r>
      <w:r>
        <w:rPr>
          <w:rFonts w:ascii="Times New Roman" w:hAnsi="Times New Roman" w:eastAsia="Times New Roman" w:cs="Times New Roman"/>
        </w:rPr>
        <w:t xml:space="preserve"> “</w:t>
      </w:r>
      <w:r>
        <w:rPr>
          <w:rFonts w:ascii="Nirmala UI" w:hAnsi="Nirmala UI" w:eastAsia="Nirmala UI" w:cs="Nirmala UI"/>
        </w:rPr>
        <w:t>ସମୟ</w:t>
      </w:r>
      <w:r>
        <w:rPr>
          <w:rFonts w:ascii="Times New Roman" w:hAnsi="Times New Roman" w:eastAsia="Times New Roman" w:cs="Times New Roman"/>
        </w:rPr>
        <w:t xml:space="preserve">” </w:t>
      </w:r>
      <w:r>
        <w:rPr>
          <w:rFonts w:ascii="Nirmala UI" w:hAnsi="Nirmala UI" w:eastAsia="Nirmala UI" w:cs="Nirmala UI"/>
        </w:rPr>
        <w:t>ପୂରଣ</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ଦାନିୟେଲ</w:t>
      </w:r>
      <w:r>
        <w:rPr>
          <w:rFonts w:ascii="Times New Roman" w:hAnsi="Times New Roman" w:eastAsia="Times New Roman" w:cs="Times New Roman"/>
        </w:rPr>
        <w:t xml:space="preserve"> </w:t>
      </w:r>
      <w:r>
        <w:rPr>
          <w:rFonts w:ascii="Nirmala UI" w:hAnsi="Nirmala UI" w:eastAsia="Nirmala UI" w:cs="Nirmala UI"/>
        </w:rPr>
        <w:t>ସାତର</w:t>
      </w:r>
      <w:r>
        <w:rPr>
          <w:rFonts w:ascii="Times New Roman" w:hAnsi="Times New Roman" w:eastAsia="Times New Roman" w:cs="Times New Roman"/>
        </w:rPr>
        <w:t xml:space="preserve"> </w:t>
      </w:r>
      <w:r>
        <w:rPr>
          <w:rFonts w:ascii="Nirmala UI" w:hAnsi="Nirmala UI" w:eastAsia="Nirmala UI" w:cs="Nirmala UI"/>
        </w:rPr>
        <w:t>ତିନୋଟି</w:t>
      </w:r>
      <w:r>
        <w:rPr>
          <w:rFonts w:ascii="Times New Roman" w:hAnsi="Times New Roman" w:eastAsia="Times New Roman" w:cs="Times New Roman"/>
        </w:rPr>
        <w:t xml:space="preserve"> </w:t>
      </w:r>
      <w:r>
        <w:rPr>
          <w:rFonts w:ascii="Nirmala UI" w:hAnsi="Nirmala UI" w:eastAsia="Nirmala UI" w:cs="Nirmala UI"/>
        </w:rPr>
        <w:t>ଶିଙ୍ଗ</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ଶେଷଟି</w:t>
      </w:r>
      <w:r>
        <w:rPr>
          <w:rFonts w:ascii="Times New Roman" w:hAnsi="Times New Roman" w:eastAsia="Times New Roman" w:cs="Times New Roman"/>
        </w:rPr>
        <w:t xml:space="preserve"> (</w:t>
      </w:r>
      <w:r>
        <w:rPr>
          <w:rFonts w:ascii="Nirmala UI" w:hAnsi="Nirmala UI" w:eastAsia="Nirmala UI" w:cs="Nirmala UI"/>
        </w:rPr>
        <w:t>ଗୋଥମାନେ</w:t>
      </w:r>
      <w:r>
        <w:rPr>
          <w:rFonts w:ascii="Times New Roman" w:hAnsi="Times New Roman" w:eastAsia="Times New Roman" w:cs="Times New Roman"/>
        </w:rPr>
        <w:t xml:space="preserve">) </w:t>
      </w:r>
      <w:r>
        <w:rPr>
          <w:rFonts w:ascii="Nirmala UI" w:hAnsi="Nirmala UI" w:eastAsia="Nirmala UI" w:cs="Nirmala UI"/>
        </w:rPr>
        <w:t>ଯେତେବେଳେ</w:t>
      </w:r>
      <w:r>
        <w:rPr>
          <w:rFonts w:ascii="Times New Roman" w:hAnsi="Times New Roman" w:eastAsia="Times New Roman" w:cs="Times New Roman"/>
        </w:rPr>
        <w:t xml:space="preserve"> </w:t>
      </w:r>
      <w:r>
        <w:rPr>
          <w:rFonts w:ascii="Nirmala UI" w:hAnsi="Nirmala UI" w:eastAsia="Nirmala UI" w:cs="Nirmala UI"/>
        </w:rPr>
        <w:t>ନଗରରୁ</w:t>
      </w:r>
      <w:r>
        <w:rPr>
          <w:rFonts w:ascii="Times New Roman" w:hAnsi="Times New Roman" w:eastAsia="Times New Roman" w:cs="Times New Roman"/>
        </w:rPr>
        <w:t xml:space="preserve"> </w:t>
      </w:r>
      <w:r>
        <w:rPr>
          <w:rFonts w:ascii="Nirmala UI" w:hAnsi="Nirmala UI" w:eastAsia="Nirmala UI" w:cs="Nirmala UI"/>
        </w:rPr>
        <w:t>ଖେଦାଯାଇଥିଲେ</w:t>
      </w:r>
      <w:r>
        <w:rPr>
          <w:rFonts w:ascii="Times New Roman" w:hAnsi="Times New Roman" w:eastAsia="Times New Roman" w:cs="Times New Roman"/>
        </w:rPr>
        <w:t xml:space="preserve">, </w:t>
      </w:r>
      <w:r>
        <w:rPr>
          <w:rFonts w:ascii="Nirmala UI" w:hAnsi="Nirmala UI" w:eastAsia="Nirmala UI" w:cs="Nirmala UI"/>
        </w:rPr>
        <w:t>ସେତେବେଳେ</w:t>
      </w:r>
      <w:r>
        <w:rPr>
          <w:rFonts w:ascii="Times New Roman" w:hAnsi="Times New Roman" w:eastAsia="Times New Roman" w:cs="Times New Roman"/>
        </w:rPr>
        <w:t xml:space="preserve"> </w:t>
      </w:r>
      <w:r>
        <w:rPr>
          <w:rFonts w:ascii="Nirmala UI" w:hAnsi="Nirmala UI" w:eastAsia="Nirmala UI" w:cs="Nirmala UI"/>
        </w:rPr>
        <w:t>୫୩୮</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ପୋପୀୟ</w:t>
      </w:r>
      <w:r>
        <w:rPr>
          <w:rFonts w:ascii="Times New Roman" w:hAnsi="Times New Roman" w:eastAsia="Times New Roman" w:cs="Times New Roman"/>
        </w:rPr>
        <w:t xml:space="preserve"> </w:t>
      </w:r>
      <w:r>
        <w:rPr>
          <w:rFonts w:ascii="Nirmala UI" w:hAnsi="Nirmala UI" w:eastAsia="Nirmala UI" w:cs="Nirmala UI"/>
        </w:rPr>
        <w:t>ରୋମ</w:t>
      </w:r>
      <w:r>
        <w:rPr>
          <w:rFonts w:ascii="Times New Roman" w:hAnsi="Times New Roman" w:eastAsia="Times New Roman" w:cs="Times New Roman"/>
        </w:rPr>
        <w:t xml:space="preserve"> </w:t>
      </w:r>
      <w:r>
        <w:rPr>
          <w:rFonts w:ascii="Nirmala UI" w:hAnsi="Nirmala UI" w:eastAsia="Nirmala UI" w:cs="Nirmala UI"/>
        </w:rPr>
        <w:t>ଭବିଷ୍ୟଦ୍ବାଣୀ</w:t>
      </w:r>
      <w:r>
        <w:rPr>
          <w:rFonts w:ascii="Times New Roman" w:hAnsi="Times New Roman" w:eastAsia="Times New Roman" w:cs="Times New Roman"/>
        </w:rPr>
        <w:t xml:space="preserve"> </w:t>
      </w:r>
      <w:r>
        <w:rPr>
          <w:rFonts w:ascii="Nirmala UI" w:hAnsi="Nirmala UI" w:eastAsia="Nirmala UI" w:cs="Nirmala UI"/>
        </w:rPr>
        <w:t>ଅନୁଯାୟୀ</w:t>
      </w:r>
      <w:r>
        <w:rPr>
          <w:rFonts w:ascii="Times New Roman" w:hAnsi="Times New Roman" w:eastAsia="Times New Roman" w:cs="Times New Roman"/>
        </w:rPr>
        <w:t xml:space="preserve"> </w:t>
      </w:r>
      <w:r>
        <w:rPr>
          <w:rFonts w:ascii="Nirmala UI" w:hAnsi="Nirmala UI" w:eastAsia="Nirmala UI" w:cs="Nirmala UI"/>
        </w:rPr>
        <w:t>ବାଇବେଲ</w:t>
      </w:r>
      <w:r>
        <w:rPr>
          <w:rFonts w:ascii="Times New Roman" w:hAnsi="Times New Roman" w:eastAsia="Times New Roman" w:cs="Times New Roman"/>
        </w:rPr>
        <w:t xml:space="preserve"> </w:t>
      </w:r>
      <w:r>
        <w:rPr>
          <w:rFonts w:ascii="Nirmala UI" w:hAnsi="Nirmala UI" w:eastAsia="Nirmala UI" w:cs="Nirmala UI"/>
        </w:rPr>
        <w:t>ଭବିଷ୍ୟଦ୍ବାଣୀର</w:t>
      </w:r>
      <w:r>
        <w:rPr>
          <w:rFonts w:ascii="Times New Roman" w:hAnsi="Times New Roman" w:eastAsia="Times New Roman" w:cs="Times New Roman"/>
        </w:rPr>
        <w:t xml:space="preserve"> </w:t>
      </w:r>
      <w:r>
        <w:rPr>
          <w:rFonts w:ascii="Nirmala UI" w:hAnsi="Nirmala UI" w:eastAsia="Nirmala UI" w:cs="Nirmala UI"/>
        </w:rPr>
        <w:t>ପଞ୍ଚମ</w:t>
      </w:r>
      <w:r>
        <w:rPr>
          <w:rFonts w:ascii="Times New Roman" w:hAnsi="Times New Roman" w:eastAsia="Times New Roman" w:cs="Times New Roman"/>
        </w:rPr>
        <w:t xml:space="preserve"> </w:t>
      </w:r>
      <w:r>
        <w:rPr>
          <w:rFonts w:ascii="Nirmala UI" w:hAnsi="Nirmala UI" w:eastAsia="Nirmala UI" w:cs="Nirmala UI"/>
        </w:rPr>
        <w:t>ରାଜ୍ୟ</w:t>
      </w:r>
      <w:r>
        <w:rPr>
          <w:rFonts w:ascii="Times New Roman" w:hAnsi="Times New Roman" w:eastAsia="Times New Roman" w:cs="Times New Roman"/>
        </w:rPr>
        <w:t xml:space="preserve"> </w:t>
      </w:r>
      <w:r>
        <w:rPr>
          <w:rFonts w:ascii="Nirmala UI" w:hAnsi="Nirmala UI" w:eastAsia="Nirmala UI" w:cs="Nirmala UI"/>
        </w:rPr>
        <w:t>ଭାବେ</w:t>
      </w:r>
      <w:r>
        <w:rPr>
          <w:rFonts w:ascii="Times New Roman" w:hAnsi="Times New Roman" w:eastAsia="Times New Roman" w:cs="Times New Roman"/>
        </w:rPr>
        <w:t xml:space="preserve"> </w:t>
      </w:r>
      <w:r>
        <w:rPr>
          <w:rFonts w:ascii="Nirmala UI" w:hAnsi="Nirmala UI" w:eastAsia="Nirmala UI" w:cs="Nirmala UI"/>
        </w:rPr>
        <w:t>ସିଂହାସନ</w:t>
      </w:r>
      <w:r>
        <w:rPr>
          <w:rFonts w:ascii="Times New Roman" w:hAnsi="Times New Roman" w:eastAsia="Times New Roman" w:cs="Times New Roman"/>
        </w:rPr>
        <w:t xml:space="preserve"> </w:t>
      </w:r>
      <w:r>
        <w:rPr>
          <w:rFonts w:ascii="Nirmala UI" w:hAnsi="Nirmala UI" w:eastAsia="Nirmala UI" w:cs="Nirmala UI"/>
        </w:rPr>
        <w:t>ଅଧିକାର</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ଗୋଥମାନେ</w:t>
      </w:r>
      <w:r>
        <w:rPr>
          <w:rFonts w:ascii="Times New Roman" w:hAnsi="Times New Roman" w:eastAsia="Times New Roman" w:cs="Times New Roman"/>
        </w:rPr>
        <w:t xml:space="preserve"> </w:t>
      </w:r>
      <w:r>
        <w:rPr>
          <w:rFonts w:ascii="Nirmala UI" w:hAnsi="Nirmala UI" w:eastAsia="Nirmala UI" w:cs="Nirmala UI"/>
        </w:rPr>
        <w:t>ରୋମକୁ</w:t>
      </w:r>
      <w:r>
        <w:rPr>
          <w:rFonts w:ascii="Times New Roman" w:hAnsi="Times New Roman" w:eastAsia="Times New Roman" w:cs="Times New Roman"/>
        </w:rPr>
        <w:t xml:space="preserve"> </w:t>
      </w:r>
      <w:r>
        <w:rPr>
          <w:rFonts w:ascii="Nirmala UI" w:hAnsi="Nirmala UI" w:eastAsia="Nirmala UI" w:cs="Nirmala UI"/>
        </w:rPr>
        <w:t>ଅବରୋଧ</w:t>
      </w:r>
      <w:r>
        <w:rPr>
          <w:rFonts w:ascii="Times New Roman" w:hAnsi="Times New Roman" w:eastAsia="Times New Roman" w:cs="Times New Roman"/>
        </w:rPr>
        <w:t xml:space="preserve"> </w:t>
      </w:r>
      <w:r>
        <w:rPr>
          <w:rFonts w:ascii="Nirmala UI" w:hAnsi="Nirmala UI" w:eastAsia="Nirmala UI" w:cs="Nirmala UI"/>
        </w:rPr>
        <w:t>କରିଥିଲେ</w:t>
      </w:r>
      <w:r>
        <w:rPr>
          <w:rFonts w:ascii="Times New Roman" w:hAnsi="Times New Roman" w:eastAsia="Times New Roman" w:cs="Times New Roman"/>
        </w:rPr>
        <w:t xml:space="preserve">, </w:t>
      </w:r>
      <w:r>
        <w:rPr>
          <w:rFonts w:ascii="Nirmala UI" w:hAnsi="Nirmala UI" w:eastAsia="Nirmala UI" w:cs="Nirmala UI"/>
        </w:rPr>
        <w:t>କିନ୍ତୁ</w:t>
      </w:r>
      <w:r>
        <w:rPr>
          <w:rFonts w:ascii="Times New Roman" w:hAnsi="Times New Roman" w:eastAsia="Times New Roman" w:cs="Times New Roman"/>
        </w:rPr>
        <w:t xml:space="preserve"> </w:t>
      </w:r>
      <w:r>
        <w:rPr>
          <w:rFonts w:ascii="Nirmala UI" w:hAnsi="Nirmala UI" w:eastAsia="Nirmala UI" w:cs="Nirmala UI"/>
        </w:rPr>
        <w:t>ଶେଷରେ</w:t>
      </w:r>
      <w:r>
        <w:rPr>
          <w:rFonts w:ascii="Times New Roman" w:hAnsi="Times New Roman" w:eastAsia="Times New Roman" w:cs="Times New Roman"/>
        </w:rPr>
        <w:t xml:space="preserve"> </w:t>
      </w:r>
      <w:r>
        <w:rPr>
          <w:rFonts w:ascii="Nirmala UI" w:hAnsi="Nirmala UI" w:eastAsia="Nirmala UI" w:cs="Nirmala UI"/>
        </w:rPr>
        <w:t>ଜଷ୍ଟିନିଆନଙ୍କ</w:t>
      </w:r>
      <w:r>
        <w:rPr>
          <w:rFonts w:ascii="Times New Roman" w:hAnsi="Times New Roman" w:eastAsia="Times New Roman" w:cs="Times New Roman"/>
        </w:rPr>
        <w:t xml:space="preserve"> </w:t>
      </w:r>
      <w:r>
        <w:rPr>
          <w:rFonts w:ascii="Nirmala UI" w:hAnsi="Nirmala UI" w:eastAsia="Nirmala UI" w:cs="Nirmala UI"/>
        </w:rPr>
        <w:t>ପକ୍ଷର</w:t>
      </w:r>
      <w:r>
        <w:rPr>
          <w:rFonts w:ascii="Times New Roman" w:hAnsi="Times New Roman" w:eastAsia="Times New Roman" w:cs="Times New Roman"/>
        </w:rPr>
        <w:t xml:space="preserve"> </w:t>
      </w:r>
      <w:r>
        <w:rPr>
          <w:rFonts w:ascii="Nirmala UI" w:hAnsi="Nirmala UI" w:eastAsia="Nirmala UI" w:cs="Nirmala UI"/>
        </w:rPr>
        <w:t>ସେନାପତି</w:t>
      </w:r>
      <w:r>
        <w:rPr>
          <w:rFonts w:ascii="Times New Roman" w:hAnsi="Times New Roman" w:eastAsia="Times New Roman" w:cs="Times New Roman"/>
        </w:rPr>
        <w:t xml:space="preserve"> </w:t>
      </w:r>
      <w:r>
        <w:rPr>
          <w:rFonts w:ascii="Nirmala UI" w:hAnsi="Nirmala UI" w:eastAsia="Nirmala UI" w:cs="Nirmala UI"/>
        </w:rPr>
        <w:t>ବେଲସାରିଅସ୍</w:t>
      </w:r>
      <w:r>
        <w:rPr>
          <w:rFonts w:ascii="Times New Roman" w:hAnsi="Times New Roman" w:eastAsia="Times New Roman" w:cs="Times New Roman"/>
        </w:rPr>
        <w:t xml:space="preserve"> </w:t>
      </w:r>
      <w:r>
        <w:rPr>
          <w:rFonts w:ascii="Nirmala UI" w:hAnsi="Nirmala UI" w:eastAsia="Nirmala UI" w:cs="Nirmala UI"/>
        </w:rPr>
        <w:t>ନଗରକୁ</w:t>
      </w:r>
      <w:r>
        <w:rPr>
          <w:rFonts w:ascii="Times New Roman" w:hAnsi="Times New Roman" w:eastAsia="Times New Roman" w:cs="Times New Roman"/>
        </w:rPr>
        <w:t xml:space="preserve"> </w:t>
      </w:r>
      <w:r>
        <w:rPr>
          <w:rFonts w:ascii="Nirmala UI" w:hAnsi="Nirmala UI" w:eastAsia="Nirmala UI" w:cs="Nirmala UI"/>
        </w:rPr>
        <w:t>ସୁରକ୍ଷିତ</w:t>
      </w:r>
      <w:r>
        <w:rPr>
          <w:rFonts w:ascii="Times New Roman" w:hAnsi="Times New Roman" w:eastAsia="Times New Roman" w:cs="Times New Roman"/>
        </w:rPr>
        <w:t xml:space="preserve"> </w:t>
      </w:r>
      <w:r>
        <w:rPr>
          <w:rFonts w:ascii="Nirmala UI" w:hAnsi="Nirmala UI" w:eastAsia="Nirmala UI" w:cs="Nirmala UI"/>
        </w:rPr>
        <w:t>କରିଦେବା</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ପଛହଟିଗଲେ।</w:t>
      </w:r>
      <w:r>
        <w:rPr>
          <w:rFonts w:ascii="Times New Roman" w:hAnsi="Times New Roman" w:eastAsia="Times New Roman" w:cs="Times New Roman"/>
        </w:rPr>
        <w:t xml:space="preserve"> </w:t>
      </w:r>
      <w:r>
        <w:rPr>
          <w:rFonts w:ascii="Nirmala UI" w:hAnsi="Nirmala UI" w:eastAsia="Nirmala UI" w:cs="Nirmala UI"/>
        </w:rPr>
        <w:t>ତାପରେ</w:t>
      </w:r>
      <w:r>
        <w:rPr>
          <w:rFonts w:ascii="Times New Roman" w:hAnsi="Times New Roman" w:eastAsia="Times New Roman" w:cs="Times New Roman"/>
        </w:rPr>
        <w:t xml:space="preserve"> </w:t>
      </w:r>
      <w:r>
        <w:rPr>
          <w:rFonts w:ascii="Nirmala UI" w:hAnsi="Nirmala UI" w:eastAsia="Nirmala UI" w:cs="Nirmala UI"/>
        </w:rPr>
        <w:t>ରୋମୀୟ</w:t>
      </w:r>
      <w:r>
        <w:rPr>
          <w:rFonts w:ascii="Times New Roman" w:hAnsi="Times New Roman" w:eastAsia="Times New Roman" w:cs="Times New Roman"/>
        </w:rPr>
        <w:t xml:space="preserve"> </w:t>
      </w:r>
      <w:r>
        <w:rPr>
          <w:rFonts w:ascii="Nirmala UI" w:hAnsi="Nirmala UI" w:eastAsia="Nirmala UI" w:cs="Nirmala UI"/>
        </w:rPr>
        <w:t>ଚର୍ଚ୍ଚ</w:t>
      </w:r>
      <w:r>
        <w:rPr>
          <w:rFonts w:ascii="Times New Roman" w:hAnsi="Times New Roman" w:eastAsia="Times New Roman" w:cs="Times New Roman"/>
        </w:rPr>
        <w:t xml:space="preserve"> </w:t>
      </w:r>
      <w:r>
        <w:rPr>
          <w:rFonts w:ascii="Nirmala UI" w:hAnsi="Nirmala UI" w:eastAsia="Nirmala UI" w:cs="Nirmala UI"/>
        </w:rPr>
        <w:t>ବାରଶେ</w:t>
      </w:r>
      <w:r>
        <w:rPr>
          <w:rFonts w:ascii="Times New Roman" w:hAnsi="Times New Roman" w:eastAsia="Times New Roman" w:cs="Times New Roman"/>
        </w:rPr>
        <w:t xml:space="preserve"> </w:t>
      </w:r>
      <w:r>
        <w:rPr>
          <w:rFonts w:ascii="Nirmala UI" w:hAnsi="Nirmala UI" w:eastAsia="Nirmala UI" w:cs="Nirmala UI"/>
        </w:rPr>
        <w:t>ଷାଠି</w:t>
      </w:r>
      <w:r>
        <w:rPr>
          <w:rFonts w:ascii="Times New Roman" w:hAnsi="Times New Roman" w:eastAsia="Times New Roman" w:cs="Times New Roman"/>
        </w:rPr>
        <w:t xml:space="preserve"> </w:t>
      </w:r>
      <w:r>
        <w:rPr>
          <w:rFonts w:ascii="Nirmala UI" w:hAnsi="Nirmala UI" w:eastAsia="Nirmala UI" w:cs="Nirmala UI"/>
        </w:rPr>
        <w:t>ବର୍ଷ</w:t>
      </w:r>
      <w:r>
        <w:rPr>
          <w:rFonts w:ascii="Times New Roman" w:hAnsi="Times New Roman" w:eastAsia="Times New Roman" w:cs="Times New Roman"/>
        </w:rPr>
        <w:t xml:space="preserve"> </w:t>
      </w:r>
      <w:r>
        <w:rPr>
          <w:rFonts w:ascii="Nirmala UI" w:hAnsi="Nirmala UI" w:eastAsia="Nirmala UI" w:cs="Nirmala UI"/>
        </w:rPr>
        <w:t>ପର୍ଯ୍ୟନ୍ତ</w:t>
      </w:r>
      <w:r>
        <w:rPr>
          <w:rFonts w:ascii="Times New Roman" w:hAnsi="Times New Roman" w:eastAsia="Times New Roman" w:cs="Times New Roman"/>
        </w:rPr>
        <w:t xml:space="preserve"> </w:t>
      </w:r>
      <w:r>
        <w:rPr>
          <w:rFonts w:ascii="Nirmala UI" w:hAnsi="Nirmala UI" w:eastAsia="Nirmala UI" w:cs="Nirmala UI"/>
        </w:rPr>
        <w:t>ସର୍ବୋଚ୍ଚ</w:t>
      </w:r>
      <w:r>
        <w:rPr>
          <w:rFonts w:ascii="Times New Roman" w:hAnsi="Times New Roman" w:eastAsia="Times New Roman" w:cs="Times New Roman"/>
        </w:rPr>
        <w:t xml:space="preserve"> </w:t>
      </w:r>
      <w:r>
        <w:rPr>
          <w:rFonts w:ascii="Nirmala UI" w:hAnsi="Nirmala UI" w:eastAsia="Nirmala UI" w:cs="Nirmala UI"/>
        </w:rPr>
        <w:t>ଭାବେ</w:t>
      </w:r>
      <w:r>
        <w:rPr>
          <w:rFonts w:ascii="Times New Roman" w:hAnsi="Times New Roman" w:eastAsia="Times New Roman" w:cs="Times New Roman"/>
        </w:rPr>
        <w:t xml:space="preserve"> </w:t>
      </w:r>
      <w:r>
        <w:rPr>
          <w:rFonts w:ascii="Nirmala UI" w:hAnsi="Nirmala UI" w:eastAsia="Nirmala UI" w:cs="Nirmala UI"/>
        </w:rPr>
        <w:t>ଶାସନ</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ପର୍ଯ୍ୟନ୍ତ</w:t>
      </w:r>
      <w:r>
        <w:rPr>
          <w:rFonts w:ascii="Times New Roman" w:hAnsi="Times New Roman" w:eastAsia="Times New Roman" w:cs="Times New Roman"/>
        </w:rPr>
        <w:t xml:space="preserve"> </w:t>
      </w:r>
      <w:r>
        <w:rPr>
          <w:rFonts w:ascii="Nirmala UI" w:hAnsi="Nirmala UI" w:eastAsia="Nirmala UI" w:cs="Nirmala UI"/>
        </w:rPr>
        <w:t>୧୭୯୮</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ନେପୋଲିୟନ</w:t>
      </w:r>
      <w:r>
        <w:rPr>
          <w:rFonts w:ascii="Times New Roman" w:hAnsi="Times New Roman" w:eastAsia="Times New Roman" w:cs="Times New Roman"/>
        </w:rPr>
        <w:t xml:space="preserve"> </w:t>
      </w:r>
      <w:r>
        <w:rPr>
          <w:rFonts w:ascii="Nirmala UI" w:hAnsi="Nirmala UI" w:eastAsia="Nirmala UI" w:cs="Nirmala UI"/>
        </w:rPr>
        <w:t>ପୋପଙ୍କୁ</w:t>
      </w:r>
      <w:r>
        <w:rPr>
          <w:rFonts w:ascii="Times New Roman" w:hAnsi="Times New Roman" w:eastAsia="Times New Roman" w:cs="Times New Roman"/>
        </w:rPr>
        <w:t xml:space="preserve"> </w:t>
      </w:r>
      <w:r>
        <w:rPr>
          <w:rFonts w:ascii="Nirmala UI" w:hAnsi="Nirmala UI" w:eastAsia="Nirmala UI" w:cs="Nirmala UI"/>
        </w:rPr>
        <w:t>ପଦଚ୍ୟୁତ</w:t>
      </w:r>
      <w:r>
        <w:rPr>
          <w:rFonts w:ascii="Times New Roman" w:hAnsi="Times New Roman" w:eastAsia="Times New Roman" w:cs="Times New Roman"/>
        </w:rPr>
        <w:t xml:space="preserve"> </w:t>
      </w:r>
      <w:r>
        <w:rPr>
          <w:rFonts w:ascii="Nirmala UI" w:hAnsi="Nirmala UI" w:eastAsia="Nirmala UI" w:cs="Nirmala UI"/>
        </w:rPr>
        <w:t>କରାଇ</w:t>
      </w:r>
      <w:r>
        <w:rPr>
          <w:rFonts w:ascii="Times New Roman" w:hAnsi="Times New Roman" w:eastAsia="Times New Roman" w:cs="Times New Roman"/>
        </w:rPr>
        <w:t xml:space="preserve"> </w:t>
      </w:r>
      <w:r>
        <w:rPr>
          <w:rFonts w:ascii="Nirmala UI" w:hAnsi="Nirmala UI" w:eastAsia="Nirmala UI" w:cs="Nirmala UI"/>
        </w:rPr>
        <w:t>ନିର୍ବାସନରେ</w:t>
      </w:r>
      <w:r>
        <w:rPr>
          <w:rFonts w:ascii="Times New Roman" w:hAnsi="Times New Roman" w:eastAsia="Times New Roman" w:cs="Times New Roman"/>
        </w:rPr>
        <w:t xml:space="preserve"> </w:t>
      </w:r>
      <w:r>
        <w:rPr>
          <w:rFonts w:ascii="Nirmala UI" w:hAnsi="Nirmala UI" w:eastAsia="Nirmala UI" w:cs="Nirmala UI"/>
        </w:rPr>
        <w:t>ପଠାଇଦେଲେ।</w:t>
      </w:r>
    </w:p>
    <w:p>
      <w:pPr>
        <w:pStyle w:val="ArticleBody"/>
        <w:jc w:val="left"/>
      </w:pPr>
      <w:r>
        <w:rPr>
          <w:rFonts w:ascii="Nirmala UI" w:hAnsi="Nirmala UI" w:eastAsia="Nirmala UI" w:cs="Nirmala UI"/>
        </w:rPr>
        <w:t>ରୋମ</w:t>
      </w:r>
      <w:r>
        <w:rPr>
          <w:rFonts w:ascii="Times New Roman" w:hAnsi="Times New Roman" w:eastAsia="Times New Roman" w:cs="Times New Roman"/>
        </w:rPr>
        <w:t>, “</w:t>
      </w:r>
      <w:r>
        <w:rPr>
          <w:rFonts w:ascii="Nirmala UI" w:hAnsi="Nirmala UI" w:eastAsia="Nirmala UI" w:cs="Nirmala UI"/>
        </w:rPr>
        <w:t>ଶକ୍ତିର</w:t>
      </w:r>
      <w:r>
        <w:rPr>
          <w:rFonts w:ascii="Times New Roman" w:hAnsi="Times New Roman" w:eastAsia="Times New Roman" w:cs="Times New Roman"/>
        </w:rPr>
        <w:t xml:space="preserve"> </w:t>
      </w:r>
      <w:r>
        <w:rPr>
          <w:rFonts w:ascii="Nirmala UI" w:hAnsi="Nirmala UI" w:eastAsia="Nirmala UI" w:cs="Nirmala UI"/>
        </w:rPr>
        <w:t>ପବିତ୍ରସ୍ଥାନ</w:t>
      </w:r>
      <w:r>
        <w:rPr>
          <w:rFonts w:ascii="Times New Roman" w:hAnsi="Times New Roman" w:eastAsia="Times New Roman" w:cs="Times New Roman"/>
        </w:rPr>
        <w:t>” “</w:t>
      </w:r>
      <w:r>
        <w:rPr>
          <w:rFonts w:ascii="Nirmala UI" w:hAnsi="Nirmala UI" w:eastAsia="Nirmala UI" w:cs="Nirmala UI"/>
        </w:rPr>
        <w:t>ଅପବିତ୍ର</w:t>
      </w:r>
      <w:r>
        <w:rPr>
          <w:rFonts w:ascii="Times New Roman" w:hAnsi="Times New Roman" w:eastAsia="Times New Roman" w:cs="Times New Roman"/>
        </w:rPr>
        <w:t xml:space="preserve"> </w:t>
      </w:r>
      <w:r>
        <w:rPr>
          <w:rFonts w:ascii="Nirmala UI" w:hAnsi="Nirmala UI" w:eastAsia="Nirmala UI" w:cs="Nirmala UI"/>
        </w:rPr>
        <w:t>କରାଗଲା</w:t>
      </w:r>
      <w:r>
        <w:rPr>
          <w:rFonts w:ascii="Times New Roman" w:hAnsi="Times New Roman" w:eastAsia="Times New Roman" w:cs="Times New Roman"/>
        </w:rPr>
        <w:t>,” (“</w:t>
      </w:r>
      <w:r>
        <w:rPr>
          <w:rFonts w:ascii="Nirmala UI" w:hAnsi="Nirmala UI" w:eastAsia="Nirmala UI" w:cs="Nirmala UI"/>
        </w:rPr>
        <w:t>ଅପବିତ୍ର</w:t>
      </w:r>
      <w:r>
        <w:rPr>
          <w:rFonts w:ascii="Times New Roman" w:hAnsi="Times New Roman" w:eastAsia="Times New Roman" w:cs="Times New Roman"/>
        </w:rPr>
        <w:t>”</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ଅର୍ଥ</w:t>
      </w:r>
      <w:r>
        <w:rPr>
          <w:rFonts w:ascii="Times New Roman" w:hAnsi="Times New Roman" w:eastAsia="Times New Roman" w:cs="Times New Roman"/>
        </w:rPr>
        <w:t xml:space="preserve"> ‘</w:t>
      </w:r>
      <w:r>
        <w:rPr>
          <w:rFonts w:ascii="Nirmala UI" w:hAnsi="Nirmala UI" w:eastAsia="Nirmala UI" w:cs="Nirmala UI"/>
        </w:rPr>
        <w:t>ଆହତ</w:t>
      </w:r>
      <w:r>
        <w:rPr>
          <w:rFonts w:ascii="Times New Roman" w:hAnsi="Times New Roman" w:eastAsia="Times New Roman" w:cs="Times New Roman"/>
        </w:rPr>
        <w:t xml:space="preserve"> </w:t>
      </w:r>
      <w:r>
        <w:rPr>
          <w:rFonts w:ascii="Nirmala UI" w:hAnsi="Nirmala UI" w:eastAsia="Nirmala UI" w:cs="Nirmala UI"/>
        </w:rPr>
        <w:t>କିମ୍ବା</w:t>
      </w:r>
      <w:r>
        <w:rPr>
          <w:rFonts w:ascii="Times New Roman" w:hAnsi="Times New Roman" w:eastAsia="Times New Roman" w:cs="Times New Roman"/>
        </w:rPr>
        <w:t xml:space="preserve"> </w:t>
      </w:r>
      <w:r>
        <w:rPr>
          <w:rFonts w:ascii="Nirmala UI" w:hAnsi="Nirmala UI" w:eastAsia="Nirmala UI" w:cs="Nirmala UI"/>
        </w:rPr>
        <w:t>ବିଲୀନ</w:t>
      </w:r>
      <w:r>
        <w:rPr>
          <w:rFonts w:ascii="Times New Roman" w:hAnsi="Times New Roman" w:eastAsia="Times New Roman" w:cs="Times New Roman"/>
        </w:rPr>
        <w:t xml:space="preserve"> </w:t>
      </w:r>
      <w:r>
        <w:rPr>
          <w:rFonts w:ascii="Nirmala UI" w:hAnsi="Nirmala UI" w:eastAsia="Nirmala UI" w:cs="Nirmala UI"/>
        </w:rPr>
        <w:t>କରାଯାଇଥିବା</w:t>
      </w:r>
      <w:r>
        <w:rPr>
          <w:rFonts w:ascii="Times New Roman" w:hAnsi="Times New Roman" w:eastAsia="Times New Roman" w:cs="Times New Roman"/>
        </w:rPr>
        <w:t xml:space="preserve">’), </w:t>
      </w:r>
      <w:r>
        <w:rPr>
          <w:rFonts w:ascii="Nirmala UI" w:hAnsi="Nirmala UI" w:eastAsia="Nirmala UI" w:cs="Nirmala UI"/>
        </w:rPr>
        <w:t>ସହର</w:t>
      </w:r>
      <w:r>
        <w:rPr>
          <w:rFonts w:ascii="Times New Roman" w:hAnsi="Times New Roman" w:eastAsia="Times New Roman" w:cs="Times New Roman"/>
        </w:rPr>
        <w:t xml:space="preserve"> </w:t>
      </w:r>
      <w:r>
        <w:rPr>
          <w:rFonts w:ascii="Nirmala UI" w:hAnsi="Nirmala UI" w:eastAsia="Nirmala UI" w:cs="Nirmala UI"/>
        </w:rPr>
        <w:t>ବିରୁଦ୍ଧରେ</w:t>
      </w:r>
      <w:r>
        <w:rPr>
          <w:rFonts w:ascii="Times New Roman" w:hAnsi="Times New Roman" w:eastAsia="Times New Roman" w:cs="Times New Roman"/>
        </w:rPr>
        <w:t xml:space="preserve"> </w:t>
      </w:r>
      <w:r>
        <w:rPr>
          <w:rFonts w:ascii="Nirmala UI" w:hAnsi="Nirmala UI" w:eastAsia="Nirmala UI" w:cs="Nirmala UI"/>
        </w:rPr>
        <w:t>ଚାଲୁଥିବା</w:t>
      </w:r>
      <w:r>
        <w:rPr>
          <w:rFonts w:ascii="Times New Roman" w:hAnsi="Times New Roman" w:eastAsia="Times New Roman" w:cs="Times New Roman"/>
        </w:rPr>
        <w:t xml:space="preserve"> </w:t>
      </w:r>
      <w:r>
        <w:rPr>
          <w:rFonts w:ascii="Nirmala UI" w:hAnsi="Nirmala UI" w:eastAsia="Nirmala UI" w:cs="Nirmala UI"/>
        </w:rPr>
        <w:t>ଯୁଦ୍ଧର</w:t>
      </w:r>
      <w:r>
        <w:rPr>
          <w:rFonts w:ascii="Times New Roman" w:hAnsi="Times New Roman" w:eastAsia="Times New Roman" w:cs="Times New Roman"/>
        </w:rPr>
        <w:t xml:space="preserve"> “</w:t>
      </w:r>
      <w:r>
        <w:rPr>
          <w:rFonts w:ascii="Nirmala UI" w:hAnsi="Nirmala UI" w:eastAsia="Nirmala UI" w:cs="Nirmala UI"/>
        </w:rPr>
        <w:t>ବାହୁମାନଙ୍କ</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ପ୍ରଧାନତଃ</w:t>
      </w:r>
      <w:r>
        <w:rPr>
          <w:rFonts w:ascii="Times New Roman" w:hAnsi="Times New Roman" w:eastAsia="Times New Roman" w:cs="Times New Roman"/>
        </w:rPr>
        <w:t xml:space="preserve"> </w:t>
      </w:r>
      <w:r>
        <w:rPr>
          <w:rFonts w:ascii="Nirmala UI" w:hAnsi="Nirmala UI" w:eastAsia="Nirmala UI" w:cs="Nirmala UI"/>
        </w:rPr>
        <w:t>ପ୍ରକାଶିତ</w:t>
      </w:r>
      <w:r>
        <w:rPr>
          <w:rFonts w:ascii="Times New Roman" w:hAnsi="Times New Roman" w:eastAsia="Times New Roman" w:cs="Times New Roman"/>
        </w:rPr>
        <w:t xml:space="preserve"> </w:t>
      </w:r>
      <w:r>
        <w:rPr>
          <w:rFonts w:ascii="Nirmala UI" w:hAnsi="Nirmala UI" w:eastAsia="Nirmala UI" w:cs="Nirmala UI"/>
        </w:rPr>
        <w:t>ବାକ୍ୟ</w:t>
      </w:r>
      <w:r>
        <w:rPr>
          <w:rFonts w:ascii="Times New Roman" w:hAnsi="Times New Roman" w:eastAsia="Times New Roman" w:cs="Times New Roman"/>
        </w:rPr>
        <w:t xml:space="preserve"> </w:t>
      </w:r>
      <w:r>
        <w:rPr>
          <w:rFonts w:ascii="Nirmala UI" w:hAnsi="Nirmala UI" w:eastAsia="Nirmala UI" w:cs="Nirmala UI"/>
        </w:rPr>
        <w:t>ଅଷ୍ଟମ</w:t>
      </w:r>
      <w:r>
        <w:rPr>
          <w:rFonts w:ascii="Times New Roman" w:hAnsi="Times New Roman" w:eastAsia="Times New Roman" w:cs="Times New Roman"/>
        </w:rPr>
        <w:t xml:space="preserve"> </w:t>
      </w:r>
      <w:r>
        <w:rPr>
          <w:rFonts w:ascii="Nirmala UI" w:hAnsi="Nirmala UI" w:eastAsia="Nirmala UI" w:cs="Nirmala UI"/>
        </w:rPr>
        <w:t>ଅଧ୍ୟାୟର</w:t>
      </w:r>
      <w:r>
        <w:rPr>
          <w:rFonts w:ascii="Times New Roman" w:hAnsi="Times New Roman" w:eastAsia="Times New Roman" w:cs="Times New Roman"/>
        </w:rPr>
        <w:t xml:space="preserve"> </w:t>
      </w:r>
      <w:r>
        <w:rPr>
          <w:rFonts w:ascii="Nirmala UI" w:hAnsi="Nirmala UI" w:eastAsia="Nirmala UI" w:cs="Nirmala UI"/>
        </w:rPr>
        <w:t>ପ୍ରଥମ</w:t>
      </w:r>
      <w:r>
        <w:rPr>
          <w:rFonts w:ascii="Times New Roman" w:hAnsi="Times New Roman" w:eastAsia="Times New Roman" w:cs="Times New Roman"/>
        </w:rPr>
        <w:t xml:space="preserve"> </w:t>
      </w:r>
      <w:r>
        <w:rPr>
          <w:rFonts w:ascii="Nirmala UI" w:hAnsi="Nirmala UI" w:eastAsia="Nirmala UI" w:cs="Nirmala UI"/>
        </w:rPr>
        <w:t>ଚାରିଟି</w:t>
      </w:r>
      <w:r>
        <w:rPr>
          <w:rFonts w:ascii="Times New Roman" w:hAnsi="Times New Roman" w:eastAsia="Times New Roman" w:cs="Times New Roman"/>
        </w:rPr>
        <w:t xml:space="preserve"> </w:t>
      </w:r>
      <w:r>
        <w:rPr>
          <w:rFonts w:ascii="Nirmala UI" w:hAnsi="Nirmala UI" w:eastAsia="Nirmala UI" w:cs="Nirmala UI"/>
        </w:rPr>
        <w:t>ତୂରୀ</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ପ୍ରତିନିଧିତ</w:t>
      </w:r>
      <w:r>
        <w:rPr>
          <w:rFonts w:ascii="Times New Roman" w:hAnsi="Times New Roman" w:eastAsia="Times New Roman" w:cs="Times New Roman"/>
        </w:rPr>
        <w:t xml:space="preserve"> </w:t>
      </w:r>
      <w:r>
        <w:rPr>
          <w:rFonts w:ascii="Nirmala UI" w:hAnsi="Nirmala UI" w:eastAsia="Nirmala UI" w:cs="Nirmala UI"/>
        </w:rPr>
        <w:t>ହୋଇଛି।</w:t>
      </w:r>
    </w:p>
    <w:p>
      <w:pPr>
        <w:pStyle w:val="ArticleBody"/>
        <w:jc w:val="left"/>
      </w:pPr>
      <w:r>
        <w:rPr>
          <w:rFonts w:ascii="Times New Roman" w:hAnsi="Times New Roman" w:eastAsia="Times New Roman" w:cs="Times New Roman"/>
        </w:rPr>
        <w:t>Seenaa bara 496 irraa jalqabee itti fufe, magaalattiin Roomaa humnaa fi ulfina mootummaa Roomaa irraa gara humnaa fi ulfina mootummaa Kaatolikii Roomaa yeroo jijjiiramte xureeffamuu ishee argisiisa. Harkoonni sun amantii waaqeffannaa waaqota hedduu, kutaa sana keessatti jecha “daily” jedhuun bakka bu’e, yeroo isaan amantii Kaatolikii Niqiiyaa fudhatan irraa kaasu ni balleessu turan.</w:t>
      </w:r>
    </w:p>
    <w:p>
      <w:pPr>
        <w:pStyle w:val="ArticleBody"/>
        <w:jc w:val="left"/>
      </w:pPr>
      <w:r>
        <w:rPr>
          <w:rFonts w:ascii="Nirmala UI" w:hAnsi="Nirmala UI" w:eastAsia="Nirmala UI" w:cs="Nirmala UI"/>
        </w:rPr>
        <w:t>ଭୁଇଏର</w:t>
      </w:r>
      <w:r>
        <w:rPr>
          <w:rFonts w:ascii="Times New Roman" w:hAnsi="Times New Roman" w:eastAsia="Times New Roman" w:cs="Times New Roman"/>
        </w:rPr>
        <w:t xml:space="preserve"> </w:t>
      </w:r>
      <w:r>
        <w:rPr>
          <w:rFonts w:ascii="Nirmala UI" w:hAnsi="Nirmala UI" w:eastAsia="Nirmala UI" w:cs="Nirmala UI"/>
        </w:rPr>
        <w:t>ଯୁଦ୍ଧରେ</w:t>
      </w:r>
      <w:r>
        <w:rPr>
          <w:rFonts w:ascii="Times New Roman" w:hAnsi="Times New Roman" w:eastAsia="Times New Roman" w:cs="Times New Roman"/>
        </w:rPr>
        <w:t xml:space="preserve">, </w:t>
      </w:r>
      <w:r>
        <w:rPr>
          <w:rFonts w:ascii="Nirmala UI" w:hAnsi="Nirmala UI" w:eastAsia="Nirmala UI" w:cs="Nirmala UI"/>
        </w:rPr>
        <w:t>କ୍ଲୋଭିସ୍</w:t>
      </w:r>
      <w:r>
        <w:rPr>
          <w:rFonts w:ascii="Times New Roman" w:hAnsi="Times New Roman" w:eastAsia="Times New Roman" w:cs="Times New Roman"/>
        </w:rPr>
        <w:t xml:space="preserve"> </w:t>
      </w:r>
      <w:r>
        <w:rPr>
          <w:rFonts w:ascii="Nirmala UI" w:hAnsi="Nirmala UI" w:eastAsia="Nirmala UI" w:cs="Nirmala UI"/>
        </w:rPr>
        <w:t>ଆଲାରିକ୍</w:t>
      </w:r>
      <w:r>
        <w:rPr>
          <w:rFonts w:ascii="Times New Roman" w:hAnsi="Times New Roman" w:eastAsia="Times New Roman" w:cs="Times New Roman"/>
        </w:rPr>
        <w:t xml:space="preserve"> </w:t>
      </w:r>
      <w:r>
        <w:rPr>
          <w:rFonts w:ascii="Nirmala UI" w:hAnsi="Nirmala UI" w:eastAsia="Nirmala UI" w:cs="Nirmala UI"/>
        </w:rPr>
        <w:t>ଦ୍ୱିତୀୟଙ୍କ</w:t>
      </w:r>
      <w:r>
        <w:rPr>
          <w:rFonts w:ascii="Times New Roman" w:hAnsi="Times New Roman" w:eastAsia="Times New Roman" w:cs="Times New Roman"/>
        </w:rPr>
        <w:t xml:space="preserve"> </w:t>
      </w:r>
      <w:r>
        <w:rPr>
          <w:rFonts w:ascii="Nirmala UI" w:hAnsi="Nirmala UI" w:eastAsia="Nirmala UI" w:cs="Nirmala UI"/>
        </w:rPr>
        <w:t>ଅଧୀନ</w:t>
      </w:r>
      <w:r>
        <w:rPr>
          <w:rFonts w:ascii="Times New Roman" w:hAnsi="Times New Roman" w:eastAsia="Times New Roman" w:cs="Times New Roman"/>
        </w:rPr>
        <w:t xml:space="preserve"> </w:t>
      </w:r>
      <w:r>
        <w:rPr>
          <w:rFonts w:ascii="Nirmala UI" w:hAnsi="Nirmala UI" w:eastAsia="Nirmala UI" w:cs="Nirmala UI"/>
        </w:rPr>
        <w:t>ଆରିୟ</w:t>
      </w:r>
      <w:r>
        <w:rPr>
          <w:rFonts w:ascii="Times New Roman" w:hAnsi="Times New Roman" w:eastAsia="Times New Roman" w:cs="Times New Roman"/>
        </w:rPr>
        <w:t xml:space="preserve"> </w:t>
      </w:r>
      <w:r>
        <w:rPr>
          <w:rFonts w:ascii="Nirmala UI" w:hAnsi="Nirmala UI" w:eastAsia="Nirmala UI" w:cs="Nirmala UI"/>
        </w:rPr>
        <w:t>ଭିସିଗୋଥମାନଙ୍କୁ</w:t>
      </w:r>
      <w:r>
        <w:rPr>
          <w:rFonts w:ascii="Times New Roman" w:hAnsi="Times New Roman" w:eastAsia="Times New Roman" w:cs="Times New Roman"/>
        </w:rPr>
        <w:t xml:space="preserve"> </w:t>
      </w:r>
      <w:r>
        <w:rPr>
          <w:rFonts w:ascii="Nirmala UI" w:hAnsi="Nirmala UI" w:eastAsia="Nirmala UI" w:cs="Nirmala UI"/>
        </w:rPr>
        <w:t>ପରାଜିତ</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ଆକ୍ୱିଟେନ୍</w:t>
      </w:r>
      <w:r>
        <w:rPr>
          <w:rFonts w:ascii="Times New Roman" w:hAnsi="Times New Roman" w:eastAsia="Times New Roman" w:cs="Times New Roman"/>
        </w:rPr>
        <w:t xml:space="preserve"> </w:t>
      </w:r>
      <w:r>
        <w:rPr>
          <w:rFonts w:ascii="Nirmala UI" w:hAnsi="Nirmala UI" w:eastAsia="Nirmala UI" w:cs="Nirmala UI"/>
        </w:rPr>
        <w:t>ଦଖଳ</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ବିଜୟର</w:t>
      </w:r>
      <w:r>
        <w:rPr>
          <w:rFonts w:ascii="Times New Roman" w:hAnsi="Times New Roman" w:eastAsia="Times New Roman" w:cs="Times New Roman"/>
        </w:rPr>
        <w:t xml:space="preserve"> </w:t>
      </w:r>
      <w:r>
        <w:rPr>
          <w:rFonts w:ascii="Nirmala UI" w:hAnsi="Nirmala UI" w:eastAsia="Nirmala UI" w:cs="Nirmala UI"/>
        </w:rPr>
        <w:t>ପରବର୍ତ୍ତୀ</w:t>
      </w:r>
      <w:r>
        <w:rPr>
          <w:rFonts w:ascii="Times New Roman" w:hAnsi="Times New Roman" w:eastAsia="Times New Roman" w:cs="Times New Roman"/>
        </w:rPr>
        <w:t xml:space="preserve"> </w:t>
      </w:r>
      <w:r>
        <w:rPr>
          <w:rFonts w:ascii="Nirmala UI" w:hAnsi="Nirmala UI" w:eastAsia="Nirmala UI" w:cs="Nirmala UI"/>
        </w:rPr>
        <w:t>ପରିଣାମରେ</w:t>
      </w:r>
      <w:r>
        <w:rPr>
          <w:rFonts w:ascii="Times New Roman" w:hAnsi="Times New Roman" w:eastAsia="Times New Roman" w:cs="Times New Roman"/>
        </w:rPr>
        <w:t xml:space="preserve">, </w:t>
      </w:r>
      <w:r>
        <w:rPr>
          <w:rFonts w:ascii="Nirmala UI" w:hAnsi="Nirmala UI" w:eastAsia="Nirmala UI" w:cs="Nirmala UI"/>
        </w:rPr>
        <w:t>୫୦୮</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ପୂର୍ବୀୟ</w:t>
      </w:r>
      <w:r>
        <w:rPr>
          <w:rFonts w:ascii="Times New Roman" w:hAnsi="Times New Roman" w:eastAsia="Times New Roman" w:cs="Times New Roman"/>
        </w:rPr>
        <w:t xml:space="preserve"> </w:t>
      </w:r>
      <w:r>
        <w:rPr>
          <w:rFonts w:ascii="Nirmala UI" w:hAnsi="Nirmala UI" w:eastAsia="Nirmala UI" w:cs="Nirmala UI"/>
        </w:rPr>
        <w:t>ସମ୍ରାଟ୍</w:t>
      </w:r>
      <w:r>
        <w:rPr>
          <w:rFonts w:ascii="Times New Roman" w:hAnsi="Times New Roman" w:eastAsia="Times New Roman" w:cs="Times New Roman"/>
        </w:rPr>
        <w:t xml:space="preserve"> </w:t>
      </w:r>
      <w:r>
        <w:rPr>
          <w:rFonts w:ascii="Nirmala UI" w:hAnsi="Nirmala UI" w:eastAsia="Nirmala UI" w:cs="Nirmala UI"/>
        </w:rPr>
        <w:t>ଆନାସ୍ତାସିୟୁସ୍</w:t>
      </w:r>
      <w:r>
        <w:rPr>
          <w:rFonts w:ascii="Times New Roman" w:hAnsi="Times New Roman" w:eastAsia="Times New Roman" w:cs="Times New Roman"/>
        </w:rPr>
        <w:t xml:space="preserve"> </w:t>
      </w:r>
      <w:r>
        <w:rPr>
          <w:rFonts w:ascii="Nirmala UI" w:hAnsi="Nirmala UI" w:eastAsia="Nirmala UI" w:cs="Nirmala UI"/>
        </w:rPr>
        <w:t>ପ୍ରଥମ</w:t>
      </w:r>
      <w:r>
        <w:rPr>
          <w:rFonts w:ascii="Times New Roman" w:hAnsi="Times New Roman" w:eastAsia="Times New Roman" w:cs="Times New Roman"/>
        </w:rPr>
        <w:t xml:space="preserve"> (</w:t>
      </w:r>
      <w:r>
        <w:rPr>
          <w:rFonts w:ascii="Nirmala UI" w:hAnsi="Nirmala UI" w:eastAsia="Nirmala UI" w:cs="Nirmala UI"/>
        </w:rPr>
        <w:t>କନ୍ଷ୍ଟାନ୍ଟିନୋପଲରେ</w:t>
      </w:r>
      <w:r>
        <w:rPr>
          <w:rFonts w:ascii="Times New Roman" w:hAnsi="Times New Roman" w:eastAsia="Times New Roman" w:cs="Times New Roman"/>
        </w:rPr>
        <w:t xml:space="preserve">) </w:t>
      </w:r>
      <w:r>
        <w:rPr>
          <w:rFonts w:ascii="Nirmala UI" w:hAnsi="Nirmala UI" w:eastAsia="Nirmala UI" w:cs="Nirmala UI"/>
        </w:rPr>
        <w:t>ଭିସିଗୋଥମାନଙ୍କ</w:t>
      </w:r>
      <w:r>
        <w:rPr>
          <w:rFonts w:ascii="Times New Roman" w:hAnsi="Times New Roman" w:eastAsia="Times New Roman" w:cs="Times New Roman"/>
        </w:rPr>
        <w:t xml:space="preserve"> </w:t>
      </w:r>
      <w:r>
        <w:rPr>
          <w:rFonts w:ascii="Nirmala UI" w:hAnsi="Nirmala UI" w:eastAsia="Nirmala UI" w:cs="Nirmala UI"/>
        </w:rPr>
        <w:t>ଉପରେ</w:t>
      </w:r>
      <w:r>
        <w:rPr>
          <w:rFonts w:ascii="Times New Roman" w:hAnsi="Times New Roman" w:eastAsia="Times New Roman" w:cs="Times New Roman"/>
        </w:rPr>
        <w:t xml:space="preserve"> </w:t>
      </w:r>
      <w:r>
        <w:rPr>
          <w:rFonts w:ascii="Nirmala UI" w:hAnsi="Nirmala UI" w:eastAsia="Nirmala UI" w:cs="Nirmala UI"/>
        </w:rPr>
        <w:t>ତାଙ୍କ</w:t>
      </w:r>
      <w:r>
        <w:rPr>
          <w:rFonts w:ascii="Times New Roman" w:hAnsi="Times New Roman" w:eastAsia="Times New Roman" w:cs="Times New Roman"/>
        </w:rPr>
        <w:t xml:space="preserve"> </w:t>
      </w:r>
      <w:r>
        <w:rPr>
          <w:rFonts w:ascii="Nirmala UI" w:hAnsi="Nirmala UI" w:eastAsia="Nirmala UI" w:cs="Nirmala UI"/>
        </w:rPr>
        <w:t>ବିଜୟ</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କ୍ଲୋଭିସ୍</w:t>
      </w:r>
      <w:r>
        <w:rPr>
          <w:rFonts w:ascii="Times New Roman" w:hAnsi="Times New Roman" w:eastAsia="Times New Roman" w:cs="Times New Roman"/>
        </w:rPr>
        <w:t>‌</w:t>
      </w:r>
      <w:r>
        <w:rPr>
          <w:rFonts w:ascii="Nirmala UI" w:hAnsi="Nirmala UI" w:eastAsia="Nirmala UI" w:cs="Nirmala UI"/>
        </w:rPr>
        <w:t>ଙ୍କୁ</w:t>
      </w:r>
      <w:r>
        <w:rPr>
          <w:rFonts w:ascii="Times New Roman" w:hAnsi="Times New Roman" w:eastAsia="Times New Roman" w:cs="Times New Roman"/>
        </w:rPr>
        <w:t xml:space="preserve"> </w:t>
      </w:r>
      <w:r>
        <w:rPr>
          <w:rFonts w:ascii="Nirmala UI" w:hAnsi="Nirmala UI" w:eastAsia="Nirmala UI" w:cs="Nirmala UI"/>
        </w:rPr>
        <w:t>ସମ୍ମାନିତ</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ଗ୍ରେଗୋରି</w:t>
      </w:r>
      <w:r>
        <w:rPr>
          <w:rFonts w:ascii="Times New Roman" w:hAnsi="Times New Roman" w:eastAsia="Times New Roman" w:cs="Times New Roman"/>
        </w:rPr>
        <w:t xml:space="preserve"> </w:t>
      </w:r>
      <w:r>
        <w:rPr>
          <w:rFonts w:ascii="Nirmala UI" w:hAnsi="Nirmala UI" w:eastAsia="Nirmala UI" w:cs="Nirmala UI"/>
        </w:rPr>
        <w:t>ଅଫ୍</w:t>
      </w:r>
      <w:r>
        <w:rPr>
          <w:rFonts w:ascii="Times New Roman" w:hAnsi="Times New Roman" w:eastAsia="Times New Roman" w:cs="Times New Roman"/>
        </w:rPr>
        <w:t xml:space="preserve"> </w:t>
      </w:r>
      <w:r>
        <w:rPr>
          <w:rFonts w:ascii="Nirmala UI" w:hAnsi="Nirmala UI" w:eastAsia="Nirmala UI" w:cs="Nirmala UI"/>
        </w:rPr>
        <w:t>ଟୁର୍ସ</w:t>
      </w:r>
      <w:r>
        <w:rPr>
          <w:rFonts w:ascii="Times New Roman" w:hAnsi="Times New Roman" w:eastAsia="Times New Roman" w:cs="Times New Roman"/>
        </w:rPr>
        <w:t xml:space="preserve"> </w:t>
      </w:r>
      <w:r>
        <w:rPr>
          <w:rFonts w:ascii="Nirmala UI" w:hAnsi="Nirmala UI" w:eastAsia="Nirmala UI" w:cs="Nirmala UI"/>
        </w:rPr>
        <w:t>କହନ୍ତି</w:t>
      </w:r>
      <w:r>
        <w:rPr>
          <w:rFonts w:ascii="Times New Roman" w:hAnsi="Times New Roman" w:eastAsia="Times New Roman" w:cs="Times New Roman"/>
        </w:rPr>
        <w:t xml:space="preserve"> </w:t>
      </w:r>
      <w:r>
        <w:rPr>
          <w:rFonts w:ascii="Nirmala UI" w:hAnsi="Nirmala UI" w:eastAsia="Nirmala UI" w:cs="Nirmala UI"/>
        </w:rPr>
        <w:t>ଯେ</w:t>
      </w:r>
      <w:r>
        <w:rPr>
          <w:rFonts w:ascii="Times New Roman" w:hAnsi="Times New Roman" w:eastAsia="Times New Roman" w:cs="Times New Roman"/>
        </w:rPr>
        <w:t xml:space="preserve"> </w:t>
      </w:r>
      <w:r>
        <w:rPr>
          <w:rFonts w:ascii="Nirmala UI" w:hAnsi="Nirmala UI" w:eastAsia="Nirmala UI" w:cs="Nirmala UI"/>
        </w:rPr>
        <w:t>ଆନାସ୍ତାସିୟୁସ୍</w:t>
      </w:r>
      <w:r>
        <w:rPr>
          <w:rFonts w:ascii="Times New Roman" w:hAnsi="Times New Roman" w:eastAsia="Times New Roman" w:cs="Times New Roman"/>
        </w:rPr>
        <w:t xml:space="preserve"> </w:t>
      </w:r>
      <w:r>
        <w:rPr>
          <w:rFonts w:ascii="Nirmala UI" w:hAnsi="Nirmala UI" w:eastAsia="Nirmala UI" w:cs="Nirmala UI"/>
        </w:rPr>
        <w:t>କ୍ଲୋଭିସ୍</w:t>
      </w:r>
      <w:r>
        <w:rPr>
          <w:rFonts w:ascii="Times New Roman" w:hAnsi="Times New Roman" w:eastAsia="Times New Roman" w:cs="Times New Roman"/>
        </w:rPr>
        <w:t>‌</w:t>
      </w:r>
      <w:r>
        <w:rPr>
          <w:rFonts w:ascii="Nirmala UI" w:hAnsi="Nirmala UI" w:eastAsia="Nirmala UI" w:cs="Nirmala UI"/>
        </w:rPr>
        <w:t>ଙ୍କୁ</w:t>
      </w:r>
      <w:r>
        <w:rPr>
          <w:rFonts w:ascii="Times New Roman" w:hAnsi="Times New Roman" w:eastAsia="Times New Roman" w:cs="Times New Roman"/>
        </w:rPr>
        <w:t xml:space="preserve"> </w:t>
      </w:r>
      <w:r>
        <w:rPr>
          <w:rFonts w:ascii="Nirmala UI" w:hAnsi="Nirmala UI" w:eastAsia="Nirmala UI" w:cs="Nirmala UI"/>
        </w:rPr>
        <w:t>କନସୁଲ୍</w:t>
      </w:r>
      <w:r>
        <w:rPr>
          <w:rFonts w:ascii="Times New Roman" w:hAnsi="Times New Roman" w:eastAsia="Times New Roman" w:cs="Times New Roman"/>
        </w:rPr>
        <w:t xml:space="preserve"> </w:t>
      </w:r>
      <w:r>
        <w:rPr>
          <w:rFonts w:ascii="Nirmala UI" w:hAnsi="Nirmala UI" w:eastAsia="Nirmala UI" w:cs="Nirmala UI"/>
        </w:rPr>
        <w:t>ଭାବେ</w:t>
      </w:r>
      <w:r>
        <w:rPr>
          <w:rFonts w:ascii="Times New Roman" w:hAnsi="Times New Roman" w:eastAsia="Times New Roman" w:cs="Times New Roman"/>
        </w:rPr>
        <w:t xml:space="preserve"> </w:t>
      </w:r>
      <w:r>
        <w:rPr>
          <w:rFonts w:ascii="Nirmala UI" w:hAnsi="Nirmala UI" w:eastAsia="Nirmala UI" w:cs="Nirmala UI"/>
        </w:rPr>
        <w:t>ନିଯୁକ୍ତ</w:t>
      </w:r>
      <w:r>
        <w:rPr>
          <w:rFonts w:ascii="Times New Roman" w:hAnsi="Times New Roman" w:eastAsia="Times New Roman" w:cs="Times New Roman"/>
        </w:rPr>
        <w:t xml:space="preserve"> </w:t>
      </w:r>
      <w:r>
        <w:rPr>
          <w:rFonts w:ascii="Nirmala UI" w:hAnsi="Nirmala UI" w:eastAsia="Nirmala UI" w:cs="Nirmala UI"/>
        </w:rPr>
        <w:t>କରିବାର</w:t>
      </w:r>
      <w:r>
        <w:rPr>
          <w:rFonts w:ascii="Times New Roman" w:hAnsi="Times New Roman" w:eastAsia="Times New Roman" w:cs="Times New Roman"/>
        </w:rPr>
        <w:t xml:space="preserve"> </w:t>
      </w:r>
      <w:r>
        <w:rPr>
          <w:rFonts w:ascii="Nirmala UI" w:hAnsi="Nirmala UI" w:eastAsia="Nirmala UI" w:cs="Nirmala UI"/>
        </w:rPr>
        <w:t>ଆଧିକାରିକ</w:t>
      </w:r>
      <w:r>
        <w:rPr>
          <w:rFonts w:ascii="Times New Roman" w:hAnsi="Times New Roman" w:eastAsia="Times New Roman" w:cs="Times New Roman"/>
        </w:rPr>
        <w:t xml:space="preserve"> </w:t>
      </w:r>
      <w:r>
        <w:rPr>
          <w:rFonts w:ascii="Nirmala UI" w:hAnsi="Nirmala UI" w:eastAsia="Nirmala UI" w:cs="Nirmala UI"/>
        </w:rPr>
        <w:t>ପତ୍ରପତ୍ରିକା</w:t>
      </w:r>
      <w:r>
        <w:rPr>
          <w:rFonts w:ascii="Times New Roman" w:hAnsi="Times New Roman" w:eastAsia="Times New Roman" w:cs="Times New Roman"/>
        </w:rPr>
        <w:t xml:space="preserve"> </w:t>
      </w:r>
      <w:r>
        <w:rPr>
          <w:rFonts w:ascii="Nirmala UI" w:hAnsi="Nirmala UI" w:eastAsia="Nirmala UI" w:cs="Nirmala UI"/>
        </w:rPr>
        <w:t>ପଠାଇଥିଲେ।</w:t>
      </w:r>
      <w:r>
        <w:rPr>
          <w:rFonts w:ascii="Times New Roman" w:hAnsi="Times New Roman" w:eastAsia="Times New Roman" w:cs="Times New Roman"/>
        </w:rPr>
        <w:t xml:space="preserve"> </w:t>
      </w:r>
      <w:r>
        <w:rPr>
          <w:rFonts w:ascii="Nirmala UI" w:hAnsi="Nirmala UI" w:eastAsia="Nirmala UI" w:cs="Nirmala UI"/>
        </w:rPr>
        <w:t>ଟୁର୍ସରେ</w:t>
      </w:r>
      <w:r>
        <w:rPr>
          <w:rFonts w:ascii="Times New Roman" w:hAnsi="Times New Roman" w:eastAsia="Times New Roman" w:cs="Times New Roman"/>
        </w:rPr>
        <w:t xml:space="preserve">, </w:t>
      </w:r>
      <w:r>
        <w:rPr>
          <w:rFonts w:ascii="Nirmala UI" w:hAnsi="Nirmala UI" w:eastAsia="Nirmala UI" w:cs="Nirmala UI"/>
        </w:rPr>
        <w:t>ସେଣ୍ଟ</w:t>
      </w:r>
      <w:r>
        <w:rPr>
          <w:rFonts w:ascii="Times New Roman" w:hAnsi="Times New Roman" w:eastAsia="Times New Roman" w:cs="Times New Roman"/>
        </w:rPr>
        <w:t xml:space="preserve"> </w:t>
      </w:r>
      <w:r>
        <w:rPr>
          <w:rFonts w:ascii="Nirmala UI" w:hAnsi="Nirmala UI" w:eastAsia="Nirmala UI" w:cs="Nirmala UI"/>
        </w:rPr>
        <w:t>ମାର୍ଟିନଙ୍କ</w:t>
      </w:r>
      <w:r>
        <w:rPr>
          <w:rFonts w:ascii="Times New Roman" w:hAnsi="Times New Roman" w:eastAsia="Times New Roman" w:cs="Times New Roman"/>
        </w:rPr>
        <w:t xml:space="preserve"> </w:t>
      </w:r>
      <w:r>
        <w:rPr>
          <w:rFonts w:ascii="Nirmala UI" w:hAnsi="Nirmala UI" w:eastAsia="Nirmala UI" w:cs="Nirmala UI"/>
        </w:rPr>
        <w:t>ଗିର୍ଜାଘରରେ</w:t>
      </w:r>
      <w:r>
        <w:rPr>
          <w:rFonts w:ascii="Times New Roman" w:hAnsi="Times New Roman" w:eastAsia="Times New Roman" w:cs="Times New Roman"/>
        </w:rPr>
        <w:t xml:space="preserve">, </w:t>
      </w:r>
      <w:r>
        <w:rPr>
          <w:rFonts w:ascii="Nirmala UI" w:hAnsi="Nirmala UI" w:eastAsia="Nirmala UI" w:cs="Nirmala UI"/>
        </w:rPr>
        <w:t>କ୍ଲୋଭିସ୍</w:t>
      </w:r>
      <w:r>
        <w:rPr>
          <w:rFonts w:ascii="Times New Roman" w:hAnsi="Times New Roman" w:eastAsia="Times New Roman" w:cs="Times New Roman"/>
        </w:rPr>
        <w:t xml:space="preserve"> </w:t>
      </w:r>
      <w:r>
        <w:rPr>
          <w:rFonts w:ascii="Nirmala UI" w:hAnsi="Nirmala UI" w:eastAsia="Nirmala UI" w:cs="Nirmala UI"/>
        </w:rPr>
        <w:t>ବାଇଗଣୀ</w:t>
      </w:r>
      <w:r>
        <w:rPr>
          <w:rFonts w:ascii="Times New Roman" w:hAnsi="Times New Roman" w:eastAsia="Times New Roman" w:cs="Times New Roman"/>
        </w:rPr>
        <w:t xml:space="preserve"> </w:t>
      </w:r>
      <w:r>
        <w:rPr>
          <w:rFonts w:ascii="Nirmala UI" w:hAnsi="Nirmala UI" w:eastAsia="Nirmala UI" w:cs="Nirmala UI"/>
        </w:rPr>
        <w:t>ବର୍ଣ୍ଣର</w:t>
      </w:r>
      <w:r>
        <w:rPr>
          <w:rFonts w:ascii="Times New Roman" w:hAnsi="Times New Roman" w:eastAsia="Times New Roman" w:cs="Times New Roman"/>
        </w:rPr>
        <w:t xml:space="preserve"> </w:t>
      </w:r>
      <w:r>
        <w:rPr>
          <w:rFonts w:ascii="Nirmala UI" w:hAnsi="Nirmala UI" w:eastAsia="Nirmala UI" w:cs="Nirmala UI"/>
        </w:rPr>
        <w:t>ଟ୍ୟୁନିକ୍</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ଚାଦର</w:t>
      </w:r>
      <w:r>
        <w:rPr>
          <w:rFonts w:ascii="Times New Roman" w:hAnsi="Times New Roman" w:eastAsia="Times New Roman" w:cs="Times New Roman"/>
        </w:rPr>
        <w:t xml:space="preserve"> </w:t>
      </w:r>
      <w:r>
        <w:rPr>
          <w:rFonts w:ascii="Nirmala UI" w:hAnsi="Nirmala UI" w:eastAsia="Nirmala UI" w:cs="Nirmala UI"/>
        </w:rPr>
        <w:t>ପିନ୍ଧିଲେ</w:t>
      </w:r>
      <w:r>
        <w:rPr>
          <w:rFonts w:ascii="Times New Roman" w:hAnsi="Times New Roman" w:eastAsia="Times New Roman" w:cs="Times New Roman"/>
        </w:rPr>
        <w:t xml:space="preserve">, </w:t>
      </w:r>
      <w:r>
        <w:rPr>
          <w:rFonts w:ascii="Nirmala UI" w:hAnsi="Nirmala UI" w:eastAsia="Nirmala UI" w:cs="Nirmala UI"/>
        </w:rPr>
        <w:t>ନିଜ</w:t>
      </w:r>
      <w:r>
        <w:rPr>
          <w:rFonts w:ascii="Times New Roman" w:hAnsi="Times New Roman" w:eastAsia="Times New Roman" w:cs="Times New Roman"/>
        </w:rPr>
        <w:t xml:space="preserve"> </w:t>
      </w:r>
      <w:r>
        <w:rPr>
          <w:rFonts w:ascii="Nirmala UI" w:hAnsi="Nirmala UI" w:eastAsia="Nirmala UI" w:cs="Nirmala UI"/>
        </w:rPr>
        <w:t>ମସ୍ତକରେ</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ମୁକୁଟ</w:t>
      </w:r>
      <w:r>
        <w:rPr>
          <w:rFonts w:ascii="Times New Roman" w:hAnsi="Times New Roman" w:eastAsia="Times New Roman" w:cs="Times New Roman"/>
        </w:rPr>
        <w:t xml:space="preserve"> </w:t>
      </w:r>
      <w:r>
        <w:rPr>
          <w:rFonts w:ascii="Nirmala UI" w:hAnsi="Nirmala UI" w:eastAsia="Nirmala UI" w:cs="Nirmala UI"/>
        </w:rPr>
        <w:t>ପରିଧାନ</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ଅଶ୍ୱାରୋହଣ</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ବାହାରିଲେ</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ଭିଡ଼ର</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ସୁବର୍ଣ୍ଣ</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ରୌପ୍ୟ</w:t>
      </w:r>
      <w:r>
        <w:rPr>
          <w:rFonts w:ascii="Times New Roman" w:hAnsi="Times New Roman" w:eastAsia="Times New Roman" w:cs="Times New Roman"/>
        </w:rPr>
        <w:t xml:space="preserve"> </w:t>
      </w:r>
      <w:r>
        <w:rPr>
          <w:rFonts w:ascii="Nirmala UI" w:hAnsi="Nirmala UI" w:eastAsia="Nirmala UI" w:cs="Nirmala UI"/>
        </w:rPr>
        <w:t>ବିକ୍ଷେପ</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ଗ୍ରେଗୋରି</w:t>
      </w:r>
      <w:r>
        <w:rPr>
          <w:rFonts w:ascii="Times New Roman" w:hAnsi="Times New Roman" w:eastAsia="Times New Roman" w:cs="Times New Roman"/>
        </w:rPr>
        <w:t xml:space="preserve"> </w:t>
      </w:r>
      <w:r>
        <w:rPr>
          <w:rFonts w:ascii="Nirmala UI" w:hAnsi="Nirmala UI" w:eastAsia="Nirmala UI" w:cs="Nirmala UI"/>
        </w:rPr>
        <w:t>କହନ୍ତି</w:t>
      </w:r>
      <w:r>
        <w:rPr>
          <w:rFonts w:ascii="Times New Roman" w:hAnsi="Times New Roman" w:eastAsia="Times New Roman" w:cs="Times New Roman"/>
        </w:rPr>
        <w:t xml:space="preserve"> </w:t>
      </w:r>
      <w:r>
        <w:rPr>
          <w:rFonts w:ascii="Nirmala UI" w:hAnsi="Nirmala UI" w:eastAsia="Nirmala UI" w:cs="Nirmala UI"/>
        </w:rPr>
        <w:t>ଯେ</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ଦିନରୁ</w:t>
      </w:r>
      <w:r>
        <w:rPr>
          <w:rFonts w:ascii="Times New Roman" w:hAnsi="Times New Roman" w:eastAsia="Times New Roman" w:cs="Times New Roman"/>
        </w:rPr>
        <w:t xml:space="preserve"> </w:t>
      </w:r>
      <w:r>
        <w:rPr>
          <w:rFonts w:ascii="Nirmala UI" w:hAnsi="Nirmala UI" w:eastAsia="Nirmala UI" w:cs="Nirmala UI"/>
        </w:rPr>
        <w:t>ତାଙ୍କୁ</w:t>
      </w:r>
      <w:r>
        <w:rPr>
          <w:rFonts w:ascii="Times New Roman" w:hAnsi="Times New Roman" w:eastAsia="Times New Roman" w:cs="Times New Roman"/>
        </w:rPr>
        <w:t xml:space="preserve"> </w:t>
      </w:r>
      <w:r>
        <w:rPr>
          <w:rFonts w:ascii="Nirmala UI" w:hAnsi="Nirmala UI" w:eastAsia="Nirmala UI" w:cs="Nirmala UI"/>
        </w:rPr>
        <w:t>କନସୁଲ୍</w:t>
      </w:r>
      <w:r>
        <w:rPr>
          <w:rFonts w:ascii="Times New Roman" w:hAnsi="Times New Roman" w:eastAsia="Times New Roman" w:cs="Times New Roman"/>
        </w:rPr>
        <w:t xml:space="preserve"> </w:t>
      </w:r>
      <w:r>
        <w:rPr>
          <w:rFonts w:ascii="Nirmala UI" w:hAnsi="Nirmala UI" w:eastAsia="Nirmala UI" w:cs="Nirmala UI"/>
        </w:rPr>
        <w:t>ବୋଲି</w:t>
      </w:r>
      <w:r>
        <w:rPr>
          <w:rFonts w:ascii="Times New Roman" w:hAnsi="Times New Roman" w:eastAsia="Times New Roman" w:cs="Times New Roman"/>
        </w:rPr>
        <w:t xml:space="preserve"> </w:t>
      </w:r>
      <w:r>
        <w:rPr>
          <w:rFonts w:ascii="Nirmala UI" w:hAnsi="Nirmala UI" w:eastAsia="Nirmala UI" w:cs="Nirmala UI"/>
        </w:rPr>
        <w:t>ସମ୍ବୋଧିତ</w:t>
      </w:r>
      <w:r>
        <w:rPr>
          <w:rFonts w:ascii="Times New Roman" w:hAnsi="Times New Roman" w:eastAsia="Times New Roman" w:cs="Times New Roman"/>
        </w:rPr>
        <w:t xml:space="preserve"> </w:t>
      </w:r>
      <w:r>
        <w:rPr>
          <w:rFonts w:ascii="Nirmala UI" w:hAnsi="Nirmala UI" w:eastAsia="Nirmala UI" w:cs="Nirmala UI"/>
        </w:rPr>
        <w:t>କରାଯାଇଥିଲା</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ରୋମ</w:t>
      </w:r>
      <w:r>
        <w:rPr>
          <w:rFonts w:ascii="Times New Roman" w:hAnsi="Times New Roman" w:eastAsia="Times New Roman" w:cs="Times New Roman"/>
        </w:rPr>
        <w:t xml:space="preserve"> </w:t>
      </w:r>
      <w:r>
        <w:rPr>
          <w:rFonts w:ascii="Nirmala UI" w:hAnsi="Nirmala UI" w:eastAsia="Nirmala UI" w:cs="Nirmala UI"/>
        </w:rPr>
        <w:t>ସମ୍ରାଟଙ୍କ</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ସ୍ୱୀକୃତ</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ଯେ</w:t>
      </w:r>
      <w:r>
        <w:rPr>
          <w:rFonts w:ascii="Times New Roman" w:hAnsi="Times New Roman" w:eastAsia="Times New Roman" w:cs="Times New Roman"/>
        </w:rPr>
        <w:t xml:space="preserve"> </w:t>
      </w:r>
      <w:r>
        <w:rPr>
          <w:rFonts w:ascii="Nirmala UI" w:hAnsi="Nirmala UI" w:eastAsia="Nirmala UI" w:cs="Nirmala UI"/>
        </w:rPr>
        <w:t>କ୍ଲୋଭିସ୍</w:t>
      </w:r>
      <w:r>
        <w:rPr>
          <w:rFonts w:ascii="Times New Roman" w:hAnsi="Times New Roman" w:eastAsia="Times New Roman" w:cs="Times New Roman"/>
        </w:rPr>
        <w:t xml:space="preserve"> </w:t>
      </w:r>
      <w:r>
        <w:rPr>
          <w:rFonts w:ascii="Nirmala UI" w:hAnsi="Nirmala UI" w:eastAsia="Nirmala UI" w:cs="Nirmala UI"/>
        </w:rPr>
        <w:t>ପଶ୍ଚିମରେ</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ବୈଧ</w:t>
      </w:r>
      <w:r>
        <w:rPr>
          <w:rFonts w:ascii="Times New Roman" w:hAnsi="Times New Roman" w:eastAsia="Times New Roman" w:cs="Times New Roman"/>
        </w:rPr>
        <w:t xml:space="preserve"> </w:t>
      </w:r>
      <w:r>
        <w:rPr>
          <w:rFonts w:ascii="Nirmala UI" w:hAnsi="Nirmala UI" w:eastAsia="Nirmala UI" w:cs="Nirmala UI"/>
        </w:rPr>
        <w:t>ଖ୍ରୀଷ୍ଟିୟ</w:t>
      </w:r>
      <w:r>
        <w:rPr>
          <w:rFonts w:ascii="Times New Roman" w:hAnsi="Times New Roman" w:eastAsia="Times New Roman" w:cs="Times New Roman"/>
        </w:rPr>
        <w:t xml:space="preserve"> </w:t>
      </w:r>
      <w:r>
        <w:rPr>
          <w:rFonts w:ascii="Nirmala UI" w:hAnsi="Nirmala UI" w:eastAsia="Nirmala UI" w:cs="Nirmala UI"/>
        </w:rPr>
        <w:t>ରାଜା</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ଆରିୟ</w:t>
      </w:r>
      <w:r>
        <w:rPr>
          <w:rFonts w:ascii="Times New Roman" w:hAnsi="Times New Roman" w:eastAsia="Times New Roman" w:cs="Times New Roman"/>
        </w:rPr>
        <w:t xml:space="preserve"> </w:t>
      </w:r>
      <w:r>
        <w:rPr>
          <w:rFonts w:ascii="Nirmala UI" w:hAnsi="Nirmala UI" w:eastAsia="Nirmala UI" w:cs="Nirmala UI"/>
        </w:rPr>
        <w:t>ଭିସିଗୋଥମାନଙ୍କୁ</w:t>
      </w:r>
      <w:r>
        <w:rPr>
          <w:rFonts w:ascii="Times New Roman" w:hAnsi="Times New Roman" w:eastAsia="Times New Roman" w:cs="Times New Roman"/>
        </w:rPr>
        <w:t xml:space="preserve"> </w:t>
      </w:r>
      <w:r>
        <w:rPr>
          <w:rFonts w:ascii="Nirmala UI" w:hAnsi="Nirmala UI" w:eastAsia="Nirmala UI" w:cs="Nirmala UI"/>
        </w:rPr>
        <w:t>ଭଙ୍ଗ</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ପୁରସ୍କୃତ</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ଯେଉଁମାନଙ୍କୁ</w:t>
      </w:r>
      <w:r>
        <w:rPr>
          <w:rFonts w:ascii="Times New Roman" w:hAnsi="Times New Roman" w:eastAsia="Times New Roman" w:cs="Times New Roman"/>
        </w:rPr>
        <w:t xml:space="preserve"> </w:t>
      </w:r>
      <w:r>
        <w:rPr>
          <w:rFonts w:ascii="Nirmala UI" w:hAnsi="Nirmala UI" w:eastAsia="Nirmala UI" w:cs="Nirmala UI"/>
        </w:rPr>
        <w:t>କନ୍ଷ୍ଟାନ୍ଟିନୋପଲ</w:t>
      </w:r>
      <w:r>
        <w:rPr>
          <w:rFonts w:ascii="Times New Roman" w:hAnsi="Times New Roman" w:eastAsia="Times New Roman" w:cs="Times New Roman"/>
        </w:rPr>
        <w:t xml:space="preserve"> </w:t>
      </w:r>
      <w:r>
        <w:rPr>
          <w:rFonts w:ascii="Nirmala UI" w:hAnsi="Nirmala UI" w:eastAsia="Nirmala UI" w:cs="Nirmala UI"/>
        </w:rPr>
        <w:t>ମଧ୍ୟ</w:t>
      </w:r>
      <w:r>
        <w:rPr>
          <w:rFonts w:ascii="Times New Roman" w:hAnsi="Times New Roman" w:eastAsia="Times New Roman" w:cs="Times New Roman"/>
        </w:rPr>
        <w:t xml:space="preserve"> </w:t>
      </w:r>
      <w:r>
        <w:rPr>
          <w:rFonts w:ascii="Nirmala UI" w:hAnsi="Nirmala UI" w:eastAsia="Nirmala UI" w:cs="Nirmala UI"/>
        </w:rPr>
        <w:t>ବିରୋଧ</w:t>
      </w:r>
      <w:r>
        <w:rPr>
          <w:rFonts w:ascii="Times New Roman" w:hAnsi="Times New Roman" w:eastAsia="Times New Roman" w:cs="Times New Roman"/>
        </w:rPr>
        <w:t xml:space="preserve"> </w:t>
      </w:r>
      <w:r>
        <w:rPr>
          <w:rFonts w:ascii="Nirmala UI" w:hAnsi="Nirmala UI" w:eastAsia="Nirmala UI" w:cs="Nirmala UI"/>
        </w:rPr>
        <w:t>କରୁଥିଲା।</w:t>
      </w:r>
      <w:r>
        <w:rPr>
          <w:rFonts w:ascii="Times New Roman" w:hAnsi="Times New Roman" w:eastAsia="Times New Roman" w:cs="Times New Roman"/>
        </w:rPr>
        <w:t xml:space="preserve"> </w:t>
      </w:r>
      <w:r>
        <w:rPr>
          <w:rFonts w:ascii="Nirmala UI" w:hAnsi="Nirmala UI" w:eastAsia="Nirmala UI" w:cs="Nirmala UI"/>
        </w:rPr>
        <w:t>୫୦୮</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ବର୍ଷ</w:t>
      </w:r>
      <w:r>
        <w:rPr>
          <w:rFonts w:ascii="Times New Roman" w:hAnsi="Times New Roman" w:eastAsia="Times New Roman" w:cs="Times New Roman"/>
        </w:rPr>
        <w:t xml:space="preserve"> </w:t>
      </w:r>
      <w:r>
        <w:rPr>
          <w:rFonts w:ascii="Nirmala UI" w:hAnsi="Nirmala UI" w:eastAsia="Nirmala UI" w:cs="Nirmala UI"/>
        </w:rPr>
        <w:t>ଯେତେବେଳେ</w:t>
      </w:r>
      <w:r>
        <w:rPr>
          <w:rFonts w:ascii="Times New Roman" w:hAnsi="Times New Roman" w:eastAsia="Times New Roman" w:cs="Times New Roman"/>
        </w:rPr>
        <w:t xml:space="preserve"> </w:t>
      </w:r>
      <w:r>
        <w:rPr>
          <w:rFonts w:ascii="Nirmala UI" w:hAnsi="Nirmala UI" w:eastAsia="Nirmala UI" w:cs="Nirmala UI"/>
        </w:rPr>
        <w:t>ପୂର୍ବର</w:t>
      </w:r>
      <w:r>
        <w:rPr>
          <w:rFonts w:ascii="Times New Roman" w:hAnsi="Times New Roman" w:eastAsia="Times New Roman" w:cs="Times New Roman"/>
        </w:rPr>
        <w:t xml:space="preserve"> </w:t>
      </w:r>
      <w:r>
        <w:rPr>
          <w:rFonts w:ascii="Nirmala UI" w:hAnsi="Nirmala UI" w:eastAsia="Nirmala UI" w:cs="Nirmala UI"/>
        </w:rPr>
        <w:t>ସମ୍ରାଟ</w:t>
      </w:r>
      <w:r>
        <w:rPr>
          <w:rFonts w:ascii="Times New Roman" w:hAnsi="Times New Roman" w:eastAsia="Times New Roman" w:cs="Times New Roman"/>
        </w:rPr>
        <w:t xml:space="preserve"> </w:t>
      </w:r>
      <w:r>
        <w:rPr>
          <w:rFonts w:ascii="Nirmala UI" w:hAnsi="Nirmala UI" w:eastAsia="Nirmala UI" w:cs="Nirmala UI"/>
        </w:rPr>
        <w:t>ସାର୍ବଜନୀନ</w:t>
      </w:r>
      <w:r>
        <w:rPr>
          <w:rFonts w:ascii="Times New Roman" w:hAnsi="Times New Roman" w:eastAsia="Times New Roman" w:cs="Times New Roman"/>
        </w:rPr>
        <w:t xml:space="preserve"> </w:t>
      </w:r>
      <w:r>
        <w:rPr>
          <w:rFonts w:ascii="Nirmala UI" w:hAnsi="Nirmala UI" w:eastAsia="Nirmala UI" w:cs="Nirmala UI"/>
        </w:rPr>
        <w:t>ଭାବରେ</w:t>
      </w:r>
      <w:r>
        <w:rPr>
          <w:rFonts w:ascii="Times New Roman" w:hAnsi="Times New Roman" w:eastAsia="Times New Roman" w:cs="Times New Roman"/>
        </w:rPr>
        <w:t xml:space="preserve"> </w:t>
      </w:r>
      <w:r>
        <w:rPr>
          <w:rFonts w:ascii="Nirmala UI" w:hAnsi="Nirmala UI" w:eastAsia="Nirmala UI" w:cs="Nirmala UI"/>
        </w:rPr>
        <w:t>କ୍ୟାଥଲିକ୍</w:t>
      </w:r>
      <w:r>
        <w:rPr>
          <w:rFonts w:ascii="Times New Roman" w:hAnsi="Times New Roman" w:eastAsia="Times New Roman" w:cs="Times New Roman"/>
        </w:rPr>
        <w:t xml:space="preserve"> </w:t>
      </w:r>
      <w:r>
        <w:rPr>
          <w:rFonts w:ascii="Nirmala UI" w:hAnsi="Nirmala UI" w:eastAsia="Nirmala UI" w:cs="Nirmala UI"/>
        </w:rPr>
        <w:t>ଫ୍ରାଙ୍କିଶ୍</w:t>
      </w:r>
      <w:r>
        <w:rPr>
          <w:rFonts w:ascii="Times New Roman" w:hAnsi="Times New Roman" w:eastAsia="Times New Roman" w:cs="Times New Roman"/>
        </w:rPr>
        <w:t xml:space="preserve"> </w:t>
      </w:r>
      <w:r>
        <w:rPr>
          <w:rFonts w:ascii="Nirmala UI" w:hAnsi="Nirmala UI" w:eastAsia="Nirmala UI" w:cs="Nirmala UI"/>
        </w:rPr>
        <w:t>ରାଜାଙ୍କୁ</w:t>
      </w:r>
      <w:r>
        <w:rPr>
          <w:rFonts w:ascii="Times New Roman" w:hAnsi="Times New Roman" w:eastAsia="Times New Roman" w:cs="Times New Roman"/>
        </w:rPr>
        <w:t xml:space="preserve"> </w:t>
      </w:r>
      <w:r>
        <w:rPr>
          <w:rFonts w:ascii="Nirmala UI" w:hAnsi="Nirmala UI" w:eastAsia="Nirmala UI" w:cs="Nirmala UI"/>
        </w:rPr>
        <w:t>ସମ୍ମାନିତ</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ଦୃଶ୍ୟରେ</w:t>
      </w:r>
      <w:r>
        <w:rPr>
          <w:rFonts w:ascii="Times New Roman" w:hAnsi="Times New Roman" w:eastAsia="Times New Roman" w:cs="Times New Roman"/>
        </w:rPr>
        <w:t xml:space="preserve"> </w:t>
      </w:r>
      <w:r>
        <w:rPr>
          <w:rFonts w:ascii="Nirmala UI" w:hAnsi="Nirmala UI" w:eastAsia="Nirmala UI" w:cs="Nirmala UI"/>
        </w:rPr>
        <w:t>ଚର୍ଚ୍ଚ</w:t>
      </w:r>
      <w:r>
        <w:rPr>
          <w:rFonts w:ascii="Times New Roman" w:hAnsi="Times New Roman" w:eastAsia="Times New Roman" w:cs="Times New Roman"/>
        </w:rPr>
        <w:t xml:space="preserve">, </w:t>
      </w:r>
      <w:r>
        <w:rPr>
          <w:rFonts w:ascii="Nirmala UI" w:hAnsi="Nirmala UI" w:eastAsia="Nirmala UI" w:cs="Nirmala UI"/>
        </w:rPr>
        <w:t>ବିଜୟ</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ରୋମୀୟ</w:t>
      </w:r>
      <w:r>
        <w:rPr>
          <w:rFonts w:ascii="Times New Roman" w:hAnsi="Times New Roman" w:eastAsia="Times New Roman" w:cs="Times New Roman"/>
        </w:rPr>
        <w:t xml:space="preserve"> </w:t>
      </w:r>
      <w:r>
        <w:rPr>
          <w:rFonts w:ascii="Nirmala UI" w:hAnsi="Nirmala UI" w:eastAsia="Nirmala UI" w:cs="Nirmala UI"/>
        </w:rPr>
        <w:t>ବୈଧତା।</w:t>
      </w:r>
      <w:r>
        <w:rPr>
          <w:rFonts w:ascii="Times New Roman" w:hAnsi="Times New Roman" w:eastAsia="Times New Roman" w:cs="Times New Roman"/>
        </w:rPr>
        <w:t xml:space="preserve"> </w:t>
      </w:r>
      <w:r>
        <w:rPr>
          <w:rFonts w:ascii="Nirmala UI" w:hAnsi="Nirmala UI" w:eastAsia="Nirmala UI" w:cs="Nirmala UI"/>
        </w:rPr>
        <w:t>୫୦୮</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ବର୍ଷ</w:t>
      </w:r>
      <w:r>
        <w:rPr>
          <w:rFonts w:ascii="Times New Roman" w:hAnsi="Times New Roman" w:eastAsia="Times New Roman" w:cs="Times New Roman"/>
        </w:rPr>
        <w:t xml:space="preserve"> </w:t>
      </w:r>
      <w:r>
        <w:rPr>
          <w:rFonts w:ascii="Nirmala UI" w:hAnsi="Nirmala UI" w:eastAsia="Nirmala UI" w:cs="Nirmala UI"/>
        </w:rPr>
        <w:t>ଯେତେବେଳେ</w:t>
      </w:r>
      <w:r>
        <w:rPr>
          <w:rFonts w:ascii="Times New Roman" w:hAnsi="Times New Roman" w:eastAsia="Times New Roman" w:cs="Times New Roman"/>
        </w:rPr>
        <w:t xml:space="preserve"> </w:t>
      </w:r>
      <w:r>
        <w:rPr>
          <w:rFonts w:ascii="Nirmala UI" w:hAnsi="Nirmala UI" w:eastAsia="Nirmala UI" w:cs="Nirmala UI"/>
        </w:rPr>
        <w:t>ଆରିୟ</w:t>
      </w:r>
      <w:r>
        <w:rPr>
          <w:rFonts w:ascii="Times New Roman" w:hAnsi="Times New Roman" w:eastAsia="Times New Roman" w:cs="Times New Roman"/>
        </w:rPr>
        <w:t xml:space="preserve"> </w:t>
      </w:r>
      <w:r>
        <w:rPr>
          <w:rFonts w:ascii="Nirmala UI" w:hAnsi="Nirmala UI" w:eastAsia="Nirmala UI" w:cs="Nirmala UI"/>
        </w:rPr>
        <w:t>ଭିସିଗୋଥମାନଙ୍କ</w:t>
      </w:r>
      <w:r>
        <w:rPr>
          <w:rFonts w:ascii="Times New Roman" w:hAnsi="Times New Roman" w:eastAsia="Times New Roman" w:cs="Times New Roman"/>
        </w:rPr>
        <w:t xml:space="preserve"> </w:t>
      </w:r>
      <w:r>
        <w:rPr>
          <w:rFonts w:ascii="Nirmala UI" w:hAnsi="Nirmala UI" w:eastAsia="Nirmala UI" w:cs="Nirmala UI"/>
        </w:rPr>
        <w:t>ଶାସନକୁ</w:t>
      </w:r>
      <w:r>
        <w:rPr>
          <w:rFonts w:ascii="Times New Roman" w:hAnsi="Times New Roman" w:eastAsia="Times New Roman" w:cs="Times New Roman"/>
        </w:rPr>
        <w:t xml:space="preserve"> </w:t>
      </w:r>
      <w:r>
        <w:rPr>
          <w:rFonts w:ascii="Nirmala UI" w:hAnsi="Nirmala UI" w:eastAsia="Nirmala UI" w:cs="Nirmala UI"/>
        </w:rPr>
        <w:t>ଭଙ୍ଗ</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ଗଲ୍</w:t>
      </w:r>
      <w:r>
        <w:rPr>
          <w:rFonts w:ascii="Times New Roman" w:hAnsi="Times New Roman" w:eastAsia="Times New Roman" w:cs="Times New Roman"/>
        </w:rPr>
        <w:t>‌</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ଫ୍ରାଙ୍କିଶ୍</w:t>
      </w:r>
      <w:r>
        <w:rPr>
          <w:rFonts w:ascii="Times New Roman" w:hAnsi="Times New Roman" w:eastAsia="Times New Roman" w:cs="Times New Roman"/>
        </w:rPr>
        <w:t xml:space="preserve"> </w:t>
      </w:r>
      <w:r>
        <w:rPr>
          <w:rFonts w:ascii="Nirmala UI" w:hAnsi="Nirmala UI" w:eastAsia="Nirmala UI" w:cs="Nirmala UI"/>
        </w:rPr>
        <w:t>କ୍ୟାଥଲିକ୍</w:t>
      </w:r>
      <w:r>
        <w:rPr>
          <w:rFonts w:ascii="Times New Roman" w:hAnsi="Times New Roman" w:eastAsia="Times New Roman" w:cs="Times New Roman"/>
        </w:rPr>
        <w:t xml:space="preserve"> </w:t>
      </w:r>
      <w:r>
        <w:rPr>
          <w:rFonts w:ascii="Nirmala UI" w:hAnsi="Nirmala UI" w:eastAsia="Nirmala UI" w:cs="Nirmala UI"/>
        </w:rPr>
        <w:t>ରାଜ୍ୟ</w:t>
      </w:r>
      <w:r>
        <w:rPr>
          <w:rFonts w:ascii="Times New Roman" w:hAnsi="Times New Roman" w:eastAsia="Times New Roman" w:cs="Times New Roman"/>
        </w:rPr>
        <w:t xml:space="preserve"> </w:t>
      </w:r>
      <w:r>
        <w:rPr>
          <w:rFonts w:ascii="Nirmala UI" w:hAnsi="Nirmala UI" w:eastAsia="Nirmala UI" w:cs="Nirmala UI"/>
        </w:rPr>
        <w:t>ପ୍ରମୁଖ</w:t>
      </w:r>
      <w:r>
        <w:rPr>
          <w:rFonts w:ascii="Times New Roman" w:hAnsi="Times New Roman" w:eastAsia="Times New Roman" w:cs="Times New Roman"/>
        </w:rPr>
        <w:t xml:space="preserve"> </w:t>
      </w:r>
      <w:r>
        <w:rPr>
          <w:rFonts w:ascii="Nirmala UI" w:hAnsi="Nirmala UI" w:eastAsia="Nirmala UI" w:cs="Nirmala UI"/>
        </w:rPr>
        <w:t>କ୍ୟାଥଲିକ୍</w:t>
      </w:r>
      <w:r>
        <w:rPr>
          <w:rFonts w:ascii="Times New Roman" w:hAnsi="Times New Roman" w:eastAsia="Times New Roman" w:cs="Times New Roman"/>
        </w:rPr>
        <w:t xml:space="preserve"> </w:t>
      </w:r>
      <w:r>
        <w:rPr>
          <w:rFonts w:ascii="Nirmala UI" w:hAnsi="Nirmala UI" w:eastAsia="Nirmala UI" w:cs="Nirmala UI"/>
        </w:rPr>
        <w:t>ଶକ୍ତି</w:t>
      </w:r>
      <w:r>
        <w:rPr>
          <w:rFonts w:ascii="Times New Roman" w:hAnsi="Times New Roman" w:eastAsia="Times New Roman" w:cs="Times New Roman"/>
        </w:rPr>
        <w:t xml:space="preserve"> </w:t>
      </w:r>
      <w:r>
        <w:rPr>
          <w:rFonts w:ascii="Nirmala UI" w:hAnsi="Nirmala UI" w:eastAsia="Nirmala UI" w:cs="Nirmala UI"/>
        </w:rPr>
        <w:t>ଭାବେ</w:t>
      </w:r>
      <w:r>
        <w:rPr>
          <w:rFonts w:ascii="Times New Roman" w:hAnsi="Times New Roman" w:eastAsia="Times New Roman" w:cs="Times New Roman"/>
        </w:rPr>
        <w:t xml:space="preserve"> </w:t>
      </w:r>
      <w:r>
        <w:rPr>
          <w:rFonts w:ascii="Nirmala UI" w:hAnsi="Nirmala UI" w:eastAsia="Nirmala UI" w:cs="Nirmala UI"/>
        </w:rPr>
        <w:t>ଦଣ୍ଡାୟମାନ</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କ୍ଲୋଭିସ୍</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ପ୍ରଥମ</w:t>
      </w:r>
      <w:r>
        <w:rPr>
          <w:rFonts w:ascii="Times New Roman" w:hAnsi="Times New Roman" w:eastAsia="Times New Roman" w:cs="Times New Roman"/>
        </w:rPr>
        <w:t xml:space="preserve"> </w:t>
      </w:r>
      <w:r>
        <w:rPr>
          <w:rFonts w:ascii="Nirmala UI" w:hAnsi="Nirmala UI" w:eastAsia="Nirmala UI" w:cs="Nirmala UI"/>
        </w:rPr>
        <w:t>ପ୍ରମୁଖ</w:t>
      </w:r>
      <w:r>
        <w:rPr>
          <w:rFonts w:ascii="Times New Roman" w:hAnsi="Times New Roman" w:eastAsia="Times New Roman" w:cs="Times New Roman"/>
        </w:rPr>
        <w:t xml:space="preserve"> </w:t>
      </w:r>
      <w:r>
        <w:rPr>
          <w:rFonts w:ascii="Nirmala UI" w:hAnsi="Nirmala UI" w:eastAsia="Nirmala UI" w:cs="Nirmala UI"/>
        </w:rPr>
        <w:t>ବାର୍ବରିୟ</w:t>
      </w:r>
      <w:r>
        <w:rPr>
          <w:rFonts w:ascii="Times New Roman" w:hAnsi="Times New Roman" w:eastAsia="Times New Roman" w:cs="Times New Roman"/>
        </w:rPr>
        <w:t xml:space="preserve"> </w:t>
      </w:r>
      <w:r>
        <w:rPr>
          <w:rFonts w:ascii="Nirmala UI" w:hAnsi="Nirmala UI" w:eastAsia="Nirmala UI" w:cs="Nirmala UI"/>
        </w:rPr>
        <w:t>ରାଜା</w:t>
      </w:r>
      <w:r>
        <w:rPr>
          <w:rFonts w:ascii="Times New Roman" w:hAnsi="Times New Roman" w:eastAsia="Times New Roman" w:cs="Times New Roman"/>
        </w:rPr>
        <w:t xml:space="preserve">, </w:t>
      </w:r>
      <w:r>
        <w:rPr>
          <w:rFonts w:ascii="Nirmala UI" w:hAnsi="Nirmala UI" w:eastAsia="Nirmala UI" w:cs="Nirmala UI"/>
        </w:rPr>
        <w:t>ଯିଏ</w:t>
      </w:r>
      <w:r>
        <w:rPr>
          <w:rFonts w:ascii="Times New Roman" w:hAnsi="Times New Roman" w:eastAsia="Times New Roman" w:cs="Times New Roman"/>
        </w:rPr>
        <w:t xml:space="preserve"> </w:t>
      </w:r>
      <w:r>
        <w:rPr>
          <w:rFonts w:ascii="Nirmala UI" w:hAnsi="Nirmala UI" w:eastAsia="Nirmala UI" w:cs="Nirmala UI"/>
        </w:rPr>
        <w:t>ଆରିୟ</w:t>
      </w:r>
      <w:r>
        <w:rPr>
          <w:rFonts w:ascii="Times New Roman" w:hAnsi="Times New Roman" w:eastAsia="Times New Roman" w:cs="Times New Roman"/>
        </w:rPr>
        <w:t xml:space="preserve"> </w:t>
      </w:r>
      <w:r>
        <w:rPr>
          <w:rFonts w:ascii="Nirmala UI" w:hAnsi="Nirmala UI" w:eastAsia="Nirmala UI" w:cs="Nirmala UI"/>
        </w:rPr>
        <w:t>ରାଜ୍ୟମାନଙ୍କ</w:t>
      </w:r>
      <w:r>
        <w:rPr>
          <w:rFonts w:ascii="Times New Roman" w:hAnsi="Times New Roman" w:eastAsia="Times New Roman" w:cs="Times New Roman"/>
        </w:rPr>
        <w:t xml:space="preserve"> </w:t>
      </w:r>
      <w:r>
        <w:rPr>
          <w:rFonts w:ascii="Nirmala UI" w:hAnsi="Nirmala UI" w:eastAsia="Nirmala UI" w:cs="Nirmala UI"/>
        </w:rPr>
        <w:t>ବିରୋଧରେ</w:t>
      </w:r>
      <w:r>
        <w:rPr>
          <w:rFonts w:ascii="Times New Roman" w:hAnsi="Times New Roman" w:eastAsia="Times New Roman" w:cs="Times New Roman"/>
        </w:rPr>
        <w:t xml:space="preserve"> </w:t>
      </w:r>
      <w:r>
        <w:rPr>
          <w:rFonts w:ascii="Nirmala UI" w:hAnsi="Nirmala UI" w:eastAsia="Nirmala UI" w:cs="Nirmala UI"/>
        </w:rPr>
        <w:t>ନିସିନ୍</w:t>
      </w:r>
      <w:r>
        <w:rPr>
          <w:rFonts w:ascii="Times New Roman" w:hAnsi="Times New Roman" w:eastAsia="Times New Roman" w:cs="Times New Roman"/>
        </w:rPr>
        <w:t xml:space="preserve"> </w:t>
      </w:r>
      <w:r>
        <w:rPr>
          <w:rFonts w:ascii="Nirmala UI" w:hAnsi="Nirmala UI" w:eastAsia="Nirmala UI" w:cs="Nirmala UI"/>
        </w:rPr>
        <w:t>କ୍ୟାଥଲିସିଜ୍ମ</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ଯୁଦ୍ଧ</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ଏହିପରି</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ଚର୍ଚ୍ଚର</w:t>
      </w:r>
      <w:r>
        <w:rPr>
          <w:rFonts w:ascii="Times New Roman" w:hAnsi="Times New Roman" w:eastAsia="Times New Roman" w:cs="Times New Roman"/>
        </w:rPr>
        <w:t xml:space="preserve"> </w:t>
      </w:r>
      <w:r>
        <w:rPr>
          <w:rFonts w:ascii="Nirmala UI" w:hAnsi="Nirmala UI" w:eastAsia="Nirmala UI" w:cs="Nirmala UI"/>
        </w:rPr>
        <w:t>ଜ୍ୟେଷ୍ଠ</w:t>
      </w:r>
      <w:r>
        <w:rPr>
          <w:rFonts w:ascii="Times New Roman" w:hAnsi="Times New Roman" w:eastAsia="Times New Roman" w:cs="Times New Roman"/>
        </w:rPr>
        <w:t xml:space="preserve"> </w:t>
      </w:r>
      <w:r>
        <w:rPr>
          <w:rFonts w:ascii="Nirmala UI" w:hAnsi="Nirmala UI" w:eastAsia="Nirmala UI" w:cs="Nirmala UI"/>
        </w:rPr>
        <w:t>କନ୍ୟା</w:t>
      </w:r>
      <w:r>
        <w:rPr>
          <w:rFonts w:ascii="Times New Roman" w:hAnsi="Times New Roman" w:eastAsia="Times New Roman" w:cs="Times New Roman"/>
        </w:rPr>
        <w:t xml:space="preserve">” </w:t>
      </w:r>
      <w:r>
        <w:rPr>
          <w:rFonts w:ascii="Nirmala UI" w:hAnsi="Nirmala UI" w:eastAsia="Nirmala UI" w:cs="Nirmala UI"/>
        </w:rPr>
        <w:t>ଭାବେ</w:t>
      </w:r>
      <w:r>
        <w:rPr>
          <w:rFonts w:ascii="Times New Roman" w:hAnsi="Times New Roman" w:eastAsia="Times New Roman" w:cs="Times New Roman"/>
        </w:rPr>
        <w:t xml:space="preserve"> </w:t>
      </w:r>
      <w:r>
        <w:rPr>
          <w:rFonts w:ascii="Nirmala UI" w:hAnsi="Nirmala UI" w:eastAsia="Nirmala UI" w:cs="Nirmala UI"/>
        </w:rPr>
        <w:t>ଫ୍ରାନ୍ସର</w:t>
      </w:r>
      <w:r>
        <w:rPr>
          <w:rFonts w:ascii="Times New Roman" w:hAnsi="Times New Roman" w:eastAsia="Times New Roman" w:cs="Times New Roman"/>
        </w:rPr>
        <w:t xml:space="preserve"> </w:t>
      </w:r>
      <w:r>
        <w:rPr>
          <w:rFonts w:ascii="Nirmala UI" w:hAnsi="Nirmala UI" w:eastAsia="Nirmala UI" w:cs="Nirmala UI"/>
        </w:rPr>
        <w:t>ଭୂମିକାର</w:t>
      </w:r>
      <w:r>
        <w:rPr>
          <w:rFonts w:ascii="Times New Roman" w:hAnsi="Times New Roman" w:eastAsia="Times New Roman" w:cs="Times New Roman"/>
        </w:rPr>
        <w:t xml:space="preserve"> </w:t>
      </w:r>
      <w:r>
        <w:rPr>
          <w:rFonts w:ascii="Nirmala UI" w:hAnsi="Nirmala UI" w:eastAsia="Nirmala UI" w:cs="Nirmala UI"/>
        </w:rPr>
        <w:t>ଆଦିରୂପ।</w:t>
      </w:r>
      <w:r>
        <w:rPr>
          <w:rFonts w:ascii="Times New Roman" w:hAnsi="Times New Roman" w:eastAsia="Times New Roman" w:cs="Times New Roman"/>
        </w:rPr>
        <w:t xml:space="preserve"> </w:t>
      </w:r>
      <w:r>
        <w:rPr>
          <w:rFonts w:ascii="Nirmala UI" w:hAnsi="Nirmala UI" w:eastAsia="Nirmala UI" w:cs="Nirmala UI"/>
        </w:rPr>
        <w:t>କ୍ଲୋଭିସ୍</w:t>
      </w:r>
      <w:r>
        <w:rPr>
          <w:rFonts w:ascii="Times New Roman" w:hAnsi="Times New Roman" w:eastAsia="Times New Roman" w:cs="Times New Roman"/>
        </w:rPr>
        <w:t xml:space="preserve"> </w:t>
      </w:r>
      <w:r>
        <w:rPr>
          <w:rFonts w:ascii="Nirmala UI" w:hAnsi="Nirmala UI" w:eastAsia="Nirmala UI" w:cs="Nirmala UI"/>
        </w:rPr>
        <w:t>୪୯୬</w:t>
      </w:r>
      <w:r>
        <w:rPr>
          <w:rFonts w:ascii="Times New Roman" w:hAnsi="Times New Roman" w:eastAsia="Times New Roman" w:cs="Times New Roman"/>
        </w:rPr>
        <w:t xml:space="preserve"> </w:t>
      </w:r>
      <w:r>
        <w:rPr>
          <w:rFonts w:ascii="Nirmala UI" w:hAnsi="Nirmala UI" w:eastAsia="Nirmala UI" w:cs="Nirmala UI"/>
        </w:rPr>
        <w:t>ଠାରୁ</w:t>
      </w:r>
      <w:r>
        <w:rPr>
          <w:rFonts w:ascii="Times New Roman" w:hAnsi="Times New Roman" w:eastAsia="Times New Roman" w:cs="Times New Roman"/>
        </w:rPr>
        <w:t xml:space="preserve"> </w:t>
      </w:r>
      <w:r>
        <w:rPr>
          <w:rFonts w:ascii="Nirmala UI" w:hAnsi="Nirmala UI" w:eastAsia="Nirmala UI" w:cs="Nirmala UI"/>
        </w:rPr>
        <w:t>୫୦୮</w:t>
      </w:r>
      <w:r>
        <w:rPr>
          <w:rFonts w:ascii="Times New Roman" w:hAnsi="Times New Roman" w:eastAsia="Times New Roman" w:cs="Times New Roman"/>
        </w:rPr>
        <w:t xml:space="preserve"> </w:t>
      </w:r>
      <w:r>
        <w:rPr>
          <w:rFonts w:ascii="Nirmala UI" w:hAnsi="Nirmala UI" w:eastAsia="Nirmala UI" w:cs="Nirmala UI"/>
        </w:rPr>
        <w:t>ପର୍ଯ୍ୟନ୍ତର</w:t>
      </w:r>
      <w:r>
        <w:rPr>
          <w:rFonts w:ascii="Times New Roman" w:hAnsi="Times New Roman" w:eastAsia="Times New Roman" w:cs="Times New Roman"/>
        </w:rPr>
        <w:t xml:space="preserve"> </w:t>
      </w:r>
      <w:r>
        <w:rPr>
          <w:rFonts w:ascii="Nirmala UI" w:hAnsi="Nirmala UI" w:eastAsia="Nirmala UI" w:cs="Nirmala UI"/>
        </w:rPr>
        <w:t>ଅବଧିକୁ</w:t>
      </w:r>
      <w:r>
        <w:rPr>
          <w:rFonts w:ascii="Times New Roman" w:hAnsi="Times New Roman" w:eastAsia="Times New Roman" w:cs="Times New Roman"/>
        </w:rPr>
        <w:t xml:space="preserve"> </w:t>
      </w:r>
      <w:r>
        <w:rPr>
          <w:rFonts w:ascii="Nirmala UI" w:hAnsi="Nirmala UI" w:eastAsia="Nirmala UI" w:cs="Nirmala UI"/>
        </w:rPr>
        <w:t>ପ୍ରତିନିଧିତ୍ୱ</w:t>
      </w:r>
      <w:r>
        <w:rPr>
          <w:rFonts w:ascii="Times New Roman" w:hAnsi="Times New Roman" w:eastAsia="Times New Roman" w:cs="Times New Roman"/>
        </w:rPr>
        <w:t xml:space="preserve"> </w:t>
      </w:r>
      <w:r>
        <w:rPr>
          <w:rFonts w:ascii="Nirmala UI" w:hAnsi="Nirmala UI" w:eastAsia="Nirmala UI" w:cs="Nirmala UI"/>
        </w:rPr>
        <w:t>କରନ୍ତି</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ପ୍ରତୀକାତ୍ମକ</w:t>
      </w:r>
      <w:r>
        <w:rPr>
          <w:rFonts w:ascii="Times New Roman" w:hAnsi="Times New Roman" w:eastAsia="Times New Roman" w:cs="Times New Roman"/>
        </w:rPr>
        <w:t xml:space="preserve"> </w:t>
      </w:r>
      <w:r>
        <w:rPr>
          <w:rFonts w:ascii="Nirmala UI" w:hAnsi="Nirmala UI" w:eastAsia="Nirmala UI" w:cs="Nirmala UI"/>
        </w:rPr>
        <w:t>ବିବାହ</w:t>
      </w:r>
      <w:r>
        <w:rPr>
          <w:rFonts w:ascii="Times New Roman" w:hAnsi="Times New Roman" w:eastAsia="Times New Roman" w:cs="Times New Roman"/>
        </w:rPr>
        <w:t>-</w:t>
      </w:r>
      <w:r>
        <w:rPr>
          <w:rFonts w:ascii="Nirmala UI" w:hAnsi="Nirmala UI" w:eastAsia="Nirmala UI" w:cs="Nirmala UI"/>
        </w:rPr>
        <w:t>ସନ୍ଧିର</w:t>
      </w:r>
      <w:r>
        <w:rPr>
          <w:rFonts w:ascii="Times New Roman" w:hAnsi="Times New Roman" w:eastAsia="Times New Roman" w:cs="Times New Roman"/>
        </w:rPr>
        <w:t xml:space="preserve"> </w:t>
      </w:r>
      <w:r>
        <w:rPr>
          <w:rFonts w:ascii="Nirmala UI" w:hAnsi="Nirmala UI" w:eastAsia="Nirmala UI" w:cs="Nirmala UI"/>
        </w:rPr>
        <w:t>ଆଲ୍ଫା</w:t>
      </w:r>
      <w:r>
        <w:rPr>
          <w:rFonts w:ascii="Times New Roman" w:hAnsi="Times New Roman" w:eastAsia="Times New Roman" w:cs="Times New Roman"/>
        </w:rPr>
        <w:t xml:space="preserve"> </w:t>
      </w:r>
      <w:r>
        <w:rPr>
          <w:rFonts w:ascii="Nirmala UI" w:hAnsi="Nirmala UI" w:eastAsia="Nirmala UI" w:cs="Nirmala UI"/>
        </w:rPr>
        <w:t>ପ୍ରତୀକ।</w:t>
      </w:r>
      <w:r>
        <w:rPr>
          <w:rFonts w:ascii="Times New Roman" w:hAnsi="Times New Roman" w:eastAsia="Times New Roman" w:cs="Times New Roman"/>
        </w:rPr>
        <w:t xml:space="preserve"> </w:t>
      </w:r>
      <w:r>
        <w:rPr>
          <w:rFonts w:ascii="Nirmala UI" w:hAnsi="Nirmala UI" w:eastAsia="Nirmala UI" w:cs="Nirmala UI"/>
        </w:rPr>
        <w:t>୫୦୮</w:t>
      </w:r>
      <w:r>
        <w:rPr>
          <w:rFonts w:ascii="Times New Roman" w:hAnsi="Times New Roman" w:eastAsia="Times New Roman" w:cs="Times New Roman"/>
        </w:rPr>
        <w:t xml:space="preserve"> </w:t>
      </w:r>
      <w:r>
        <w:rPr>
          <w:rFonts w:ascii="Nirmala UI" w:hAnsi="Nirmala UI" w:eastAsia="Nirmala UI" w:cs="Nirmala UI"/>
        </w:rPr>
        <w:t>ଠାରୁ</w:t>
      </w:r>
      <w:r>
        <w:rPr>
          <w:rFonts w:ascii="Times New Roman" w:hAnsi="Times New Roman" w:eastAsia="Times New Roman" w:cs="Times New Roman"/>
        </w:rPr>
        <w:t xml:space="preserve"> </w:t>
      </w:r>
      <w:r>
        <w:rPr>
          <w:rFonts w:ascii="Nirmala UI" w:hAnsi="Nirmala UI" w:eastAsia="Nirmala UI" w:cs="Nirmala UI"/>
        </w:rPr>
        <w:t>୫୩୮</w:t>
      </w:r>
      <w:r>
        <w:rPr>
          <w:rFonts w:ascii="Times New Roman" w:hAnsi="Times New Roman" w:eastAsia="Times New Roman" w:cs="Times New Roman"/>
        </w:rPr>
        <w:t xml:space="preserve"> </w:t>
      </w:r>
      <w:r>
        <w:rPr>
          <w:rFonts w:ascii="Nirmala UI" w:hAnsi="Nirmala UI" w:eastAsia="Nirmala UI" w:cs="Nirmala UI"/>
        </w:rPr>
        <w:t>ପର୍ଯ୍ୟନ୍ତର</w:t>
      </w:r>
      <w:r>
        <w:rPr>
          <w:rFonts w:ascii="Times New Roman" w:hAnsi="Times New Roman" w:eastAsia="Times New Roman" w:cs="Times New Roman"/>
        </w:rPr>
        <w:t xml:space="preserve"> </w:t>
      </w:r>
      <w:r>
        <w:rPr>
          <w:rFonts w:ascii="Nirmala UI" w:hAnsi="Nirmala UI" w:eastAsia="Nirmala UI" w:cs="Nirmala UI"/>
        </w:rPr>
        <w:t>ତିରିଶି</w:t>
      </w:r>
      <w:r>
        <w:rPr>
          <w:rFonts w:ascii="Times New Roman" w:hAnsi="Times New Roman" w:eastAsia="Times New Roman" w:cs="Times New Roman"/>
        </w:rPr>
        <w:t xml:space="preserve"> </w:t>
      </w:r>
      <w:r>
        <w:rPr>
          <w:rFonts w:ascii="Nirmala UI" w:hAnsi="Nirmala UI" w:eastAsia="Nirmala UI" w:cs="Nirmala UI"/>
        </w:rPr>
        <w:t>ବର୍ଷ</w:t>
      </w:r>
      <w:r>
        <w:rPr>
          <w:rFonts w:ascii="Times New Roman" w:hAnsi="Times New Roman" w:eastAsia="Times New Roman" w:cs="Times New Roman"/>
        </w:rPr>
        <w:t xml:space="preserve"> </w:t>
      </w:r>
      <w:r>
        <w:rPr>
          <w:rFonts w:ascii="Nirmala UI" w:hAnsi="Nirmala UI" w:eastAsia="Nirmala UI" w:cs="Nirmala UI"/>
        </w:rPr>
        <w:t>ଜଷ୍ଟିନିଆନ୍</w:t>
      </w:r>
      <w:r>
        <w:rPr>
          <w:rFonts w:ascii="Times New Roman" w:hAnsi="Times New Roman" w:eastAsia="Times New Roman" w:cs="Times New Roman"/>
        </w:rPr>
        <w:t>‌</w:t>
      </w:r>
      <w:r>
        <w:rPr>
          <w:rFonts w:ascii="Nirmala UI" w:hAnsi="Nirmala UI" w:eastAsia="Nirmala UI" w:cs="Nirmala UI"/>
        </w:rPr>
        <w:t>ଙ୍କ</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ପ୍ରତିନିଧିତ</w:t>
      </w:r>
      <w:r>
        <w:rPr>
          <w:rFonts w:ascii="Times New Roman" w:hAnsi="Times New Roman" w:eastAsia="Times New Roman" w:cs="Times New Roman"/>
        </w:rPr>
        <w:t xml:space="preserve">, </w:t>
      </w:r>
      <w:r>
        <w:rPr>
          <w:rFonts w:ascii="Nirmala UI" w:hAnsi="Nirmala UI" w:eastAsia="Nirmala UI" w:cs="Nirmala UI"/>
        </w:rPr>
        <w:t>ଯିଏ</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ପ୍ରସେଶନର</w:t>
      </w:r>
      <w:r>
        <w:rPr>
          <w:rFonts w:ascii="Times New Roman" w:hAnsi="Times New Roman" w:eastAsia="Times New Roman" w:cs="Times New Roman"/>
        </w:rPr>
        <w:t xml:space="preserve"> </w:t>
      </w:r>
      <w:r>
        <w:rPr>
          <w:rFonts w:ascii="Nirmala UI" w:hAnsi="Nirmala UI" w:eastAsia="Nirmala UI" w:cs="Nirmala UI"/>
        </w:rPr>
        <w:t>ଓମେଗା</w:t>
      </w:r>
      <w:r>
        <w:rPr>
          <w:rFonts w:ascii="Times New Roman" w:hAnsi="Times New Roman" w:eastAsia="Times New Roman" w:cs="Times New Roman"/>
        </w:rPr>
        <w:t xml:space="preserve"> </w:t>
      </w:r>
      <w:r>
        <w:rPr>
          <w:rFonts w:ascii="Nirmala UI" w:hAnsi="Nirmala UI" w:eastAsia="Nirmala UI" w:cs="Nirmala UI"/>
        </w:rPr>
        <w:t>ପ୍ରତୀକ।</w:t>
      </w:r>
    </w:p>
    <w:p>
      <w:pPr>
        <w:pStyle w:val="ArticleBody"/>
        <w:jc w:val="left"/>
      </w:pPr>
      <w:r>
        <w:rPr>
          <w:rFonts w:ascii="Nirmala UI" w:hAnsi="Nirmala UI" w:eastAsia="Nirmala UI" w:cs="Nirmala UI"/>
        </w:rPr>
        <w:t>୫୩୮</w:t>
      </w:r>
      <w:r>
        <w:rPr>
          <w:rFonts w:ascii="Times New Roman" w:hAnsi="Times New Roman" w:eastAsia="Times New Roman" w:cs="Times New Roman"/>
        </w:rPr>
        <w:t xml:space="preserve"> </w:t>
      </w:r>
      <w:r>
        <w:rPr>
          <w:rFonts w:ascii="Nirmala UI" w:hAnsi="Nirmala UI" w:eastAsia="Nirmala UI" w:cs="Nirmala UI"/>
        </w:rPr>
        <w:t>ଖ୍ରୀଷ୍ଟାବ୍ଦରେ</w:t>
      </w:r>
      <w:r>
        <w:rPr>
          <w:rFonts w:ascii="Times New Roman" w:hAnsi="Times New Roman" w:eastAsia="Times New Roman" w:cs="Times New Roman"/>
        </w:rPr>
        <w:t>, “</w:t>
      </w:r>
      <w:r>
        <w:rPr>
          <w:rFonts w:ascii="Nirmala UI" w:hAnsi="Nirmala UI" w:eastAsia="Nirmala UI" w:cs="Nirmala UI"/>
        </w:rPr>
        <w:t>ବାହୁମାନେ</w:t>
      </w:r>
      <w:r>
        <w:rPr>
          <w:rFonts w:ascii="Times New Roman" w:hAnsi="Times New Roman" w:eastAsia="Times New Roman" w:cs="Times New Roman"/>
        </w:rPr>
        <w:t xml:space="preserve">” </w:t>
      </w:r>
      <w:r>
        <w:rPr>
          <w:rFonts w:ascii="Nirmala UI" w:hAnsi="Nirmala UI" w:eastAsia="Nirmala UI" w:cs="Nirmala UI"/>
        </w:rPr>
        <w:t>୧୨୬୦</w:t>
      </w:r>
      <w:r>
        <w:rPr>
          <w:rFonts w:ascii="Times New Roman" w:hAnsi="Times New Roman" w:eastAsia="Times New Roman" w:cs="Times New Roman"/>
        </w:rPr>
        <w:t xml:space="preserve"> </w:t>
      </w:r>
      <w:r>
        <w:rPr>
          <w:rFonts w:ascii="Nirmala UI" w:hAnsi="Nirmala UI" w:eastAsia="Nirmala UI" w:cs="Nirmala UI"/>
        </w:rPr>
        <w:t>ବର୍ଷ</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ପାପାଳ</w:t>
      </w:r>
      <w:r>
        <w:rPr>
          <w:rFonts w:ascii="Times New Roman" w:hAnsi="Times New Roman" w:eastAsia="Times New Roman" w:cs="Times New Roman"/>
        </w:rPr>
        <w:t xml:space="preserve"> </w:t>
      </w:r>
      <w:r>
        <w:rPr>
          <w:rFonts w:ascii="Nirmala UI" w:hAnsi="Nirmala UI" w:eastAsia="Nirmala UI" w:cs="Nirmala UI"/>
        </w:rPr>
        <w:t>ସତ୍ତାକୁ</w:t>
      </w:r>
      <w:r>
        <w:rPr>
          <w:rFonts w:ascii="Times New Roman" w:hAnsi="Times New Roman" w:eastAsia="Times New Roman" w:cs="Times New Roman"/>
        </w:rPr>
        <w:t xml:space="preserve"> </w:t>
      </w:r>
      <w:r>
        <w:rPr>
          <w:rFonts w:ascii="Nirmala UI" w:hAnsi="Nirmala UI" w:eastAsia="Nirmala UI" w:cs="Nirmala UI"/>
        </w:rPr>
        <w:t>ପୃଥିବୀର</w:t>
      </w:r>
      <w:r>
        <w:rPr>
          <w:rFonts w:ascii="Times New Roman" w:hAnsi="Times New Roman" w:eastAsia="Times New Roman" w:cs="Times New Roman"/>
        </w:rPr>
        <w:t xml:space="preserve"> </w:t>
      </w:r>
      <w:r>
        <w:rPr>
          <w:rFonts w:ascii="Nirmala UI" w:hAnsi="Nirmala UI" w:eastAsia="Nirmala UI" w:cs="Nirmala UI"/>
        </w:rPr>
        <w:t>ସିଂହାସନରେ</w:t>
      </w:r>
      <w:r>
        <w:rPr>
          <w:rFonts w:ascii="Times New Roman" w:hAnsi="Times New Roman" w:eastAsia="Times New Roman" w:cs="Times New Roman"/>
        </w:rPr>
        <w:t xml:space="preserve"> </w:t>
      </w:r>
      <w:r>
        <w:rPr>
          <w:rFonts w:ascii="Nirmala UI" w:hAnsi="Nirmala UI" w:eastAsia="Nirmala UI" w:cs="Nirmala UI"/>
        </w:rPr>
        <w:t>ସ୍ଥାପନ</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ସେତେବେଳେ</w:t>
      </w:r>
      <w:r>
        <w:rPr>
          <w:rFonts w:ascii="Times New Roman" w:hAnsi="Times New Roman" w:eastAsia="Times New Roman" w:cs="Times New Roman"/>
        </w:rPr>
        <w:t xml:space="preserve"> </w:t>
      </w:r>
      <w:r>
        <w:rPr>
          <w:rFonts w:ascii="Nirmala UI" w:hAnsi="Nirmala UI" w:eastAsia="Nirmala UI" w:cs="Nirmala UI"/>
        </w:rPr>
        <w:t>୪୯୬</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ଆରମ୍ଭ</w:t>
      </w:r>
      <w:r>
        <w:rPr>
          <w:rFonts w:ascii="Times New Roman" w:hAnsi="Times New Roman" w:eastAsia="Times New Roman" w:cs="Times New Roman"/>
        </w:rPr>
        <w:t xml:space="preserve"> </w:t>
      </w:r>
      <w:r>
        <w:rPr>
          <w:rFonts w:ascii="Nirmala UI" w:hAnsi="Nirmala UI" w:eastAsia="Nirmala UI" w:cs="Nirmala UI"/>
        </w:rPr>
        <w:t>ହୋଇଥିବା</w:t>
      </w:r>
      <w:r>
        <w:rPr>
          <w:rFonts w:ascii="Times New Roman" w:hAnsi="Times New Roman" w:eastAsia="Times New Roman" w:cs="Times New Roman"/>
        </w:rPr>
        <w:t xml:space="preserve"> </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ଯାତ୍ରାର</w:t>
      </w:r>
      <w:r>
        <w:rPr>
          <w:rFonts w:ascii="Times New Roman" w:hAnsi="Times New Roman" w:eastAsia="Times New Roman" w:cs="Times New Roman"/>
        </w:rPr>
        <w:t xml:space="preserve"> </w:t>
      </w:r>
      <w:r>
        <w:rPr>
          <w:rFonts w:ascii="Nirmala UI" w:hAnsi="Nirmala UI" w:eastAsia="Nirmala UI" w:cs="Nirmala UI"/>
        </w:rPr>
        <w:t>ଶେଷରେ</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ପ୍ରତୀକାତ୍ମକ</w:t>
      </w:r>
      <w:r>
        <w:rPr>
          <w:rFonts w:ascii="Times New Roman" w:hAnsi="Times New Roman" w:eastAsia="Times New Roman" w:cs="Times New Roman"/>
        </w:rPr>
        <w:t xml:space="preserve"> </w:t>
      </w:r>
      <w:r>
        <w:rPr>
          <w:rFonts w:ascii="Nirmala UI" w:hAnsi="Nirmala UI" w:eastAsia="Nirmala UI" w:cs="Nirmala UI"/>
        </w:rPr>
        <w:t>ଚୁକ୍ତିଭିତ୍ତିକ</w:t>
      </w:r>
      <w:r>
        <w:rPr>
          <w:rFonts w:ascii="Times New Roman" w:hAnsi="Times New Roman" w:eastAsia="Times New Roman" w:cs="Times New Roman"/>
        </w:rPr>
        <w:t xml:space="preserve"> </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ପୂର୍ଣ୍ଣତାକୁ</w:t>
      </w:r>
      <w:r>
        <w:rPr>
          <w:rFonts w:ascii="Times New Roman" w:hAnsi="Times New Roman" w:eastAsia="Times New Roman" w:cs="Times New Roman"/>
        </w:rPr>
        <w:t xml:space="preserve"> </w:t>
      </w:r>
      <w:r>
        <w:rPr>
          <w:rFonts w:ascii="Nirmala UI" w:hAnsi="Nirmala UI" w:eastAsia="Nirmala UI" w:cs="Nirmala UI"/>
        </w:rPr>
        <w:t>ପ୍ରାପ୍ତ</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୧୭୯୮</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ରୋମର</w:t>
      </w:r>
      <w:r>
        <w:rPr>
          <w:rFonts w:ascii="Times New Roman" w:hAnsi="Times New Roman" w:eastAsia="Times New Roman" w:cs="Times New Roman"/>
        </w:rPr>
        <w:t xml:space="preserve"> </w:t>
      </w:r>
      <w:r>
        <w:rPr>
          <w:rFonts w:ascii="Nirmala UI" w:hAnsi="Nirmala UI" w:eastAsia="Nirmala UI" w:cs="Nirmala UI"/>
        </w:rPr>
        <w:t>ପୋପ</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ଫ୍ରାନ୍ସର</w:t>
      </w:r>
      <w:r>
        <w:rPr>
          <w:rFonts w:ascii="Times New Roman" w:hAnsi="Times New Roman" w:eastAsia="Times New Roman" w:cs="Times New Roman"/>
        </w:rPr>
        <w:t xml:space="preserve"> </w:t>
      </w:r>
      <w:r>
        <w:rPr>
          <w:rFonts w:ascii="Nirmala UI" w:hAnsi="Nirmala UI" w:eastAsia="Nirmala UI" w:cs="Nirmala UI"/>
        </w:rPr>
        <w:t>କ୍ଲୋଭିସଙ୍କ</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ଆରମ୍ଭ</w:t>
      </w:r>
      <w:r>
        <w:rPr>
          <w:rFonts w:ascii="Times New Roman" w:hAnsi="Times New Roman" w:eastAsia="Times New Roman" w:cs="Times New Roman"/>
        </w:rPr>
        <w:t xml:space="preserve"> </w:t>
      </w:r>
      <w:r>
        <w:rPr>
          <w:rFonts w:ascii="Nirmala UI" w:hAnsi="Nirmala UI" w:eastAsia="Nirmala UI" w:cs="Nirmala UI"/>
        </w:rPr>
        <w:t>ହୋଇଥିବା</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ଚୁକ୍ତିଭିତ୍ତିକ</w:t>
      </w:r>
      <w:r>
        <w:rPr>
          <w:rFonts w:ascii="Times New Roman" w:hAnsi="Times New Roman" w:eastAsia="Times New Roman" w:cs="Times New Roman"/>
        </w:rPr>
        <w:t xml:space="preserve"> </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ନିରସ୍ତ</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ଯେତେବେଳେ</w:t>
      </w:r>
      <w:r>
        <w:rPr>
          <w:rFonts w:ascii="Times New Roman" w:hAnsi="Times New Roman" w:eastAsia="Times New Roman" w:cs="Times New Roman"/>
        </w:rPr>
        <w:t xml:space="preserve"> </w:t>
      </w:r>
      <w:r>
        <w:rPr>
          <w:rFonts w:ascii="Nirmala UI" w:hAnsi="Nirmala UI" w:eastAsia="Nirmala UI" w:cs="Nirmala UI"/>
        </w:rPr>
        <w:t>ଫ୍ରାନ୍ସର</w:t>
      </w:r>
      <w:r>
        <w:rPr>
          <w:rFonts w:ascii="Times New Roman" w:hAnsi="Times New Roman" w:eastAsia="Times New Roman" w:cs="Times New Roman"/>
        </w:rPr>
        <w:t xml:space="preserve"> </w:t>
      </w:r>
      <w:r>
        <w:rPr>
          <w:rFonts w:ascii="Nirmala UI" w:hAnsi="Nirmala UI" w:eastAsia="Nirmala UI" w:cs="Nirmala UI"/>
        </w:rPr>
        <w:t>ନେପୋଲିଅନ୍</w:t>
      </w:r>
      <w:r>
        <w:rPr>
          <w:rFonts w:ascii="Times New Roman" w:hAnsi="Times New Roman" w:eastAsia="Times New Roman" w:cs="Times New Roman"/>
        </w:rPr>
        <w:t xml:space="preserve"> </w:t>
      </w:r>
      <w:r>
        <w:rPr>
          <w:rFonts w:ascii="Nirmala UI" w:hAnsi="Nirmala UI" w:eastAsia="Nirmala UI" w:cs="Nirmala UI"/>
        </w:rPr>
        <w:t>ନିଜ</w:t>
      </w:r>
      <w:r>
        <w:rPr>
          <w:rFonts w:ascii="Times New Roman" w:hAnsi="Times New Roman" w:eastAsia="Times New Roman" w:cs="Times New Roman"/>
        </w:rPr>
        <w:t xml:space="preserve"> </w:t>
      </w:r>
      <w:r>
        <w:rPr>
          <w:rFonts w:ascii="Nirmala UI" w:hAnsi="Nirmala UI" w:eastAsia="Nirmala UI" w:cs="Nirmala UI"/>
        </w:rPr>
        <w:t>ସେନାନାୟକଙ୍କୁ</w:t>
      </w:r>
      <w:r>
        <w:rPr>
          <w:rFonts w:ascii="Times New Roman" w:hAnsi="Times New Roman" w:eastAsia="Times New Roman" w:cs="Times New Roman"/>
        </w:rPr>
        <w:t xml:space="preserve"> </w:t>
      </w:r>
      <w:r>
        <w:rPr>
          <w:rFonts w:ascii="Nirmala UI" w:hAnsi="Nirmala UI" w:eastAsia="Nirmala UI" w:cs="Nirmala UI"/>
        </w:rPr>
        <w:t>ପଠାଇ</w:t>
      </w:r>
      <w:r>
        <w:rPr>
          <w:rFonts w:ascii="Times New Roman" w:hAnsi="Times New Roman" w:eastAsia="Times New Roman" w:cs="Times New Roman"/>
        </w:rPr>
        <w:t xml:space="preserve"> </w:t>
      </w:r>
      <w:r>
        <w:rPr>
          <w:rFonts w:ascii="Nirmala UI" w:hAnsi="Nirmala UI" w:eastAsia="Nirmala UI" w:cs="Nirmala UI"/>
        </w:rPr>
        <w:t>ପୋପଙ୍କୁ</w:t>
      </w:r>
      <w:r>
        <w:rPr>
          <w:rFonts w:ascii="Times New Roman" w:hAnsi="Times New Roman" w:eastAsia="Times New Roman" w:cs="Times New Roman"/>
        </w:rPr>
        <w:t xml:space="preserve"> </w:t>
      </w:r>
      <w:r>
        <w:rPr>
          <w:rFonts w:ascii="Nirmala UI" w:hAnsi="Nirmala UI" w:eastAsia="Nirmala UI" w:cs="Nirmala UI"/>
        </w:rPr>
        <w:t>ବନ୍ଦୀ</w:t>
      </w:r>
      <w:r>
        <w:rPr>
          <w:rFonts w:ascii="Times New Roman" w:hAnsi="Times New Roman" w:eastAsia="Times New Roman" w:cs="Times New Roman"/>
        </w:rPr>
        <w:t xml:space="preserve"> </w:t>
      </w:r>
      <w:r>
        <w:rPr>
          <w:rFonts w:ascii="Nirmala UI" w:hAnsi="Nirmala UI" w:eastAsia="Nirmala UI" w:cs="Nirmala UI"/>
        </w:rPr>
        <w:t>କରାଇ</w:t>
      </w:r>
      <w:r>
        <w:rPr>
          <w:rFonts w:ascii="Times New Roman" w:hAnsi="Times New Roman" w:eastAsia="Times New Roman" w:cs="Times New Roman"/>
        </w:rPr>
        <w:t xml:space="preserve"> </w:t>
      </w:r>
      <w:r>
        <w:rPr>
          <w:rFonts w:ascii="Nirmala UI" w:hAnsi="Nirmala UI" w:eastAsia="Nirmala UI" w:cs="Nirmala UI"/>
        </w:rPr>
        <w:t>ପାପାଳ</w:t>
      </w:r>
      <w:r>
        <w:rPr>
          <w:rFonts w:ascii="Times New Roman" w:hAnsi="Times New Roman" w:eastAsia="Times New Roman" w:cs="Times New Roman"/>
        </w:rPr>
        <w:t xml:space="preserve"> </w:t>
      </w:r>
      <w:r>
        <w:rPr>
          <w:rFonts w:ascii="Nirmala UI" w:hAnsi="Nirmala UI" w:eastAsia="Nirmala UI" w:cs="Nirmala UI"/>
        </w:rPr>
        <w:t>ସତ୍ତାଙ୍କୁ</w:t>
      </w:r>
      <w:r>
        <w:rPr>
          <w:rFonts w:ascii="Times New Roman" w:hAnsi="Times New Roman" w:eastAsia="Times New Roman" w:cs="Times New Roman"/>
        </w:rPr>
        <w:t xml:space="preserve"> </w:t>
      </w:r>
      <w:r>
        <w:rPr>
          <w:rFonts w:ascii="Nirmala UI" w:hAnsi="Nirmala UI" w:eastAsia="Nirmala UI" w:cs="Nirmala UI"/>
        </w:rPr>
        <w:t>ବିବାହବିଚ୍ଛେଦ</w:t>
      </w:r>
      <w:r>
        <w:rPr>
          <w:rFonts w:ascii="Times New Roman" w:hAnsi="Times New Roman" w:eastAsia="Times New Roman" w:cs="Times New Roman"/>
        </w:rPr>
        <w:t xml:space="preserve"> </w:t>
      </w:r>
      <w:r>
        <w:rPr>
          <w:rFonts w:ascii="Nirmala UI" w:hAnsi="Nirmala UI" w:eastAsia="Nirmala UI" w:cs="Nirmala UI"/>
        </w:rPr>
        <w:t>କଲେ।</w:t>
      </w:r>
    </w:p>
    <w:p>
      <w:pPr>
        <w:pStyle w:val="ArticleBody"/>
        <w:jc w:val="left"/>
      </w:pPr>
      <w:r>
        <w:rPr>
          <w:rFonts w:ascii="Times New Roman" w:hAnsi="Times New Roman" w:eastAsia="Times New Roman" w:cs="Times New Roman"/>
        </w:rPr>
        <w:t>alpha-nyaata qixxee waldaa paaphaawaa mallattoo qabu, kan adeemsa gaa’elaa isaa bara 496 keessatti jalqabe, seera Dilbataa bara 538 irratti raawwatamee guutuu ta’e; achiis bara 1798 keessatti diigamee haqame, akkuma gaa’elli qixxee biroo hundinuu kan Daani’el boqonnaa kudha tokko keessatti ta’e. Mul’anni Yohaannis immoo hariiroo gaa’elaa paaphaawaa gidduu mootota Awurooppaa fi paaphaasota Kaatolikii jiru irratti ni dabala; jechuunis bineensi guddaan Mul’ata boqonnaa kudha lamaa keessa jiru mootummaa Roomaa waaqeffannaa tolfamaa fi mootota isaa, akkasumas Seexana of keessatti qabata.</w:t>
      </w:r>
    </w:p>
    <w:p>
      <w:pPr>
        <w:pStyle w:val="ArticleScripture"/>
        <w:jc w:val="left"/>
      </w:pPr>
      <w:r>
        <w:rPr>
          <w:rFonts w:ascii="Times New Roman" w:hAnsi="Times New Roman" w:eastAsia="Times New Roman" w:cs="Times New Roman"/>
        </w:rPr>
        <w:t>“Kanaaf, utuu bineensi guddaan inni jalqabaa Seexana bakka bu’u, akka hiika lammaffaatti immoo Roomaa heethenawaa mallattoo dha.” The Great Controversy, 439.</w:t>
      </w:r>
    </w:p>
    <w:p>
      <w:pPr>
        <w:pStyle w:val="ArticleBody"/>
        <w:jc w:val="left"/>
      </w:pPr>
      <w:r>
        <w:rPr>
          <w:rFonts w:ascii="Times New Roman" w:hAnsi="Times New Roman" w:eastAsia="Times New Roman" w:cs="Times New Roman"/>
        </w:rPr>
        <w:t>Mul’ata keessatti Yohannis wantoota sadii mootonnis (bofa guddaan) bineensa galaanaa Kaatooleekummaa sanaaf kennan nutti hima.</w:t>
      </w:r>
    </w:p>
    <w:p>
      <w:pPr>
        <w:pStyle w:val="ArticleScripture"/>
        <w:jc w:val="left"/>
      </w:pPr>
      <w:r>
        <w:rPr>
          <w:rFonts w:ascii="Times New Roman" w:hAnsi="Times New Roman" w:eastAsia="Times New Roman" w:cs="Times New Roman"/>
        </w:rPr>
        <w:t>Bineensiin ani argu sun akka qeerransaatti fakkaata ture; miilli isaas akka miilla addeessaa, afaan isaas akka afaan leencaa ture; ajajiichis humna isaa, teessoo isaa, aboo guddaas isaaf kenne. Mul’ata Yohaannis 13:2.</w:t>
      </w:r>
    </w:p>
    <w:p>
      <w:pPr>
        <w:pStyle w:val="ArticleBody"/>
        <w:jc w:val="left"/>
      </w:pPr>
      <w:r>
        <w:rPr>
          <w:rFonts w:ascii="Times New Roman" w:hAnsi="Times New Roman" w:eastAsia="Times New Roman" w:cs="Times New Roman"/>
        </w:rPr>
        <w:t>Bara 496, mootonni Awurooppaa humna waraanaa isaanii fi deeggarsa dinagdee isaanii irraa kan bakka bu’e “humna” isaanii bineensa abbaa paappaasii sanaaf kennuu jalqaban. Bara 330 keessa teessoo mootummaa isaanii gara Qusxanxiniyaa geessanii waan turaniif, magaalaan Roomaa “teessoo” aangoo paappaasii taatee hafte. Sana booddee, “irreen” labsii Yustiniyaanos bara 533tiin waldaa paappaasii akka mataa waldoota hundumaatti adda baase. Labsiin sun immoo, warra paappaasummaan akka hamaa amantiiitti adda baafaman ari’uuf humna waraanaa isaanii itti fayyadamuu dabalatee, “aangoo” mootummaa isaanii harka paappoottanii keessa galche.</w:t>
      </w:r>
    </w:p>
    <w:p>
      <w:pPr>
        <w:pStyle w:val="ArticleBody"/>
        <w:jc w:val="left"/>
      </w:pPr>
      <w:r>
        <w:rPr>
          <w:rFonts w:ascii="Times New Roman" w:hAnsi="Times New Roman" w:eastAsia="Times New Roman" w:cs="Times New Roman"/>
        </w:rPr>
        <w:t>Waliigalteen gaa’ela kakuu alfa gidduutti papasummaa fi mootota Awurooppaa Clovis wajjin bara 496 jalqabe. Bara 508tti, amantiin waaqeffannaa baaqelaa kan amantii mootummaa seeraan beekame ture, amantii Kaatooleekummaa Niqiiyaaaf dhiifame. Bara 533tti, Yustiiniyaan papasummaa akka mataa waldoota kiristaanaa hundumaatti beeke, akkasumas aangoo seeraa teessoowwan mootummaa isaanii keessaa adda addaa hunda humna papasummaatti dabarsee kenne.</w:t>
      </w:r>
    </w:p>
    <w:p>
      <w:pPr>
        <w:pStyle w:val="ArticleHeading"/>
        <w:jc w:val="left"/>
      </w:pPr>
      <w:r>
        <w:rPr>
          <w:rFonts w:ascii="Nirmala UI" w:hAnsi="Nirmala UI" w:eastAsia="Nirmala UI" w:cs="Nirmala UI"/>
        </w:rPr>
        <w:t>ᱟᱞᱯᱷᱟ</w:t>
      </w:r>
      <w:r>
        <w:rPr>
          <w:rFonts w:ascii="Arial" w:hAnsi="Arial" w:eastAsia="Arial" w:cs="Arial"/>
        </w:rPr>
        <w:t xml:space="preserve"> </w:t>
      </w:r>
      <w:r>
        <w:rPr>
          <w:rFonts w:ascii="Nirmala UI" w:hAnsi="Nirmala UI" w:eastAsia="Nirmala UI" w:cs="Nirmala UI"/>
        </w:rPr>
        <w:t>ᱟᱨ</w:t>
      </w:r>
      <w:r>
        <w:rPr>
          <w:rFonts w:ascii="Arial" w:hAnsi="Arial" w:eastAsia="Arial" w:cs="Arial"/>
        </w:rPr>
        <w:t xml:space="preserve"> </w:t>
      </w:r>
      <w:r>
        <w:rPr>
          <w:rFonts w:ascii="Nirmala UI" w:hAnsi="Nirmala UI" w:eastAsia="Nirmala UI" w:cs="Nirmala UI"/>
        </w:rPr>
        <w:t>ᱚᱢᱮᱜᱟ</w:t>
      </w:r>
      <w:r>
        <w:rPr>
          <w:rFonts w:ascii="Arial" w:hAnsi="Arial" w:eastAsia="Arial" w:cs="Arial"/>
        </w:rPr>
        <w:t xml:space="preserve"> </w:t>
      </w:r>
      <w:r>
        <w:rPr>
          <w:rFonts w:ascii="Nirmala UI" w:hAnsi="Nirmala UI" w:eastAsia="Nirmala UI" w:cs="Nirmala UI"/>
        </w:rPr>
        <w:t>ᱥᱤᱴ</w:t>
      </w:r>
    </w:p>
    <w:p>
      <w:pPr>
        <w:pStyle w:val="ArticleBody"/>
        <w:jc w:val="left"/>
      </w:pPr>
      <w:r>
        <w:rPr>
          <w:rFonts w:ascii="Nirmala UI" w:hAnsi="Nirmala UI" w:eastAsia="Nirmala UI" w:cs="Nirmala UI"/>
        </w:rPr>
        <w:t>୩୩୦</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ରୋମ</w:t>
      </w:r>
      <w:r>
        <w:rPr>
          <w:rFonts w:ascii="Times New Roman" w:hAnsi="Times New Roman" w:eastAsia="Times New Roman" w:cs="Times New Roman"/>
        </w:rPr>
        <w:t xml:space="preserve"> </w:t>
      </w:r>
      <w:r>
        <w:rPr>
          <w:rFonts w:ascii="Nirmala UI" w:hAnsi="Nirmala UI" w:eastAsia="Nirmala UI" w:cs="Nirmala UI"/>
        </w:rPr>
        <w:t>ସହରଟି</w:t>
      </w:r>
      <w:r>
        <w:rPr>
          <w:rFonts w:ascii="Times New Roman" w:hAnsi="Times New Roman" w:eastAsia="Times New Roman" w:cs="Times New Roman"/>
        </w:rPr>
        <w:t xml:space="preserve"> </w:t>
      </w:r>
      <w:r>
        <w:rPr>
          <w:rFonts w:ascii="Nirmala UI" w:hAnsi="Nirmala UI" w:eastAsia="Nirmala UI" w:cs="Nirmala UI"/>
        </w:rPr>
        <w:t>ରୋମୀୟ</w:t>
      </w:r>
      <w:r>
        <w:rPr>
          <w:rFonts w:ascii="Times New Roman" w:hAnsi="Times New Roman" w:eastAsia="Times New Roman" w:cs="Times New Roman"/>
        </w:rPr>
        <w:t xml:space="preserve"> </w:t>
      </w:r>
      <w:r>
        <w:rPr>
          <w:rFonts w:ascii="Nirmala UI" w:hAnsi="Nirmala UI" w:eastAsia="Nirmala UI" w:cs="Nirmala UI"/>
        </w:rPr>
        <w:t>କଳିସିଆର</w:t>
      </w:r>
      <w:r>
        <w:rPr>
          <w:rFonts w:ascii="Times New Roman" w:hAnsi="Times New Roman" w:eastAsia="Times New Roman" w:cs="Times New Roman"/>
        </w:rPr>
        <w:t xml:space="preserve"> </w:t>
      </w:r>
      <w:r>
        <w:rPr>
          <w:rFonts w:ascii="Nirmala UI" w:hAnsi="Nirmala UI" w:eastAsia="Nirmala UI" w:cs="Nirmala UI"/>
        </w:rPr>
        <w:t>ହସ୍ତରେ</w:t>
      </w:r>
      <w:r>
        <w:rPr>
          <w:rFonts w:ascii="Times New Roman" w:hAnsi="Times New Roman" w:eastAsia="Times New Roman" w:cs="Times New Roman"/>
        </w:rPr>
        <w:t xml:space="preserve"> </w:t>
      </w:r>
      <w:r>
        <w:rPr>
          <w:rFonts w:ascii="Nirmala UI" w:hAnsi="Nirmala UI" w:eastAsia="Nirmala UI" w:cs="Nirmala UI"/>
        </w:rPr>
        <w:t>ଛାଡ଼ି</w:t>
      </w:r>
      <w:r>
        <w:rPr>
          <w:rFonts w:ascii="Times New Roman" w:hAnsi="Times New Roman" w:eastAsia="Times New Roman" w:cs="Times New Roman"/>
        </w:rPr>
        <w:t xml:space="preserve"> </w:t>
      </w:r>
      <w:r>
        <w:rPr>
          <w:rFonts w:ascii="Nirmala UI" w:hAnsi="Nirmala UI" w:eastAsia="Nirmala UI" w:cs="Nirmala UI"/>
        </w:rPr>
        <w:t>ଦିଆଗଲା</w:t>
      </w:r>
      <w:r>
        <w:rPr>
          <w:rFonts w:ascii="Times New Roman" w:hAnsi="Times New Roman" w:eastAsia="Times New Roman" w:cs="Times New Roman"/>
        </w:rPr>
        <w:t xml:space="preserve">, </w:t>
      </w:r>
      <w:r>
        <w:rPr>
          <w:rFonts w:ascii="Nirmala UI" w:hAnsi="Nirmala UI" w:eastAsia="Nirmala UI" w:cs="Nirmala UI"/>
        </w:rPr>
        <w:t>ଯେଉଁଠାରେ</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କ୍ରୀଷ୍ଟଙ୍କ</w:t>
      </w:r>
      <w:r>
        <w:rPr>
          <w:rFonts w:ascii="Times New Roman" w:hAnsi="Times New Roman" w:eastAsia="Times New Roman" w:cs="Times New Roman"/>
        </w:rPr>
        <w:t xml:space="preserve"> </w:t>
      </w:r>
      <w:r>
        <w:rPr>
          <w:rFonts w:ascii="Nirmala UI" w:hAnsi="Nirmala UI" w:eastAsia="Nirmala UI" w:cs="Nirmala UI"/>
        </w:rPr>
        <w:t>ଦ୍ୱିତୀୟ</w:t>
      </w:r>
      <w:r>
        <w:rPr>
          <w:rFonts w:ascii="Times New Roman" w:hAnsi="Times New Roman" w:eastAsia="Times New Roman" w:cs="Times New Roman"/>
        </w:rPr>
        <w:t xml:space="preserve"> </w:t>
      </w:r>
      <w:r>
        <w:rPr>
          <w:rFonts w:ascii="Nirmala UI" w:hAnsi="Nirmala UI" w:eastAsia="Nirmala UI" w:cs="Nirmala UI"/>
        </w:rPr>
        <w:t>ଆଗମନ</w:t>
      </w:r>
      <w:r>
        <w:rPr>
          <w:rFonts w:ascii="Times New Roman" w:hAnsi="Times New Roman" w:eastAsia="Times New Roman" w:cs="Times New Roman"/>
        </w:rPr>
        <w:t xml:space="preserve"> </w:t>
      </w:r>
      <w:r>
        <w:rPr>
          <w:rFonts w:ascii="Nirmala UI" w:hAnsi="Nirmala UI" w:eastAsia="Nirmala UI" w:cs="Nirmala UI"/>
        </w:rPr>
        <w:t>ସମୟରେ</w:t>
      </w:r>
      <w:r>
        <w:rPr>
          <w:rFonts w:ascii="Times New Roman" w:hAnsi="Times New Roman" w:eastAsia="Times New Roman" w:cs="Times New Roman"/>
        </w:rPr>
        <w:t xml:space="preserve"> </w:t>
      </w:r>
      <w:r>
        <w:rPr>
          <w:rFonts w:ascii="Nirmala UI" w:hAnsi="Nirmala UI" w:eastAsia="Nirmala UI" w:cs="Nirmala UI"/>
        </w:rPr>
        <w:t>ଅଗ୍ନିର</w:t>
      </w:r>
      <w:r>
        <w:rPr>
          <w:rFonts w:ascii="Times New Roman" w:hAnsi="Times New Roman" w:eastAsia="Times New Roman" w:cs="Times New Roman"/>
        </w:rPr>
        <w:t xml:space="preserve"> </w:t>
      </w:r>
      <w:r>
        <w:rPr>
          <w:rFonts w:ascii="Nirmala UI" w:hAnsi="Nirmala UI" w:eastAsia="Nirmala UI" w:cs="Nirmala UI"/>
        </w:rPr>
        <w:t>ହ୍ରଦରେ</w:t>
      </w:r>
      <w:r>
        <w:rPr>
          <w:rFonts w:ascii="Times New Roman" w:hAnsi="Times New Roman" w:eastAsia="Times New Roman" w:cs="Times New Roman"/>
        </w:rPr>
        <w:t xml:space="preserve"> </w:t>
      </w:r>
      <w:r>
        <w:rPr>
          <w:rFonts w:ascii="Nirmala UI" w:hAnsi="Nirmala UI" w:eastAsia="Nirmala UI" w:cs="Nirmala UI"/>
        </w:rPr>
        <w:t>ନଷ୍ଟ</w:t>
      </w:r>
      <w:r>
        <w:rPr>
          <w:rFonts w:ascii="Times New Roman" w:hAnsi="Times New Roman" w:eastAsia="Times New Roman" w:cs="Times New Roman"/>
        </w:rPr>
        <w:t xml:space="preserve"> </w:t>
      </w:r>
      <w:r>
        <w:rPr>
          <w:rFonts w:ascii="Nirmala UI" w:hAnsi="Nirmala UI" w:eastAsia="Nirmala UI" w:cs="Nirmala UI"/>
        </w:rPr>
        <w:t>ହେଉଅ</w:t>
      </w:r>
      <w:r>
        <w:rPr>
          <w:rFonts w:ascii="Times New Roman" w:hAnsi="Times New Roman" w:eastAsia="Times New Roman" w:cs="Times New Roman"/>
        </w:rPr>
        <w:t xml:space="preserve"> </w:t>
      </w:r>
      <w:r>
        <w:rPr>
          <w:rFonts w:ascii="Nirmala UI" w:hAnsi="Nirmala UI" w:eastAsia="Nirmala UI" w:cs="Nirmala UI"/>
        </w:rPr>
        <w:t>ପର୍ଯ୍ୟନ୍ତ</w:t>
      </w:r>
      <w:r>
        <w:rPr>
          <w:rFonts w:ascii="Times New Roman" w:hAnsi="Times New Roman" w:eastAsia="Times New Roman" w:cs="Times New Roman"/>
        </w:rPr>
        <w:t xml:space="preserve"> </w:t>
      </w:r>
      <w:r>
        <w:rPr>
          <w:rFonts w:ascii="Nirmala UI" w:hAnsi="Nirmala UI" w:eastAsia="Nirmala UI" w:cs="Nirmala UI"/>
        </w:rPr>
        <w:t>ଆସୀନ</w:t>
      </w:r>
      <w:r>
        <w:rPr>
          <w:rFonts w:ascii="Times New Roman" w:hAnsi="Times New Roman" w:eastAsia="Times New Roman" w:cs="Times New Roman"/>
        </w:rPr>
        <w:t xml:space="preserve"> </w:t>
      </w:r>
      <w:r>
        <w:rPr>
          <w:rFonts w:ascii="Nirmala UI" w:hAnsi="Nirmala UI" w:eastAsia="Nirmala UI" w:cs="Nirmala UI"/>
        </w:rPr>
        <w:t>ରହିବେ।</w:t>
      </w:r>
      <w:r>
        <w:rPr>
          <w:rFonts w:ascii="Times New Roman" w:hAnsi="Times New Roman" w:eastAsia="Times New Roman" w:cs="Times New Roman"/>
        </w:rPr>
        <w:t xml:space="preserve"> </w:t>
      </w:r>
      <w:r>
        <w:rPr>
          <w:rFonts w:ascii="Nirmala UI" w:hAnsi="Nirmala UI" w:eastAsia="Nirmala UI" w:cs="Nirmala UI"/>
        </w:rPr>
        <w:t>୫୩୮</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ପୁନର୍ବାର</w:t>
      </w:r>
      <w:r>
        <w:rPr>
          <w:rFonts w:ascii="Times New Roman" w:hAnsi="Times New Roman" w:eastAsia="Times New Roman" w:cs="Times New Roman"/>
        </w:rPr>
        <w:t xml:space="preserve"> </w:t>
      </w:r>
      <w:r>
        <w:rPr>
          <w:rFonts w:ascii="Nirmala UI" w:hAnsi="Nirmala UI" w:eastAsia="Nirmala UI" w:cs="Nirmala UI"/>
        </w:rPr>
        <w:t>ପାପାସନ</w:t>
      </w:r>
      <w:r>
        <w:rPr>
          <w:rFonts w:ascii="Times New Roman" w:hAnsi="Times New Roman" w:eastAsia="Times New Roman" w:cs="Times New Roman"/>
        </w:rPr>
        <w:t xml:space="preserve"> </w:t>
      </w:r>
      <w:r>
        <w:rPr>
          <w:rFonts w:ascii="Nirmala UI" w:hAnsi="Nirmala UI" w:eastAsia="Nirmala UI" w:cs="Nirmala UI"/>
        </w:rPr>
        <w:t>ଉପରେ</w:t>
      </w:r>
      <w:r>
        <w:rPr>
          <w:rFonts w:ascii="Times New Roman" w:hAnsi="Times New Roman" w:eastAsia="Times New Roman" w:cs="Times New Roman"/>
        </w:rPr>
        <w:t xml:space="preserve"> </w:t>
      </w:r>
      <w:r>
        <w:rPr>
          <w:rFonts w:ascii="Nirmala UI" w:hAnsi="Nirmala UI" w:eastAsia="Nirmala UI" w:cs="Nirmala UI"/>
        </w:rPr>
        <w:t>ଔପଚାରିକ</w:t>
      </w:r>
      <w:r>
        <w:rPr>
          <w:rFonts w:ascii="Times New Roman" w:hAnsi="Times New Roman" w:eastAsia="Times New Roman" w:cs="Times New Roman"/>
        </w:rPr>
        <w:t xml:space="preserve"> </w:t>
      </w:r>
      <w:r>
        <w:rPr>
          <w:rFonts w:ascii="Nirmala UI" w:hAnsi="Nirmala UI" w:eastAsia="Nirmala UI" w:cs="Nirmala UI"/>
        </w:rPr>
        <w:t>ଭାବେ</w:t>
      </w:r>
      <w:r>
        <w:rPr>
          <w:rFonts w:ascii="Times New Roman" w:hAnsi="Times New Roman" w:eastAsia="Times New Roman" w:cs="Times New Roman"/>
        </w:rPr>
        <w:t xml:space="preserve"> </w:t>
      </w:r>
      <w:r>
        <w:rPr>
          <w:rFonts w:ascii="Nirmala UI" w:hAnsi="Nirmala UI" w:eastAsia="Nirmala UI" w:cs="Nirmala UI"/>
        </w:rPr>
        <w:t>ଆସୀନ</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ଏହିପରି</w:t>
      </w:r>
      <w:r>
        <w:rPr>
          <w:rFonts w:ascii="Times New Roman" w:hAnsi="Times New Roman" w:eastAsia="Times New Roman" w:cs="Times New Roman"/>
        </w:rPr>
        <w:t xml:space="preserve"> </w:t>
      </w:r>
      <w:r>
        <w:rPr>
          <w:rFonts w:ascii="Nirmala UI" w:hAnsi="Nirmala UI" w:eastAsia="Nirmala UI" w:cs="Nirmala UI"/>
        </w:rPr>
        <w:t>୩୩୦</w:t>
      </w:r>
      <w:r>
        <w:rPr>
          <w:rFonts w:ascii="Times New Roman" w:hAnsi="Times New Roman" w:eastAsia="Times New Roman" w:cs="Times New Roman"/>
        </w:rPr>
        <w:t xml:space="preserve"> </w:t>
      </w:r>
      <w:r>
        <w:rPr>
          <w:rFonts w:ascii="Nirmala UI" w:hAnsi="Nirmala UI" w:eastAsia="Nirmala UI" w:cs="Nirmala UI"/>
        </w:rPr>
        <w:t>ଠାରୁ</w:t>
      </w:r>
      <w:r>
        <w:rPr>
          <w:rFonts w:ascii="Times New Roman" w:hAnsi="Times New Roman" w:eastAsia="Times New Roman" w:cs="Times New Roman"/>
        </w:rPr>
        <w:t xml:space="preserve"> </w:t>
      </w:r>
      <w:r>
        <w:rPr>
          <w:rFonts w:ascii="Nirmala UI" w:hAnsi="Nirmala UI" w:eastAsia="Nirmala UI" w:cs="Nirmala UI"/>
        </w:rPr>
        <w:t>୫୩୮</w:t>
      </w:r>
      <w:r>
        <w:rPr>
          <w:rFonts w:ascii="Times New Roman" w:hAnsi="Times New Roman" w:eastAsia="Times New Roman" w:cs="Times New Roman"/>
        </w:rPr>
        <w:t xml:space="preserve"> </w:t>
      </w:r>
      <w:r>
        <w:rPr>
          <w:rFonts w:ascii="Nirmala UI" w:hAnsi="Nirmala UI" w:eastAsia="Nirmala UI" w:cs="Nirmala UI"/>
        </w:rPr>
        <w:t>ପର୍ଯ୍ୟନ୍ତର</w:t>
      </w:r>
      <w:r>
        <w:rPr>
          <w:rFonts w:ascii="Times New Roman" w:hAnsi="Times New Roman" w:eastAsia="Times New Roman" w:cs="Times New Roman"/>
        </w:rPr>
        <w:t xml:space="preserve"> </w:t>
      </w:r>
      <w:r>
        <w:rPr>
          <w:rFonts w:ascii="Nirmala UI" w:hAnsi="Nirmala UI" w:eastAsia="Nirmala UI" w:cs="Nirmala UI"/>
        </w:rPr>
        <w:t>ଇତିହାସକୁ</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ଭବିଷ୍ୟଦ୍ବାଣୀମୂଳକ</w:t>
      </w:r>
      <w:r>
        <w:rPr>
          <w:rFonts w:ascii="Times New Roman" w:hAnsi="Times New Roman" w:eastAsia="Times New Roman" w:cs="Times New Roman"/>
        </w:rPr>
        <w:t xml:space="preserve"> </w:t>
      </w:r>
      <w:r>
        <w:rPr>
          <w:rFonts w:ascii="Nirmala UI" w:hAnsi="Nirmala UI" w:eastAsia="Nirmala UI" w:cs="Nirmala UI"/>
        </w:rPr>
        <w:t>ଅବଧି</w:t>
      </w:r>
      <w:r>
        <w:rPr>
          <w:rFonts w:ascii="Times New Roman" w:hAnsi="Times New Roman" w:eastAsia="Times New Roman" w:cs="Times New Roman"/>
        </w:rPr>
        <w:t xml:space="preserve"> </w:t>
      </w:r>
      <w:r>
        <w:rPr>
          <w:rFonts w:ascii="Nirmala UI" w:hAnsi="Nirmala UI" w:eastAsia="Nirmala UI" w:cs="Nirmala UI"/>
        </w:rPr>
        <w:t>ଭାବେ</w:t>
      </w:r>
      <w:r>
        <w:rPr>
          <w:rFonts w:ascii="Times New Roman" w:hAnsi="Times New Roman" w:eastAsia="Times New Roman" w:cs="Times New Roman"/>
        </w:rPr>
        <w:t xml:space="preserve"> </w:t>
      </w:r>
      <w:r>
        <w:rPr>
          <w:rFonts w:ascii="Nirmala UI" w:hAnsi="Nirmala UI" w:eastAsia="Nirmala UI" w:cs="Nirmala UI"/>
        </w:rPr>
        <w:t>ପରିଚିତ</w:t>
      </w:r>
      <w:r>
        <w:rPr>
          <w:rFonts w:ascii="Times New Roman" w:hAnsi="Times New Roman" w:eastAsia="Times New Roman" w:cs="Times New Roman"/>
        </w:rPr>
        <w:t xml:space="preserve"> </w:t>
      </w:r>
      <w:r>
        <w:rPr>
          <w:rFonts w:ascii="Nirmala UI" w:hAnsi="Nirmala UI" w:eastAsia="Nirmala UI" w:cs="Nirmala UI"/>
        </w:rPr>
        <w:t>କରାଯାଏ</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ଆଲଫା</w:t>
      </w:r>
      <w:r>
        <w:rPr>
          <w:rFonts w:ascii="Times New Roman" w:hAnsi="Times New Roman" w:eastAsia="Times New Roman" w:cs="Times New Roman"/>
        </w:rPr>
        <w:t xml:space="preserve"> </w:t>
      </w:r>
      <w:r>
        <w:rPr>
          <w:rFonts w:ascii="Nirmala UI" w:hAnsi="Nirmala UI" w:eastAsia="Nirmala UI" w:cs="Nirmala UI"/>
        </w:rPr>
        <w:t>ଆସନରେ</w:t>
      </w:r>
      <w:r>
        <w:rPr>
          <w:rFonts w:ascii="Times New Roman" w:hAnsi="Times New Roman" w:eastAsia="Times New Roman" w:cs="Times New Roman"/>
        </w:rPr>
        <w:t xml:space="preserve"> </w:t>
      </w:r>
      <w:r>
        <w:rPr>
          <w:rFonts w:ascii="Nirmala UI" w:hAnsi="Nirmala UI" w:eastAsia="Nirmala UI" w:cs="Nirmala UI"/>
        </w:rPr>
        <w:t>ଆରମ୍ଭ</w:t>
      </w:r>
      <w:r>
        <w:rPr>
          <w:rFonts w:ascii="Times New Roman" w:hAnsi="Times New Roman" w:eastAsia="Times New Roman" w:cs="Times New Roman"/>
        </w:rPr>
        <w:t xml:space="preserve"> </w:t>
      </w:r>
      <w:r>
        <w:rPr>
          <w:rFonts w:ascii="Nirmala UI" w:hAnsi="Nirmala UI" w:eastAsia="Nirmala UI" w:cs="Nirmala UI"/>
        </w:rPr>
        <w:t>ହୋଇ</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ଓମେଗା</w:t>
      </w:r>
      <w:r>
        <w:rPr>
          <w:rFonts w:ascii="Times New Roman" w:hAnsi="Times New Roman" w:eastAsia="Times New Roman" w:cs="Times New Roman"/>
        </w:rPr>
        <w:t xml:space="preserve"> </w:t>
      </w:r>
      <w:r>
        <w:rPr>
          <w:rFonts w:ascii="Nirmala UI" w:hAnsi="Nirmala UI" w:eastAsia="Nirmala UI" w:cs="Nirmala UI"/>
        </w:rPr>
        <w:t>ଆସନରେ</w:t>
      </w:r>
      <w:r>
        <w:rPr>
          <w:rFonts w:ascii="Times New Roman" w:hAnsi="Times New Roman" w:eastAsia="Times New Roman" w:cs="Times New Roman"/>
        </w:rPr>
        <w:t xml:space="preserve"> </w:t>
      </w:r>
      <w:r>
        <w:rPr>
          <w:rFonts w:ascii="Nirmala UI" w:hAnsi="Nirmala UI" w:eastAsia="Nirmala UI" w:cs="Nirmala UI"/>
        </w:rPr>
        <w:t>ସମାପ୍ତ</w:t>
      </w:r>
      <w:r>
        <w:rPr>
          <w:rFonts w:ascii="Times New Roman" w:hAnsi="Times New Roman" w:eastAsia="Times New Roman" w:cs="Times New Roman"/>
        </w:rPr>
        <w:t xml:space="preserve"> </w:t>
      </w:r>
      <w:r>
        <w:rPr>
          <w:rFonts w:ascii="Nirmala UI" w:hAnsi="Nirmala UI" w:eastAsia="Nirmala UI" w:cs="Nirmala UI"/>
        </w:rPr>
        <w:t>ହୁଏ।</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ଅବଧି</w:t>
      </w:r>
      <w:r>
        <w:rPr>
          <w:rFonts w:ascii="Times New Roman" w:hAnsi="Times New Roman" w:eastAsia="Times New Roman" w:cs="Times New Roman"/>
        </w:rPr>
        <w:t xml:space="preserve"> </w:t>
      </w:r>
      <w:r>
        <w:rPr>
          <w:rFonts w:ascii="Nirmala UI" w:hAnsi="Nirmala UI" w:eastAsia="Nirmala UI" w:cs="Nirmala UI"/>
        </w:rPr>
        <w:t>ବାଇବେଲୀୟ</w:t>
      </w:r>
      <w:r>
        <w:rPr>
          <w:rFonts w:ascii="Times New Roman" w:hAnsi="Times New Roman" w:eastAsia="Times New Roman" w:cs="Times New Roman"/>
        </w:rPr>
        <w:t xml:space="preserve"> </w:t>
      </w:r>
      <w:r>
        <w:rPr>
          <w:rFonts w:ascii="Nirmala UI" w:hAnsi="Nirmala UI" w:eastAsia="Nirmala UI" w:cs="Nirmala UI"/>
        </w:rPr>
        <w:t>ଭବିଷ୍ୟଦ୍ବାଣୀର</w:t>
      </w:r>
      <w:r>
        <w:rPr>
          <w:rFonts w:ascii="Times New Roman" w:hAnsi="Times New Roman" w:eastAsia="Times New Roman" w:cs="Times New Roman"/>
        </w:rPr>
        <w:t xml:space="preserve"> </w:t>
      </w:r>
      <w:r>
        <w:rPr>
          <w:rFonts w:ascii="Nirmala UI" w:hAnsi="Nirmala UI" w:eastAsia="Nirmala UI" w:cs="Nirmala UI"/>
        </w:rPr>
        <w:t>ଚତୁର୍ଥ</w:t>
      </w:r>
      <w:r>
        <w:rPr>
          <w:rFonts w:ascii="Times New Roman" w:hAnsi="Times New Roman" w:eastAsia="Times New Roman" w:cs="Times New Roman"/>
        </w:rPr>
        <w:t xml:space="preserve"> </w:t>
      </w:r>
      <w:r>
        <w:rPr>
          <w:rFonts w:ascii="Nirmala UI" w:hAnsi="Nirmala UI" w:eastAsia="Nirmala UI" w:cs="Nirmala UI"/>
        </w:rPr>
        <w:t>ରାଜ୍ୟର</w:t>
      </w:r>
      <w:r>
        <w:rPr>
          <w:rFonts w:ascii="Times New Roman" w:hAnsi="Times New Roman" w:eastAsia="Times New Roman" w:cs="Times New Roman"/>
        </w:rPr>
        <w:t xml:space="preserve"> (</w:t>
      </w:r>
      <w:r>
        <w:rPr>
          <w:rFonts w:ascii="Nirmala UI" w:hAnsi="Nirmala UI" w:eastAsia="Nirmala UI" w:cs="Nirmala UI"/>
        </w:rPr>
        <w:t>ପର୍ଗମୁସ</w:t>
      </w:r>
      <w:r>
        <w:rPr>
          <w:rFonts w:ascii="Times New Roman" w:hAnsi="Times New Roman" w:eastAsia="Times New Roman" w:cs="Times New Roman"/>
        </w:rPr>
        <w:t xml:space="preserve">) </w:t>
      </w:r>
      <w:r>
        <w:rPr>
          <w:rFonts w:ascii="Nirmala UI" w:hAnsi="Nirmala UI" w:eastAsia="Nirmala UI" w:cs="Nirmala UI"/>
        </w:rPr>
        <w:t>ଶେଷକୁ</w:t>
      </w:r>
      <w:r>
        <w:rPr>
          <w:rFonts w:ascii="Times New Roman" w:hAnsi="Times New Roman" w:eastAsia="Times New Roman" w:cs="Times New Roman"/>
        </w:rPr>
        <w:t xml:space="preserve"> </w:t>
      </w:r>
      <w:r>
        <w:rPr>
          <w:rFonts w:ascii="Nirmala UI" w:hAnsi="Nirmala UI" w:eastAsia="Nirmala UI" w:cs="Nirmala UI"/>
        </w:rPr>
        <w:t>ସୂଚିତ</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୩୩୦ରେ</w:t>
      </w:r>
      <w:r>
        <w:rPr>
          <w:rFonts w:ascii="Times New Roman" w:hAnsi="Times New Roman" w:eastAsia="Times New Roman" w:cs="Times New Roman"/>
        </w:rPr>
        <w:t xml:space="preserve"> </w:t>
      </w:r>
      <w:r>
        <w:rPr>
          <w:rFonts w:ascii="Nirmala UI" w:hAnsi="Nirmala UI" w:eastAsia="Nirmala UI" w:cs="Nirmala UI"/>
        </w:rPr>
        <w:t>ଆରମ୍ଭ</w:t>
      </w:r>
      <w:r>
        <w:rPr>
          <w:rFonts w:ascii="Times New Roman" w:hAnsi="Times New Roman" w:eastAsia="Times New Roman" w:cs="Times New Roman"/>
        </w:rPr>
        <w:t xml:space="preserve"> </w:t>
      </w:r>
      <w:r>
        <w:rPr>
          <w:rFonts w:ascii="Nirmala UI" w:hAnsi="Nirmala UI" w:eastAsia="Nirmala UI" w:cs="Nirmala UI"/>
        </w:rPr>
        <w:t>ହୋଇ</w:t>
      </w:r>
      <w:r>
        <w:rPr>
          <w:rFonts w:ascii="Times New Roman" w:hAnsi="Times New Roman" w:eastAsia="Times New Roman" w:cs="Times New Roman"/>
        </w:rPr>
        <w:t xml:space="preserve"> </w:t>
      </w:r>
      <w:r>
        <w:rPr>
          <w:rFonts w:ascii="Nirmala UI" w:hAnsi="Nirmala UI" w:eastAsia="Nirmala UI" w:cs="Nirmala UI"/>
        </w:rPr>
        <w:t>୫୩୮ରେ</w:t>
      </w:r>
      <w:r>
        <w:rPr>
          <w:rFonts w:ascii="Times New Roman" w:hAnsi="Times New Roman" w:eastAsia="Times New Roman" w:cs="Times New Roman"/>
        </w:rPr>
        <w:t xml:space="preserve"> </w:t>
      </w:r>
      <w:r>
        <w:rPr>
          <w:rFonts w:ascii="Nirmala UI" w:hAnsi="Nirmala UI" w:eastAsia="Nirmala UI" w:cs="Nirmala UI"/>
        </w:rPr>
        <w:t>ଥିୟାତୀରାର</w:t>
      </w:r>
      <w:r>
        <w:rPr>
          <w:rFonts w:ascii="Times New Roman" w:hAnsi="Times New Roman" w:eastAsia="Times New Roman" w:cs="Times New Roman"/>
        </w:rPr>
        <w:t xml:space="preserve"> </w:t>
      </w:r>
      <w:r>
        <w:rPr>
          <w:rFonts w:ascii="Nirmala UI" w:hAnsi="Nirmala UI" w:eastAsia="Nirmala UI" w:cs="Nirmala UI"/>
        </w:rPr>
        <w:t>ଆଗମନ</w:t>
      </w:r>
      <w:r>
        <w:rPr>
          <w:rFonts w:ascii="Times New Roman" w:hAnsi="Times New Roman" w:eastAsia="Times New Roman" w:cs="Times New Roman"/>
        </w:rPr>
        <w:t xml:space="preserve"> </w:t>
      </w:r>
      <w:r>
        <w:rPr>
          <w:rFonts w:ascii="Nirmala UI" w:hAnsi="Nirmala UI" w:eastAsia="Nirmala UI" w:cs="Nirmala UI"/>
        </w:rPr>
        <w:t>ସହିତ</w:t>
      </w:r>
      <w:r>
        <w:rPr>
          <w:rFonts w:ascii="Times New Roman" w:hAnsi="Times New Roman" w:eastAsia="Times New Roman" w:cs="Times New Roman"/>
        </w:rPr>
        <w:t xml:space="preserve"> </w:t>
      </w:r>
      <w:r>
        <w:rPr>
          <w:rFonts w:ascii="Nirmala UI" w:hAnsi="Nirmala UI" w:eastAsia="Nirmala UI" w:cs="Nirmala UI"/>
        </w:rPr>
        <w:t>ସମାପ୍ତ</w:t>
      </w:r>
      <w:r>
        <w:rPr>
          <w:rFonts w:ascii="Times New Roman" w:hAnsi="Times New Roman" w:eastAsia="Times New Roman" w:cs="Times New Roman"/>
        </w:rPr>
        <w:t xml:space="preserve"> </w:t>
      </w:r>
      <w:r>
        <w:rPr>
          <w:rFonts w:ascii="Nirmala UI" w:hAnsi="Nirmala UI" w:eastAsia="Nirmala UI" w:cs="Nirmala UI"/>
        </w:rPr>
        <w:t>ହେଉଥିବା</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କ୍ରମାଗତ</w:t>
      </w:r>
      <w:r>
        <w:rPr>
          <w:rFonts w:ascii="Times New Roman" w:hAnsi="Times New Roman" w:eastAsia="Times New Roman" w:cs="Times New Roman"/>
        </w:rPr>
        <w:t xml:space="preserve"> </w:t>
      </w:r>
      <w:r>
        <w:rPr>
          <w:rFonts w:ascii="Nirmala UI" w:hAnsi="Nirmala UI" w:eastAsia="Nirmala UI" w:cs="Nirmala UI"/>
        </w:rPr>
        <w:t>ପତନ</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୫୩୮</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ପଶ୍ଚିମ</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ପୂର୍ବ</w:t>
      </w:r>
      <w:r>
        <w:rPr>
          <w:rFonts w:ascii="Times New Roman" w:hAnsi="Times New Roman" w:eastAsia="Times New Roman" w:cs="Times New Roman"/>
        </w:rPr>
        <w:t>—</w:t>
      </w:r>
      <w:r>
        <w:rPr>
          <w:rFonts w:ascii="Nirmala UI" w:hAnsi="Nirmala UI" w:eastAsia="Nirmala UI" w:cs="Nirmala UI"/>
        </w:rPr>
        <w:t>ଉଭୟ</w:t>
      </w:r>
      <w:r>
        <w:rPr>
          <w:rFonts w:ascii="Times New Roman" w:hAnsi="Times New Roman" w:eastAsia="Times New Roman" w:cs="Times New Roman"/>
        </w:rPr>
        <w:t xml:space="preserve"> </w:t>
      </w:r>
      <w:r>
        <w:rPr>
          <w:rFonts w:ascii="Nirmala UI" w:hAnsi="Nirmala UI" w:eastAsia="Nirmala UI" w:cs="Nirmala UI"/>
        </w:rPr>
        <w:t>ରୋମ</w:t>
      </w:r>
      <w:r>
        <w:rPr>
          <w:rFonts w:ascii="Times New Roman" w:hAnsi="Times New Roman" w:eastAsia="Times New Roman" w:cs="Times New Roman"/>
        </w:rPr>
        <w:t xml:space="preserve"> </w:t>
      </w:r>
      <w:r>
        <w:rPr>
          <w:rFonts w:ascii="Nirmala UI" w:hAnsi="Nirmala UI" w:eastAsia="Nirmala UI" w:cs="Nirmala UI"/>
        </w:rPr>
        <w:t>ଧୀରେ</w:t>
      </w:r>
      <w:r>
        <w:rPr>
          <w:rFonts w:ascii="Times New Roman" w:hAnsi="Times New Roman" w:eastAsia="Times New Roman" w:cs="Times New Roman"/>
        </w:rPr>
        <w:t xml:space="preserve"> </w:t>
      </w:r>
      <w:r>
        <w:rPr>
          <w:rFonts w:ascii="Nirmala UI" w:hAnsi="Nirmala UI" w:eastAsia="Nirmala UI" w:cs="Nirmala UI"/>
        </w:rPr>
        <w:t>ଧୀରେ</w:t>
      </w:r>
      <w:r>
        <w:rPr>
          <w:rFonts w:ascii="Times New Roman" w:hAnsi="Times New Roman" w:eastAsia="Times New Roman" w:cs="Times New Roman"/>
        </w:rPr>
        <w:t xml:space="preserve"> </w:t>
      </w:r>
      <w:r>
        <w:rPr>
          <w:rFonts w:ascii="Nirmala UI" w:hAnsi="Nirmala UI" w:eastAsia="Nirmala UI" w:cs="Nirmala UI"/>
        </w:rPr>
        <w:t>ବିଘଟନ</w:t>
      </w:r>
      <w:r>
        <w:rPr>
          <w:rFonts w:ascii="Times New Roman" w:hAnsi="Times New Roman" w:eastAsia="Times New Roman" w:cs="Times New Roman"/>
        </w:rPr>
        <w:t xml:space="preserve"> </w:t>
      </w:r>
      <w:r>
        <w:rPr>
          <w:rFonts w:ascii="Nirmala UI" w:hAnsi="Nirmala UI" w:eastAsia="Nirmala UI" w:cs="Nirmala UI"/>
        </w:rPr>
        <w:t>ଜାରି</w:t>
      </w:r>
      <w:r>
        <w:rPr>
          <w:rFonts w:ascii="Times New Roman" w:hAnsi="Times New Roman" w:eastAsia="Times New Roman" w:cs="Times New Roman"/>
        </w:rPr>
        <w:t xml:space="preserve"> </w:t>
      </w:r>
      <w:r>
        <w:rPr>
          <w:rFonts w:ascii="Nirmala UI" w:hAnsi="Nirmala UI" w:eastAsia="Nirmala UI" w:cs="Nirmala UI"/>
        </w:rPr>
        <w:t>ରଖିଲେ</w:t>
      </w:r>
      <w:r>
        <w:rPr>
          <w:rFonts w:ascii="Times New Roman" w:hAnsi="Times New Roman" w:eastAsia="Times New Roman" w:cs="Times New Roman"/>
        </w:rPr>
        <w:t xml:space="preserve">, </w:t>
      </w:r>
      <w:r>
        <w:rPr>
          <w:rFonts w:ascii="Nirmala UI" w:hAnsi="Nirmala UI" w:eastAsia="Nirmala UI" w:cs="Nirmala UI"/>
        </w:rPr>
        <w:t>କିନ୍ତୁ</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ଅବଧି</w:t>
      </w:r>
      <w:r>
        <w:rPr>
          <w:rFonts w:ascii="Times New Roman" w:hAnsi="Times New Roman" w:eastAsia="Times New Roman" w:cs="Times New Roman"/>
        </w:rPr>
        <w:t xml:space="preserve"> </w:t>
      </w:r>
      <w:r>
        <w:rPr>
          <w:rFonts w:ascii="Nirmala UI" w:hAnsi="Nirmala UI" w:eastAsia="Nirmala UI" w:cs="Nirmala UI"/>
        </w:rPr>
        <w:t>୩୩୦</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ରୋମ</w:t>
      </w:r>
      <w:r>
        <w:rPr>
          <w:rFonts w:ascii="Times New Roman" w:hAnsi="Times New Roman" w:eastAsia="Times New Roman" w:cs="Times New Roman"/>
        </w:rPr>
        <w:t xml:space="preserve"> </w:t>
      </w:r>
      <w:r>
        <w:rPr>
          <w:rFonts w:ascii="Nirmala UI" w:hAnsi="Nirmala UI" w:eastAsia="Nirmala UI" w:cs="Nirmala UI"/>
        </w:rPr>
        <w:t>ସହରକୁ</w:t>
      </w:r>
      <w:r>
        <w:rPr>
          <w:rFonts w:ascii="Times New Roman" w:hAnsi="Times New Roman" w:eastAsia="Times New Roman" w:cs="Times New Roman"/>
        </w:rPr>
        <w:t xml:space="preserve"> </w:t>
      </w:r>
      <w:r>
        <w:rPr>
          <w:rFonts w:ascii="Nirmala UI" w:hAnsi="Nirmala UI" w:eastAsia="Nirmala UI" w:cs="Nirmala UI"/>
        </w:rPr>
        <w:t>ପାପାତ୍ୱଙ୍କୁ</w:t>
      </w:r>
      <w:r>
        <w:rPr>
          <w:rFonts w:ascii="Times New Roman" w:hAnsi="Times New Roman" w:eastAsia="Times New Roman" w:cs="Times New Roman"/>
        </w:rPr>
        <w:t xml:space="preserve"> </w:t>
      </w:r>
      <w:r>
        <w:rPr>
          <w:rFonts w:ascii="Nirmala UI" w:hAnsi="Nirmala UI" w:eastAsia="Nirmala UI" w:cs="Nirmala UI"/>
        </w:rPr>
        <w:t>ଦେଇ</w:t>
      </w:r>
      <w:r>
        <w:rPr>
          <w:rFonts w:ascii="Times New Roman" w:hAnsi="Times New Roman" w:eastAsia="Times New Roman" w:cs="Times New Roman"/>
        </w:rPr>
        <w:t xml:space="preserve"> </w:t>
      </w:r>
      <w:r>
        <w:rPr>
          <w:rFonts w:ascii="Nirmala UI" w:hAnsi="Nirmala UI" w:eastAsia="Nirmala UI" w:cs="Nirmala UI"/>
        </w:rPr>
        <w:t>ଆସନ</w:t>
      </w:r>
      <w:r>
        <w:rPr>
          <w:rFonts w:ascii="Times New Roman" w:hAnsi="Times New Roman" w:eastAsia="Times New Roman" w:cs="Times New Roman"/>
        </w:rPr>
        <w:t xml:space="preserve"> </w:t>
      </w:r>
      <w:r>
        <w:rPr>
          <w:rFonts w:ascii="Nirmala UI" w:hAnsi="Nirmala UI" w:eastAsia="Nirmala UI" w:cs="Nirmala UI"/>
        </w:rPr>
        <w:t>ଦେବା</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ଆରମ୍ଭ</w:t>
      </w:r>
      <w:r>
        <w:rPr>
          <w:rFonts w:ascii="Times New Roman" w:hAnsi="Times New Roman" w:eastAsia="Times New Roman" w:cs="Times New Roman"/>
        </w:rPr>
        <w:t xml:space="preserve"> </w:t>
      </w:r>
      <w:r>
        <w:rPr>
          <w:rFonts w:ascii="Nirmala UI" w:hAnsi="Nirmala UI" w:eastAsia="Nirmala UI" w:cs="Nirmala UI"/>
        </w:rPr>
        <w:t>ହୋଇଥିଲା</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୫୩୮</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ଆସନ</w:t>
      </w:r>
      <w:r>
        <w:rPr>
          <w:rFonts w:ascii="Times New Roman" w:hAnsi="Times New Roman" w:eastAsia="Times New Roman" w:cs="Times New Roman"/>
        </w:rPr>
        <w:t xml:space="preserve"> </w:t>
      </w:r>
      <w:r>
        <w:rPr>
          <w:rFonts w:ascii="Nirmala UI" w:hAnsi="Nirmala UI" w:eastAsia="Nirmala UI" w:cs="Nirmala UI"/>
        </w:rPr>
        <w:t>କେବଳ</w:t>
      </w:r>
      <w:r>
        <w:rPr>
          <w:rFonts w:ascii="Times New Roman" w:hAnsi="Times New Roman" w:eastAsia="Times New Roman" w:cs="Times New Roman"/>
        </w:rPr>
        <w:t xml:space="preserve"> </w:t>
      </w:r>
      <w:r>
        <w:rPr>
          <w:rFonts w:ascii="Nirmala UI" w:hAnsi="Nirmala UI" w:eastAsia="Nirmala UI" w:cs="Nirmala UI"/>
        </w:rPr>
        <w:t>ସହର</w:t>
      </w:r>
      <w:r>
        <w:rPr>
          <w:rFonts w:ascii="Times New Roman" w:hAnsi="Times New Roman" w:eastAsia="Times New Roman" w:cs="Times New Roman"/>
        </w:rPr>
        <w:t xml:space="preserve"> </w:t>
      </w:r>
      <w:r>
        <w:rPr>
          <w:rFonts w:ascii="Nirmala UI" w:hAnsi="Nirmala UI" w:eastAsia="Nirmala UI" w:cs="Nirmala UI"/>
        </w:rPr>
        <w:t>ଉପରେ</w:t>
      </w:r>
      <w:r>
        <w:rPr>
          <w:rFonts w:ascii="Times New Roman" w:hAnsi="Times New Roman" w:eastAsia="Times New Roman" w:cs="Times New Roman"/>
        </w:rPr>
        <w:t xml:space="preserve"> </w:t>
      </w:r>
      <w:r>
        <w:rPr>
          <w:rFonts w:ascii="Nirmala UI" w:hAnsi="Nirmala UI" w:eastAsia="Nirmala UI" w:cs="Nirmala UI"/>
        </w:rPr>
        <w:t>ଥିବା</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ସିଂହାସନ</w:t>
      </w:r>
      <w:r>
        <w:rPr>
          <w:rFonts w:ascii="Times New Roman" w:hAnsi="Times New Roman" w:eastAsia="Times New Roman" w:cs="Times New Roman"/>
        </w:rPr>
        <w:t xml:space="preserve"> </w:t>
      </w:r>
      <w:r>
        <w:rPr>
          <w:rFonts w:ascii="Nirmala UI" w:hAnsi="Nirmala UI" w:eastAsia="Nirmala UI" w:cs="Nirmala UI"/>
        </w:rPr>
        <w:t>ନୁହେଁ</w:t>
      </w:r>
      <w:r>
        <w:rPr>
          <w:rFonts w:ascii="Times New Roman" w:hAnsi="Times New Roman" w:eastAsia="Times New Roman" w:cs="Times New Roman"/>
        </w:rPr>
        <w:t xml:space="preserve">, </w:t>
      </w:r>
      <w:r>
        <w:rPr>
          <w:rFonts w:ascii="Nirmala UI" w:hAnsi="Nirmala UI" w:eastAsia="Nirmala UI" w:cs="Nirmala UI"/>
        </w:rPr>
        <w:t>ବରଂ</w:t>
      </w:r>
      <w:r>
        <w:rPr>
          <w:rFonts w:ascii="Times New Roman" w:hAnsi="Times New Roman" w:eastAsia="Times New Roman" w:cs="Times New Roman"/>
        </w:rPr>
        <w:t xml:space="preserve"> </w:t>
      </w:r>
      <w:r>
        <w:rPr>
          <w:rFonts w:ascii="Nirmala UI" w:hAnsi="Nirmala UI" w:eastAsia="Nirmala UI" w:cs="Nirmala UI"/>
        </w:rPr>
        <w:t>ସହର</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ପ୍ରତିନିଧିତ</w:t>
      </w:r>
      <w:r>
        <w:rPr>
          <w:rFonts w:ascii="Times New Roman" w:hAnsi="Times New Roman" w:eastAsia="Times New Roman" w:cs="Times New Roman"/>
        </w:rPr>
        <w:t xml:space="preserve"> </w:t>
      </w:r>
      <w:r>
        <w:rPr>
          <w:rFonts w:ascii="Nirmala UI" w:hAnsi="Nirmala UI" w:eastAsia="Nirmala UI" w:cs="Nirmala UI"/>
        </w:rPr>
        <w:t>ରାଜ୍ୟ</w:t>
      </w:r>
      <w:r>
        <w:rPr>
          <w:rFonts w:ascii="Times New Roman" w:hAnsi="Times New Roman" w:eastAsia="Times New Roman" w:cs="Times New Roman"/>
        </w:rPr>
        <w:t xml:space="preserve"> </w:t>
      </w:r>
      <w:r>
        <w:rPr>
          <w:rFonts w:ascii="Nirmala UI" w:hAnsi="Nirmala UI" w:eastAsia="Nirmala UI" w:cs="Nirmala UI"/>
        </w:rPr>
        <w:t>ଉପରେ</w:t>
      </w:r>
      <w:r>
        <w:rPr>
          <w:rFonts w:ascii="Times New Roman" w:hAnsi="Times New Roman" w:eastAsia="Times New Roman" w:cs="Times New Roman"/>
        </w:rPr>
        <w:t xml:space="preserve"> </w:t>
      </w:r>
      <w:r>
        <w:rPr>
          <w:rFonts w:ascii="Nirmala UI" w:hAnsi="Nirmala UI" w:eastAsia="Nirmala UI" w:cs="Nirmala UI"/>
        </w:rPr>
        <w:t>ଥିବା</w:t>
      </w:r>
      <w:r>
        <w:rPr>
          <w:rFonts w:ascii="Times New Roman" w:hAnsi="Times New Roman" w:eastAsia="Times New Roman" w:cs="Times New Roman"/>
        </w:rPr>
        <w:t xml:space="preserve"> </w:t>
      </w:r>
      <w:r>
        <w:rPr>
          <w:rFonts w:ascii="Nirmala UI" w:hAnsi="Nirmala UI" w:eastAsia="Nirmala UI" w:cs="Nirmala UI"/>
        </w:rPr>
        <w:t>ସିଂହାସନରେ</w:t>
      </w:r>
      <w:r>
        <w:rPr>
          <w:rFonts w:ascii="Times New Roman" w:hAnsi="Times New Roman" w:eastAsia="Times New Roman" w:cs="Times New Roman"/>
        </w:rPr>
        <w:t xml:space="preserve"> </w:t>
      </w:r>
      <w:r>
        <w:rPr>
          <w:rFonts w:ascii="Nirmala UI" w:hAnsi="Nirmala UI" w:eastAsia="Nirmala UI" w:cs="Nirmala UI"/>
        </w:rPr>
        <w:t>ପରିଣତ</w:t>
      </w:r>
      <w:r>
        <w:rPr>
          <w:rFonts w:ascii="Times New Roman" w:hAnsi="Times New Roman" w:eastAsia="Times New Roman" w:cs="Times New Roman"/>
        </w:rPr>
        <w:t xml:space="preserve"> </w:t>
      </w:r>
      <w:r>
        <w:rPr>
          <w:rFonts w:ascii="Nirmala UI" w:hAnsi="Nirmala UI" w:eastAsia="Nirmala UI" w:cs="Nirmala UI"/>
        </w:rPr>
        <w:t>ହେଲା।</w:t>
      </w:r>
    </w:p>
    <w:p>
      <w:pPr>
        <w:pStyle w:val="ArticleBody"/>
        <w:jc w:val="left"/>
      </w:pPr>
      <w:r>
        <w:rPr>
          <w:rFonts w:ascii="Times New Roman" w:hAnsi="Times New Roman" w:eastAsia="Times New Roman" w:cs="Times New Roman"/>
        </w:rPr>
        <w:t>330 irraa gara 538tti jechuun raaga keessatti yeroo addaa kan taʼe, mallattoolee daandii “saddeetii” humneeffamuu paaphaasummaa ibsuudha. Tarkaanfileen saddeet sunis yeroo madaa du’aa paaphaasummaa sana fayyuu, jechuunis seera Dilbataa dhihoo dhufu keessatti, irra deebi’anii mul’atu.</w:t>
      </w:r>
    </w:p>
    <w:p>
      <w:pPr>
        <w:pStyle w:val="ArticleBody"/>
        <w:jc w:val="left"/>
      </w:pPr>
      <w:r>
        <w:rPr>
          <w:rFonts w:ascii="Ebrima" w:hAnsi="Ebrima" w:eastAsia="Ebrima" w:cs="Ebrima"/>
        </w:rPr>
        <w:t>መጀመሪያው</w:t>
      </w:r>
      <w:r>
        <w:rPr>
          <w:rFonts w:ascii="Times New Roman" w:hAnsi="Times New Roman" w:eastAsia="Times New Roman" w:cs="Times New Roman"/>
        </w:rPr>
        <w:t xml:space="preserve"> </w:t>
      </w:r>
      <w:r>
        <w:rPr>
          <w:rFonts w:ascii="Ebrima" w:hAnsi="Ebrima" w:eastAsia="Ebrima" w:cs="Ebrima"/>
        </w:rPr>
        <w:t>ከስምንቱ</w:t>
      </w:r>
      <w:r>
        <w:rPr>
          <w:rFonts w:ascii="Times New Roman" w:hAnsi="Times New Roman" w:eastAsia="Times New Roman" w:cs="Times New Roman"/>
        </w:rPr>
        <w:t xml:space="preserve"> </w:t>
      </w:r>
      <w:r>
        <w:rPr>
          <w:rFonts w:ascii="Ebrima" w:hAnsi="Ebrima" w:eastAsia="Ebrima" w:cs="Ebrima"/>
        </w:rPr>
        <w:t>ደረጃዎች</w:t>
      </w:r>
      <w:r>
        <w:rPr>
          <w:rFonts w:ascii="Times New Roman" w:hAnsi="Times New Roman" w:eastAsia="Times New Roman" w:cs="Times New Roman"/>
        </w:rPr>
        <w:t xml:space="preserve"> </w:t>
      </w:r>
      <w:r>
        <w:rPr>
          <w:rFonts w:ascii="Ebrima" w:hAnsi="Ebrima" w:eastAsia="Ebrima" w:cs="Ebrima"/>
        </w:rPr>
        <w:t>የመጀመሪያው</w:t>
      </w:r>
      <w:r>
        <w:rPr>
          <w:rFonts w:ascii="Times New Roman" w:hAnsi="Times New Roman" w:eastAsia="Times New Roman" w:cs="Times New Roman"/>
        </w:rPr>
        <w:t xml:space="preserve"> </w:t>
      </w:r>
      <w:r>
        <w:rPr>
          <w:rFonts w:ascii="Ebrima" w:hAnsi="Ebrima" w:eastAsia="Ebrima" w:cs="Ebrima"/>
        </w:rPr>
        <w:t>የሮም</w:t>
      </w:r>
      <w:r>
        <w:rPr>
          <w:rFonts w:ascii="Times New Roman" w:hAnsi="Times New Roman" w:eastAsia="Times New Roman" w:cs="Times New Roman"/>
        </w:rPr>
        <w:t xml:space="preserve"> </w:t>
      </w:r>
      <w:r>
        <w:rPr>
          <w:rFonts w:ascii="Ebrima" w:hAnsi="Ebrima" w:eastAsia="Ebrima" w:cs="Ebrima"/>
        </w:rPr>
        <w:t>ከተማ</w:t>
      </w:r>
      <w:r>
        <w:rPr>
          <w:rFonts w:ascii="Times New Roman" w:hAnsi="Times New Roman" w:eastAsia="Times New Roman" w:cs="Times New Roman"/>
        </w:rPr>
        <w:t xml:space="preserve"> </w:t>
      </w:r>
      <w:r>
        <w:rPr>
          <w:rFonts w:ascii="Ebrima" w:hAnsi="Ebrima" w:eastAsia="Ebrima" w:cs="Ebrima"/>
        </w:rPr>
        <w:t>ለጳጳሳዊ</w:t>
      </w:r>
      <w:r>
        <w:rPr>
          <w:rFonts w:ascii="Times New Roman" w:hAnsi="Times New Roman" w:eastAsia="Times New Roman" w:cs="Times New Roman"/>
        </w:rPr>
        <w:t xml:space="preserve"> </w:t>
      </w:r>
      <w:r>
        <w:rPr>
          <w:rFonts w:ascii="Ebrima" w:hAnsi="Ebrima" w:eastAsia="Ebrima" w:cs="Ebrima"/>
        </w:rPr>
        <w:t>ኃይል</w:t>
      </w:r>
      <w:r>
        <w:rPr>
          <w:rFonts w:ascii="Times New Roman" w:hAnsi="Times New Roman" w:eastAsia="Times New Roman" w:cs="Times New Roman"/>
        </w:rPr>
        <w:t xml:space="preserve"> </w:t>
      </w:r>
      <w:r>
        <w:rPr>
          <w:rFonts w:ascii="Ebrima" w:hAnsi="Ebrima" w:eastAsia="Ebrima" w:cs="Ebrima"/>
        </w:rPr>
        <w:t>መሰጠት</w:t>
      </w:r>
      <w:r>
        <w:rPr>
          <w:rFonts w:ascii="Times New Roman" w:hAnsi="Times New Roman" w:eastAsia="Times New Roman" w:cs="Times New Roman"/>
        </w:rPr>
        <w:t xml:space="preserve"> </w:t>
      </w:r>
      <w:r>
        <w:rPr>
          <w:rFonts w:ascii="Ebrima" w:hAnsi="Ebrima" w:eastAsia="Ebrima" w:cs="Ebrima"/>
        </w:rPr>
        <w:t>ነበር፥</w:t>
      </w:r>
      <w:r>
        <w:rPr>
          <w:rFonts w:ascii="Times New Roman" w:hAnsi="Times New Roman" w:eastAsia="Times New Roman" w:cs="Times New Roman"/>
        </w:rPr>
        <w:t xml:space="preserve"> </w:t>
      </w:r>
      <w:r>
        <w:rPr>
          <w:rFonts w:ascii="Ebrima" w:hAnsi="Ebrima" w:eastAsia="Ebrima" w:cs="Ebrima"/>
        </w:rPr>
        <w:t>ስምንተኛውም</w:t>
      </w:r>
      <w:r>
        <w:rPr>
          <w:rFonts w:ascii="Times New Roman" w:hAnsi="Times New Roman" w:eastAsia="Times New Roman" w:cs="Times New Roman"/>
        </w:rPr>
        <w:t xml:space="preserve"> </w:t>
      </w:r>
      <w:r>
        <w:rPr>
          <w:rFonts w:ascii="Ebrima" w:hAnsi="Ebrima" w:eastAsia="Ebrima" w:cs="Ebrima"/>
        </w:rPr>
        <w:t>ደረጃ</w:t>
      </w:r>
      <w:r>
        <w:rPr>
          <w:rFonts w:ascii="Times New Roman" w:hAnsi="Times New Roman" w:eastAsia="Times New Roman" w:cs="Times New Roman"/>
        </w:rPr>
        <w:t xml:space="preserve"> </w:t>
      </w:r>
      <w:r>
        <w:rPr>
          <w:rFonts w:ascii="Ebrima" w:hAnsi="Ebrima" w:eastAsia="Ebrima" w:cs="Ebrima"/>
        </w:rPr>
        <w:t>ደግሞ</w:t>
      </w:r>
      <w:r>
        <w:rPr>
          <w:rFonts w:ascii="Times New Roman" w:hAnsi="Times New Roman" w:eastAsia="Times New Roman" w:cs="Times New Roman"/>
        </w:rPr>
        <w:t xml:space="preserve"> </w:t>
      </w:r>
      <w:r>
        <w:rPr>
          <w:rFonts w:ascii="Ebrima" w:hAnsi="Ebrima" w:eastAsia="Ebrima" w:cs="Ebrima"/>
        </w:rPr>
        <w:t>ከተማይቱ</w:t>
      </w:r>
      <w:r>
        <w:rPr>
          <w:rFonts w:ascii="Times New Roman" w:hAnsi="Times New Roman" w:eastAsia="Times New Roman" w:cs="Times New Roman"/>
        </w:rPr>
        <w:t xml:space="preserve"> </w:t>
      </w:r>
      <w:r>
        <w:rPr>
          <w:rFonts w:ascii="Ebrima" w:hAnsi="Ebrima" w:eastAsia="Ebrima" w:cs="Ebrima"/>
        </w:rPr>
        <w:t>እንደ</w:t>
      </w:r>
      <w:r>
        <w:rPr>
          <w:rFonts w:ascii="Times New Roman" w:hAnsi="Times New Roman" w:eastAsia="Times New Roman" w:cs="Times New Roman"/>
        </w:rPr>
        <w:t xml:space="preserve"> </w:t>
      </w:r>
      <w:r>
        <w:rPr>
          <w:rFonts w:ascii="Ebrima" w:hAnsi="Ebrima" w:eastAsia="Ebrima" w:cs="Ebrima"/>
        </w:rPr>
        <w:t>የመጽሐፍ</w:t>
      </w:r>
      <w:r>
        <w:rPr>
          <w:rFonts w:ascii="Times New Roman" w:hAnsi="Times New Roman" w:eastAsia="Times New Roman" w:cs="Times New Roman"/>
        </w:rPr>
        <w:t xml:space="preserve"> </w:t>
      </w:r>
      <w:r>
        <w:rPr>
          <w:rFonts w:ascii="Ebrima" w:hAnsi="Ebrima" w:eastAsia="Ebrima" w:cs="Ebrima"/>
        </w:rPr>
        <w:t>ቅዱስ</w:t>
      </w:r>
      <w:r>
        <w:rPr>
          <w:rFonts w:ascii="Times New Roman" w:hAnsi="Times New Roman" w:eastAsia="Times New Roman" w:cs="Times New Roman"/>
        </w:rPr>
        <w:t xml:space="preserve"> </w:t>
      </w:r>
      <w:r>
        <w:rPr>
          <w:rFonts w:ascii="Ebrima" w:hAnsi="Ebrima" w:eastAsia="Ebrima" w:cs="Ebrima"/>
        </w:rPr>
        <w:t>ትንቢት</w:t>
      </w:r>
      <w:r>
        <w:rPr>
          <w:rFonts w:ascii="Times New Roman" w:hAnsi="Times New Roman" w:eastAsia="Times New Roman" w:cs="Times New Roman"/>
        </w:rPr>
        <w:t xml:space="preserve"> </w:t>
      </w:r>
      <w:r>
        <w:rPr>
          <w:rFonts w:ascii="Ebrima" w:hAnsi="Ebrima" w:eastAsia="Ebrima" w:cs="Ebrima"/>
        </w:rPr>
        <w:t>አምስተኛው</w:t>
      </w:r>
      <w:r>
        <w:rPr>
          <w:rFonts w:ascii="Times New Roman" w:hAnsi="Times New Roman" w:eastAsia="Times New Roman" w:cs="Times New Roman"/>
        </w:rPr>
        <w:t xml:space="preserve"> </w:t>
      </w:r>
      <w:r>
        <w:rPr>
          <w:rFonts w:ascii="Ebrima" w:hAnsi="Ebrima" w:eastAsia="Ebrima" w:cs="Ebrima"/>
        </w:rPr>
        <w:t>መንግሥት</w:t>
      </w:r>
      <w:r>
        <w:rPr>
          <w:rFonts w:ascii="Times New Roman" w:hAnsi="Times New Roman" w:eastAsia="Times New Roman" w:cs="Times New Roman"/>
        </w:rPr>
        <w:t xml:space="preserve"> </w:t>
      </w:r>
      <w:r>
        <w:rPr>
          <w:rFonts w:ascii="Ebrima" w:hAnsi="Ebrima" w:eastAsia="Ebrima" w:cs="Ebrima"/>
        </w:rPr>
        <w:t>ዙፋን</w:t>
      </w:r>
      <w:r>
        <w:rPr>
          <w:rFonts w:ascii="Times New Roman" w:hAnsi="Times New Roman" w:eastAsia="Times New Roman" w:cs="Times New Roman"/>
        </w:rPr>
        <w:t xml:space="preserve"> </w:t>
      </w:r>
      <w:r>
        <w:rPr>
          <w:rFonts w:ascii="Ebrima" w:hAnsi="Ebrima" w:eastAsia="Ebrima" w:cs="Ebrima"/>
        </w:rPr>
        <w:t>መሰጠቷ</w:t>
      </w:r>
      <w:r>
        <w:rPr>
          <w:rFonts w:ascii="Times New Roman" w:hAnsi="Times New Roman" w:eastAsia="Times New Roman" w:cs="Times New Roman"/>
        </w:rPr>
        <w:t xml:space="preserve"> </w:t>
      </w:r>
      <w:r>
        <w:rPr>
          <w:rFonts w:ascii="Ebrima" w:hAnsi="Ebrima" w:eastAsia="Ebrima" w:cs="Ebrima"/>
        </w:rPr>
        <w:t>ነበር።</w:t>
      </w:r>
      <w:r>
        <w:rPr>
          <w:rFonts w:ascii="Times New Roman" w:hAnsi="Times New Roman" w:eastAsia="Times New Roman" w:cs="Times New Roman"/>
        </w:rPr>
        <w:t xml:space="preserve"> </w:t>
      </w:r>
      <w:r>
        <w:rPr>
          <w:rFonts w:ascii="Ebrima" w:hAnsi="Ebrima" w:eastAsia="Ebrima" w:cs="Ebrima"/>
        </w:rPr>
        <w:t>ይህም</w:t>
      </w:r>
      <w:r>
        <w:rPr>
          <w:rFonts w:ascii="Times New Roman" w:hAnsi="Times New Roman" w:eastAsia="Times New Roman" w:cs="Times New Roman"/>
        </w:rPr>
        <w:t xml:space="preserve"> 538</w:t>
      </w:r>
      <w:r>
        <w:rPr>
          <w:rFonts w:ascii="Ebrima" w:hAnsi="Ebrima" w:eastAsia="Ebrima" w:cs="Ebrima"/>
        </w:rPr>
        <w:t>ን</w:t>
      </w:r>
      <w:r>
        <w:rPr>
          <w:rFonts w:ascii="Times New Roman" w:hAnsi="Times New Roman" w:eastAsia="Times New Roman" w:cs="Times New Roman"/>
        </w:rPr>
        <w:t xml:space="preserve"> </w:t>
      </w:r>
      <w:r>
        <w:rPr>
          <w:rFonts w:ascii="Ebrima" w:hAnsi="Ebrima" w:eastAsia="Ebrima" w:cs="Ebrima"/>
        </w:rPr>
        <w:t>እንደ</w:t>
      </w:r>
      <w:r>
        <w:rPr>
          <w:rFonts w:ascii="Times New Roman" w:hAnsi="Times New Roman" w:eastAsia="Times New Roman" w:cs="Times New Roman"/>
        </w:rPr>
        <w:t xml:space="preserve"> </w:t>
      </w:r>
      <w:r>
        <w:rPr>
          <w:rFonts w:ascii="Ebrima" w:hAnsi="Ebrima" w:eastAsia="Ebrima" w:cs="Ebrima"/>
        </w:rPr>
        <w:t>መቀመጫው፥</w:t>
      </w:r>
      <w:r>
        <w:rPr>
          <w:rFonts w:ascii="Times New Roman" w:hAnsi="Times New Roman" w:eastAsia="Times New Roman" w:cs="Times New Roman"/>
        </w:rPr>
        <w:t xml:space="preserve"> </w:t>
      </w:r>
      <w:r>
        <w:rPr>
          <w:rFonts w:ascii="Ebrima" w:hAnsi="Ebrima" w:eastAsia="Ebrima" w:cs="Ebrima"/>
        </w:rPr>
        <w:t>እንዲሁም</w:t>
      </w:r>
      <w:r>
        <w:rPr>
          <w:rFonts w:ascii="Times New Roman" w:hAnsi="Times New Roman" w:eastAsia="Times New Roman" w:cs="Times New Roman"/>
        </w:rPr>
        <w:t xml:space="preserve"> “</w:t>
      </w:r>
      <w:r>
        <w:rPr>
          <w:rFonts w:ascii="Ebrima" w:hAnsi="Ebrima" w:eastAsia="Ebrima" w:cs="Ebrima"/>
        </w:rPr>
        <w:t>ከቀደሙት</w:t>
      </w:r>
      <w:r>
        <w:rPr>
          <w:rFonts w:ascii="Times New Roman" w:hAnsi="Times New Roman" w:eastAsia="Times New Roman" w:cs="Times New Roman"/>
        </w:rPr>
        <w:t xml:space="preserve"> </w:t>
      </w:r>
      <w:r>
        <w:rPr>
          <w:rFonts w:ascii="Ebrima" w:hAnsi="Ebrima" w:eastAsia="Ebrima" w:cs="Ebrima"/>
        </w:rPr>
        <w:t>ሰባት</w:t>
      </w:r>
      <w:r>
        <w:rPr>
          <w:rFonts w:ascii="Times New Roman" w:hAnsi="Times New Roman" w:eastAsia="Times New Roman" w:cs="Times New Roman"/>
        </w:rPr>
        <w:t xml:space="preserve"> </w:t>
      </w:r>
      <w:r>
        <w:rPr>
          <w:rFonts w:ascii="Ebrima" w:hAnsi="Ebrima" w:eastAsia="Ebrima" w:cs="Ebrima"/>
        </w:rPr>
        <w:t>ደረጃዎች</w:t>
      </w:r>
      <w:r>
        <w:rPr>
          <w:rFonts w:ascii="Times New Roman" w:hAnsi="Times New Roman" w:eastAsia="Times New Roman" w:cs="Times New Roman"/>
        </w:rPr>
        <w:t xml:space="preserve"> </w:t>
      </w:r>
      <w:r>
        <w:rPr>
          <w:rFonts w:ascii="Ebrima" w:hAnsi="Ebrima" w:eastAsia="Ebrima" w:cs="Ebrima"/>
        </w:rPr>
        <w:t>የሆነው</w:t>
      </w:r>
      <w:r>
        <w:rPr>
          <w:rFonts w:ascii="Times New Roman" w:hAnsi="Times New Roman" w:eastAsia="Times New Roman" w:cs="Times New Roman"/>
        </w:rPr>
        <w:t xml:space="preserve"> </w:t>
      </w:r>
      <w:r>
        <w:rPr>
          <w:rFonts w:ascii="Ebrima" w:hAnsi="Ebrima" w:eastAsia="Ebrima" w:cs="Ebrima"/>
        </w:rPr>
        <w:t>ስምንተኛው</w:t>
      </w:r>
      <w:r>
        <w:rPr>
          <w:rFonts w:ascii="Times New Roman" w:hAnsi="Times New Roman" w:eastAsia="Times New Roman" w:cs="Times New Roman"/>
        </w:rPr>
        <w:t xml:space="preserve"> </w:t>
      </w:r>
      <w:r>
        <w:rPr>
          <w:rFonts w:ascii="Ebrima" w:hAnsi="Ebrima" w:eastAsia="Ebrima" w:cs="Ebrima"/>
        </w:rPr>
        <w:t>ደረጃ</w:t>
      </w:r>
      <w:r>
        <w:rPr>
          <w:rFonts w:ascii="Times New Roman" w:hAnsi="Times New Roman" w:eastAsia="Times New Roman" w:cs="Times New Roman"/>
        </w:rPr>
        <w:t xml:space="preserve">” </w:t>
      </w:r>
      <w:r>
        <w:rPr>
          <w:rFonts w:ascii="Ebrima" w:hAnsi="Ebrima" w:eastAsia="Ebrima" w:cs="Ebrima"/>
        </w:rPr>
        <w:t>መሆኑን</w:t>
      </w:r>
      <w:r>
        <w:rPr>
          <w:rFonts w:ascii="Times New Roman" w:hAnsi="Times New Roman" w:eastAsia="Times New Roman" w:cs="Times New Roman"/>
        </w:rPr>
        <w:t xml:space="preserve"> </w:t>
      </w:r>
      <w:r>
        <w:rPr>
          <w:rFonts w:ascii="Ebrima" w:hAnsi="Ebrima" w:eastAsia="Ebrima" w:cs="Ebrima"/>
        </w:rPr>
        <w:t>ያሳያል።</w:t>
      </w:r>
      <w:r>
        <w:rPr>
          <w:rFonts w:ascii="Times New Roman" w:hAnsi="Times New Roman" w:eastAsia="Times New Roman" w:cs="Times New Roman"/>
        </w:rPr>
        <w:t xml:space="preserve"> </w:t>
      </w:r>
      <w:r>
        <w:rPr>
          <w:rFonts w:ascii="Ebrima" w:hAnsi="Ebrima" w:eastAsia="Ebrima" w:cs="Ebrima"/>
        </w:rPr>
        <w:t>የመጀመሪያው</w:t>
      </w:r>
      <w:r>
        <w:rPr>
          <w:rFonts w:ascii="Times New Roman" w:hAnsi="Times New Roman" w:eastAsia="Times New Roman" w:cs="Times New Roman"/>
        </w:rPr>
        <w:t xml:space="preserve"> </w:t>
      </w:r>
      <w:r>
        <w:rPr>
          <w:rFonts w:ascii="Ebrima" w:hAnsi="Ebrima" w:eastAsia="Ebrima" w:cs="Ebrima"/>
        </w:rPr>
        <w:t>ደረጃ</w:t>
      </w:r>
      <w:r>
        <w:rPr>
          <w:rFonts w:ascii="Times New Roman" w:hAnsi="Times New Roman" w:eastAsia="Times New Roman" w:cs="Times New Roman"/>
        </w:rPr>
        <w:t xml:space="preserve"> </w:t>
      </w:r>
      <w:r>
        <w:rPr>
          <w:rFonts w:ascii="Ebrima" w:hAnsi="Ebrima" w:eastAsia="Ebrima" w:cs="Ebrima"/>
        </w:rPr>
        <w:t>መቀመጫው</w:t>
      </w:r>
      <w:r>
        <w:rPr>
          <w:rFonts w:ascii="Times New Roman" w:hAnsi="Times New Roman" w:eastAsia="Times New Roman" w:cs="Times New Roman"/>
        </w:rPr>
        <w:t xml:space="preserve"> </w:t>
      </w:r>
      <w:r>
        <w:rPr>
          <w:rFonts w:ascii="Ebrima" w:hAnsi="Ebrima" w:eastAsia="Ebrima" w:cs="Ebrima"/>
        </w:rPr>
        <w:t>መሰጠት</w:t>
      </w:r>
      <w:r>
        <w:rPr>
          <w:rFonts w:ascii="Times New Roman" w:hAnsi="Times New Roman" w:eastAsia="Times New Roman" w:cs="Times New Roman"/>
        </w:rPr>
        <w:t xml:space="preserve"> </w:t>
      </w:r>
      <w:r>
        <w:rPr>
          <w:rFonts w:ascii="Ebrima" w:hAnsi="Ebrima" w:eastAsia="Ebrima" w:cs="Ebrima"/>
        </w:rPr>
        <w:t>ነበር፥</w:t>
      </w:r>
      <w:r>
        <w:rPr>
          <w:rFonts w:ascii="Times New Roman" w:hAnsi="Times New Roman" w:eastAsia="Times New Roman" w:cs="Times New Roman"/>
        </w:rPr>
        <w:t xml:space="preserve"> </w:t>
      </w:r>
      <w:r>
        <w:rPr>
          <w:rFonts w:ascii="Ebrima" w:hAnsi="Ebrima" w:eastAsia="Ebrima" w:cs="Ebrima"/>
        </w:rPr>
        <w:t>ስምንተኛውም</w:t>
      </w:r>
      <w:r>
        <w:rPr>
          <w:rFonts w:ascii="Times New Roman" w:hAnsi="Times New Roman" w:eastAsia="Times New Roman" w:cs="Times New Roman"/>
        </w:rPr>
        <w:t xml:space="preserve"> </w:t>
      </w:r>
      <w:r>
        <w:rPr>
          <w:rFonts w:ascii="Ebrima" w:hAnsi="Ebrima" w:eastAsia="Ebrima" w:cs="Ebrima"/>
        </w:rPr>
        <w:t>ደረጃ</w:t>
      </w:r>
      <w:r>
        <w:rPr>
          <w:rFonts w:ascii="Times New Roman" w:hAnsi="Times New Roman" w:eastAsia="Times New Roman" w:cs="Times New Roman"/>
        </w:rPr>
        <w:t xml:space="preserve"> </w:t>
      </w:r>
      <w:r>
        <w:rPr>
          <w:rFonts w:ascii="Ebrima" w:hAnsi="Ebrima" w:eastAsia="Ebrima" w:cs="Ebrima"/>
        </w:rPr>
        <w:t>ደግሞ</w:t>
      </w:r>
      <w:r>
        <w:rPr>
          <w:rFonts w:ascii="Times New Roman" w:hAnsi="Times New Roman" w:eastAsia="Times New Roman" w:cs="Times New Roman"/>
        </w:rPr>
        <w:t xml:space="preserve"> </w:t>
      </w:r>
      <w:r>
        <w:rPr>
          <w:rFonts w:ascii="Ebrima" w:hAnsi="Ebrima" w:eastAsia="Ebrima" w:cs="Ebrima"/>
        </w:rPr>
        <w:t>መቀመጫው</w:t>
      </w:r>
      <w:r>
        <w:rPr>
          <w:rFonts w:ascii="Times New Roman" w:hAnsi="Times New Roman" w:eastAsia="Times New Roman" w:cs="Times New Roman"/>
        </w:rPr>
        <w:t xml:space="preserve"> </w:t>
      </w:r>
      <w:r>
        <w:rPr>
          <w:rFonts w:ascii="Ebrima" w:hAnsi="Ebrima" w:eastAsia="Ebrima" w:cs="Ebrima"/>
        </w:rPr>
        <w:t>መሰጠት</w:t>
      </w:r>
      <w:r>
        <w:rPr>
          <w:rFonts w:ascii="Times New Roman" w:hAnsi="Times New Roman" w:eastAsia="Times New Roman" w:cs="Times New Roman"/>
        </w:rPr>
        <w:t xml:space="preserve"> </w:t>
      </w:r>
      <w:r>
        <w:rPr>
          <w:rFonts w:ascii="Ebrima" w:hAnsi="Ebrima" w:eastAsia="Ebrima" w:cs="Ebrima"/>
        </w:rPr>
        <w:t>ነበር፤</w:t>
      </w:r>
      <w:r>
        <w:rPr>
          <w:rFonts w:ascii="Times New Roman" w:hAnsi="Times New Roman" w:eastAsia="Times New Roman" w:cs="Times New Roman"/>
        </w:rPr>
        <w:t xml:space="preserve"> </w:t>
      </w:r>
      <w:r>
        <w:rPr>
          <w:rFonts w:ascii="Ebrima" w:hAnsi="Ebrima" w:eastAsia="Ebrima" w:cs="Ebrima"/>
        </w:rPr>
        <w:t>ስለዚህ</w:t>
      </w:r>
      <w:r>
        <w:rPr>
          <w:rFonts w:ascii="Times New Roman" w:hAnsi="Times New Roman" w:eastAsia="Times New Roman" w:cs="Times New Roman"/>
        </w:rPr>
        <w:t xml:space="preserve"> </w:t>
      </w:r>
      <w:r>
        <w:rPr>
          <w:rFonts w:ascii="Ebrima" w:hAnsi="Ebrima" w:eastAsia="Ebrima" w:cs="Ebrima"/>
        </w:rPr>
        <w:t>በ</w:t>
      </w:r>
      <w:r>
        <w:rPr>
          <w:rFonts w:ascii="Times New Roman" w:hAnsi="Times New Roman" w:eastAsia="Times New Roman" w:cs="Times New Roman"/>
        </w:rPr>
        <w:t xml:space="preserve">330 </w:t>
      </w:r>
      <w:r>
        <w:rPr>
          <w:rFonts w:ascii="Ebrima" w:hAnsi="Ebrima" w:eastAsia="Ebrima" w:cs="Ebrima"/>
        </w:rPr>
        <w:t>ያለው</w:t>
      </w:r>
      <w:r>
        <w:rPr>
          <w:rFonts w:ascii="Times New Roman" w:hAnsi="Times New Roman" w:eastAsia="Times New Roman" w:cs="Times New Roman"/>
        </w:rPr>
        <w:t xml:space="preserve"> </w:t>
      </w:r>
      <w:r>
        <w:rPr>
          <w:rFonts w:ascii="Ebrima" w:hAnsi="Ebrima" w:eastAsia="Ebrima" w:cs="Ebrima"/>
        </w:rPr>
        <w:t>የመጀመሪያው</w:t>
      </w:r>
      <w:r>
        <w:rPr>
          <w:rFonts w:ascii="Times New Roman" w:hAnsi="Times New Roman" w:eastAsia="Times New Roman" w:cs="Times New Roman"/>
        </w:rPr>
        <w:t xml:space="preserve"> </w:t>
      </w:r>
      <w:r>
        <w:rPr>
          <w:rFonts w:ascii="Ebrima" w:hAnsi="Ebrima" w:eastAsia="Ebrima" w:cs="Ebrima"/>
        </w:rPr>
        <w:t>ደረጃ</w:t>
      </w:r>
      <w:r>
        <w:rPr>
          <w:rFonts w:ascii="Times New Roman" w:hAnsi="Times New Roman" w:eastAsia="Times New Roman" w:cs="Times New Roman"/>
        </w:rPr>
        <w:t xml:space="preserve"> </w:t>
      </w:r>
      <w:r>
        <w:rPr>
          <w:rFonts w:ascii="Ebrima" w:hAnsi="Ebrima" w:eastAsia="Ebrima" w:cs="Ebrima"/>
        </w:rPr>
        <w:t>አልፋ</w:t>
      </w:r>
      <w:r>
        <w:rPr>
          <w:rFonts w:ascii="Times New Roman" w:hAnsi="Times New Roman" w:eastAsia="Times New Roman" w:cs="Times New Roman"/>
        </w:rPr>
        <w:t xml:space="preserve"> </w:t>
      </w:r>
      <w:r>
        <w:rPr>
          <w:rFonts w:ascii="Ebrima" w:hAnsi="Ebrima" w:eastAsia="Ebrima" w:cs="Ebrima"/>
        </w:rPr>
        <w:t>ሲሆን</w:t>
      </w:r>
      <w:r>
        <w:rPr>
          <w:rFonts w:ascii="Times New Roman" w:hAnsi="Times New Roman" w:eastAsia="Times New Roman" w:cs="Times New Roman"/>
        </w:rPr>
        <w:t xml:space="preserve"> 538 </w:t>
      </w:r>
      <w:r>
        <w:rPr>
          <w:rFonts w:ascii="Ebrima" w:hAnsi="Ebrima" w:eastAsia="Ebrima" w:cs="Ebrima"/>
        </w:rPr>
        <w:t>ደግሞ</w:t>
      </w:r>
      <w:r>
        <w:rPr>
          <w:rFonts w:ascii="Times New Roman" w:hAnsi="Times New Roman" w:eastAsia="Times New Roman" w:cs="Times New Roman"/>
        </w:rPr>
        <w:t xml:space="preserve"> </w:t>
      </w:r>
      <w:r>
        <w:rPr>
          <w:rFonts w:ascii="Ebrima" w:hAnsi="Ebrima" w:eastAsia="Ebrima" w:cs="Ebrima"/>
        </w:rPr>
        <w:t>ኦሜጋ</w:t>
      </w:r>
      <w:r>
        <w:rPr>
          <w:rFonts w:ascii="Times New Roman" w:hAnsi="Times New Roman" w:eastAsia="Times New Roman" w:cs="Times New Roman"/>
        </w:rPr>
        <w:t xml:space="preserve"> </w:t>
      </w:r>
      <w:r>
        <w:rPr>
          <w:rFonts w:ascii="Ebrima" w:hAnsi="Ebrima" w:eastAsia="Ebrima" w:cs="Ebrima"/>
        </w:rPr>
        <w:t>ነው።</w:t>
      </w:r>
      <w:r>
        <w:rPr>
          <w:rFonts w:ascii="Times New Roman" w:hAnsi="Times New Roman" w:eastAsia="Times New Roman" w:cs="Times New Roman"/>
        </w:rPr>
        <w:t xml:space="preserve"> </w:t>
      </w:r>
      <w:r>
        <w:rPr>
          <w:rFonts w:ascii="Ebrima" w:hAnsi="Ebrima" w:eastAsia="Ebrima" w:cs="Ebrima"/>
        </w:rPr>
        <w:t>ሁለት</w:t>
      </w:r>
      <w:r>
        <w:rPr>
          <w:rFonts w:ascii="Times New Roman" w:hAnsi="Times New Roman" w:eastAsia="Times New Roman" w:cs="Times New Roman"/>
        </w:rPr>
        <w:t xml:space="preserve"> </w:t>
      </w:r>
      <w:r>
        <w:rPr>
          <w:rFonts w:ascii="Ebrima" w:hAnsi="Ebrima" w:eastAsia="Ebrima" w:cs="Ebrima"/>
        </w:rPr>
        <w:t>መቀመጫዎች፥</w:t>
      </w:r>
      <w:r>
        <w:rPr>
          <w:rFonts w:ascii="Times New Roman" w:hAnsi="Times New Roman" w:eastAsia="Times New Roman" w:cs="Times New Roman"/>
        </w:rPr>
        <w:t xml:space="preserve"> </w:t>
      </w:r>
      <w:r>
        <w:rPr>
          <w:rFonts w:ascii="Ebrima" w:hAnsi="Ebrima" w:eastAsia="Ebrima" w:cs="Ebrima"/>
        </w:rPr>
        <w:t>ሦስት</w:t>
      </w:r>
      <w:r>
        <w:rPr>
          <w:rFonts w:ascii="Times New Roman" w:hAnsi="Times New Roman" w:eastAsia="Times New Roman" w:cs="Times New Roman"/>
        </w:rPr>
        <w:t xml:space="preserve"> </w:t>
      </w:r>
      <w:r>
        <w:rPr>
          <w:rFonts w:ascii="Ebrima" w:hAnsi="Ebrima" w:eastAsia="Ebrima" w:cs="Ebrima"/>
        </w:rPr>
        <w:t>ቀንዶች</w:t>
      </w:r>
      <w:r>
        <w:rPr>
          <w:rFonts w:ascii="Times New Roman" w:hAnsi="Times New Roman" w:eastAsia="Times New Roman" w:cs="Times New Roman"/>
        </w:rPr>
        <w:t xml:space="preserve"> </w:t>
      </w:r>
      <w:r>
        <w:rPr>
          <w:rFonts w:ascii="Ebrima" w:hAnsi="Ebrima" w:eastAsia="Ebrima" w:cs="Ebrima"/>
        </w:rPr>
        <w:t>መወገድ፥</w:t>
      </w:r>
      <w:r>
        <w:rPr>
          <w:rFonts w:ascii="Times New Roman" w:hAnsi="Times New Roman" w:eastAsia="Times New Roman" w:cs="Times New Roman"/>
        </w:rPr>
        <w:t xml:space="preserve"> </w:t>
      </w:r>
      <w:r>
        <w:rPr>
          <w:rFonts w:ascii="Ebrima" w:hAnsi="Ebrima" w:eastAsia="Ebrima" w:cs="Ebrima"/>
        </w:rPr>
        <w:t>ዘወትሩ</w:t>
      </w:r>
      <w:r>
        <w:rPr>
          <w:rFonts w:ascii="Times New Roman" w:hAnsi="Times New Roman" w:eastAsia="Times New Roman" w:cs="Times New Roman"/>
        </w:rPr>
        <w:t xml:space="preserve"> </w:t>
      </w:r>
      <w:r>
        <w:rPr>
          <w:rFonts w:ascii="Ebrima" w:hAnsi="Ebrima" w:eastAsia="Ebrima" w:cs="Ebrima"/>
        </w:rPr>
        <w:t>መወሰድ፥</w:t>
      </w:r>
      <w:r>
        <w:rPr>
          <w:rFonts w:ascii="Times New Roman" w:hAnsi="Times New Roman" w:eastAsia="Times New Roman" w:cs="Times New Roman"/>
        </w:rPr>
        <w:t xml:space="preserve"> </w:t>
      </w:r>
      <w:r>
        <w:rPr>
          <w:rFonts w:ascii="Ebrima" w:hAnsi="Ebrima" w:eastAsia="Ebrima" w:cs="Ebrima"/>
        </w:rPr>
        <w:t>የክሎቪስ</w:t>
      </w:r>
      <w:r>
        <w:rPr>
          <w:rFonts w:ascii="Times New Roman" w:hAnsi="Times New Roman" w:eastAsia="Times New Roman" w:cs="Times New Roman"/>
        </w:rPr>
        <w:t xml:space="preserve"> </w:t>
      </w:r>
      <w:r>
        <w:rPr>
          <w:rFonts w:ascii="Ebrima" w:hAnsi="Ebrima" w:eastAsia="Ebrima" w:cs="Ebrima"/>
        </w:rPr>
        <w:t>መለወጥ፥</w:t>
      </w:r>
      <w:r>
        <w:rPr>
          <w:rFonts w:ascii="Times New Roman" w:hAnsi="Times New Roman" w:eastAsia="Times New Roman" w:cs="Times New Roman"/>
        </w:rPr>
        <w:t xml:space="preserve"> </w:t>
      </w:r>
      <w:r>
        <w:rPr>
          <w:rFonts w:ascii="Ebrima" w:hAnsi="Ebrima" w:eastAsia="Ebrima" w:cs="Ebrima"/>
        </w:rPr>
        <w:t>እና</w:t>
      </w:r>
      <w:r>
        <w:rPr>
          <w:rFonts w:ascii="Times New Roman" w:hAnsi="Times New Roman" w:eastAsia="Times New Roman" w:cs="Times New Roman"/>
        </w:rPr>
        <w:t xml:space="preserve"> </w:t>
      </w:r>
      <w:r>
        <w:rPr>
          <w:rFonts w:ascii="Ebrima" w:hAnsi="Ebrima" w:eastAsia="Ebrima" w:cs="Ebrima"/>
        </w:rPr>
        <w:t>የዩስቲንያኖስ</w:t>
      </w:r>
      <w:r>
        <w:rPr>
          <w:rFonts w:ascii="Times New Roman" w:hAnsi="Times New Roman" w:eastAsia="Times New Roman" w:cs="Times New Roman"/>
        </w:rPr>
        <w:t xml:space="preserve"> </w:t>
      </w:r>
      <w:r>
        <w:rPr>
          <w:rFonts w:ascii="Ebrima" w:hAnsi="Ebrima" w:eastAsia="Ebrima" w:cs="Ebrima"/>
        </w:rPr>
        <w:t>አዋጅ</w:t>
      </w:r>
      <w:r>
        <w:rPr>
          <w:rFonts w:ascii="Times New Roman" w:hAnsi="Times New Roman" w:eastAsia="Times New Roman" w:cs="Times New Roman"/>
        </w:rPr>
        <w:t xml:space="preserve"> </w:t>
      </w:r>
      <w:r>
        <w:rPr>
          <w:rFonts w:ascii="Ebrima" w:hAnsi="Ebrima" w:eastAsia="Ebrima" w:cs="Ebrima"/>
        </w:rPr>
        <w:t>በአጠቃላይ</w:t>
      </w:r>
      <w:r>
        <w:rPr>
          <w:rFonts w:ascii="Times New Roman" w:hAnsi="Times New Roman" w:eastAsia="Times New Roman" w:cs="Times New Roman"/>
        </w:rPr>
        <w:t xml:space="preserve"> </w:t>
      </w:r>
      <w:r>
        <w:rPr>
          <w:rFonts w:ascii="Ebrima" w:hAnsi="Ebrima" w:eastAsia="Ebrima" w:cs="Ebrima"/>
        </w:rPr>
        <w:t>ስምንት</w:t>
      </w:r>
      <w:r>
        <w:rPr>
          <w:rFonts w:ascii="Times New Roman" w:hAnsi="Times New Roman" w:eastAsia="Times New Roman" w:cs="Times New Roman"/>
        </w:rPr>
        <w:t xml:space="preserve"> </w:t>
      </w:r>
      <w:r>
        <w:rPr>
          <w:rFonts w:ascii="Ebrima" w:hAnsi="Ebrima" w:eastAsia="Ebrima" w:cs="Ebrima"/>
        </w:rPr>
        <w:t>ደረጃዎችን</w:t>
      </w:r>
      <w:r>
        <w:rPr>
          <w:rFonts w:ascii="Times New Roman" w:hAnsi="Times New Roman" w:eastAsia="Times New Roman" w:cs="Times New Roman"/>
        </w:rPr>
        <w:t xml:space="preserve"> </w:t>
      </w:r>
      <w:r>
        <w:rPr>
          <w:rFonts w:ascii="Ebrima" w:hAnsi="Ebrima" w:eastAsia="Ebrima" w:cs="Ebrima"/>
        </w:rPr>
        <w:t>ይመሰርታሉ፤</w:t>
      </w:r>
      <w:r>
        <w:rPr>
          <w:rFonts w:ascii="Times New Roman" w:hAnsi="Times New Roman" w:eastAsia="Times New Roman" w:cs="Times New Roman"/>
        </w:rPr>
        <w:t xml:space="preserve"> </w:t>
      </w:r>
      <w:r>
        <w:rPr>
          <w:rFonts w:ascii="Ebrima" w:hAnsi="Ebrima" w:eastAsia="Ebrima" w:cs="Ebrima"/>
        </w:rPr>
        <w:t>እነዚህም</w:t>
      </w:r>
      <w:r>
        <w:rPr>
          <w:rFonts w:ascii="Times New Roman" w:hAnsi="Times New Roman" w:eastAsia="Times New Roman" w:cs="Times New Roman"/>
        </w:rPr>
        <w:t xml:space="preserve"> </w:t>
      </w:r>
      <w:r>
        <w:rPr>
          <w:rFonts w:ascii="Ebrima" w:hAnsi="Ebrima" w:eastAsia="Ebrima" w:cs="Ebrima"/>
        </w:rPr>
        <w:t>የጋብቻ</w:t>
      </w:r>
      <w:r>
        <w:rPr>
          <w:rFonts w:ascii="Times New Roman" w:hAnsi="Times New Roman" w:eastAsia="Times New Roman" w:cs="Times New Roman"/>
        </w:rPr>
        <w:t xml:space="preserve"> </w:t>
      </w:r>
      <w:r>
        <w:rPr>
          <w:rFonts w:ascii="Ebrima" w:hAnsi="Ebrima" w:eastAsia="Ebrima" w:cs="Ebrima"/>
        </w:rPr>
        <w:t>ሰልፉን</w:t>
      </w:r>
      <w:r>
        <w:rPr>
          <w:rFonts w:ascii="Times New Roman" w:hAnsi="Times New Roman" w:eastAsia="Times New Roman" w:cs="Times New Roman"/>
        </w:rPr>
        <w:t xml:space="preserve"> </w:t>
      </w:r>
      <w:r>
        <w:rPr>
          <w:rFonts w:ascii="Ebrima" w:hAnsi="Ebrima" w:eastAsia="Ebrima" w:cs="Ebrima"/>
        </w:rPr>
        <w:t>እና</w:t>
      </w:r>
      <w:r>
        <w:rPr>
          <w:rFonts w:ascii="Times New Roman" w:hAnsi="Times New Roman" w:eastAsia="Times New Roman" w:cs="Times New Roman"/>
        </w:rPr>
        <w:t xml:space="preserve"> </w:t>
      </w:r>
      <w:r>
        <w:rPr>
          <w:rFonts w:ascii="Ebrima" w:hAnsi="Ebrima" w:eastAsia="Ebrima" w:cs="Ebrima"/>
        </w:rPr>
        <w:t>በመጨረሻም</w:t>
      </w:r>
      <w:r>
        <w:rPr>
          <w:rFonts w:ascii="Times New Roman" w:hAnsi="Times New Roman" w:eastAsia="Times New Roman" w:cs="Times New Roman"/>
        </w:rPr>
        <w:t xml:space="preserve"> </w:t>
      </w:r>
      <w:r>
        <w:rPr>
          <w:rFonts w:ascii="Ebrima" w:hAnsi="Ebrima" w:eastAsia="Ebrima" w:cs="Ebrima"/>
        </w:rPr>
        <w:t>ጋብቻውን</w:t>
      </w:r>
      <w:r>
        <w:rPr>
          <w:rFonts w:ascii="Times New Roman" w:hAnsi="Times New Roman" w:eastAsia="Times New Roman" w:cs="Times New Roman"/>
        </w:rPr>
        <w:t xml:space="preserve"> </w:t>
      </w:r>
      <w:r>
        <w:rPr>
          <w:rFonts w:ascii="Ebrima" w:hAnsi="Ebrima" w:eastAsia="Ebrima" w:cs="Ebrima"/>
        </w:rPr>
        <w:t>ይለያያሉ።</w:t>
      </w:r>
    </w:p>
    <w:p>
      <w:pPr>
        <w:pStyle w:val="ArticleBody"/>
        <w:jc w:val="left"/>
      </w:pPr>
      <w:r>
        <w:rPr>
          <w:rFonts w:ascii="Nirmala UI" w:hAnsi="Nirmala UI" w:eastAsia="Nirmala UI" w:cs="Nirmala UI"/>
        </w:rPr>
        <w:t>୧୭୯୮</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୫୩୮</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ପାପତ୍ୱକୁ</w:t>
      </w:r>
      <w:r>
        <w:rPr>
          <w:rFonts w:ascii="Times New Roman" w:hAnsi="Times New Roman" w:eastAsia="Times New Roman" w:cs="Times New Roman"/>
        </w:rPr>
        <w:t xml:space="preserve"> </w:t>
      </w:r>
      <w:r>
        <w:rPr>
          <w:rFonts w:ascii="Nirmala UI" w:hAnsi="Nirmala UI" w:eastAsia="Nirmala UI" w:cs="Nirmala UI"/>
        </w:rPr>
        <w:t>ସିଂହାସନରେ</w:t>
      </w:r>
      <w:r>
        <w:rPr>
          <w:rFonts w:ascii="Times New Roman" w:hAnsi="Times New Roman" w:eastAsia="Times New Roman" w:cs="Times New Roman"/>
        </w:rPr>
        <w:t xml:space="preserve"> </w:t>
      </w:r>
      <w:r>
        <w:rPr>
          <w:rFonts w:ascii="Nirmala UI" w:hAnsi="Nirmala UI" w:eastAsia="Nirmala UI" w:cs="Nirmala UI"/>
        </w:rPr>
        <w:t>ବସାଇଥିବା</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ଯୁରୋପର</w:t>
      </w:r>
      <w:r>
        <w:rPr>
          <w:rFonts w:ascii="Times New Roman" w:hAnsi="Times New Roman" w:eastAsia="Times New Roman" w:cs="Times New Roman"/>
        </w:rPr>
        <w:t xml:space="preserve"> </w:t>
      </w:r>
      <w:r>
        <w:rPr>
          <w:rFonts w:ascii="Nirmala UI" w:hAnsi="Nirmala UI" w:eastAsia="Nirmala UI" w:cs="Nirmala UI"/>
        </w:rPr>
        <w:t>ଦଶଜଣ</w:t>
      </w:r>
      <w:r>
        <w:rPr>
          <w:rFonts w:ascii="Times New Roman" w:hAnsi="Times New Roman" w:eastAsia="Times New Roman" w:cs="Times New Roman"/>
        </w:rPr>
        <w:t xml:space="preserve"> </w:t>
      </w:r>
      <w:r>
        <w:rPr>
          <w:rFonts w:ascii="Nirmala UI" w:hAnsi="Nirmala UI" w:eastAsia="Nirmala UI" w:cs="Nirmala UI"/>
        </w:rPr>
        <w:t>ରାଜାଙ୍କ</w:t>
      </w:r>
      <w:r>
        <w:rPr>
          <w:rFonts w:ascii="Times New Roman" w:hAnsi="Times New Roman" w:eastAsia="Times New Roman" w:cs="Times New Roman"/>
        </w:rPr>
        <w:t xml:space="preserve"> </w:t>
      </w:r>
      <w:r>
        <w:rPr>
          <w:rFonts w:ascii="Nirmala UI" w:hAnsi="Nirmala UI" w:eastAsia="Nirmala UI" w:cs="Nirmala UI"/>
        </w:rPr>
        <w:t>ପ୍ରତିନିଧିତ୍ୱ</w:t>
      </w:r>
      <w:r>
        <w:rPr>
          <w:rFonts w:ascii="Times New Roman" w:hAnsi="Times New Roman" w:eastAsia="Times New Roman" w:cs="Times New Roman"/>
        </w:rPr>
        <w:t xml:space="preserve"> </w:t>
      </w:r>
      <w:r>
        <w:rPr>
          <w:rFonts w:ascii="Nirmala UI" w:hAnsi="Nirmala UI" w:eastAsia="Nirmala UI" w:cs="Nirmala UI"/>
        </w:rPr>
        <w:t>କରିଥିବା</w:t>
      </w:r>
      <w:r>
        <w:rPr>
          <w:rFonts w:ascii="Times New Roman" w:hAnsi="Times New Roman" w:eastAsia="Times New Roman" w:cs="Times New Roman"/>
        </w:rPr>
        <w:t xml:space="preserve"> </w:t>
      </w:r>
      <w:r>
        <w:rPr>
          <w:rFonts w:ascii="Nirmala UI" w:hAnsi="Nirmala UI" w:eastAsia="Nirmala UI" w:cs="Nirmala UI"/>
        </w:rPr>
        <w:t>ଶକ୍ତି</w:t>
      </w:r>
      <w:r>
        <w:rPr>
          <w:rFonts w:ascii="Times New Roman" w:hAnsi="Times New Roman" w:eastAsia="Times New Roman" w:cs="Times New Roman"/>
        </w:rPr>
        <w:t xml:space="preserve"> </w:t>
      </w:r>
      <w:r>
        <w:rPr>
          <w:rFonts w:ascii="Nirmala UI" w:hAnsi="Nirmala UI" w:eastAsia="Nirmala UI" w:cs="Nirmala UI"/>
        </w:rPr>
        <w:t>ଫ୍ରାନ୍ସ</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ପାପତ୍ୱକୁ</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ସିଂହାସନରୁ</w:t>
      </w:r>
      <w:r>
        <w:rPr>
          <w:rFonts w:ascii="Times New Roman" w:hAnsi="Times New Roman" w:eastAsia="Times New Roman" w:cs="Times New Roman"/>
        </w:rPr>
        <w:t xml:space="preserve"> </w:t>
      </w:r>
      <w:r>
        <w:rPr>
          <w:rFonts w:ascii="Nirmala UI" w:hAnsi="Nirmala UI" w:eastAsia="Nirmala UI" w:cs="Nirmala UI"/>
        </w:rPr>
        <w:t>ହଟାଇଦେଲା।</w:t>
      </w:r>
      <w:r>
        <w:rPr>
          <w:rFonts w:ascii="Times New Roman" w:hAnsi="Times New Roman" w:eastAsia="Times New Roman" w:cs="Times New Roman"/>
        </w:rPr>
        <w:t xml:space="preserve"> </w:t>
      </w:r>
      <w:r>
        <w:rPr>
          <w:rFonts w:ascii="Nirmala UI" w:hAnsi="Nirmala UI" w:eastAsia="Nirmala UI" w:cs="Nirmala UI"/>
        </w:rPr>
        <w:t>୫୩୮</w:t>
      </w:r>
      <w:r>
        <w:rPr>
          <w:rFonts w:ascii="Times New Roman" w:hAnsi="Times New Roman" w:eastAsia="Times New Roman" w:cs="Times New Roman"/>
        </w:rPr>
        <w:t xml:space="preserve"> </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୧୭୯୮</w:t>
      </w:r>
      <w:r>
        <w:rPr>
          <w:rFonts w:ascii="Times New Roman" w:hAnsi="Times New Roman" w:eastAsia="Times New Roman" w:cs="Times New Roman"/>
        </w:rPr>
        <w:t xml:space="preserve"> </w:t>
      </w:r>
      <w:r>
        <w:rPr>
          <w:rFonts w:ascii="Nirmala UI" w:hAnsi="Nirmala UI" w:eastAsia="Nirmala UI" w:cs="Nirmala UI"/>
        </w:rPr>
        <w:t>ପର୍ଯ୍ୟନ୍ତର</w:t>
      </w:r>
      <w:r>
        <w:rPr>
          <w:rFonts w:ascii="Times New Roman" w:hAnsi="Times New Roman" w:eastAsia="Times New Roman" w:cs="Times New Roman"/>
        </w:rPr>
        <w:t xml:space="preserve"> </w:t>
      </w:r>
      <w:r>
        <w:rPr>
          <w:rFonts w:ascii="Nirmala UI" w:hAnsi="Nirmala UI" w:eastAsia="Nirmala UI" w:cs="Nirmala UI"/>
        </w:rPr>
        <w:t>ଇତିହାସରେ</w:t>
      </w:r>
      <w:r>
        <w:rPr>
          <w:rFonts w:ascii="Times New Roman" w:hAnsi="Times New Roman" w:eastAsia="Times New Roman" w:cs="Times New Roman"/>
        </w:rPr>
        <w:t xml:space="preserve"> </w:t>
      </w:r>
      <w:r>
        <w:rPr>
          <w:rFonts w:ascii="Nirmala UI" w:hAnsi="Nirmala UI" w:eastAsia="Nirmala UI" w:cs="Nirmala UI"/>
        </w:rPr>
        <w:t>ପ୍ରତିନିଧିତ</w:t>
      </w:r>
      <w:r>
        <w:rPr>
          <w:rFonts w:ascii="Times New Roman" w:hAnsi="Times New Roman" w:eastAsia="Times New Roman" w:cs="Times New Roman"/>
        </w:rPr>
        <w:t xml:space="preserve"> </w:t>
      </w:r>
      <w:r>
        <w:rPr>
          <w:rFonts w:ascii="Nirmala UI" w:hAnsi="Nirmala UI" w:eastAsia="Nirmala UI" w:cs="Nirmala UI"/>
        </w:rPr>
        <w:t>ଆଲ୍ଫା</w:t>
      </w:r>
      <w:r>
        <w:rPr>
          <w:rFonts w:ascii="Times New Roman" w:hAnsi="Times New Roman" w:eastAsia="Times New Roman" w:cs="Times New Roman"/>
        </w:rPr>
        <w:t xml:space="preserve"> </w:t>
      </w:r>
      <w:r>
        <w:rPr>
          <w:rFonts w:ascii="Nirmala UI" w:hAnsi="Nirmala UI" w:eastAsia="Nirmala UI" w:cs="Nirmala UI"/>
        </w:rPr>
        <w:t>ଚୁକ୍ତି</w:t>
      </w:r>
      <w:r>
        <w:rPr>
          <w:rFonts w:ascii="Times New Roman" w:hAnsi="Times New Roman" w:eastAsia="Times New Roman" w:cs="Times New Roman"/>
        </w:rPr>
        <w:t>-</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ପ୍ରକାଶିତ</w:t>
      </w:r>
      <w:r>
        <w:rPr>
          <w:rFonts w:ascii="Times New Roman" w:hAnsi="Times New Roman" w:eastAsia="Times New Roman" w:cs="Times New Roman"/>
        </w:rPr>
        <w:t xml:space="preserve"> </w:t>
      </w:r>
      <w:r>
        <w:rPr>
          <w:rFonts w:ascii="Nirmala UI" w:hAnsi="Nirmala UI" w:eastAsia="Nirmala UI" w:cs="Nirmala UI"/>
        </w:rPr>
        <w:t>ବାକ୍ୟ</w:t>
      </w:r>
      <w:r>
        <w:rPr>
          <w:rFonts w:ascii="Times New Roman" w:hAnsi="Times New Roman" w:eastAsia="Times New Roman" w:cs="Times New Roman"/>
        </w:rPr>
        <w:t xml:space="preserve"> </w:t>
      </w:r>
      <w:r>
        <w:rPr>
          <w:rFonts w:ascii="Nirmala UI" w:hAnsi="Nirmala UI" w:eastAsia="Nirmala UI" w:cs="Nirmala UI"/>
        </w:rPr>
        <w:t>ସତରହ</w:t>
      </w:r>
      <w:r>
        <w:rPr>
          <w:rFonts w:ascii="Times New Roman" w:hAnsi="Times New Roman" w:eastAsia="Times New Roman" w:cs="Times New Roman"/>
        </w:rPr>
        <w:t xml:space="preserve"> </w:t>
      </w:r>
      <w:r>
        <w:rPr>
          <w:rFonts w:ascii="Nirmala UI" w:hAnsi="Nirmala UI" w:eastAsia="Nirmala UI" w:cs="Nirmala UI"/>
        </w:rPr>
        <w:t>ଅଧ୍ୟାୟର</w:t>
      </w:r>
      <w:r>
        <w:rPr>
          <w:rFonts w:ascii="Times New Roman" w:hAnsi="Times New Roman" w:eastAsia="Times New Roman" w:cs="Times New Roman"/>
        </w:rPr>
        <w:t xml:space="preserve"> </w:t>
      </w:r>
      <w:r>
        <w:rPr>
          <w:rFonts w:ascii="Nirmala UI" w:hAnsi="Nirmala UI" w:eastAsia="Nirmala UI" w:cs="Nirmala UI"/>
        </w:rPr>
        <w:t>ଦଶଜଣ</w:t>
      </w:r>
      <w:r>
        <w:rPr>
          <w:rFonts w:ascii="Times New Roman" w:hAnsi="Times New Roman" w:eastAsia="Times New Roman" w:cs="Times New Roman"/>
        </w:rPr>
        <w:t xml:space="preserve"> </w:t>
      </w:r>
      <w:r>
        <w:rPr>
          <w:rFonts w:ascii="Nirmala UI" w:hAnsi="Nirmala UI" w:eastAsia="Nirmala UI" w:cs="Nirmala UI"/>
        </w:rPr>
        <w:t>ରାଜାଙ୍କ</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ପାପତ୍ୱୀୟ</w:t>
      </w:r>
      <w:r>
        <w:rPr>
          <w:rFonts w:ascii="Times New Roman" w:hAnsi="Times New Roman" w:eastAsia="Times New Roman" w:cs="Times New Roman"/>
        </w:rPr>
        <w:t xml:space="preserve"> </w:t>
      </w:r>
      <w:r>
        <w:rPr>
          <w:rFonts w:ascii="Nirmala UI" w:hAnsi="Nirmala UI" w:eastAsia="Nirmala UI" w:cs="Nirmala UI"/>
        </w:rPr>
        <w:t>ଶକ୍ତିର</w:t>
      </w:r>
      <w:r>
        <w:rPr>
          <w:rFonts w:ascii="Times New Roman" w:hAnsi="Times New Roman" w:eastAsia="Times New Roman" w:cs="Times New Roman"/>
        </w:rPr>
        <w:t xml:space="preserve"> </w:t>
      </w:r>
      <w:r>
        <w:rPr>
          <w:rFonts w:ascii="Nirmala UI" w:hAnsi="Nirmala UI" w:eastAsia="Nirmala UI" w:cs="Nirmala UI"/>
        </w:rPr>
        <w:t>ଓମେଗା</w:t>
      </w:r>
      <w:r>
        <w:rPr>
          <w:rFonts w:ascii="Times New Roman" w:hAnsi="Times New Roman" w:eastAsia="Times New Roman" w:cs="Times New Roman"/>
        </w:rPr>
        <w:t xml:space="preserve"> </w:t>
      </w:r>
      <w:r>
        <w:rPr>
          <w:rFonts w:ascii="Nirmala UI" w:hAnsi="Nirmala UI" w:eastAsia="Nirmala UI" w:cs="Nirmala UI"/>
        </w:rPr>
        <w:t>ଚୁକ୍ତି</w:t>
      </w:r>
      <w:r>
        <w:rPr>
          <w:rFonts w:ascii="Times New Roman" w:hAnsi="Times New Roman" w:eastAsia="Times New Roman" w:cs="Times New Roman"/>
        </w:rPr>
        <w:t>-</w:t>
      </w:r>
      <w:r>
        <w:rPr>
          <w:rFonts w:ascii="Nirmala UI" w:hAnsi="Nirmala UI" w:eastAsia="Nirmala UI" w:cs="Nirmala UI"/>
        </w:rPr>
        <w:t>ବିବାହର</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ଆଦର୍ଶରୂପ।</w:t>
      </w:r>
      <w:r>
        <w:rPr>
          <w:rFonts w:ascii="Times New Roman" w:hAnsi="Times New Roman" w:eastAsia="Times New Roman" w:cs="Times New Roman"/>
        </w:rPr>
        <w:t xml:space="preserve"> </w:t>
      </w:r>
      <w:r>
        <w:rPr>
          <w:rFonts w:ascii="Nirmala UI" w:hAnsi="Nirmala UI" w:eastAsia="Nirmala UI" w:cs="Nirmala UI"/>
        </w:rPr>
        <w:t>୪୯୬</w:t>
      </w:r>
      <w:r>
        <w:rPr>
          <w:rFonts w:ascii="Times New Roman" w:hAnsi="Times New Roman" w:eastAsia="Times New Roman" w:cs="Times New Roman"/>
        </w:rPr>
        <w:t xml:space="preserve"> </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୫୩୮</w:t>
      </w:r>
      <w:r>
        <w:rPr>
          <w:rFonts w:ascii="Times New Roman" w:hAnsi="Times New Roman" w:eastAsia="Times New Roman" w:cs="Times New Roman"/>
        </w:rPr>
        <w:t xml:space="preserve"> </w:t>
      </w:r>
      <w:r>
        <w:rPr>
          <w:rFonts w:ascii="Nirmala UI" w:hAnsi="Nirmala UI" w:eastAsia="Nirmala UI" w:cs="Nirmala UI"/>
        </w:rPr>
        <w:t>ପର୍ଯ୍ୟନ୍ତର</w:t>
      </w:r>
      <w:r>
        <w:rPr>
          <w:rFonts w:ascii="Times New Roman" w:hAnsi="Times New Roman" w:eastAsia="Times New Roman" w:cs="Times New Roman"/>
        </w:rPr>
        <w:t xml:space="preserve"> </w:t>
      </w:r>
      <w:r>
        <w:rPr>
          <w:rFonts w:ascii="Nirmala UI" w:hAnsi="Nirmala UI" w:eastAsia="Nirmala UI" w:cs="Nirmala UI"/>
        </w:rPr>
        <w:t>ବିବାହ</w:t>
      </w:r>
      <w:r>
        <w:rPr>
          <w:rFonts w:ascii="Times New Roman" w:hAnsi="Times New Roman" w:eastAsia="Times New Roman" w:cs="Times New Roman"/>
        </w:rPr>
        <w:t>-</w:t>
      </w:r>
      <w:r>
        <w:rPr>
          <w:rFonts w:ascii="Nirmala UI" w:hAnsi="Nirmala UI" w:eastAsia="Nirmala UI" w:cs="Nirmala UI"/>
        </w:rPr>
        <w:t>ଯାତ୍ରା</w:t>
      </w:r>
      <w:r>
        <w:rPr>
          <w:rFonts w:ascii="Times New Roman" w:hAnsi="Times New Roman" w:eastAsia="Times New Roman" w:cs="Times New Roman"/>
        </w:rPr>
        <w:t xml:space="preserve"> </w:t>
      </w:r>
      <w:r>
        <w:rPr>
          <w:rFonts w:ascii="Nirmala UI" w:hAnsi="Nirmala UI" w:eastAsia="Nirmala UI" w:cs="Nirmala UI"/>
        </w:rPr>
        <w:t>ଏମିତି</w:t>
      </w:r>
      <w:r>
        <w:rPr>
          <w:rFonts w:ascii="Times New Roman" w:hAnsi="Times New Roman" w:eastAsia="Times New Roman" w:cs="Times New Roman"/>
        </w:rPr>
        <w:t xml:space="preserve"> </w:t>
      </w:r>
      <w:r>
        <w:rPr>
          <w:rFonts w:ascii="Nirmala UI" w:hAnsi="Nirmala UI" w:eastAsia="Nirmala UI" w:cs="Nirmala UI"/>
        </w:rPr>
        <w:t>ଆଠୋଟି</w:t>
      </w:r>
      <w:r>
        <w:rPr>
          <w:rFonts w:ascii="Times New Roman" w:hAnsi="Times New Roman" w:eastAsia="Times New Roman" w:cs="Times New Roman"/>
        </w:rPr>
        <w:t xml:space="preserve"> </w:t>
      </w:r>
      <w:r>
        <w:rPr>
          <w:rFonts w:ascii="Nirmala UI" w:hAnsi="Nirmala UI" w:eastAsia="Nirmala UI" w:cs="Nirmala UI"/>
        </w:rPr>
        <w:t>ପଦକ୍ଷେପର</w:t>
      </w:r>
      <w:r>
        <w:rPr>
          <w:rFonts w:ascii="Times New Roman" w:hAnsi="Times New Roman" w:eastAsia="Times New Roman" w:cs="Times New Roman"/>
        </w:rPr>
        <w:t xml:space="preserve"> </w:t>
      </w:r>
      <w:r>
        <w:rPr>
          <w:rFonts w:ascii="Nirmala UI" w:hAnsi="Nirmala UI" w:eastAsia="Nirmala UI" w:cs="Nirmala UI"/>
        </w:rPr>
        <w:t>ଆଦର୍ଶ</w:t>
      </w:r>
      <w:r>
        <w:rPr>
          <w:rFonts w:ascii="Times New Roman" w:hAnsi="Times New Roman" w:eastAsia="Times New Roman" w:cs="Times New Roman"/>
        </w:rPr>
        <w:t xml:space="preserve"> </w:t>
      </w:r>
      <w:r>
        <w:rPr>
          <w:rFonts w:ascii="Nirmala UI" w:hAnsi="Nirmala UI" w:eastAsia="Nirmala UI" w:cs="Nirmala UI"/>
        </w:rPr>
        <w:t>ଦେଇଥାଏ</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ଯୁକ୍ତରାଷ୍ଟ୍ରର</w:t>
      </w:r>
      <w:r>
        <w:rPr>
          <w:rFonts w:ascii="Times New Roman" w:hAnsi="Times New Roman" w:eastAsia="Times New Roman" w:cs="Times New Roman"/>
        </w:rPr>
        <w:t xml:space="preserve"> </w:t>
      </w:r>
      <w:r>
        <w:rPr>
          <w:rFonts w:ascii="Nirmala UI" w:hAnsi="Nirmala UI" w:eastAsia="Nirmala UI" w:cs="Nirmala UI"/>
        </w:rPr>
        <w:t>ଶେଷ</w:t>
      </w:r>
      <w:r>
        <w:rPr>
          <w:rFonts w:ascii="Times New Roman" w:hAnsi="Times New Roman" w:eastAsia="Times New Roman" w:cs="Times New Roman"/>
        </w:rPr>
        <w:t xml:space="preserve"> </w:t>
      </w:r>
      <w:r>
        <w:rPr>
          <w:rFonts w:ascii="Nirmala UI" w:hAnsi="Nirmala UI" w:eastAsia="Nirmala UI" w:cs="Nirmala UI"/>
        </w:rPr>
        <w:t>ଆଠଜଣ</w:t>
      </w:r>
      <w:r>
        <w:rPr>
          <w:rFonts w:ascii="Times New Roman" w:hAnsi="Times New Roman" w:eastAsia="Times New Roman" w:cs="Times New Roman"/>
        </w:rPr>
        <w:t xml:space="preserve"> </w:t>
      </w:r>
      <w:r>
        <w:rPr>
          <w:rFonts w:ascii="Nirmala UI" w:hAnsi="Nirmala UI" w:eastAsia="Nirmala UI" w:cs="Nirmala UI"/>
        </w:rPr>
        <w:t>ରାଷ୍ଟ୍ରପତିଙ୍କ</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ସମସ୍ତରେଖାରେ</w:t>
      </w:r>
      <w:r>
        <w:rPr>
          <w:rFonts w:ascii="Times New Roman" w:hAnsi="Times New Roman" w:eastAsia="Times New Roman" w:cs="Times New Roman"/>
        </w:rPr>
        <w:t xml:space="preserve"> </w:t>
      </w:r>
      <w:r>
        <w:rPr>
          <w:rFonts w:ascii="Nirmala UI" w:hAnsi="Nirmala UI" w:eastAsia="Nirmala UI" w:cs="Nirmala UI"/>
        </w:rPr>
        <w:t>ମିଳେ।</w:t>
      </w:r>
      <w:r>
        <w:rPr>
          <w:rFonts w:ascii="Times New Roman" w:hAnsi="Times New Roman" w:eastAsia="Times New Roman" w:cs="Times New Roman"/>
        </w:rPr>
        <w:t xml:space="preserve"> </w:t>
      </w:r>
      <w:r>
        <w:rPr>
          <w:rFonts w:ascii="Nirmala UI" w:hAnsi="Nirmala UI" w:eastAsia="Nirmala UI" w:cs="Nirmala UI"/>
        </w:rPr>
        <w:t>କ୍ଲୋଭିସ</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ଫ୍ରାନ୍ସ</w:t>
      </w:r>
      <w:r>
        <w:rPr>
          <w:rFonts w:ascii="Times New Roman" w:hAnsi="Times New Roman" w:eastAsia="Times New Roman" w:cs="Times New Roman"/>
        </w:rPr>
        <w:t xml:space="preserve"> </w:t>
      </w:r>
      <w:r>
        <w:rPr>
          <w:rFonts w:ascii="Nirmala UI" w:hAnsi="Nirmala UI" w:eastAsia="Nirmala UI" w:cs="Nirmala UI"/>
        </w:rPr>
        <w:t>ଯୁରୋପର</w:t>
      </w:r>
      <w:r>
        <w:rPr>
          <w:rFonts w:ascii="Times New Roman" w:hAnsi="Times New Roman" w:eastAsia="Times New Roman" w:cs="Times New Roman"/>
        </w:rPr>
        <w:t xml:space="preserve"> </w:t>
      </w:r>
      <w:r>
        <w:rPr>
          <w:rFonts w:ascii="Nirmala UI" w:hAnsi="Nirmala UI" w:eastAsia="Nirmala UI" w:cs="Nirmala UI"/>
        </w:rPr>
        <w:t>ଦଶଜଣ</w:t>
      </w:r>
      <w:r>
        <w:rPr>
          <w:rFonts w:ascii="Times New Roman" w:hAnsi="Times New Roman" w:eastAsia="Times New Roman" w:cs="Times New Roman"/>
        </w:rPr>
        <w:t xml:space="preserve"> </w:t>
      </w:r>
      <w:r>
        <w:rPr>
          <w:rFonts w:ascii="Nirmala UI" w:hAnsi="Nirmala UI" w:eastAsia="Nirmala UI" w:cs="Nirmala UI"/>
        </w:rPr>
        <w:t>ରାଜାଙ୍କର</w:t>
      </w:r>
      <w:r>
        <w:rPr>
          <w:rFonts w:ascii="Times New Roman" w:hAnsi="Times New Roman" w:eastAsia="Times New Roman" w:cs="Times New Roman"/>
        </w:rPr>
        <w:t xml:space="preserve"> </w:t>
      </w:r>
      <w:r>
        <w:rPr>
          <w:rFonts w:ascii="Nirmala UI" w:hAnsi="Nirmala UI" w:eastAsia="Nirmala UI" w:cs="Nirmala UI"/>
        </w:rPr>
        <w:t>ପ୍ରତୀକ।</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ଯୁକ୍ତରାଷ୍ଟ୍ରଙ୍କୁ</w:t>
      </w:r>
      <w:r>
        <w:rPr>
          <w:rFonts w:ascii="Times New Roman" w:hAnsi="Times New Roman" w:eastAsia="Times New Roman" w:cs="Times New Roman"/>
        </w:rPr>
        <w:t xml:space="preserve"> </w:t>
      </w:r>
      <w:r>
        <w:rPr>
          <w:rFonts w:ascii="Nirmala UI" w:hAnsi="Nirmala UI" w:eastAsia="Nirmala UI" w:cs="Nirmala UI"/>
        </w:rPr>
        <w:t>ପ୍ରତିନିଧିତ୍ୱ</w:t>
      </w:r>
      <w:r>
        <w:rPr>
          <w:rFonts w:ascii="Times New Roman" w:hAnsi="Times New Roman" w:eastAsia="Times New Roman" w:cs="Times New Roman"/>
        </w:rPr>
        <w:t xml:space="preserve"> </w:t>
      </w:r>
      <w:r>
        <w:rPr>
          <w:rFonts w:ascii="Nirmala UI" w:hAnsi="Nirmala UI" w:eastAsia="Nirmala UI" w:cs="Nirmala UI"/>
        </w:rPr>
        <w:t>କରନ୍ତି</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ଶୀଘ୍ର</w:t>
      </w:r>
      <w:r>
        <w:rPr>
          <w:rFonts w:ascii="Times New Roman" w:hAnsi="Times New Roman" w:eastAsia="Times New Roman" w:cs="Times New Roman"/>
        </w:rPr>
        <w:t>-</w:t>
      </w:r>
      <w:r>
        <w:rPr>
          <w:rFonts w:ascii="Nirmala UI" w:hAnsi="Nirmala UI" w:eastAsia="Nirmala UI" w:cs="Nirmala UI"/>
        </w:rPr>
        <w:t>ଆସନ୍ତା</w:t>
      </w:r>
      <w:r>
        <w:rPr>
          <w:rFonts w:ascii="Times New Roman" w:hAnsi="Times New Roman" w:eastAsia="Times New Roman" w:cs="Times New Roman"/>
        </w:rPr>
        <w:t xml:space="preserve"> </w:t>
      </w:r>
      <w:r>
        <w:rPr>
          <w:rFonts w:ascii="Nirmala UI" w:hAnsi="Nirmala UI" w:eastAsia="Nirmala UI" w:cs="Nirmala UI"/>
        </w:rPr>
        <w:t>ରବିବାର</w:t>
      </w:r>
      <w:r>
        <w:rPr>
          <w:rFonts w:ascii="Times New Roman" w:hAnsi="Times New Roman" w:eastAsia="Times New Roman" w:cs="Times New Roman"/>
        </w:rPr>
        <w:t xml:space="preserve"> </w:t>
      </w:r>
      <w:r>
        <w:rPr>
          <w:rFonts w:ascii="Nirmala UI" w:hAnsi="Nirmala UI" w:eastAsia="Nirmala UI" w:cs="Nirmala UI"/>
        </w:rPr>
        <w:t>ଆଇନ</w:t>
      </w:r>
      <w:r>
        <w:rPr>
          <w:rFonts w:ascii="Times New Roman" w:hAnsi="Times New Roman" w:eastAsia="Times New Roman" w:cs="Times New Roman"/>
        </w:rPr>
        <w:t xml:space="preserve"> </w:t>
      </w:r>
      <w:r>
        <w:rPr>
          <w:rFonts w:ascii="Nirmala UI" w:hAnsi="Nirmala UI" w:eastAsia="Nirmala UI" w:cs="Nirmala UI"/>
        </w:rPr>
        <w:t>ସମୟରେ</w:t>
      </w:r>
      <w:r>
        <w:rPr>
          <w:rFonts w:ascii="Times New Roman" w:hAnsi="Times New Roman" w:eastAsia="Times New Roman" w:cs="Times New Roman"/>
        </w:rPr>
        <w:t xml:space="preserve"> </w:t>
      </w:r>
      <w:r>
        <w:rPr>
          <w:rFonts w:ascii="Nirmala UI" w:hAnsi="Nirmala UI" w:eastAsia="Nirmala UI" w:cs="Nirmala UI"/>
        </w:rPr>
        <w:t>ପ୍ରକାଶିତ</w:t>
      </w:r>
      <w:r>
        <w:rPr>
          <w:rFonts w:ascii="Times New Roman" w:hAnsi="Times New Roman" w:eastAsia="Times New Roman" w:cs="Times New Roman"/>
        </w:rPr>
        <w:t xml:space="preserve"> </w:t>
      </w:r>
      <w:r>
        <w:rPr>
          <w:rFonts w:ascii="Nirmala UI" w:hAnsi="Nirmala UI" w:eastAsia="Nirmala UI" w:cs="Nirmala UI"/>
        </w:rPr>
        <w:t>ବାକ୍ୟ</w:t>
      </w:r>
      <w:r>
        <w:rPr>
          <w:rFonts w:ascii="Times New Roman" w:hAnsi="Times New Roman" w:eastAsia="Times New Roman" w:cs="Times New Roman"/>
        </w:rPr>
        <w:t xml:space="preserve"> </w:t>
      </w:r>
      <w:r>
        <w:rPr>
          <w:rFonts w:ascii="Nirmala UI" w:hAnsi="Nirmala UI" w:eastAsia="Nirmala UI" w:cs="Nirmala UI"/>
        </w:rPr>
        <w:t>ସତରହ</w:t>
      </w:r>
      <w:r>
        <w:rPr>
          <w:rFonts w:ascii="Times New Roman" w:hAnsi="Times New Roman" w:eastAsia="Times New Roman" w:cs="Times New Roman"/>
        </w:rPr>
        <w:t xml:space="preserve"> </w:t>
      </w:r>
      <w:r>
        <w:rPr>
          <w:rFonts w:ascii="Nirmala UI" w:hAnsi="Nirmala UI" w:eastAsia="Nirmala UI" w:cs="Nirmala UI"/>
        </w:rPr>
        <w:t>ଅଧ୍ୟାୟର</w:t>
      </w:r>
      <w:r>
        <w:rPr>
          <w:rFonts w:ascii="Times New Roman" w:hAnsi="Times New Roman" w:eastAsia="Times New Roman" w:cs="Times New Roman"/>
        </w:rPr>
        <w:t xml:space="preserve"> </w:t>
      </w:r>
      <w:r>
        <w:rPr>
          <w:rFonts w:ascii="Nirmala UI" w:hAnsi="Nirmala UI" w:eastAsia="Nirmala UI" w:cs="Nirmala UI"/>
        </w:rPr>
        <w:t>ଦଶଜଣ</w:t>
      </w:r>
      <w:r>
        <w:rPr>
          <w:rFonts w:ascii="Times New Roman" w:hAnsi="Times New Roman" w:eastAsia="Times New Roman" w:cs="Times New Roman"/>
        </w:rPr>
        <w:t xml:space="preserve"> </w:t>
      </w:r>
      <w:r>
        <w:rPr>
          <w:rFonts w:ascii="Nirmala UI" w:hAnsi="Nirmala UI" w:eastAsia="Nirmala UI" w:cs="Nirmala UI"/>
        </w:rPr>
        <w:t>ରାଜାଙ୍କ</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ପ୍ରଧାନ</w:t>
      </w:r>
      <w:r>
        <w:rPr>
          <w:rFonts w:ascii="Times New Roman" w:hAnsi="Times New Roman" w:eastAsia="Times New Roman" w:cs="Times New Roman"/>
        </w:rPr>
        <w:t xml:space="preserve"> </w:t>
      </w:r>
      <w:r>
        <w:rPr>
          <w:rFonts w:ascii="Nirmala UI" w:hAnsi="Nirmala UI" w:eastAsia="Nirmala UI" w:cs="Nirmala UI"/>
        </w:rPr>
        <w:t>ରାଜା</w:t>
      </w:r>
      <w:r>
        <w:rPr>
          <w:rFonts w:ascii="Times New Roman" w:hAnsi="Times New Roman" w:eastAsia="Times New Roman" w:cs="Times New Roman"/>
        </w:rPr>
        <w:t xml:space="preserve"> </w:t>
      </w:r>
      <w:r>
        <w:rPr>
          <w:rFonts w:ascii="Nirmala UI" w:hAnsi="Nirmala UI" w:eastAsia="Nirmala UI" w:cs="Nirmala UI"/>
        </w:rPr>
        <w:t>ହେବ।</w:t>
      </w:r>
    </w:p>
    <w:p>
      <w:pPr>
        <w:pStyle w:val="ArticleBody"/>
        <w:jc w:val="left"/>
      </w:pPr>
      <w:r>
        <w:rPr>
          <w:rFonts w:ascii="Times New Roman" w:hAnsi="Times New Roman" w:eastAsia="Times New Roman" w:cs="Times New Roman"/>
        </w:rPr>
        <w:t>Fuudhaa fi gaaʼela waliigalteewwan shanan duraanii kan Daaniʼel boqonnaa kudha tokko keessatti ibsaman, gaaʼela waliigalteewwan isa jaʼaffaa fi isa dhumaa kan bara dhumaa wajjin waliigalu. Gaaʼelli waliigaltee alfaa fi oomeegaa kan mootummaa kaabaa fi mootummaa kibbaa, misirrittii kibbaa irraa taate akka alfaatti adda baasa; oomeegaan immoo misirrittii kaabaa irraa taatedha. Gaaʼela waliigalteewwan mootummaa Roomaa waaqeffannaa waaqota keessatti, misirrittiin alfaa kan bahaa irraa taate gara dhihaatti kennamte; oomeegaanis kan bara 313, misirrittii dhihaa irraa taatedha. Gaaʼelli afran sun Kileyoophaatraa isa jalqabaa fi Kileyoophaatraa isa dhumaa tiin raajii keessatti walitti hidhamaniiru. Gaaʼelli waliigaltee fakkeenyaa kan Roomaa paaphaasummaa, mootummaa misirrichaa akka mootii ol aanaa waldaa raajii mootota kudhan irraa ijaarameetti, misirrittii isaa wajjin walitti makamuu isaa argisiise—dubartii diimtuu Roomaa. Hiikamuun gaaʼelaa bara 1798 keessatti mootii ol aanaa mootota kudhan sanaatiin raawwatame.</w:t>
      </w:r>
    </w:p>
    <w:p>
      <w:pPr>
        <w:pStyle w:val="ArticleBody"/>
        <w:jc w:val="left"/>
      </w:pPr>
      <w:r>
        <w:rPr>
          <w:rFonts w:ascii="Nirmala UI" w:hAnsi="Nirmala UI" w:eastAsia="Nirmala UI" w:cs="Nirmala UI"/>
        </w:rPr>
        <w:t>୩୧୩</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ଚୁକ୍ତିମୂଳକ</w:t>
      </w:r>
      <w:r>
        <w:rPr>
          <w:rFonts w:ascii="Times New Roman" w:hAnsi="Times New Roman" w:eastAsia="Times New Roman" w:cs="Times New Roman"/>
        </w:rPr>
        <w:t xml:space="preserve"> </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ପୋପତନ୍ତ୍ରୀୟ</w:t>
      </w:r>
      <w:r>
        <w:rPr>
          <w:rFonts w:ascii="Times New Roman" w:hAnsi="Times New Roman" w:eastAsia="Times New Roman" w:cs="Times New Roman"/>
        </w:rPr>
        <w:t xml:space="preserve"> </w:t>
      </w:r>
      <w:r>
        <w:rPr>
          <w:rFonts w:ascii="Nirmala UI" w:hAnsi="Nirmala UI" w:eastAsia="Nirmala UI" w:cs="Nirmala UI"/>
        </w:rPr>
        <w:t>ଶକ୍ତି</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ଯୁକ୍ତରାଷ୍ଟ୍ର</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ଘଟିବାକୁ</w:t>
      </w:r>
      <w:r>
        <w:rPr>
          <w:rFonts w:ascii="Times New Roman" w:hAnsi="Times New Roman" w:eastAsia="Times New Roman" w:cs="Times New Roman"/>
        </w:rPr>
        <w:t xml:space="preserve"> </w:t>
      </w:r>
      <w:r>
        <w:rPr>
          <w:rFonts w:ascii="Nirmala UI" w:hAnsi="Nirmala UI" w:eastAsia="Nirmala UI" w:cs="Nirmala UI"/>
        </w:rPr>
        <w:t>ଥିବା</w:t>
      </w:r>
      <w:r>
        <w:rPr>
          <w:rFonts w:ascii="Times New Roman" w:hAnsi="Times New Roman" w:eastAsia="Times New Roman" w:cs="Times New Roman"/>
        </w:rPr>
        <w:t xml:space="preserve"> </w:t>
      </w:r>
      <w:r>
        <w:rPr>
          <w:rFonts w:ascii="Nirmala UI" w:hAnsi="Nirmala UI" w:eastAsia="Nirmala UI" w:cs="Nirmala UI"/>
        </w:rPr>
        <w:t>ଶେଷ</w:t>
      </w:r>
      <w:r>
        <w:rPr>
          <w:rFonts w:ascii="Times New Roman" w:hAnsi="Times New Roman" w:eastAsia="Times New Roman" w:cs="Times New Roman"/>
        </w:rPr>
        <w:t xml:space="preserve"> </w:t>
      </w:r>
      <w:r>
        <w:rPr>
          <w:rFonts w:ascii="Nirmala UI" w:hAnsi="Nirmala UI" w:eastAsia="Nirmala UI" w:cs="Nirmala UI"/>
        </w:rPr>
        <w:t>ଚୁକ୍ତିମୂଳକ</w:t>
      </w:r>
      <w:r>
        <w:rPr>
          <w:rFonts w:ascii="Times New Roman" w:hAnsi="Times New Roman" w:eastAsia="Times New Roman" w:cs="Times New Roman"/>
        </w:rPr>
        <w:t xml:space="preserve"> </w:t>
      </w:r>
      <w:r>
        <w:rPr>
          <w:rFonts w:ascii="Nirmala UI" w:hAnsi="Nirmala UI" w:eastAsia="Nirmala UI" w:cs="Nirmala UI"/>
        </w:rPr>
        <w:t>ବିବାହକୁ</w:t>
      </w:r>
      <w:r>
        <w:rPr>
          <w:rFonts w:ascii="Times New Roman" w:hAnsi="Times New Roman" w:eastAsia="Times New Roman" w:cs="Times New Roman"/>
        </w:rPr>
        <w:t xml:space="preserve"> </w:t>
      </w:r>
      <w:r>
        <w:rPr>
          <w:rFonts w:ascii="Nirmala UI" w:hAnsi="Nirmala UI" w:eastAsia="Nirmala UI" w:cs="Nirmala UI"/>
        </w:rPr>
        <w:t>ପ୍ରତିନିଧିତ୍ୱ</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ପ୍ରକାଶିତ</w:t>
      </w:r>
      <w:r>
        <w:rPr>
          <w:rFonts w:ascii="Times New Roman" w:hAnsi="Times New Roman" w:eastAsia="Times New Roman" w:cs="Times New Roman"/>
        </w:rPr>
        <w:t xml:space="preserve"> </w:t>
      </w:r>
      <w:r>
        <w:rPr>
          <w:rFonts w:ascii="Nirmala UI" w:hAnsi="Nirmala UI" w:eastAsia="Nirmala UI" w:cs="Nirmala UI"/>
        </w:rPr>
        <w:t>ବାକ୍ୟ</w:t>
      </w:r>
      <w:r>
        <w:rPr>
          <w:rFonts w:ascii="Times New Roman" w:hAnsi="Times New Roman" w:eastAsia="Times New Roman" w:cs="Times New Roman"/>
        </w:rPr>
        <w:t xml:space="preserve"> </w:t>
      </w:r>
      <w:r>
        <w:rPr>
          <w:rFonts w:ascii="Nirmala UI" w:hAnsi="Nirmala UI" w:eastAsia="Nirmala UI" w:cs="Nirmala UI"/>
        </w:rPr>
        <w:t>ସତରହ</w:t>
      </w:r>
      <w:r>
        <w:rPr>
          <w:rFonts w:ascii="Times New Roman" w:hAnsi="Times New Roman" w:eastAsia="Times New Roman" w:cs="Times New Roman"/>
        </w:rPr>
        <w:t xml:space="preserve"> </w:t>
      </w:r>
      <w:r>
        <w:rPr>
          <w:rFonts w:ascii="Nirmala UI" w:hAnsi="Nirmala UI" w:eastAsia="Nirmala UI" w:cs="Nirmala UI"/>
        </w:rPr>
        <w:t>ଅଧ୍ୟାୟର</w:t>
      </w:r>
      <w:r>
        <w:rPr>
          <w:rFonts w:ascii="Times New Roman" w:hAnsi="Times New Roman" w:eastAsia="Times New Roman" w:cs="Times New Roman"/>
        </w:rPr>
        <w:t xml:space="preserve"> </w:t>
      </w:r>
      <w:r>
        <w:rPr>
          <w:rFonts w:ascii="Nirmala UI" w:hAnsi="Nirmala UI" w:eastAsia="Nirmala UI" w:cs="Nirmala UI"/>
        </w:rPr>
        <w:t>ଦଶ</w:t>
      </w:r>
      <w:r>
        <w:rPr>
          <w:rFonts w:ascii="Times New Roman" w:hAnsi="Times New Roman" w:eastAsia="Times New Roman" w:cs="Times New Roman"/>
        </w:rPr>
        <w:t xml:space="preserve"> </w:t>
      </w:r>
      <w:r>
        <w:rPr>
          <w:rFonts w:ascii="Nirmala UI" w:hAnsi="Nirmala UI" w:eastAsia="Nirmala UI" w:cs="Nirmala UI"/>
        </w:rPr>
        <w:t>ରାଜାମାନଙ୍କ</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ପ୍ରମୁଖ</w:t>
      </w:r>
      <w:r>
        <w:rPr>
          <w:rFonts w:ascii="Times New Roman" w:hAnsi="Times New Roman" w:eastAsia="Times New Roman" w:cs="Times New Roman"/>
        </w:rPr>
        <w:t xml:space="preserve"> </w:t>
      </w:r>
      <w:r>
        <w:rPr>
          <w:rFonts w:ascii="Nirmala UI" w:hAnsi="Nirmala UI" w:eastAsia="Nirmala UI" w:cs="Nirmala UI"/>
        </w:rPr>
        <w:t>ରାଜା</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ଦୁଇ</w:t>
      </w:r>
      <w:r>
        <w:rPr>
          <w:rFonts w:ascii="Times New Roman" w:hAnsi="Times New Roman" w:eastAsia="Times New Roman" w:cs="Times New Roman"/>
        </w:rPr>
        <w:t>-</w:t>
      </w:r>
      <w:r>
        <w:rPr>
          <w:rFonts w:ascii="Nirmala UI" w:hAnsi="Nirmala UI" w:eastAsia="Nirmala UI" w:cs="Nirmala UI"/>
        </w:rPr>
        <w:t>ଶୃଙ୍ଗୀ</w:t>
      </w:r>
      <w:r>
        <w:rPr>
          <w:rFonts w:ascii="Times New Roman" w:hAnsi="Times New Roman" w:eastAsia="Times New Roman" w:cs="Times New Roman"/>
        </w:rPr>
        <w:t xml:space="preserve"> </w:t>
      </w:r>
      <w:r>
        <w:rPr>
          <w:rFonts w:ascii="Nirmala UI" w:hAnsi="Nirmala UI" w:eastAsia="Nirmala UI" w:cs="Nirmala UI"/>
        </w:rPr>
        <w:t>ଶକ୍ତି</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ଫ୍ରାନ୍ସର</w:t>
      </w:r>
      <w:r>
        <w:rPr>
          <w:rFonts w:ascii="Times New Roman" w:hAnsi="Times New Roman" w:eastAsia="Times New Roman" w:cs="Times New Roman"/>
        </w:rPr>
        <w:t xml:space="preserve"> </w:t>
      </w:r>
      <w:r>
        <w:rPr>
          <w:rFonts w:ascii="Nirmala UI" w:hAnsi="Nirmala UI" w:eastAsia="Nirmala UI" w:cs="Nirmala UI"/>
        </w:rPr>
        <w:t>ଦୁଇ</w:t>
      </w:r>
      <w:r>
        <w:rPr>
          <w:rFonts w:ascii="Times New Roman" w:hAnsi="Times New Roman" w:eastAsia="Times New Roman" w:cs="Times New Roman"/>
        </w:rPr>
        <w:t>-</w:t>
      </w:r>
      <w:r>
        <w:rPr>
          <w:rFonts w:ascii="Nirmala UI" w:hAnsi="Nirmala UI" w:eastAsia="Nirmala UI" w:cs="Nirmala UI"/>
        </w:rPr>
        <w:t>ଶୃଙ୍ଗୀ</w:t>
      </w:r>
      <w:r>
        <w:rPr>
          <w:rFonts w:ascii="Times New Roman" w:hAnsi="Times New Roman" w:eastAsia="Times New Roman" w:cs="Times New Roman"/>
        </w:rPr>
        <w:t xml:space="preserve"> </w:t>
      </w:r>
      <w:r>
        <w:rPr>
          <w:rFonts w:ascii="Nirmala UI" w:hAnsi="Nirmala UI" w:eastAsia="Nirmala UI" w:cs="Nirmala UI"/>
        </w:rPr>
        <w:t>ଶକ୍ତି</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ପ୍ରତୀକୀକୃତ।</w:t>
      </w:r>
      <w:r>
        <w:rPr>
          <w:rFonts w:ascii="Times New Roman" w:hAnsi="Times New Roman" w:eastAsia="Times New Roman" w:cs="Times New Roman"/>
        </w:rPr>
        <w:t xml:space="preserve"> </w:t>
      </w:r>
      <w:r>
        <w:rPr>
          <w:rFonts w:ascii="Nirmala UI" w:hAnsi="Nirmala UI" w:eastAsia="Nirmala UI" w:cs="Nirmala UI"/>
        </w:rPr>
        <w:t>୪୯୬</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କ୍ଲୋଭିସ</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ଆରମ୍ଭ</w:t>
      </w:r>
      <w:r>
        <w:rPr>
          <w:rFonts w:ascii="Times New Roman" w:hAnsi="Times New Roman" w:eastAsia="Times New Roman" w:cs="Times New Roman"/>
        </w:rPr>
        <w:t xml:space="preserve"> </w:t>
      </w:r>
      <w:r>
        <w:rPr>
          <w:rFonts w:ascii="Nirmala UI" w:hAnsi="Nirmala UI" w:eastAsia="Nirmala UI" w:cs="Nirmala UI"/>
        </w:rPr>
        <w:t>ହୋଇ</w:t>
      </w:r>
      <w:r>
        <w:rPr>
          <w:rFonts w:ascii="Times New Roman" w:hAnsi="Times New Roman" w:eastAsia="Times New Roman" w:cs="Times New Roman"/>
        </w:rPr>
        <w:t xml:space="preserve">, </w:t>
      </w:r>
      <w:r>
        <w:rPr>
          <w:rFonts w:ascii="Nirmala UI" w:hAnsi="Nirmala UI" w:eastAsia="Nirmala UI" w:cs="Nirmala UI"/>
        </w:rPr>
        <w:t>ଶେଷରେ</w:t>
      </w:r>
      <w:r>
        <w:rPr>
          <w:rFonts w:ascii="Times New Roman" w:hAnsi="Times New Roman" w:eastAsia="Times New Roman" w:cs="Times New Roman"/>
        </w:rPr>
        <w:t xml:space="preserve"> </w:t>
      </w:r>
      <w:r>
        <w:rPr>
          <w:rFonts w:ascii="Nirmala UI" w:hAnsi="Nirmala UI" w:eastAsia="Nirmala UI" w:cs="Nirmala UI"/>
        </w:rPr>
        <w:t>୫୩୩</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ଜଷ୍ଟିନିଆନଙ୍କ</w:t>
      </w:r>
      <w:r>
        <w:rPr>
          <w:rFonts w:ascii="Times New Roman" w:hAnsi="Times New Roman" w:eastAsia="Times New Roman" w:cs="Times New Roman"/>
        </w:rPr>
        <w:t xml:space="preserve"> </w:t>
      </w:r>
      <w:r>
        <w:rPr>
          <w:rFonts w:ascii="Nirmala UI" w:hAnsi="Nirmala UI" w:eastAsia="Nirmala UI" w:cs="Nirmala UI"/>
        </w:rPr>
        <w:t>ଆଜ୍ଞା</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୫୩୮</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ପୋପତନ୍ତ୍ରର</w:t>
      </w:r>
      <w:r>
        <w:rPr>
          <w:rFonts w:ascii="Times New Roman" w:hAnsi="Times New Roman" w:eastAsia="Times New Roman" w:cs="Times New Roman"/>
        </w:rPr>
        <w:t xml:space="preserve"> </w:t>
      </w:r>
      <w:r>
        <w:rPr>
          <w:rFonts w:ascii="Nirmala UI" w:hAnsi="Nirmala UI" w:eastAsia="Nirmala UI" w:cs="Nirmala UI"/>
        </w:rPr>
        <w:t>ସିଂହାସନାରୋହଣ</w:t>
      </w:r>
      <w:r>
        <w:rPr>
          <w:rFonts w:ascii="Times New Roman" w:hAnsi="Times New Roman" w:eastAsia="Times New Roman" w:cs="Times New Roman"/>
        </w:rPr>
        <w:t xml:space="preserve"> </w:t>
      </w:r>
      <w:r>
        <w:rPr>
          <w:rFonts w:ascii="Nirmala UI" w:hAnsi="Nirmala UI" w:eastAsia="Nirmala UI" w:cs="Nirmala UI"/>
        </w:rPr>
        <w:t>ପର୍ଯ୍ୟନ୍ତ</w:t>
      </w:r>
      <w:r>
        <w:rPr>
          <w:rFonts w:ascii="Times New Roman" w:hAnsi="Times New Roman" w:eastAsia="Times New Roman" w:cs="Times New Roman"/>
        </w:rPr>
        <w:t xml:space="preserve"> </w:t>
      </w:r>
      <w:r>
        <w:rPr>
          <w:rFonts w:ascii="Nirmala UI" w:hAnsi="Nirmala UI" w:eastAsia="Nirmala UI" w:cs="Nirmala UI"/>
        </w:rPr>
        <w:t>ନେଇଯାଇଥିବା</w:t>
      </w:r>
      <w:r>
        <w:rPr>
          <w:rFonts w:ascii="Times New Roman" w:hAnsi="Times New Roman" w:eastAsia="Times New Roman" w:cs="Times New Roman"/>
        </w:rPr>
        <w:t xml:space="preserve"> </w:t>
      </w:r>
      <w:r>
        <w:rPr>
          <w:rFonts w:ascii="Nirmala UI" w:hAnsi="Nirmala UI" w:eastAsia="Nirmala UI" w:cs="Nirmala UI"/>
        </w:rPr>
        <w:t>ଇତିହାସ</w:t>
      </w:r>
      <w:r>
        <w:rPr>
          <w:rFonts w:ascii="Times New Roman" w:hAnsi="Times New Roman" w:eastAsia="Times New Roman" w:cs="Times New Roman"/>
        </w:rPr>
        <w:t xml:space="preserve">, </w:t>
      </w:r>
      <w:r>
        <w:rPr>
          <w:rFonts w:ascii="Nirmala UI" w:hAnsi="Nirmala UI" w:eastAsia="Nirmala UI" w:cs="Nirmala UI"/>
        </w:rPr>
        <w:t>୧୯୮୯</w:t>
      </w:r>
      <w:r>
        <w:rPr>
          <w:rFonts w:ascii="Times New Roman" w:hAnsi="Times New Roman" w:eastAsia="Times New Roman" w:cs="Times New Roman"/>
        </w:rPr>
        <w:t xml:space="preserve"> </w:t>
      </w:r>
      <w:r>
        <w:rPr>
          <w:rFonts w:ascii="Nirmala UI" w:hAnsi="Nirmala UI" w:eastAsia="Nirmala UI" w:cs="Nirmala UI"/>
        </w:rPr>
        <w:t>ଠାରୁ</w:t>
      </w:r>
      <w:r>
        <w:rPr>
          <w:rFonts w:ascii="Times New Roman" w:hAnsi="Times New Roman" w:eastAsia="Times New Roman" w:cs="Times New Roman"/>
        </w:rPr>
        <w:t xml:space="preserve"> </w:t>
      </w:r>
      <w:r>
        <w:rPr>
          <w:rFonts w:ascii="Nirmala UI" w:hAnsi="Nirmala UI" w:eastAsia="Nirmala UI" w:cs="Nirmala UI"/>
        </w:rPr>
        <w:t>ରବିବାର</w:t>
      </w:r>
      <w:r>
        <w:rPr>
          <w:rFonts w:ascii="Times New Roman" w:hAnsi="Times New Roman" w:eastAsia="Times New Roman" w:cs="Times New Roman"/>
        </w:rPr>
        <w:t xml:space="preserve"> </w:t>
      </w:r>
      <w:r>
        <w:rPr>
          <w:rFonts w:ascii="Nirmala UI" w:hAnsi="Nirmala UI" w:eastAsia="Nirmala UI" w:cs="Nirmala UI"/>
        </w:rPr>
        <w:t>ଆଇନ</w:t>
      </w:r>
      <w:r>
        <w:rPr>
          <w:rFonts w:ascii="Times New Roman" w:hAnsi="Times New Roman" w:eastAsia="Times New Roman" w:cs="Times New Roman"/>
        </w:rPr>
        <w:t xml:space="preserve"> </w:t>
      </w:r>
      <w:r>
        <w:rPr>
          <w:rFonts w:ascii="Nirmala UI" w:hAnsi="Nirmala UI" w:eastAsia="Nirmala UI" w:cs="Nirmala UI"/>
        </w:rPr>
        <w:t>ପର୍ଯ୍ୟନ୍ତର</w:t>
      </w:r>
      <w:r>
        <w:rPr>
          <w:rFonts w:ascii="Times New Roman" w:hAnsi="Times New Roman" w:eastAsia="Times New Roman" w:cs="Times New Roman"/>
        </w:rPr>
        <w:t xml:space="preserve"> </w:t>
      </w:r>
      <w:r>
        <w:rPr>
          <w:rFonts w:ascii="Nirmala UI" w:hAnsi="Nirmala UI" w:eastAsia="Nirmala UI" w:cs="Nirmala UI"/>
        </w:rPr>
        <w:t>ଇତିହାସକୁ</w:t>
      </w:r>
      <w:r>
        <w:rPr>
          <w:rFonts w:ascii="Times New Roman" w:hAnsi="Times New Roman" w:eastAsia="Times New Roman" w:cs="Times New Roman"/>
        </w:rPr>
        <w:t xml:space="preserve"> </w:t>
      </w:r>
      <w:r>
        <w:rPr>
          <w:rFonts w:ascii="Nirmala UI" w:hAnsi="Nirmala UI" w:eastAsia="Nirmala UI" w:cs="Nirmala UI"/>
        </w:rPr>
        <w:t>ପ୍ରତିନିଧିତ୍ୱ</w:t>
      </w:r>
      <w:r>
        <w:rPr>
          <w:rFonts w:ascii="Times New Roman" w:hAnsi="Times New Roman" w:eastAsia="Times New Roman" w:cs="Times New Roman"/>
        </w:rPr>
        <w:t xml:space="preserve"> </w:t>
      </w:r>
      <w:r>
        <w:rPr>
          <w:rFonts w:ascii="Nirmala UI" w:hAnsi="Nirmala UI" w:eastAsia="Nirmala UI" w:cs="Nirmala UI"/>
        </w:rPr>
        <w:t>କରେ।</w:t>
      </w:r>
    </w:p>
    <w:p>
      <w:pPr>
        <w:pStyle w:val="ArticleBody"/>
        <w:jc w:val="left"/>
      </w:pPr>
      <w:r>
        <w:rPr>
          <w:rFonts w:ascii="Nirmala UI" w:hAnsi="Nirmala UI" w:eastAsia="Nirmala UI" w:cs="Nirmala UI"/>
        </w:rPr>
        <w:t>ꯑꯩꯈꯣꯏ</w:t>
      </w:r>
      <w:r>
        <w:rPr>
          <w:rFonts w:ascii="Times New Roman" w:hAnsi="Times New Roman" w:eastAsia="Times New Roman" w:cs="Times New Roman"/>
        </w:rPr>
        <w:t xml:space="preserve"> </w:t>
      </w:r>
      <w:r>
        <w:rPr>
          <w:rFonts w:ascii="Nirmala UI" w:hAnsi="Nirmala UI" w:eastAsia="Nirmala UI" w:cs="Nirmala UI"/>
        </w:rPr>
        <w:t>ꯅꯥꯏꯁ꯭ꯠ</w:t>
      </w:r>
      <w:r>
        <w:rPr>
          <w:rFonts w:ascii="Times New Roman" w:hAnsi="Times New Roman" w:eastAsia="Times New Roman" w:cs="Times New Roman"/>
        </w:rPr>
        <w:t xml:space="preserve"> </w:t>
      </w:r>
      <w:r>
        <w:rPr>
          <w:rFonts w:ascii="Nirmala UI" w:hAnsi="Nirmala UI" w:eastAsia="Nirmala UI" w:cs="Nirmala UI"/>
        </w:rPr>
        <w:t>ꯑꯣꯔꯇꯤꯀꯜꯗꯥ</w:t>
      </w:r>
      <w:r>
        <w:rPr>
          <w:rFonts w:ascii="Times New Roman" w:hAnsi="Times New Roman" w:eastAsia="Times New Roman" w:cs="Times New Roman"/>
        </w:rPr>
        <w:t xml:space="preserve"> </w:t>
      </w:r>
      <w:r>
        <w:rPr>
          <w:rFonts w:ascii="Nirmala UI" w:hAnsi="Nirmala UI" w:eastAsia="Nirmala UI" w:cs="Nirmala UI"/>
        </w:rPr>
        <w:t>ꯃꯁꯤ</w:t>
      </w:r>
      <w:r>
        <w:rPr>
          <w:rFonts w:ascii="Times New Roman" w:hAnsi="Times New Roman" w:eastAsia="Times New Roman" w:cs="Times New Roman"/>
        </w:rPr>
        <w:t xml:space="preserve"> </w:t>
      </w:r>
      <w:r>
        <w:rPr>
          <w:rFonts w:ascii="Nirmala UI" w:hAnsi="Nirmala UI" w:eastAsia="Nirmala UI" w:cs="Nirmala UI"/>
        </w:rPr>
        <w:t>ꯈꯨꯗꯣꯡꯆꯥꯕꯁꯤꯡ</w:t>
      </w:r>
      <w:r>
        <w:rPr>
          <w:rFonts w:ascii="Times New Roman" w:hAnsi="Times New Roman" w:eastAsia="Times New Roman" w:cs="Times New Roman"/>
        </w:rPr>
        <w:t xml:space="preserve"> </w:t>
      </w:r>
      <w:r>
        <w:rPr>
          <w:rFonts w:ascii="Nirmala UI" w:hAnsi="Nirmala UI" w:eastAsia="Nirmala UI" w:cs="Nirmala UI"/>
        </w:rPr>
        <w:t>ꯃꯈꯥ</w:t>
      </w:r>
      <w:r>
        <w:rPr>
          <w:rFonts w:ascii="Times New Roman" w:hAnsi="Times New Roman" w:eastAsia="Times New Roman" w:cs="Times New Roman"/>
        </w:rPr>
        <w:t xml:space="preserve"> </w:t>
      </w:r>
      <w:r>
        <w:rPr>
          <w:rFonts w:ascii="Nirmala UI" w:hAnsi="Nirmala UI" w:eastAsia="Nirmala UI" w:cs="Nirmala UI"/>
        </w:rPr>
        <w:t>ꯆꯠꯇꯨꯅ</w:t>
      </w:r>
      <w:r>
        <w:rPr>
          <w:rFonts w:ascii="Times New Roman" w:hAnsi="Times New Roman" w:eastAsia="Times New Roman" w:cs="Times New Roman"/>
        </w:rPr>
        <w:t xml:space="preserve"> </w:t>
      </w:r>
      <w:r>
        <w:rPr>
          <w:rFonts w:ascii="Nirmala UI" w:hAnsi="Nirmala UI" w:eastAsia="Nirmala UI" w:cs="Nirmala UI"/>
        </w:rPr>
        <w:t>ꯃꯀꯣꯛ</w:t>
      </w:r>
      <w:r>
        <w:rPr>
          <w:rFonts w:ascii="Times New Roman" w:hAnsi="Times New Roman" w:eastAsia="Times New Roman" w:cs="Times New Roman"/>
        </w:rPr>
        <w:t xml:space="preserve"> </w:t>
      </w:r>
      <w:r>
        <w:rPr>
          <w:rFonts w:ascii="Nirmala UI" w:hAnsi="Nirmala UI" w:eastAsia="Nirmala UI" w:cs="Nirmala UI"/>
        </w:rPr>
        <w:t>ꯍꯟꯒꯠꯂꯒꯅꯤ।</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ପଦ୍ୟ ଚାଳିଶର ଗୁପ୍ତ ଇତିହାସ — ସଂଖ୍ୟା ତିରିଶି</dc:title>
  <dc:subject>ሕዝቅኤል ቁጥር አስራ አንድ</dc:subject>
  <dc:creator>Jeff Pippenger</dc:creator>
  <cp:keywords/>
  <dc:description>Generated by ArticleDigger from hidden_history\30_hidden_history.json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