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egoe UI" w:hAnsi="Segoe UI" w:eastAsia="Segoe UI" w:cs="Segoe UI"/>
        </w:rPr>
        <w:t>لم</w:t>
      </w:r>
      <w:r>
        <w:rPr>
          <w:rFonts w:ascii="Nirmala UI" w:hAnsi="Nirmala UI" w:eastAsia="Nirmala UI" w:cs="Nirmala UI"/>
        </w:rPr>
        <w:t xml:space="preserve"> </w:t>
      </w:r>
      <w:r>
        <w:rPr>
          <w:rFonts w:ascii="Segoe UI" w:hAnsi="Segoe UI" w:eastAsia="Segoe UI" w:cs="Segoe UI"/>
        </w:rPr>
        <w:t>تُحدَّد</w:t>
      </w:r>
      <w:r>
        <w:rPr>
          <w:rFonts w:ascii="Nirmala UI" w:hAnsi="Nirmala UI" w:eastAsia="Nirmala UI" w:cs="Nirmala UI"/>
        </w:rPr>
        <w:t xml:space="preserve"> </w:t>
      </w:r>
      <w:r>
        <w:rPr>
          <w:rFonts w:ascii="Segoe UI" w:hAnsi="Segoe UI" w:eastAsia="Segoe UI" w:cs="Segoe UI"/>
        </w:rPr>
        <w:t>اللغة</w:t>
      </w:r>
      <w:r>
        <w:rPr>
          <w:rFonts w:ascii="Nirmala UI" w:hAnsi="Nirmala UI" w:eastAsia="Nirmala UI" w:cs="Nirmala UI"/>
        </w:rPr>
        <w:t xml:space="preserve"> </w:t>
      </w:r>
      <w:r>
        <w:rPr>
          <w:rFonts w:ascii="Segoe UI" w:hAnsi="Segoe UI" w:eastAsia="Segoe UI" w:cs="Segoe UI"/>
        </w:rPr>
        <w:t>الهدف</w:t>
      </w:r>
      <w:r>
        <w:rPr>
          <w:rFonts w:ascii="Nirmala UI" w:hAnsi="Nirmala UI" w:eastAsia="Nirmala UI" w:cs="Nirmala UI"/>
        </w:rPr>
        <w:t xml:space="preserve">. </w:t>
      </w:r>
      <w:r>
        <w:rPr>
          <w:rFonts w:ascii="Segoe UI" w:hAnsi="Segoe UI" w:eastAsia="Segoe UI" w:cs="Segoe UI"/>
        </w:rPr>
        <w:t>يرجى</w:t>
      </w:r>
      <w:r>
        <w:rPr>
          <w:rFonts w:ascii="Nirmala UI" w:hAnsi="Nirmala UI" w:eastAsia="Nirmala UI" w:cs="Nirmala UI"/>
        </w:rPr>
        <w:t xml:space="preserve"> </w:t>
      </w:r>
      <w:r>
        <w:rPr>
          <w:rFonts w:ascii="Segoe UI" w:hAnsi="Segoe UI" w:eastAsia="Segoe UI" w:cs="Segoe UI"/>
        </w:rPr>
        <w:t>إرسال</w:t>
      </w:r>
      <w:r>
        <w:rPr>
          <w:rFonts w:ascii="Nirmala UI" w:hAnsi="Nirmala UI" w:eastAsia="Nirmala UI" w:cs="Nirmala UI"/>
        </w:rPr>
        <w:t xml:space="preserve"> </w:t>
      </w:r>
      <w:r>
        <w:rPr>
          <w:rFonts w:ascii="Segoe UI" w:hAnsi="Segoe UI" w:eastAsia="Segoe UI" w:cs="Segoe UI"/>
        </w:rPr>
        <w:t>اللغة</w:t>
      </w:r>
      <w:r>
        <w:rPr>
          <w:rFonts w:ascii="Nirmala UI" w:hAnsi="Nirmala UI" w:eastAsia="Nirmala UI" w:cs="Nirmala UI"/>
        </w:rPr>
        <w:t xml:space="preserve"> </w:t>
      </w:r>
      <w:r>
        <w:rPr>
          <w:rFonts w:ascii="Segoe UI" w:hAnsi="Segoe UI" w:eastAsia="Segoe UI" w:cs="Segoe UI"/>
        </w:rPr>
        <w:t>التي</w:t>
      </w:r>
      <w:r>
        <w:rPr>
          <w:rFonts w:ascii="Nirmala UI" w:hAnsi="Nirmala UI" w:eastAsia="Nirmala UI" w:cs="Nirmala UI"/>
        </w:rPr>
        <w:t xml:space="preserve"> </w:t>
      </w:r>
      <w:r>
        <w:rPr>
          <w:rFonts w:ascii="Segoe UI" w:hAnsi="Segoe UI" w:eastAsia="Segoe UI" w:cs="Segoe UI"/>
        </w:rPr>
        <w:t>تريد</w:t>
      </w:r>
      <w:r>
        <w:rPr>
          <w:rFonts w:ascii="Nirmala UI" w:hAnsi="Nirmala UI" w:eastAsia="Nirmala UI" w:cs="Nirmala UI"/>
        </w:rPr>
        <w:t xml:space="preserve"> </w:t>
      </w:r>
      <w:r>
        <w:rPr>
          <w:rFonts w:ascii="Segoe UI" w:hAnsi="Segoe UI" w:eastAsia="Segoe UI" w:cs="Segoe UI"/>
        </w:rPr>
        <w:t>الترجمة</w:t>
      </w:r>
      <w:r>
        <w:rPr>
          <w:rFonts w:ascii="Nirmala UI" w:hAnsi="Nirmala UI" w:eastAsia="Nirmala UI" w:cs="Nirmala UI"/>
        </w:rPr>
        <w:t xml:space="preserve"> </w:t>
      </w:r>
      <w:r>
        <w:rPr>
          <w:rFonts w:ascii="Segoe UI" w:hAnsi="Segoe UI" w:eastAsia="Segoe UI" w:cs="Segoe UI"/>
        </w:rPr>
        <w:t>إليها</w:t>
      </w:r>
      <w:r>
        <w:rPr>
          <w:rFonts w:ascii="Nirmala UI" w:hAnsi="Nirmala UI" w:eastAsia="Nirmala UI" w:cs="Nirmala UI"/>
        </w:rPr>
        <w:t>.</w:t>
      </w:r>
    </w:p>
    <w:p>
      <w:pPr>
        <w:pStyle w:val="ArticleSubtitle"/>
        <w:jc w:val="left"/>
      </w:pPr>
      <w:r>
        <w:rPr>
          <w:rFonts w:ascii="Segoe UI" w:hAnsi="Segoe UI" w:eastAsia="Segoe UI" w:cs="Segoe UI"/>
        </w:rPr>
        <w:t>حزقیال</w:t>
      </w:r>
      <w:r>
        <w:rPr>
          <w:rFonts w:ascii="Nirmala UI" w:hAnsi="Nirmala UI" w:eastAsia="Nirmala UI" w:cs="Nirmala UI"/>
        </w:rPr>
        <w:t xml:space="preserve"> </w:t>
      </w:r>
      <w:r>
        <w:rPr>
          <w:rFonts w:ascii="Segoe UI" w:hAnsi="Segoe UI" w:eastAsia="Segoe UI" w:cs="Segoe UI"/>
        </w:rPr>
        <w:t>شماره</w:t>
      </w:r>
      <w:r>
        <w:rPr>
          <w:rFonts w:ascii="Nirmala UI" w:hAnsi="Nirmala UI" w:eastAsia="Nirmala UI" w:cs="Nirmala UI"/>
        </w:rPr>
        <w:t xml:space="preserve"> </w:t>
      </w:r>
      <w:r>
        <w:rPr>
          <w:rFonts w:ascii="Segoe UI" w:hAnsi="Segoe UI" w:eastAsia="Segoe UI" w:cs="Segoe UI"/>
        </w:rPr>
        <w:t>پنج</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2026-08-10</w:t>
      </w:r>
    </w:p>
    <w:p>
      <w:pPr>
        <w:pStyle w:val="ArticleBody"/>
        <w:jc w:val="left"/>
      </w:pPr>
      <w:r>
        <w:rPr>
          <w:rFonts w:ascii="Nirmala UI" w:hAnsi="Nirmala UI" w:eastAsia="Nirmala UI" w:cs="Nirmala UI"/>
        </w:rPr>
        <w:t>În pasajul din Testimonies, volumul cinci, pe care îl analiz</w:t>
      </w:r>
      <w:r>
        <w:rPr>
          <w:rFonts w:ascii="Times New Roman" w:hAnsi="Times New Roman" w:eastAsia="Times New Roman" w:cs="Times New Roman"/>
        </w:rPr>
        <w:t>ă</w:t>
      </w:r>
      <w:r>
        <w:rPr>
          <w:rFonts w:ascii="Nirmala UI" w:hAnsi="Nirmala UI" w:eastAsia="Nirmala UI" w:cs="Nirmala UI"/>
        </w:rPr>
        <w:t>m de câteva articole încoace, ni se prezint</w:t>
      </w:r>
      <w:r>
        <w:rPr>
          <w:rFonts w:ascii="Times New Roman" w:hAnsi="Times New Roman" w:eastAsia="Times New Roman" w:cs="Times New Roman"/>
        </w:rPr>
        <w:t>ă</w:t>
      </w:r>
      <w:r>
        <w:rPr>
          <w:rFonts w:ascii="Nirmala UI" w:hAnsi="Nirmala UI" w:eastAsia="Nirmala UI" w:cs="Nirmala UI"/>
        </w:rPr>
        <w:t xml:space="preserve"> viziunea templului dat</w:t>
      </w:r>
      <w:r>
        <w:rPr>
          <w:rFonts w:ascii="Times New Roman" w:hAnsi="Times New Roman" w:eastAsia="Times New Roman" w:cs="Times New Roman"/>
        </w:rPr>
        <w:t>ă</w:t>
      </w:r>
      <w:r>
        <w:rPr>
          <w:rFonts w:ascii="Nirmala UI" w:hAnsi="Nirmala UI" w:eastAsia="Nirmala UI" w:cs="Nirmala UI"/>
        </w:rPr>
        <w:t xml:space="preserve"> lui Ezechiel, Isaia </w:t>
      </w:r>
      <w:r>
        <w:rPr>
          <w:rFonts w:ascii="Times New Roman" w:hAnsi="Times New Roman" w:eastAsia="Times New Roman" w:cs="Times New Roman"/>
        </w:rPr>
        <w:t>ș</w:t>
      </w:r>
      <w:r>
        <w:rPr>
          <w:rFonts w:ascii="Nirmala UI" w:hAnsi="Nirmala UI" w:eastAsia="Nirmala UI" w:cs="Nirmala UI"/>
        </w:rPr>
        <w:t>i Ioan:</w:t>
      </w:r>
    </w:p>
    <w:p>
      <w:pPr>
        <w:pStyle w:val="ArticleScripture"/>
        <w:jc w:val="left"/>
      </w:pPr>
      <w:r>
        <w:rPr>
          <w:rFonts w:ascii="Nirmala UI" w:hAnsi="Nirmala UI" w:eastAsia="Nirmala UI" w:cs="Nirmala UI"/>
        </w:rPr>
        <w:t>“Aceste lec</w:t>
      </w:r>
      <w:r>
        <w:rPr>
          <w:rFonts w:ascii="Times New Roman" w:hAnsi="Times New Roman" w:eastAsia="Times New Roman" w:cs="Times New Roman"/>
        </w:rPr>
        <w:t>ț</w:t>
      </w:r>
      <w:r>
        <w:rPr>
          <w:rFonts w:ascii="Nirmala UI" w:hAnsi="Nirmala UI" w:eastAsia="Nirmala UI" w:cs="Nirmala UI"/>
        </w:rPr>
        <w:t>ii sunt spre folosul nostru. Avem nevoie s</w:t>
      </w:r>
      <w:r>
        <w:rPr>
          <w:rFonts w:ascii="Times New Roman" w:hAnsi="Times New Roman" w:eastAsia="Times New Roman" w:cs="Times New Roman"/>
        </w:rPr>
        <w:t>ă</w:t>
      </w:r>
      <w:r>
        <w:rPr>
          <w:rFonts w:ascii="Nirmala UI" w:hAnsi="Nirmala UI" w:eastAsia="Nirmala UI" w:cs="Nirmala UI"/>
        </w:rPr>
        <w:t xml:space="preserve"> ne întemeiem credin</w:t>
      </w:r>
      <w:r>
        <w:rPr>
          <w:rFonts w:ascii="Times New Roman" w:hAnsi="Times New Roman" w:eastAsia="Times New Roman" w:cs="Times New Roman"/>
        </w:rPr>
        <w:t>ț</w:t>
      </w:r>
      <w:r>
        <w:rPr>
          <w:rFonts w:ascii="Nirmala UI" w:hAnsi="Nirmala UI" w:eastAsia="Nirmala UI" w:cs="Nirmala UI"/>
        </w:rPr>
        <w:t>a în Dumnezeu, c</w:t>
      </w:r>
      <w:r>
        <w:rPr>
          <w:rFonts w:ascii="Times New Roman" w:hAnsi="Times New Roman" w:eastAsia="Times New Roman" w:cs="Times New Roman"/>
        </w:rPr>
        <w:t>ă</w:t>
      </w:r>
      <w:r>
        <w:rPr>
          <w:rFonts w:ascii="Nirmala UI" w:hAnsi="Nirmala UI" w:eastAsia="Nirmala UI" w:cs="Nirmala UI"/>
        </w:rPr>
        <w:t>ci chiar înaintea noastr</w:t>
      </w:r>
      <w:r>
        <w:rPr>
          <w:rFonts w:ascii="Times New Roman" w:hAnsi="Times New Roman" w:eastAsia="Times New Roman" w:cs="Times New Roman"/>
        </w:rPr>
        <w:t>ă</w:t>
      </w:r>
      <w:r>
        <w:rPr>
          <w:rFonts w:ascii="Nirmala UI" w:hAnsi="Nirmala UI" w:eastAsia="Nirmala UI" w:cs="Nirmala UI"/>
        </w:rPr>
        <w:t xml:space="preserve"> se afl</w:t>
      </w:r>
      <w:r>
        <w:rPr>
          <w:rFonts w:ascii="Times New Roman" w:hAnsi="Times New Roman" w:eastAsia="Times New Roman" w:cs="Times New Roman"/>
        </w:rPr>
        <w:t>ă</w:t>
      </w:r>
      <w:r>
        <w:rPr>
          <w:rFonts w:ascii="Nirmala UI" w:hAnsi="Nirmala UI" w:eastAsia="Nirmala UI" w:cs="Nirmala UI"/>
        </w:rPr>
        <w:t xml:space="preserve"> un timp care va pune la încercare sufletele oamenilor. Hristos, pe Muntele M</w:t>
      </w:r>
      <w:r>
        <w:rPr>
          <w:rFonts w:ascii="Times New Roman" w:hAnsi="Times New Roman" w:eastAsia="Times New Roman" w:cs="Times New Roman"/>
        </w:rPr>
        <w:t>ă</w:t>
      </w:r>
      <w:r>
        <w:rPr>
          <w:rFonts w:ascii="Nirmala UI" w:hAnsi="Nirmala UI" w:eastAsia="Nirmala UI" w:cs="Nirmala UI"/>
        </w:rPr>
        <w:t>slinilor, a descris judec</w:t>
      </w:r>
      <w:r>
        <w:rPr>
          <w:rFonts w:ascii="Times New Roman" w:hAnsi="Times New Roman" w:eastAsia="Times New Roman" w:cs="Times New Roman"/>
        </w:rPr>
        <w:t>ăț</w:t>
      </w:r>
      <w:r>
        <w:rPr>
          <w:rFonts w:ascii="Nirmala UI" w:hAnsi="Nirmala UI" w:eastAsia="Nirmala UI" w:cs="Nirmala UI"/>
        </w:rPr>
        <w:t>ile înfrico</w:t>
      </w:r>
      <w:r>
        <w:rPr>
          <w:rFonts w:ascii="Times New Roman" w:hAnsi="Times New Roman" w:eastAsia="Times New Roman" w:cs="Times New Roman"/>
        </w:rPr>
        <w:t>șă</w:t>
      </w:r>
      <w:r>
        <w:rPr>
          <w:rFonts w:ascii="Nirmala UI" w:hAnsi="Nirmala UI" w:eastAsia="Nirmala UI" w:cs="Nirmala UI"/>
        </w:rPr>
        <w:t>toare care aveau s</w:t>
      </w:r>
      <w:r>
        <w:rPr>
          <w:rFonts w:ascii="Times New Roman" w:hAnsi="Times New Roman" w:eastAsia="Times New Roman" w:cs="Times New Roman"/>
        </w:rPr>
        <w:t>ă</w:t>
      </w:r>
      <w:r>
        <w:rPr>
          <w:rFonts w:ascii="Nirmala UI" w:hAnsi="Nirmala UI" w:eastAsia="Nirmala UI" w:cs="Nirmala UI"/>
        </w:rPr>
        <w:t xml:space="preserve"> precead</w:t>
      </w:r>
      <w:r>
        <w:rPr>
          <w:rFonts w:ascii="Times New Roman" w:hAnsi="Times New Roman" w:eastAsia="Times New Roman" w:cs="Times New Roman"/>
        </w:rPr>
        <w:t>ă</w:t>
      </w:r>
      <w:r>
        <w:rPr>
          <w:rFonts w:ascii="Nirmala UI" w:hAnsi="Nirmala UI" w:eastAsia="Nirmala UI" w:cs="Nirmala UI"/>
        </w:rPr>
        <w:t xml:space="preserve"> a doua Sa venire: ‘Ve</w:t>
      </w:r>
      <w:r>
        <w:rPr>
          <w:rFonts w:ascii="Times New Roman" w:hAnsi="Times New Roman" w:eastAsia="Times New Roman" w:cs="Times New Roman"/>
        </w:rPr>
        <w:t>ț</w:t>
      </w:r>
      <w:r>
        <w:rPr>
          <w:rFonts w:ascii="Nirmala UI" w:hAnsi="Nirmala UI" w:eastAsia="Nirmala UI" w:cs="Nirmala UI"/>
        </w:rPr>
        <w:t>i auzi de r</w:t>
      </w:r>
      <w:r>
        <w:rPr>
          <w:rFonts w:ascii="Times New Roman" w:hAnsi="Times New Roman" w:eastAsia="Times New Roman" w:cs="Times New Roman"/>
        </w:rPr>
        <w:t>ă</w:t>
      </w:r>
      <w:r>
        <w:rPr>
          <w:rFonts w:ascii="Nirmala UI" w:hAnsi="Nirmala UI" w:eastAsia="Nirmala UI" w:cs="Nirmala UI"/>
        </w:rPr>
        <w:t xml:space="preserve">zboaie </w:t>
      </w:r>
      <w:r>
        <w:rPr>
          <w:rFonts w:ascii="Times New Roman" w:hAnsi="Times New Roman" w:eastAsia="Times New Roman" w:cs="Times New Roman"/>
        </w:rPr>
        <w:t>ș</w:t>
      </w:r>
      <w:r>
        <w:rPr>
          <w:rFonts w:ascii="Nirmala UI" w:hAnsi="Nirmala UI" w:eastAsia="Nirmala UI" w:cs="Nirmala UI"/>
        </w:rPr>
        <w:t>i ve</w:t>
      </w:r>
      <w:r>
        <w:rPr>
          <w:rFonts w:ascii="Times New Roman" w:hAnsi="Times New Roman" w:eastAsia="Times New Roman" w:cs="Times New Roman"/>
        </w:rPr>
        <w:t>ș</w:t>
      </w:r>
      <w:r>
        <w:rPr>
          <w:rFonts w:ascii="Nirmala UI" w:hAnsi="Nirmala UI" w:eastAsia="Nirmala UI" w:cs="Nirmala UI"/>
        </w:rPr>
        <w:t>ti de r</w:t>
      </w:r>
      <w:r>
        <w:rPr>
          <w:rFonts w:ascii="Times New Roman" w:hAnsi="Times New Roman" w:eastAsia="Times New Roman" w:cs="Times New Roman"/>
        </w:rPr>
        <w:t>ă</w:t>
      </w:r>
      <w:r>
        <w:rPr>
          <w:rFonts w:ascii="Nirmala UI" w:hAnsi="Nirmala UI" w:eastAsia="Nirmala UI" w:cs="Nirmala UI"/>
        </w:rPr>
        <w:t xml:space="preserve">zboaie.’ ‘Se va ridica neam împotriva neamului </w:t>
      </w:r>
      <w:r>
        <w:rPr>
          <w:rFonts w:ascii="Times New Roman" w:hAnsi="Times New Roman" w:eastAsia="Times New Roman" w:cs="Times New Roman"/>
        </w:rPr>
        <w:t>ș</w:t>
      </w:r>
      <w:r>
        <w:rPr>
          <w:rFonts w:ascii="Nirmala UI" w:hAnsi="Nirmala UI" w:eastAsia="Nirmala UI" w:cs="Nirmala UI"/>
        </w:rPr>
        <w:t>i împ</w:t>
      </w:r>
      <w:r>
        <w:rPr>
          <w:rFonts w:ascii="Times New Roman" w:hAnsi="Times New Roman" w:eastAsia="Times New Roman" w:cs="Times New Roman"/>
        </w:rPr>
        <w:t>ă</w:t>
      </w:r>
      <w:r>
        <w:rPr>
          <w:rFonts w:ascii="Nirmala UI" w:hAnsi="Nirmala UI" w:eastAsia="Nirmala UI" w:cs="Nirmala UI"/>
        </w:rPr>
        <w:t>r</w:t>
      </w:r>
      <w:r>
        <w:rPr>
          <w:rFonts w:ascii="Times New Roman" w:hAnsi="Times New Roman" w:eastAsia="Times New Roman" w:cs="Times New Roman"/>
        </w:rPr>
        <w:t>ăț</w:t>
      </w:r>
      <w:r>
        <w:rPr>
          <w:rFonts w:ascii="Nirmala UI" w:hAnsi="Nirmala UI" w:eastAsia="Nirmala UI" w:cs="Nirmala UI"/>
        </w:rPr>
        <w:t>ie împotriva împ</w:t>
      </w:r>
      <w:r>
        <w:rPr>
          <w:rFonts w:ascii="Times New Roman" w:hAnsi="Times New Roman" w:eastAsia="Times New Roman" w:cs="Times New Roman"/>
        </w:rPr>
        <w:t>ă</w:t>
      </w:r>
      <w:r>
        <w:rPr>
          <w:rFonts w:ascii="Nirmala UI" w:hAnsi="Nirmala UI" w:eastAsia="Nirmala UI" w:cs="Nirmala UI"/>
        </w:rPr>
        <w:t>r</w:t>
      </w:r>
      <w:r>
        <w:rPr>
          <w:rFonts w:ascii="Times New Roman" w:hAnsi="Times New Roman" w:eastAsia="Times New Roman" w:cs="Times New Roman"/>
        </w:rPr>
        <w:t>ăț</w:t>
      </w:r>
      <w:r>
        <w:rPr>
          <w:rFonts w:ascii="Nirmala UI" w:hAnsi="Nirmala UI" w:eastAsia="Nirmala UI" w:cs="Nirmala UI"/>
        </w:rPr>
        <w:t xml:space="preserve">iei; </w:t>
      </w:r>
      <w:r>
        <w:rPr>
          <w:rFonts w:ascii="Times New Roman" w:hAnsi="Times New Roman" w:eastAsia="Times New Roman" w:cs="Times New Roman"/>
        </w:rPr>
        <w:t>ș</w:t>
      </w:r>
      <w:r>
        <w:rPr>
          <w:rFonts w:ascii="Nirmala UI" w:hAnsi="Nirmala UI" w:eastAsia="Nirmala UI" w:cs="Nirmala UI"/>
        </w:rPr>
        <w:t xml:space="preserve">i vor fi foamete, ciume </w:t>
      </w:r>
      <w:r>
        <w:rPr>
          <w:rFonts w:ascii="Times New Roman" w:hAnsi="Times New Roman" w:eastAsia="Times New Roman" w:cs="Times New Roman"/>
        </w:rPr>
        <w:t>ș</w:t>
      </w:r>
      <w:r>
        <w:rPr>
          <w:rFonts w:ascii="Nirmala UI" w:hAnsi="Nirmala UI" w:eastAsia="Nirmala UI" w:cs="Nirmala UI"/>
        </w:rPr>
        <w:t>i cutremure de p</w:t>
      </w:r>
      <w:r>
        <w:rPr>
          <w:rFonts w:ascii="Times New Roman" w:hAnsi="Times New Roman" w:eastAsia="Times New Roman" w:cs="Times New Roman"/>
        </w:rPr>
        <w:t>ă</w:t>
      </w:r>
      <w:r>
        <w:rPr>
          <w:rFonts w:ascii="Nirmala UI" w:hAnsi="Nirmala UI" w:eastAsia="Nirmala UI" w:cs="Nirmala UI"/>
        </w:rPr>
        <w:t>mânt în diferite locuri. Dar toate aceste lucruri nu vor fi decât începutul durerilor.’ De</w:t>
      </w:r>
      <w:r>
        <w:rPr>
          <w:rFonts w:ascii="Times New Roman" w:hAnsi="Times New Roman" w:eastAsia="Times New Roman" w:cs="Times New Roman"/>
        </w:rPr>
        <w:t>ș</w:t>
      </w:r>
      <w:r>
        <w:rPr>
          <w:rFonts w:ascii="Nirmala UI" w:hAnsi="Nirmala UI" w:eastAsia="Nirmala UI" w:cs="Nirmala UI"/>
        </w:rPr>
        <w:t>i aceste profe</w:t>
      </w:r>
      <w:r>
        <w:rPr>
          <w:rFonts w:ascii="Times New Roman" w:hAnsi="Times New Roman" w:eastAsia="Times New Roman" w:cs="Times New Roman"/>
        </w:rPr>
        <w:t>ț</w:t>
      </w:r>
      <w:r>
        <w:rPr>
          <w:rFonts w:ascii="Nirmala UI" w:hAnsi="Nirmala UI" w:eastAsia="Nirmala UI" w:cs="Nirmala UI"/>
        </w:rPr>
        <w:t xml:space="preserve">ii </w:t>
      </w:r>
      <w:r>
        <w:rPr>
          <w:rFonts w:ascii="Times New Roman" w:hAnsi="Times New Roman" w:eastAsia="Times New Roman" w:cs="Times New Roman"/>
        </w:rPr>
        <w:t>ș</w:t>
      </w:r>
      <w:r>
        <w:rPr>
          <w:rFonts w:ascii="Nirmala UI" w:hAnsi="Nirmala UI" w:eastAsia="Nirmala UI" w:cs="Nirmala UI"/>
        </w:rPr>
        <w:t>i-au g</w:t>
      </w:r>
      <w:r>
        <w:rPr>
          <w:rFonts w:ascii="Times New Roman" w:hAnsi="Times New Roman" w:eastAsia="Times New Roman" w:cs="Times New Roman"/>
        </w:rPr>
        <w:t>ă</w:t>
      </w:r>
      <w:r>
        <w:rPr>
          <w:rFonts w:ascii="Nirmala UI" w:hAnsi="Nirmala UI" w:eastAsia="Nirmala UI" w:cs="Nirmala UI"/>
        </w:rPr>
        <w:t>sit o împlinire par</w:t>
      </w:r>
      <w:r>
        <w:rPr>
          <w:rFonts w:ascii="Times New Roman" w:hAnsi="Times New Roman" w:eastAsia="Times New Roman" w:cs="Times New Roman"/>
        </w:rPr>
        <w:t>ț</w:t>
      </w:r>
      <w:r>
        <w:rPr>
          <w:rFonts w:ascii="Nirmala UI" w:hAnsi="Nirmala UI" w:eastAsia="Nirmala UI" w:cs="Nirmala UI"/>
        </w:rPr>
        <w:t>ial</w:t>
      </w:r>
      <w:r>
        <w:rPr>
          <w:rFonts w:ascii="Times New Roman" w:hAnsi="Times New Roman" w:eastAsia="Times New Roman" w:cs="Times New Roman"/>
        </w:rPr>
        <w:t>ă</w:t>
      </w:r>
      <w:r>
        <w:rPr>
          <w:rFonts w:ascii="Nirmala UI" w:hAnsi="Nirmala UI" w:eastAsia="Nirmala UI" w:cs="Nirmala UI"/>
        </w:rPr>
        <w:t xml:space="preserve"> la distrugerea Ierusalimului, ele au o aplicare mai direct</w:t>
      </w:r>
      <w:r>
        <w:rPr>
          <w:rFonts w:ascii="Times New Roman" w:hAnsi="Times New Roman" w:eastAsia="Times New Roman" w:cs="Times New Roman"/>
        </w:rPr>
        <w:t>ă</w:t>
      </w:r>
      <w:r>
        <w:rPr>
          <w:rFonts w:ascii="Nirmala UI" w:hAnsi="Nirmala UI" w:eastAsia="Nirmala UI" w:cs="Nirmala UI"/>
        </w:rPr>
        <w:t xml:space="preserve"> la zilele din urm</w:t>
      </w:r>
      <w:r>
        <w:rPr>
          <w:rFonts w:ascii="Times New Roman" w:hAnsi="Times New Roman" w:eastAsia="Times New Roman" w:cs="Times New Roman"/>
        </w:rPr>
        <w:t>ă</w:t>
      </w:r>
      <w:r>
        <w:rPr>
          <w:rFonts w:ascii="Nirmala UI" w:hAnsi="Nirmala UI" w:eastAsia="Nirmala UI" w:cs="Nirmala UI"/>
        </w:rPr>
        <w:t>.”</w:t>
      </w:r>
    </w:p>
    <w:p>
      <w:pPr>
        <w:pStyle w:val="ArticleHeading"/>
        <w:jc w:val="left"/>
      </w:pPr>
      <w:r>
        <w:rPr>
          <w:rFonts w:ascii="Nirmala UI" w:hAnsi="Nirmala UI" w:eastAsia="Nirmala UI" w:cs="Nirmala UI"/>
        </w:rPr>
        <w:t>ओर की नौवीं तिथि</w:t>
      </w:r>
    </w:p>
    <w:p>
      <w:pPr>
        <w:pStyle w:val="ArticleBody"/>
        <w:jc w:val="left"/>
      </w:pPr>
      <w:r>
        <w:rPr>
          <w:rFonts w:ascii="Nirmala UI" w:hAnsi="Nirmala UI" w:eastAsia="Nirmala UI" w:cs="Nirmala UI"/>
        </w:rPr>
        <w:t>Tisha B’Av, que significa “el Nueve de Av” en hebreo, es el día judío que conmemora la destrucción tanto del Primer Templo por los babilonios en 586 a. C. como del Segundo Templo por Tito en el año 70. Ambas destrucciones ocurrieron en la misma fecha del calendario: el día 9 del mes hebreo de Av (que por lo general cae en julio o agosto en el calendario gregoriano). Cuando la hermana White relaciona la destrucción de Jerusalén con el “tiempo que probará las almas de los hombres” en los últimos días, está identificando dos destrucciones que ambas ilustran la ley dominical que pronto vendrá.</w:t>
      </w:r>
    </w:p>
    <w:p>
      <w:pPr>
        <w:pStyle w:val="ArticleBody"/>
        <w:jc w:val="left"/>
      </w:pPr>
      <w:r>
        <w:rPr>
          <w:rFonts w:ascii="Nirmala UI" w:hAnsi="Nirmala UI" w:eastAsia="Nirmala UI" w:cs="Nirmala UI"/>
        </w:rPr>
        <w:t>వాక్యము పదహారవది గల దానియేలు పదకొండవ అధ్యాయములో ఆ ఆదివారపు ధర్మశాసనమును సూచించుచున్నది; అది నలుబది ఒకటవ వచనముతో సరిపోలుచున్నది. యెహెజ్కేలు గ్రంథమందు, యెరూషలేము నాశనము ఆదివారపు ధర్మశాసన సమయమందు జ్ఞానవంతులైన కన్యకలును మూఢులైన కన్యకలును వేరుపరచుటకు ఒక దృష్టాంతముగా ఉపయోగింపబడినది. యెహెజ్కేలు బబులోనులో బంధియై యుండగా, ఎనిమిదవ అధ్యాయము మొదలుకొని పదకొండవ అధ్యాయము వరకు ఆ వేరుపాటునే దర్శించుటకై అద్భుతరీతిగా యెరూషలేమునకు తీసికొనిపోబడెను.</w:t>
      </w:r>
    </w:p>
    <w:p>
      <w:pPr>
        <w:pStyle w:val="ArticleScripture"/>
        <w:jc w:val="left"/>
      </w:pPr>
      <w:r>
        <w:rPr>
          <w:rFonts w:ascii="Nirmala UI" w:hAnsi="Nirmala UI" w:eastAsia="Nirmala UI" w:cs="Nirmala UI"/>
        </w:rPr>
        <w:t>I ukaza</w:t>
      </w:r>
      <w:r>
        <w:rPr>
          <w:rFonts w:ascii="Times New Roman" w:hAnsi="Times New Roman" w:eastAsia="Times New Roman" w:cs="Times New Roman"/>
        </w:rPr>
        <w:t>ł</w:t>
      </w:r>
      <w:r>
        <w:rPr>
          <w:rFonts w:ascii="Nirmala UI" w:hAnsi="Nirmala UI" w:eastAsia="Nirmala UI" w:cs="Nirmala UI"/>
        </w:rPr>
        <w:t>o si</w:t>
      </w:r>
      <w:r>
        <w:rPr>
          <w:rFonts w:ascii="Times New Roman" w:hAnsi="Times New Roman" w:eastAsia="Times New Roman" w:cs="Times New Roman"/>
        </w:rPr>
        <w:t>ę</w:t>
      </w:r>
      <w:r>
        <w:rPr>
          <w:rFonts w:ascii="Nirmala UI" w:hAnsi="Nirmala UI" w:eastAsia="Nirmala UI" w:cs="Nirmala UI"/>
        </w:rPr>
        <w:t xml:space="preserve"> w szóstym roku, w szóstym miesi</w:t>
      </w:r>
      <w:r>
        <w:rPr>
          <w:rFonts w:ascii="Times New Roman" w:hAnsi="Times New Roman" w:eastAsia="Times New Roman" w:cs="Times New Roman"/>
        </w:rPr>
        <w:t>ą</w:t>
      </w:r>
      <w:r>
        <w:rPr>
          <w:rFonts w:ascii="Nirmala UI" w:hAnsi="Nirmala UI" w:eastAsia="Nirmala UI" w:cs="Nirmala UI"/>
        </w:rPr>
        <w:t>cu, pi</w:t>
      </w:r>
      <w:r>
        <w:rPr>
          <w:rFonts w:ascii="Times New Roman" w:hAnsi="Times New Roman" w:eastAsia="Times New Roman" w:cs="Times New Roman"/>
        </w:rPr>
        <w:t>ą</w:t>
      </w:r>
      <w:r>
        <w:rPr>
          <w:rFonts w:ascii="Nirmala UI" w:hAnsi="Nirmala UI" w:eastAsia="Nirmala UI" w:cs="Nirmala UI"/>
        </w:rPr>
        <w:t>tego dnia miesi</w:t>
      </w:r>
      <w:r>
        <w:rPr>
          <w:rFonts w:ascii="Times New Roman" w:hAnsi="Times New Roman" w:eastAsia="Times New Roman" w:cs="Times New Roman"/>
        </w:rPr>
        <w:t>ą</w:t>
      </w:r>
      <w:r>
        <w:rPr>
          <w:rFonts w:ascii="Nirmala UI" w:hAnsi="Nirmala UI" w:eastAsia="Nirmala UI" w:cs="Nirmala UI"/>
        </w:rPr>
        <w:t>ca, gdy siedzia</w:t>
      </w:r>
      <w:r>
        <w:rPr>
          <w:rFonts w:ascii="Times New Roman" w:hAnsi="Times New Roman" w:eastAsia="Times New Roman" w:cs="Times New Roman"/>
        </w:rPr>
        <w:t>ł</w:t>
      </w:r>
      <w:r>
        <w:rPr>
          <w:rFonts w:ascii="Nirmala UI" w:hAnsi="Nirmala UI" w:eastAsia="Nirmala UI" w:cs="Nirmala UI"/>
        </w:rPr>
        <w:t>em w swoim domu, a starsi Judy siedzieli przede mn</w:t>
      </w:r>
      <w:r>
        <w:rPr>
          <w:rFonts w:ascii="Times New Roman" w:hAnsi="Times New Roman" w:eastAsia="Times New Roman" w:cs="Times New Roman"/>
        </w:rPr>
        <w:t>ą</w:t>
      </w:r>
      <w:r>
        <w:rPr>
          <w:rFonts w:ascii="Nirmala UI" w:hAnsi="Nirmala UI" w:eastAsia="Nirmala UI" w:cs="Nirmala UI"/>
        </w:rPr>
        <w:t xml:space="preserve">, </w:t>
      </w:r>
      <w:r>
        <w:rPr>
          <w:rFonts w:ascii="Times New Roman" w:hAnsi="Times New Roman" w:eastAsia="Times New Roman" w:cs="Times New Roman"/>
        </w:rPr>
        <w:t>ż</w:t>
      </w:r>
      <w:r>
        <w:rPr>
          <w:rFonts w:ascii="Nirmala UI" w:hAnsi="Nirmala UI" w:eastAsia="Nirmala UI" w:cs="Nirmala UI"/>
        </w:rPr>
        <w:t>e tam spocz</w:t>
      </w:r>
      <w:r>
        <w:rPr>
          <w:rFonts w:ascii="Times New Roman" w:hAnsi="Times New Roman" w:eastAsia="Times New Roman" w:cs="Times New Roman"/>
        </w:rPr>
        <w:t>ęł</w:t>
      </w:r>
      <w:r>
        <w:rPr>
          <w:rFonts w:ascii="Nirmala UI" w:hAnsi="Nirmala UI" w:eastAsia="Nirmala UI" w:cs="Nirmala UI"/>
        </w:rPr>
        <w:t>a na mnie r</w:t>
      </w:r>
      <w:r>
        <w:rPr>
          <w:rFonts w:ascii="Times New Roman" w:hAnsi="Times New Roman" w:eastAsia="Times New Roman" w:cs="Times New Roman"/>
        </w:rPr>
        <w:t>ę</w:t>
      </w:r>
      <w:r>
        <w:rPr>
          <w:rFonts w:ascii="Nirmala UI" w:hAnsi="Nirmala UI" w:eastAsia="Nirmala UI" w:cs="Nirmala UI"/>
        </w:rPr>
        <w:t>ka Pana Boga. I spojrza</w:t>
      </w:r>
      <w:r>
        <w:rPr>
          <w:rFonts w:ascii="Times New Roman" w:hAnsi="Times New Roman" w:eastAsia="Times New Roman" w:cs="Times New Roman"/>
        </w:rPr>
        <w:t>ł</w:t>
      </w:r>
      <w:r>
        <w:rPr>
          <w:rFonts w:ascii="Nirmala UI" w:hAnsi="Nirmala UI" w:eastAsia="Nirmala UI" w:cs="Nirmala UI"/>
        </w:rPr>
        <w:t>em, a oto podobie</w:t>
      </w:r>
      <w:r>
        <w:rPr>
          <w:rFonts w:ascii="Times New Roman" w:hAnsi="Times New Roman" w:eastAsia="Times New Roman" w:cs="Times New Roman"/>
        </w:rPr>
        <w:t>ń</w:t>
      </w:r>
      <w:r>
        <w:rPr>
          <w:rFonts w:ascii="Nirmala UI" w:hAnsi="Nirmala UI" w:eastAsia="Nirmala UI" w:cs="Nirmala UI"/>
        </w:rPr>
        <w:t>stwo jakby wygl</w:t>
      </w:r>
      <w:r>
        <w:rPr>
          <w:rFonts w:ascii="Times New Roman" w:hAnsi="Times New Roman" w:eastAsia="Times New Roman" w:cs="Times New Roman"/>
        </w:rPr>
        <w:t>ą</w:t>
      </w:r>
      <w:r>
        <w:rPr>
          <w:rFonts w:ascii="Nirmala UI" w:hAnsi="Nirmala UI" w:eastAsia="Nirmala UI" w:cs="Nirmala UI"/>
        </w:rPr>
        <w:t>du ognia: od wygl</w:t>
      </w:r>
      <w:r>
        <w:rPr>
          <w:rFonts w:ascii="Times New Roman" w:hAnsi="Times New Roman" w:eastAsia="Times New Roman" w:cs="Times New Roman"/>
        </w:rPr>
        <w:t>ą</w:t>
      </w:r>
      <w:r>
        <w:rPr>
          <w:rFonts w:ascii="Nirmala UI" w:hAnsi="Nirmala UI" w:eastAsia="Nirmala UI" w:cs="Nirmala UI"/>
        </w:rPr>
        <w:t>du jego bioder w dó</w:t>
      </w:r>
      <w:r>
        <w:rPr>
          <w:rFonts w:ascii="Times New Roman" w:hAnsi="Times New Roman" w:eastAsia="Times New Roman" w:cs="Times New Roman"/>
        </w:rPr>
        <w:t>ł</w:t>
      </w:r>
      <w:r>
        <w:rPr>
          <w:rFonts w:ascii="Nirmala UI" w:hAnsi="Nirmala UI" w:eastAsia="Nirmala UI" w:cs="Nirmala UI"/>
        </w:rPr>
        <w:t xml:space="preserve"> — ogie</w:t>
      </w:r>
      <w:r>
        <w:rPr>
          <w:rFonts w:ascii="Times New Roman" w:hAnsi="Times New Roman" w:eastAsia="Times New Roman" w:cs="Times New Roman"/>
        </w:rPr>
        <w:t>ń</w:t>
      </w:r>
      <w:r>
        <w:rPr>
          <w:rFonts w:ascii="Nirmala UI" w:hAnsi="Nirmala UI" w:eastAsia="Nirmala UI" w:cs="Nirmala UI"/>
        </w:rPr>
        <w:t>, a od jego bioder wzwy</w:t>
      </w:r>
      <w:r>
        <w:rPr>
          <w:rFonts w:ascii="Times New Roman" w:hAnsi="Times New Roman" w:eastAsia="Times New Roman" w:cs="Times New Roman"/>
        </w:rPr>
        <w:t>ż</w:t>
      </w:r>
      <w:r>
        <w:rPr>
          <w:rFonts w:ascii="Nirmala UI" w:hAnsi="Nirmala UI" w:eastAsia="Nirmala UI" w:cs="Nirmala UI"/>
        </w:rPr>
        <w:t xml:space="preserve"> — jakby wygl</w:t>
      </w:r>
      <w:r>
        <w:rPr>
          <w:rFonts w:ascii="Times New Roman" w:hAnsi="Times New Roman" w:eastAsia="Times New Roman" w:cs="Times New Roman"/>
        </w:rPr>
        <w:t>ą</w:t>
      </w:r>
      <w:r>
        <w:rPr>
          <w:rFonts w:ascii="Nirmala UI" w:hAnsi="Nirmala UI" w:eastAsia="Nirmala UI" w:cs="Nirmala UI"/>
        </w:rPr>
        <w:t>d jasno</w:t>
      </w:r>
      <w:r>
        <w:rPr>
          <w:rFonts w:ascii="Times New Roman" w:hAnsi="Times New Roman" w:eastAsia="Times New Roman" w:cs="Times New Roman"/>
        </w:rPr>
        <w:t>ś</w:t>
      </w:r>
      <w:r>
        <w:rPr>
          <w:rFonts w:ascii="Nirmala UI" w:hAnsi="Nirmala UI" w:eastAsia="Nirmala UI" w:cs="Nirmala UI"/>
        </w:rPr>
        <w:t>ci, jak barwa bursztynu. I wyci</w:t>
      </w:r>
      <w:r>
        <w:rPr>
          <w:rFonts w:ascii="Times New Roman" w:hAnsi="Times New Roman" w:eastAsia="Times New Roman" w:cs="Times New Roman"/>
        </w:rPr>
        <w:t>ą</w:t>
      </w:r>
      <w:r>
        <w:rPr>
          <w:rFonts w:ascii="Nirmala UI" w:hAnsi="Nirmala UI" w:eastAsia="Nirmala UI" w:cs="Nirmala UI"/>
        </w:rPr>
        <w:t>gn</w:t>
      </w:r>
      <w:r>
        <w:rPr>
          <w:rFonts w:ascii="Times New Roman" w:hAnsi="Times New Roman" w:eastAsia="Times New Roman" w:cs="Times New Roman"/>
        </w:rPr>
        <w:t>ął</w:t>
      </w:r>
      <w:r>
        <w:rPr>
          <w:rFonts w:ascii="Nirmala UI" w:hAnsi="Nirmala UI" w:eastAsia="Nirmala UI" w:cs="Nirmala UI"/>
        </w:rPr>
        <w:t xml:space="preserve"> co</w:t>
      </w:r>
      <w:r>
        <w:rPr>
          <w:rFonts w:ascii="Times New Roman" w:hAnsi="Times New Roman" w:eastAsia="Times New Roman" w:cs="Times New Roman"/>
        </w:rPr>
        <w:t>ś</w:t>
      </w:r>
      <w:r>
        <w:rPr>
          <w:rFonts w:ascii="Nirmala UI" w:hAnsi="Nirmala UI" w:eastAsia="Nirmala UI" w:cs="Nirmala UI"/>
        </w:rPr>
        <w:t xml:space="preserve"> na kszta</w:t>
      </w:r>
      <w:r>
        <w:rPr>
          <w:rFonts w:ascii="Times New Roman" w:hAnsi="Times New Roman" w:eastAsia="Times New Roman" w:cs="Times New Roman"/>
        </w:rPr>
        <w:t>ł</w:t>
      </w:r>
      <w:r>
        <w:rPr>
          <w:rFonts w:ascii="Nirmala UI" w:hAnsi="Nirmala UI" w:eastAsia="Nirmala UI" w:cs="Nirmala UI"/>
        </w:rPr>
        <w:t>t r</w:t>
      </w:r>
      <w:r>
        <w:rPr>
          <w:rFonts w:ascii="Times New Roman" w:hAnsi="Times New Roman" w:eastAsia="Times New Roman" w:cs="Times New Roman"/>
        </w:rPr>
        <w:t>ę</w:t>
      </w:r>
      <w:r>
        <w:rPr>
          <w:rFonts w:ascii="Nirmala UI" w:hAnsi="Nirmala UI" w:eastAsia="Nirmala UI" w:cs="Nirmala UI"/>
        </w:rPr>
        <w:t>ki, i uchwyci</w:t>
      </w:r>
      <w:r>
        <w:rPr>
          <w:rFonts w:ascii="Times New Roman" w:hAnsi="Times New Roman" w:eastAsia="Times New Roman" w:cs="Times New Roman"/>
        </w:rPr>
        <w:t>ł</w:t>
      </w:r>
      <w:r>
        <w:rPr>
          <w:rFonts w:ascii="Nirmala UI" w:hAnsi="Nirmala UI" w:eastAsia="Nirmala UI" w:cs="Nirmala UI"/>
        </w:rPr>
        <w:t xml:space="preserve"> mnie za kosmyk w</w:t>
      </w:r>
      <w:r>
        <w:rPr>
          <w:rFonts w:ascii="Times New Roman" w:hAnsi="Times New Roman" w:eastAsia="Times New Roman" w:cs="Times New Roman"/>
        </w:rPr>
        <w:t>ł</w:t>
      </w:r>
      <w:r>
        <w:rPr>
          <w:rFonts w:ascii="Nirmala UI" w:hAnsi="Nirmala UI" w:eastAsia="Nirmala UI" w:cs="Nirmala UI"/>
        </w:rPr>
        <w:t>osów mojej g</w:t>
      </w:r>
      <w:r>
        <w:rPr>
          <w:rFonts w:ascii="Times New Roman" w:hAnsi="Times New Roman" w:eastAsia="Times New Roman" w:cs="Times New Roman"/>
        </w:rPr>
        <w:t>ł</w:t>
      </w:r>
      <w:r>
        <w:rPr>
          <w:rFonts w:ascii="Nirmala UI" w:hAnsi="Nirmala UI" w:eastAsia="Nirmala UI" w:cs="Nirmala UI"/>
        </w:rPr>
        <w:t>owy; i duch podniós</w:t>
      </w:r>
      <w:r>
        <w:rPr>
          <w:rFonts w:ascii="Times New Roman" w:hAnsi="Times New Roman" w:eastAsia="Times New Roman" w:cs="Times New Roman"/>
        </w:rPr>
        <w:t>ł</w:t>
      </w:r>
      <w:r>
        <w:rPr>
          <w:rFonts w:ascii="Nirmala UI" w:hAnsi="Nirmala UI" w:eastAsia="Nirmala UI" w:cs="Nirmala UI"/>
        </w:rPr>
        <w:t xml:space="preserve"> mnie mi</w:t>
      </w:r>
      <w:r>
        <w:rPr>
          <w:rFonts w:ascii="Times New Roman" w:hAnsi="Times New Roman" w:eastAsia="Times New Roman" w:cs="Times New Roman"/>
        </w:rPr>
        <w:t>ę</w:t>
      </w:r>
      <w:r>
        <w:rPr>
          <w:rFonts w:ascii="Nirmala UI" w:hAnsi="Nirmala UI" w:eastAsia="Nirmala UI" w:cs="Nirmala UI"/>
        </w:rPr>
        <w:t>dzy ziemi</w:t>
      </w:r>
      <w:r>
        <w:rPr>
          <w:rFonts w:ascii="Times New Roman" w:hAnsi="Times New Roman" w:eastAsia="Times New Roman" w:cs="Times New Roman"/>
        </w:rPr>
        <w:t>ę</w:t>
      </w:r>
      <w:r>
        <w:rPr>
          <w:rFonts w:ascii="Nirmala UI" w:hAnsi="Nirmala UI" w:eastAsia="Nirmala UI" w:cs="Nirmala UI"/>
        </w:rPr>
        <w:t xml:space="preserve"> a niebo, i przeniós</w:t>
      </w:r>
      <w:r>
        <w:rPr>
          <w:rFonts w:ascii="Times New Roman" w:hAnsi="Times New Roman" w:eastAsia="Times New Roman" w:cs="Times New Roman"/>
        </w:rPr>
        <w:t>ł</w:t>
      </w:r>
      <w:r>
        <w:rPr>
          <w:rFonts w:ascii="Nirmala UI" w:hAnsi="Nirmala UI" w:eastAsia="Nirmala UI" w:cs="Nirmala UI"/>
        </w:rPr>
        <w:t xml:space="preserve"> mnie w widzeniach Bo</w:t>
      </w:r>
      <w:r>
        <w:rPr>
          <w:rFonts w:ascii="Times New Roman" w:hAnsi="Times New Roman" w:eastAsia="Times New Roman" w:cs="Times New Roman"/>
        </w:rPr>
        <w:t>ż</w:t>
      </w:r>
      <w:r>
        <w:rPr>
          <w:rFonts w:ascii="Nirmala UI" w:hAnsi="Nirmala UI" w:eastAsia="Nirmala UI" w:cs="Nirmala UI"/>
        </w:rPr>
        <w:t>ych do Jeruzalemu, do wej</w:t>
      </w:r>
      <w:r>
        <w:rPr>
          <w:rFonts w:ascii="Times New Roman" w:hAnsi="Times New Roman" w:eastAsia="Times New Roman" w:cs="Times New Roman"/>
        </w:rPr>
        <w:t>ś</w:t>
      </w:r>
      <w:r>
        <w:rPr>
          <w:rFonts w:ascii="Nirmala UI" w:hAnsi="Nirmala UI" w:eastAsia="Nirmala UI" w:cs="Nirmala UI"/>
        </w:rPr>
        <w:t>cia bramy wewn</w:t>
      </w:r>
      <w:r>
        <w:rPr>
          <w:rFonts w:ascii="Times New Roman" w:hAnsi="Times New Roman" w:eastAsia="Times New Roman" w:cs="Times New Roman"/>
        </w:rPr>
        <w:t>ę</w:t>
      </w:r>
      <w:r>
        <w:rPr>
          <w:rFonts w:ascii="Nirmala UI" w:hAnsi="Nirmala UI" w:eastAsia="Nirmala UI" w:cs="Nirmala UI"/>
        </w:rPr>
        <w:t>trznej, skierowanej ku pó</w:t>
      </w:r>
      <w:r>
        <w:rPr>
          <w:rFonts w:ascii="Times New Roman" w:hAnsi="Times New Roman" w:eastAsia="Times New Roman" w:cs="Times New Roman"/>
        </w:rPr>
        <w:t>ł</w:t>
      </w:r>
      <w:r>
        <w:rPr>
          <w:rFonts w:ascii="Nirmala UI" w:hAnsi="Nirmala UI" w:eastAsia="Nirmala UI" w:cs="Nirmala UI"/>
        </w:rPr>
        <w:t>nocy, gdzie znajdowa</w:t>
      </w:r>
      <w:r>
        <w:rPr>
          <w:rFonts w:ascii="Times New Roman" w:hAnsi="Times New Roman" w:eastAsia="Times New Roman" w:cs="Times New Roman"/>
        </w:rPr>
        <w:t>ł</w:t>
      </w:r>
      <w:r>
        <w:rPr>
          <w:rFonts w:ascii="Nirmala UI" w:hAnsi="Nirmala UI" w:eastAsia="Nirmala UI" w:cs="Nirmala UI"/>
        </w:rPr>
        <w:t>o si</w:t>
      </w:r>
      <w:r>
        <w:rPr>
          <w:rFonts w:ascii="Times New Roman" w:hAnsi="Times New Roman" w:eastAsia="Times New Roman" w:cs="Times New Roman"/>
        </w:rPr>
        <w:t>ę</w:t>
      </w:r>
      <w:r>
        <w:rPr>
          <w:rFonts w:ascii="Nirmala UI" w:hAnsi="Nirmala UI" w:eastAsia="Nirmala UI" w:cs="Nirmala UI"/>
        </w:rPr>
        <w:t xml:space="preserve"> miejsce pos</w:t>
      </w:r>
      <w:r>
        <w:rPr>
          <w:rFonts w:ascii="Times New Roman" w:hAnsi="Times New Roman" w:eastAsia="Times New Roman" w:cs="Times New Roman"/>
        </w:rPr>
        <w:t>ą</w:t>
      </w:r>
      <w:r>
        <w:rPr>
          <w:rFonts w:ascii="Nirmala UI" w:hAnsi="Nirmala UI" w:eastAsia="Nirmala UI" w:cs="Nirmala UI"/>
        </w:rPr>
        <w:t>gu zazdro</w:t>
      </w:r>
      <w:r>
        <w:rPr>
          <w:rFonts w:ascii="Times New Roman" w:hAnsi="Times New Roman" w:eastAsia="Times New Roman" w:cs="Times New Roman"/>
        </w:rPr>
        <w:t>ś</w:t>
      </w:r>
      <w:r>
        <w:rPr>
          <w:rFonts w:ascii="Nirmala UI" w:hAnsi="Nirmala UI" w:eastAsia="Nirmala UI" w:cs="Nirmala UI"/>
        </w:rPr>
        <w:t>ci, który pobudza do zazdro</w:t>
      </w:r>
      <w:r>
        <w:rPr>
          <w:rFonts w:ascii="Times New Roman" w:hAnsi="Times New Roman" w:eastAsia="Times New Roman" w:cs="Times New Roman"/>
        </w:rPr>
        <w:t>ś</w:t>
      </w:r>
      <w:r>
        <w:rPr>
          <w:rFonts w:ascii="Nirmala UI" w:hAnsi="Nirmala UI" w:eastAsia="Nirmala UI" w:cs="Nirmala UI"/>
        </w:rPr>
        <w:t>ci. Ezechiela 8:1–3.</w:t>
      </w:r>
    </w:p>
    <w:p>
      <w:pPr>
        <w:pStyle w:val="ArticleBody"/>
        <w:jc w:val="left"/>
      </w:pPr>
      <w:r>
        <w:rPr>
          <w:rFonts w:ascii="Sylfaen" w:hAnsi="Sylfaen" w:eastAsia="Sylfaen" w:cs="Sylfaen"/>
        </w:rPr>
        <w:t>Հատ</w:t>
      </w:r>
      <w:r>
        <w:rPr>
          <w:rFonts w:ascii="Nirmala UI" w:hAnsi="Nirmala UI" w:eastAsia="Nirmala UI" w:cs="Nirmala UI"/>
        </w:rPr>
        <w:t xml:space="preserve"> </w:t>
      </w:r>
      <w:r>
        <w:rPr>
          <w:rFonts w:ascii="Sylfaen" w:hAnsi="Sylfaen" w:eastAsia="Sylfaen" w:cs="Sylfaen"/>
        </w:rPr>
        <w:t>ութերորդից</w:t>
      </w:r>
      <w:r>
        <w:rPr>
          <w:rFonts w:ascii="Nirmala UI" w:hAnsi="Nirmala UI" w:eastAsia="Nirmala UI" w:cs="Nirmala UI"/>
        </w:rPr>
        <w:t xml:space="preserve"> </w:t>
      </w:r>
      <w:r>
        <w:rPr>
          <w:rFonts w:ascii="Sylfaen" w:hAnsi="Sylfaen" w:eastAsia="Sylfaen" w:cs="Sylfaen"/>
        </w:rPr>
        <w:t>մինչև</w:t>
      </w:r>
      <w:r>
        <w:rPr>
          <w:rFonts w:ascii="Nirmala UI" w:hAnsi="Nirmala UI" w:eastAsia="Nirmala UI" w:cs="Nirmala UI"/>
        </w:rPr>
        <w:t xml:space="preserve"> </w:t>
      </w:r>
      <w:r>
        <w:rPr>
          <w:rFonts w:ascii="Sylfaen" w:hAnsi="Sylfaen" w:eastAsia="Sylfaen" w:cs="Sylfaen"/>
        </w:rPr>
        <w:t>տասնմեկերորդ</w:t>
      </w:r>
      <w:r>
        <w:rPr>
          <w:rFonts w:ascii="Nirmala UI" w:hAnsi="Nirmala UI" w:eastAsia="Nirmala UI" w:cs="Nirmala UI"/>
        </w:rPr>
        <w:t xml:space="preserve"> </w:t>
      </w:r>
      <w:r>
        <w:rPr>
          <w:rFonts w:ascii="Sylfaen" w:hAnsi="Sylfaen" w:eastAsia="Sylfaen" w:cs="Sylfaen"/>
        </w:rPr>
        <w:t>չորս</w:t>
      </w:r>
      <w:r>
        <w:rPr>
          <w:rFonts w:ascii="Nirmala UI" w:hAnsi="Nirmala UI" w:eastAsia="Nirmala UI" w:cs="Nirmala UI"/>
        </w:rPr>
        <w:t xml:space="preserve"> </w:t>
      </w:r>
      <w:r>
        <w:rPr>
          <w:rFonts w:ascii="Sylfaen" w:hAnsi="Sylfaen" w:eastAsia="Sylfaen" w:cs="Sylfaen"/>
        </w:rPr>
        <w:t>գլուխները</w:t>
      </w:r>
      <w:r>
        <w:rPr>
          <w:rFonts w:ascii="Nirmala UI" w:hAnsi="Nirmala UI" w:eastAsia="Nirmala UI" w:cs="Nirmala UI"/>
        </w:rPr>
        <w:t xml:space="preserve"> </w:t>
      </w:r>
      <w:r>
        <w:rPr>
          <w:rFonts w:ascii="Sylfaen" w:hAnsi="Sylfaen" w:eastAsia="Sylfaen" w:cs="Sylfaen"/>
        </w:rPr>
        <w:t>բաժանման</w:t>
      </w:r>
      <w:r>
        <w:rPr>
          <w:rFonts w:ascii="Nirmala UI" w:hAnsi="Nirmala UI" w:eastAsia="Nirmala UI" w:cs="Nirmala UI"/>
        </w:rPr>
        <w:t xml:space="preserve"> </w:t>
      </w:r>
      <w:r>
        <w:rPr>
          <w:rFonts w:ascii="Sylfaen" w:hAnsi="Sylfaen" w:eastAsia="Sylfaen" w:cs="Sylfaen"/>
        </w:rPr>
        <w:t>նկարագրությունն</w:t>
      </w:r>
      <w:r>
        <w:rPr>
          <w:rFonts w:ascii="Nirmala UI" w:hAnsi="Nirmala UI" w:eastAsia="Nirmala UI" w:cs="Nirmala UI"/>
        </w:rPr>
        <w:t xml:space="preserve"> </w:t>
      </w:r>
      <w:r>
        <w:rPr>
          <w:rFonts w:ascii="Sylfaen" w:hAnsi="Sylfaen" w:eastAsia="Sylfaen" w:cs="Sylfaen"/>
        </w:rPr>
        <w:t>են</w:t>
      </w:r>
      <w:r>
        <w:rPr>
          <w:rFonts w:ascii="Nirmala UI" w:hAnsi="Nirmala UI" w:eastAsia="Nirmala UI" w:cs="Nirmala UI"/>
        </w:rPr>
        <w:t xml:space="preserve">, </w:t>
      </w:r>
      <w:r>
        <w:rPr>
          <w:rFonts w:ascii="Sylfaen" w:hAnsi="Sylfaen" w:eastAsia="Sylfaen" w:cs="Sylfaen"/>
        </w:rPr>
        <w:t>և</w:t>
      </w:r>
      <w:r>
        <w:rPr>
          <w:rFonts w:ascii="Nirmala UI" w:hAnsi="Nirmala UI" w:eastAsia="Nirmala UI" w:cs="Nirmala UI"/>
        </w:rPr>
        <w:t xml:space="preserve"> </w:t>
      </w:r>
      <w:r>
        <w:rPr>
          <w:rFonts w:ascii="Sylfaen" w:hAnsi="Sylfaen" w:eastAsia="Sylfaen" w:cs="Sylfaen"/>
        </w:rPr>
        <w:t>Քույր</w:t>
      </w:r>
      <w:r>
        <w:rPr>
          <w:rFonts w:ascii="Nirmala UI" w:hAnsi="Nirmala UI" w:eastAsia="Nirmala UI" w:cs="Nirmala UI"/>
        </w:rPr>
        <w:t xml:space="preserve"> </w:t>
      </w:r>
      <w:r>
        <w:rPr>
          <w:rFonts w:ascii="Sylfaen" w:hAnsi="Sylfaen" w:eastAsia="Sylfaen" w:cs="Sylfaen"/>
        </w:rPr>
        <w:t>Ուայթը</w:t>
      </w:r>
      <w:r>
        <w:rPr>
          <w:rFonts w:ascii="Nirmala UI" w:hAnsi="Nirmala UI" w:eastAsia="Nirmala UI" w:cs="Nirmala UI"/>
        </w:rPr>
        <w:t xml:space="preserve">, </w:t>
      </w:r>
      <w:r>
        <w:rPr>
          <w:rFonts w:ascii="Sylfaen" w:hAnsi="Sylfaen" w:eastAsia="Sylfaen" w:cs="Sylfaen"/>
        </w:rPr>
        <w:t>մեկնաբանելով</w:t>
      </w:r>
      <w:r>
        <w:rPr>
          <w:rFonts w:ascii="Nirmala UI" w:hAnsi="Nirmala UI" w:eastAsia="Nirmala UI" w:cs="Nirmala UI"/>
        </w:rPr>
        <w:t xml:space="preserve"> </w:t>
      </w:r>
      <w:r>
        <w:rPr>
          <w:rFonts w:ascii="Sylfaen" w:hAnsi="Sylfaen" w:eastAsia="Sylfaen" w:cs="Sylfaen"/>
        </w:rPr>
        <w:t>Եզեկիել</w:t>
      </w:r>
      <w:r>
        <w:rPr>
          <w:rFonts w:ascii="Nirmala UI" w:hAnsi="Nirmala UI" w:eastAsia="Nirmala UI" w:cs="Nirmala UI"/>
        </w:rPr>
        <w:t xml:space="preserve"> </w:t>
      </w:r>
      <w:r>
        <w:rPr>
          <w:rFonts w:ascii="Sylfaen" w:hAnsi="Sylfaen" w:eastAsia="Sylfaen" w:cs="Sylfaen"/>
        </w:rPr>
        <w:t>իններորդ</w:t>
      </w:r>
      <w:r>
        <w:rPr>
          <w:rFonts w:ascii="Nirmala UI" w:hAnsi="Nirmala UI" w:eastAsia="Nirmala UI" w:cs="Nirmala UI"/>
        </w:rPr>
        <w:t xml:space="preserve"> </w:t>
      </w:r>
      <w:r>
        <w:rPr>
          <w:rFonts w:ascii="Sylfaen" w:hAnsi="Sylfaen" w:eastAsia="Sylfaen" w:cs="Sylfaen"/>
        </w:rPr>
        <w:t>գլուխը</w:t>
      </w:r>
      <w:r>
        <w:rPr>
          <w:rFonts w:ascii="Nirmala UI" w:hAnsi="Nirmala UI" w:eastAsia="Nirmala UI" w:cs="Nirmala UI"/>
        </w:rPr>
        <w:t xml:space="preserve">, </w:t>
      </w:r>
      <w:r>
        <w:rPr>
          <w:rFonts w:ascii="Sylfaen" w:hAnsi="Sylfaen" w:eastAsia="Sylfaen" w:cs="Sylfaen"/>
        </w:rPr>
        <w:t>նույնականացնում</w:t>
      </w:r>
      <w:r>
        <w:rPr>
          <w:rFonts w:ascii="Nirmala UI" w:hAnsi="Nirmala UI" w:eastAsia="Nirmala UI" w:cs="Nirmala UI"/>
        </w:rPr>
        <w:t xml:space="preserve"> </w:t>
      </w:r>
      <w:r>
        <w:rPr>
          <w:rFonts w:ascii="Sylfaen" w:hAnsi="Sylfaen" w:eastAsia="Sylfaen" w:cs="Sylfaen"/>
        </w:rPr>
        <w:t>է</w:t>
      </w:r>
      <w:r>
        <w:rPr>
          <w:rFonts w:ascii="Nirmala UI" w:hAnsi="Nirmala UI" w:eastAsia="Nirmala UI" w:cs="Nirmala UI"/>
        </w:rPr>
        <w:t xml:space="preserve"> </w:t>
      </w:r>
      <w:r>
        <w:rPr>
          <w:rFonts w:ascii="Sylfaen" w:hAnsi="Sylfaen" w:eastAsia="Sylfaen" w:cs="Sylfaen"/>
        </w:rPr>
        <w:t>ոչ</w:t>
      </w:r>
      <w:r>
        <w:rPr>
          <w:rFonts w:ascii="Nirmala UI" w:hAnsi="Nirmala UI" w:eastAsia="Nirmala UI" w:cs="Nirmala UI"/>
        </w:rPr>
        <w:t xml:space="preserve"> </w:t>
      </w:r>
      <w:r>
        <w:rPr>
          <w:rFonts w:ascii="Sylfaen" w:hAnsi="Sylfaen" w:eastAsia="Sylfaen" w:cs="Sylfaen"/>
        </w:rPr>
        <w:t>միայն</w:t>
      </w:r>
      <w:r>
        <w:rPr>
          <w:rFonts w:ascii="Nirmala UI" w:hAnsi="Nirmala UI" w:eastAsia="Nirmala UI" w:cs="Nirmala UI"/>
        </w:rPr>
        <w:t xml:space="preserve">, </w:t>
      </w:r>
      <w:r>
        <w:rPr>
          <w:rFonts w:ascii="Sylfaen" w:hAnsi="Sylfaen" w:eastAsia="Sylfaen" w:cs="Sylfaen"/>
        </w:rPr>
        <w:t>որ</w:t>
      </w:r>
      <w:r>
        <w:rPr>
          <w:rFonts w:ascii="Nirmala UI" w:hAnsi="Nirmala UI" w:eastAsia="Nirmala UI" w:cs="Nirmala UI"/>
        </w:rPr>
        <w:t xml:space="preserve"> </w:t>
      </w:r>
      <w:r>
        <w:rPr>
          <w:rFonts w:ascii="Sylfaen" w:hAnsi="Sylfaen" w:eastAsia="Sylfaen" w:cs="Sylfaen"/>
        </w:rPr>
        <w:t>դա</w:t>
      </w:r>
      <w:r>
        <w:rPr>
          <w:rFonts w:ascii="Nirmala UI" w:hAnsi="Nirmala UI" w:eastAsia="Nirmala UI" w:cs="Nirmala UI"/>
        </w:rPr>
        <w:t xml:space="preserve"> </w:t>
      </w:r>
      <w:r>
        <w:rPr>
          <w:rFonts w:ascii="Sylfaen" w:hAnsi="Sylfaen" w:eastAsia="Sylfaen" w:cs="Sylfaen"/>
        </w:rPr>
        <w:t>նույն</w:t>
      </w:r>
      <w:r>
        <w:rPr>
          <w:rFonts w:ascii="Nirmala UI" w:hAnsi="Nirmala UI" w:eastAsia="Nirmala UI" w:cs="Nirmala UI"/>
        </w:rPr>
        <w:t xml:space="preserve"> </w:t>
      </w:r>
      <w:r>
        <w:rPr>
          <w:rFonts w:ascii="Sylfaen" w:hAnsi="Sylfaen" w:eastAsia="Sylfaen" w:cs="Sylfaen"/>
        </w:rPr>
        <w:t>կնիքումն</w:t>
      </w:r>
      <w:r>
        <w:rPr>
          <w:rFonts w:ascii="Nirmala UI" w:hAnsi="Nirmala UI" w:eastAsia="Nirmala UI" w:cs="Nirmala UI"/>
        </w:rPr>
        <w:t xml:space="preserve"> </w:t>
      </w:r>
      <w:r>
        <w:rPr>
          <w:rFonts w:ascii="Sylfaen" w:hAnsi="Sylfaen" w:eastAsia="Sylfaen" w:cs="Sylfaen"/>
        </w:rPr>
        <w:t>էր</w:t>
      </w:r>
      <w:r>
        <w:rPr>
          <w:rFonts w:ascii="Nirmala UI" w:hAnsi="Nirmala UI" w:eastAsia="Nirmala UI" w:cs="Nirmala UI"/>
        </w:rPr>
        <w:t xml:space="preserve">, </w:t>
      </w:r>
      <w:r>
        <w:rPr>
          <w:rFonts w:ascii="Sylfaen" w:hAnsi="Sylfaen" w:eastAsia="Sylfaen" w:cs="Sylfaen"/>
        </w:rPr>
        <w:t>ինչ</w:t>
      </w:r>
      <w:r>
        <w:rPr>
          <w:rFonts w:ascii="Nirmala UI" w:hAnsi="Nirmala UI" w:eastAsia="Nirmala UI" w:cs="Nirmala UI"/>
        </w:rPr>
        <w:t xml:space="preserve"> </w:t>
      </w:r>
      <w:r>
        <w:rPr>
          <w:rFonts w:ascii="Sylfaen" w:hAnsi="Sylfaen" w:eastAsia="Sylfaen" w:cs="Sylfaen"/>
        </w:rPr>
        <w:t>Հայտնություն</w:t>
      </w:r>
      <w:r>
        <w:rPr>
          <w:rFonts w:ascii="Nirmala UI" w:hAnsi="Nirmala UI" w:eastAsia="Nirmala UI" w:cs="Nirmala UI"/>
        </w:rPr>
        <w:t xml:space="preserve"> </w:t>
      </w:r>
      <w:r>
        <w:rPr>
          <w:rFonts w:ascii="Sylfaen" w:hAnsi="Sylfaen" w:eastAsia="Sylfaen" w:cs="Sylfaen"/>
        </w:rPr>
        <w:t>յոթերորդ</w:t>
      </w:r>
      <w:r>
        <w:rPr>
          <w:rFonts w:ascii="Nirmala UI" w:hAnsi="Nirmala UI" w:eastAsia="Nirmala UI" w:cs="Nirmala UI"/>
        </w:rPr>
        <w:t xml:space="preserve"> </w:t>
      </w:r>
      <w:r>
        <w:rPr>
          <w:rFonts w:ascii="Sylfaen" w:hAnsi="Sylfaen" w:eastAsia="Sylfaen" w:cs="Sylfaen"/>
        </w:rPr>
        <w:t>գլխում</w:t>
      </w:r>
      <w:r>
        <w:rPr>
          <w:rFonts w:ascii="Nirmala UI" w:hAnsi="Nirmala UI" w:eastAsia="Nirmala UI" w:cs="Nirmala UI"/>
        </w:rPr>
        <w:t xml:space="preserve">, </w:t>
      </w:r>
      <w:r>
        <w:rPr>
          <w:rFonts w:ascii="Sylfaen" w:hAnsi="Sylfaen" w:eastAsia="Sylfaen" w:cs="Sylfaen"/>
        </w:rPr>
        <w:t>այլև</w:t>
      </w:r>
      <w:r>
        <w:rPr>
          <w:rFonts w:ascii="Nirmala UI" w:hAnsi="Nirmala UI" w:eastAsia="Nirmala UI" w:cs="Nirmala UI"/>
        </w:rPr>
        <w:t xml:space="preserve"> </w:t>
      </w:r>
      <w:r>
        <w:rPr>
          <w:rFonts w:ascii="Sylfaen" w:hAnsi="Sylfaen" w:eastAsia="Sylfaen" w:cs="Sylfaen"/>
        </w:rPr>
        <w:t>այն</w:t>
      </w:r>
      <w:r>
        <w:rPr>
          <w:rFonts w:ascii="Nirmala UI" w:hAnsi="Nirmala UI" w:eastAsia="Nirmala UI" w:cs="Nirmala UI"/>
        </w:rPr>
        <w:t xml:space="preserve">, </w:t>
      </w:r>
      <w:r>
        <w:rPr>
          <w:rFonts w:ascii="Sylfaen" w:hAnsi="Sylfaen" w:eastAsia="Sylfaen" w:cs="Sylfaen"/>
        </w:rPr>
        <w:t>որ</w:t>
      </w:r>
      <w:r>
        <w:rPr>
          <w:rFonts w:ascii="Nirmala UI" w:hAnsi="Nirmala UI" w:eastAsia="Nirmala UI" w:cs="Nirmala UI"/>
        </w:rPr>
        <w:t xml:space="preserve"> </w:t>
      </w:r>
      <w:r>
        <w:rPr>
          <w:rFonts w:ascii="Sylfaen" w:hAnsi="Sylfaen" w:eastAsia="Sylfaen" w:cs="Sylfaen"/>
        </w:rPr>
        <w:t>Երուսաղեմն</w:t>
      </w:r>
      <w:r>
        <w:rPr>
          <w:rFonts w:ascii="Nirmala UI" w:hAnsi="Nirmala UI" w:eastAsia="Nirmala UI" w:cs="Nirmala UI"/>
        </w:rPr>
        <w:t xml:space="preserve"> </w:t>
      </w:r>
      <w:r>
        <w:rPr>
          <w:rFonts w:ascii="Sylfaen" w:hAnsi="Sylfaen" w:eastAsia="Sylfaen" w:cs="Sylfaen"/>
        </w:rPr>
        <w:t>ներկայացնում</w:t>
      </w:r>
      <w:r>
        <w:rPr>
          <w:rFonts w:ascii="Nirmala UI" w:hAnsi="Nirmala UI" w:eastAsia="Nirmala UI" w:cs="Nirmala UI"/>
        </w:rPr>
        <w:t xml:space="preserve"> </w:t>
      </w:r>
      <w:r>
        <w:rPr>
          <w:rFonts w:ascii="Sylfaen" w:hAnsi="Sylfaen" w:eastAsia="Sylfaen" w:cs="Sylfaen"/>
        </w:rPr>
        <w:t>է</w:t>
      </w:r>
      <w:r>
        <w:rPr>
          <w:rFonts w:ascii="Nirmala UI" w:hAnsi="Nirmala UI" w:eastAsia="Nirmala UI" w:cs="Nirmala UI"/>
        </w:rPr>
        <w:t xml:space="preserve"> </w:t>
      </w:r>
      <w:r>
        <w:rPr>
          <w:rFonts w:ascii="Sylfaen" w:hAnsi="Sylfaen" w:eastAsia="Sylfaen" w:cs="Sylfaen"/>
        </w:rPr>
        <w:t>վերջին</w:t>
      </w:r>
      <w:r>
        <w:rPr>
          <w:rFonts w:ascii="Nirmala UI" w:hAnsi="Nirmala UI" w:eastAsia="Nirmala UI" w:cs="Nirmala UI"/>
        </w:rPr>
        <w:t xml:space="preserve"> </w:t>
      </w:r>
      <w:r>
        <w:rPr>
          <w:rFonts w:ascii="Sylfaen" w:hAnsi="Sylfaen" w:eastAsia="Sylfaen" w:cs="Sylfaen"/>
        </w:rPr>
        <w:t>օրերի</w:t>
      </w:r>
      <w:r>
        <w:rPr>
          <w:rFonts w:ascii="Nirmala UI" w:hAnsi="Nirmala UI" w:eastAsia="Nirmala UI" w:cs="Nirmala UI"/>
        </w:rPr>
        <w:t xml:space="preserve"> </w:t>
      </w:r>
      <w:r>
        <w:rPr>
          <w:rFonts w:ascii="Sylfaen" w:hAnsi="Sylfaen" w:eastAsia="Sylfaen" w:cs="Sylfaen"/>
        </w:rPr>
        <w:t>լաոդիկեական</w:t>
      </w:r>
      <w:r>
        <w:rPr>
          <w:rFonts w:ascii="Nirmala UI" w:hAnsi="Nirmala UI" w:eastAsia="Nirmala UI" w:cs="Nirmala UI"/>
        </w:rPr>
        <w:t xml:space="preserve"> </w:t>
      </w:r>
      <w:r>
        <w:rPr>
          <w:rFonts w:ascii="Sylfaen" w:hAnsi="Sylfaen" w:eastAsia="Sylfaen" w:cs="Sylfaen"/>
        </w:rPr>
        <w:t>Յոթներորդ</w:t>
      </w:r>
      <w:r>
        <w:rPr>
          <w:rFonts w:ascii="Nirmala UI" w:hAnsi="Nirmala UI" w:eastAsia="Nirmala UI" w:cs="Nirmala UI"/>
        </w:rPr>
        <w:t xml:space="preserve"> </w:t>
      </w:r>
      <w:r>
        <w:rPr>
          <w:rFonts w:ascii="Sylfaen" w:hAnsi="Sylfaen" w:eastAsia="Sylfaen" w:cs="Sylfaen"/>
        </w:rPr>
        <w:t>օրվա</w:t>
      </w:r>
      <w:r>
        <w:rPr>
          <w:rFonts w:ascii="Nirmala UI" w:hAnsi="Nirmala UI" w:eastAsia="Nirmala UI" w:cs="Nirmala UI"/>
        </w:rPr>
        <w:t xml:space="preserve"> </w:t>
      </w:r>
      <w:r>
        <w:rPr>
          <w:rFonts w:ascii="Sylfaen" w:hAnsi="Sylfaen" w:eastAsia="Sylfaen" w:cs="Sylfaen"/>
        </w:rPr>
        <w:t>ադվենտիստական</w:t>
      </w:r>
      <w:r>
        <w:rPr>
          <w:rFonts w:ascii="Nirmala UI" w:hAnsi="Nirmala UI" w:eastAsia="Nirmala UI" w:cs="Nirmala UI"/>
        </w:rPr>
        <w:t xml:space="preserve"> </w:t>
      </w:r>
      <w:r>
        <w:rPr>
          <w:rFonts w:ascii="Sylfaen" w:hAnsi="Sylfaen" w:eastAsia="Sylfaen" w:cs="Sylfaen"/>
        </w:rPr>
        <w:t>եկեղեցին։</w:t>
      </w:r>
    </w:p>
    <w:p>
      <w:pPr>
        <w:pStyle w:val="ArticleScripture"/>
        <w:jc w:val="left"/>
      </w:pPr>
      <w:r>
        <w:rPr>
          <w:rFonts w:ascii="Segoe UI" w:hAnsi="Segoe UI" w:eastAsia="Segoe UI" w:cs="Segoe UI"/>
        </w:rPr>
        <w:t>هغه</w:t>
      </w:r>
      <w:r>
        <w:rPr>
          <w:rFonts w:ascii="Nirmala UI" w:hAnsi="Nirmala UI" w:eastAsia="Nirmala UI" w:cs="Nirmala UI"/>
        </w:rPr>
        <w:t xml:space="preserve"> </w:t>
      </w:r>
      <w:r>
        <w:rPr>
          <w:rFonts w:ascii="Segoe UI" w:hAnsi="Segoe UI" w:eastAsia="Segoe UI" w:cs="Segoe UI"/>
        </w:rPr>
        <w:t>طبقه</w:t>
      </w:r>
      <w:r>
        <w:rPr>
          <w:rFonts w:ascii="Nirmala UI" w:hAnsi="Nirmala UI" w:eastAsia="Nirmala UI" w:cs="Nirmala UI"/>
        </w:rPr>
        <w:t xml:space="preserve"> </w:t>
      </w:r>
      <w:r>
        <w:rPr>
          <w:rFonts w:ascii="Segoe UI" w:hAnsi="Segoe UI" w:eastAsia="Segoe UI" w:cs="Segoe UI"/>
        </w:rPr>
        <w:t>چې</w:t>
      </w:r>
      <w:r>
        <w:rPr>
          <w:rFonts w:ascii="Nirmala UI" w:hAnsi="Nirmala UI" w:eastAsia="Nirmala UI" w:cs="Nirmala UI"/>
        </w:rPr>
        <w:t xml:space="preserve"> </w:t>
      </w:r>
      <w:r>
        <w:rPr>
          <w:rFonts w:ascii="Segoe UI" w:hAnsi="Segoe UI" w:eastAsia="Segoe UI" w:cs="Segoe UI"/>
        </w:rPr>
        <w:t>د</w:t>
      </w:r>
      <w:r>
        <w:rPr>
          <w:rFonts w:ascii="Nirmala UI" w:hAnsi="Nirmala UI" w:eastAsia="Nirmala UI" w:cs="Nirmala UI"/>
        </w:rPr>
        <w:t xml:space="preserve"> </w:t>
      </w:r>
      <w:r>
        <w:rPr>
          <w:rFonts w:ascii="Segoe UI" w:hAnsi="Segoe UI" w:eastAsia="Segoe UI" w:cs="Segoe UI"/>
        </w:rPr>
        <w:t>خپل</w:t>
      </w:r>
      <w:r>
        <w:rPr>
          <w:rFonts w:ascii="Nirmala UI" w:hAnsi="Nirmala UI" w:eastAsia="Nirmala UI" w:cs="Nirmala UI"/>
        </w:rPr>
        <w:t xml:space="preserve"> </w:t>
      </w:r>
      <w:r>
        <w:rPr>
          <w:rFonts w:ascii="Segoe UI" w:hAnsi="Segoe UI" w:eastAsia="Segoe UI" w:cs="Segoe UI"/>
        </w:rPr>
        <w:t>روحاني</w:t>
      </w:r>
      <w:r>
        <w:rPr>
          <w:rFonts w:ascii="Nirmala UI" w:hAnsi="Nirmala UI" w:eastAsia="Nirmala UI" w:cs="Nirmala UI"/>
        </w:rPr>
        <w:t xml:space="preserve"> </w:t>
      </w:r>
      <w:r>
        <w:rPr>
          <w:rFonts w:ascii="Segoe UI" w:hAnsi="Segoe UI" w:eastAsia="Segoe UI" w:cs="Segoe UI"/>
        </w:rPr>
        <w:t>زوال</w:t>
      </w:r>
      <w:r>
        <w:rPr>
          <w:rFonts w:ascii="Nirmala UI" w:hAnsi="Nirmala UI" w:eastAsia="Nirmala UI" w:cs="Nirmala UI"/>
        </w:rPr>
        <w:t xml:space="preserve"> </w:t>
      </w:r>
      <w:r>
        <w:rPr>
          <w:rFonts w:ascii="Segoe UI" w:hAnsi="Segoe UI" w:eastAsia="Segoe UI" w:cs="Segoe UI"/>
        </w:rPr>
        <w:t>په</w:t>
      </w:r>
      <w:r>
        <w:rPr>
          <w:rFonts w:ascii="Nirmala UI" w:hAnsi="Nirmala UI" w:eastAsia="Nirmala UI" w:cs="Nirmala UI"/>
        </w:rPr>
        <w:t xml:space="preserve"> </w:t>
      </w:r>
      <w:r>
        <w:rPr>
          <w:rFonts w:ascii="Segoe UI" w:hAnsi="Segoe UI" w:eastAsia="Segoe UI" w:cs="Segoe UI"/>
        </w:rPr>
        <w:t>اړه</w:t>
      </w:r>
      <w:r>
        <w:rPr>
          <w:rFonts w:ascii="Nirmala UI" w:hAnsi="Nirmala UI" w:eastAsia="Nirmala UI" w:cs="Nirmala UI"/>
        </w:rPr>
        <w:t xml:space="preserve"> </w:t>
      </w:r>
      <w:r>
        <w:rPr>
          <w:rFonts w:ascii="Segoe UI" w:hAnsi="Segoe UI" w:eastAsia="Segoe UI" w:cs="Segoe UI"/>
        </w:rPr>
        <w:t>غمجنه</w:t>
      </w:r>
      <w:r>
        <w:rPr>
          <w:rFonts w:ascii="Nirmala UI" w:hAnsi="Nirmala UI" w:eastAsia="Nirmala UI" w:cs="Nirmala UI"/>
        </w:rPr>
        <w:t xml:space="preserve"> </w:t>
      </w:r>
      <w:r>
        <w:rPr>
          <w:rFonts w:ascii="Segoe UI" w:hAnsi="Segoe UI" w:eastAsia="Segoe UI" w:cs="Segoe UI"/>
        </w:rPr>
        <w:t>نه</w:t>
      </w:r>
      <w:r>
        <w:rPr>
          <w:rFonts w:ascii="Nirmala UI" w:hAnsi="Nirmala UI" w:eastAsia="Nirmala UI" w:cs="Nirmala UI"/>
        </w:rPr>
        <w:t xml:space="preserve"> </w:t>
      </w:r>
      <w:r>
        <w:rPr>
          <w:rFonts w:ascii="Segoe UI" w:hAnsi="Segoe UI" w:eastAsia="Segoe UI" w:cs="Segoe UI"/>
        </w:rPr>
        <w:t>وي،</w:t>
      </w:r>
      <w:r>
        <w:rPr>
          <w:rFonts w:ascii="Nirmala UI" w:hAnsi="Nirmala UI" w:eastAsia="Nirmala UI" w:cs="Nirmala UI"/>
        </w:rPr>
        <w:t xml:space="preserve"> </w:t>
      </w:r>
      <w:r>
        <w:rPr>
          <w:rFonts w:ascii="Segoe UI" w:hAnsi="Segoe UI" w:eastAsia="Segoe UI" w:cs="Segoe UI"/>
        </w:rPr>
        <w:t>او</w:t>
      </w:r>
      <w:r>
        <w:rPr>
          <w:rFonts w:ascii="Nirmala UI" w:hAnsi="Nirmala UI" w:eastAsia="Nirmala UI" w:cs="Nirmala UI"/>
        </w:rPr>
        <w:t xml:space="preserve"> </w:t>
      </w:r>
      <w:r>
        <w:rPr>
          <w:rFonts w:ascii="Segoe UI" w:hAnsi="Segoe UI" w:eastAsia="Segoe UI" w:cs="Segoe UI"/>
        </w:rPr>
        <w:t>نه</w:t>
      </w:r>
      <w:r>
        <w:rPr>
          <w:rFonts w:ascii="Nirmala UI" w:hAnsi="Nirmala UI" w:eastAsia="Nirmala UI" w:cs="Nirmala UI"/>
        </w:rPr>
        <w:t xml:space="preserve"> </w:t>
      </w:r>
      <w:r>
        <w:rPr>
          <w:rFonts w:ascii="Segoe UI" w:hAnsi="Segoe UI" w:eastAsia="Segoe UI" w:cs="Segoe UI"/>
        </w:rPr>
        <w:t>د</w:t>
      </w:r>
      <w:r>
        <w:rPr>
          <w:rFonts w:ascii="Nirmala UI" w:hAnsi="Nirmala UI" w:eastAsia="Nirmala UI" w:cs="Nirmala UI"/>
        </w:rPr>
        <w:t xml:space="preserve"> </w:t>
      </w:r>
      <w:r>
        <w:rPr>
          <w:rFonts w:ascii="Segoe UI" w:hAnsi="Segoe UI" w:eastAsia="Segoe UI" w:cs="Segoe UI"/>
        </w:rPr>
        <w:t>نورو</w:t>
      </w:r>
      <w:r>
        <w:rPr>
          <w:rFonts w:ascii="Nirmala UI" w:hAnsi="Nirmala UI" w:eastAsia="Nirmala UI" w:cs="Nirmala UI"/>
        </w:rPr>
        <w:t xml:space="preserve"> </w:t>
      </w:r>
      <w:r>
        <w:rPr>
          <w:rFonts w:ascii="Segoe UI" w:hAnsi="Segoe UI" w:eastAsia="Segoe UI" w:cs="Segoe UI"/>
        </w:rPr>
        <w:t>د</w:t>
      </w:r>
      <w:r>
        <w:rPr>
          <w:rFonts w:ascii="Nirmala UI" w:hAnsi="Nirmala UI" w:eastAsia="Nirmala UI" w:cs="Nirmala UI"/>
        </w:rPr>
        <w:t xml:space="preserve"> </w:t>
      </w:r>
      <w:r>
        <w:rPr>
          <w:rFonts w:ascii="Segoe UI" w:hAnsi="Segoe UI" w:eastAsia="Segoe UI" w:cs="Segoe UI"/>
        </w:rPr>
        <w:t>ګناهونو</w:t>
      </w:r>
      <w:r>
        <w:rPr>
          <w:rFonts w:ascii="Nirmala UI" w:hAnsi="Nirmala UI" w:eastAsia="Nirmala UI" w:cs="Nirmala UI"/>
        </w:rPr>
        <w:t xml:space="preserve"> </w:t>
      </w:r>
      <w:r>
        <w:rPr>
          <w:rFonts w:ascii="Segoe UI" w:hAnsi="Segoe UI" w:eastAsia="Segoe UI" w:cs="Segoe UI"/>
        </w:rPr>
        <w:t>لپاره</w:t>
      </w:r>
      <w:r>
        <w:rPr>
          <w:rFonts w:ascii="Nirmala UI" w:hAnsi="Nirmala UI" w:eastAsia="Nirmala UI" w:cs="Nirmala UI"/>
        </w:rPr>
        <w:t xml:space="preserve"> </w:t>
      </w:r>
      <w:r>
        <w:rPr>
          <w:rFonts w:ascii="Segoe UI" w:hAnsi="Segoe UI" w:eastAsia="Segoe UI" w:cs="Segoe UI"/>
        </w:rPr>
        <w:t>ماتم</w:t>
      </w:r>
      <w:r>
        <w:rPr>
          <w:rFonts w:ascii="Nirmala UI" w:hAnsi="Nirmala UI" w:eastAsia="Nirmala UI" w:cs="Nirmala UI"/>
        </w:rPr>
        <w:t xml:space="preserve"> </w:t>
      </w:r>
      <w:r>
        <w:rPr>
          <w:rFonts w:ascii="Segoe UI" w:hAnsi="Segoe UI" w:eastAsia="Segoe UI" w:cs="Segoe UI"/>
        </w:rPr>
        <w:t>کوي،</w:t>
      </w:r>
      <w:r>
        <w:rPr>
          <w:rFonts w:ascii="Nirmala UI" w:hAnsi="Nirmala UI" w:eastAsia="Nirmala UI" w:cs="Nirmala UI"/>
        </w:rPr>
        <w:t xml:space="preserve"> </w:t>
      </w:r>
      <w:r>
        <w:rPr>
          <w:rFonts w:ascii="Segoe UI" w:hAnsi="Segoe UI" w:eastAsia="Segoe UI" w:cs="Segoe UI"/>
        </w:rPr>
        <w:t>د</w:t>
      </w:r>
      <w:r>
        <w:rPr>
          <w:rFonts w:ascii="Nirmala UI" w:hAnsi="Nirmala UI" w:eastAsia="Nirmala UI" w:cs="Nirmala UI"/>
        </w:rPr>
        <w:t xml:space="preserve"> </w:t>
      </w:r>
      <w:r>
        <w:rPr>
          <w:rFonts w:ascii="Segoe UI" w:hAnsi="Segoe UI" w:eastAsia="Segoe UI" w:cs="Segoe UI"/>
        </w:rPr>
        <w:t>خدای</w:t>
      </w:r>
      <w:r>
        <w:rPr>
          <w:rFonts w:ascii="Nirmala UI" w:hAnsi="Nirmala UI" w:eastAsia="Nirmala UI" w:cs="Nirmala UI"/>
        </w:rPr>
        <w:t xml:space="preserve"> </w:t>
      </w:r>
      <w:r>
        <w:rPr>
          <w:rFonts w:ascii="Segoe UI" w:hAnsi="Segoe UI" w:eastAsia="Segoe UI" w:cs="Segoe UI"/>
        </w:rPr>
        <w:t>له</w:t>
      </w:r>
      <w:r>
        <w:rPr>
          <w:rFonts w:ascii="Nirmala UI" w:hAnsi="Nirmala UI" w:eastAsia="Nirmala UI" w:cs="Nirmala UI"/>
        </w:rPr>
        <w:t xml:space="preserve"> </w:t>
      </w:r>
      <w:r>
        <w:rPr>
          <w:rFonts w:ascii="Segoe UI" w:hAnsi="Segoe UI" w:eastAsia="Segoe UI" w:cs="Segoe UI"/>
        </w:rPr>
        <w:t>مُهر</w:t>
      </w:r>
      <w:r>
        <w:rPr>
          <w:rFonts w:ascii="Nirmala UI" w:hAnsi="Nirmala UI" w:eastAsia="Nirmala UI" w:cs="Nirmala UI"/>
        </w:rPr>
        <w:t xml:space="preserve"> </w:t>
      </w:r>
      <w:r>
        <w:rPr>
          <w:rFonts w:ascii="Segoe UI" w:hAnsi="Segoe UI" w:eastAsia="Segoe UI" w:cs="Segoe UI"/>
        </w:rPr>
        <w:t>پرته</w:t>
      </w:r>
      <w:r>
        <w:rPr>
          <w:rFonts w:ascii="Nirmala UI" w:hAnsi="Nirmala UI" w:eastAsia="Nirmala UI" w:cs="Nirmala UI"/>
        </w:rPr>
        <w:t xml:space="preserve"> </w:t>
      </w:r>
      <w:r>
        <w:rPr>
          <w:rFonts w:ascii="Segoe UI" w:hAnsi="Segoe UI" w:eastAsia="Segoe UI" w:cs="Segoe UI"/>
        </w:rPr>
        <w:t>به</w:t>
      </w:r>
      <w:r>
        <w:rPr>
          <w:rFonts w:ascii="Nirmala UI" w:hAnsi="Nirmala UI" w:eastAsia="Nirmala UI" w:cs="Nirmala UI"/>
        </w:rPr>
        <w:t xml:space="preserve"> </w:t>
      </w:r>
      <w:r>
        <w:rPr>
          <w:rFonts w:ascii="Segoe UI" w:hAnsi="Segoe UI" w:eastAsia="Segoe UI" w:cs="Segoe UI"/>
        </w:rPr>
        <w:t>پرېښودل</w:t>
      </w:r>
      <w:r>
        <w:rPr>
          <w:rFonts w:ascii="Nirmala UI" w:hAnsi="Nirmala UI" w:eastAsia="Nirmala UI" w:cs="Nirmala UI"/>
        </w:rPr>
        <w:t xml:space="preserve"> </w:t>
      </w:r>
      <w:r>
        <w:rPr>
          <w:rFonts w:ascii="Segoe UI" w:hAnsi="Segoe UI" w:eastAsia="Segoe UI" w:cs="Segoe UI"/>
        </w:rPr>
        <w:t>شي</w:t>
      </w:r>
      <w:r>
        <w:rPr>
          <w:rFonts w:ascii="Nirmala UI" w:hAnsi="Nirmala UI" w:eastAsia="Nirmala UI" w:cs="Nirmala UI"/>
        </w:rPr>
        <w:t xml:space="preserve">. </w:t>
      </w:r>
      <w:r>
        <w:rPr>
          <w:rFonts w:ascii="Segoe UI" w:hAnsi="Segoe UI" w:eastAsia="Segoe UI" w:cs="Segoe UI"/>
        </w:rPr>
        <w:t>څښتن</w:t>
      </w:r>
      <w:r>
        <w:rPr>
          <w:rFonts w:ascii="Nirmala UI" w:hAnsi="Nirmala UI" w:eastAsia="Nirmala UI" w:cs="Nirmala UI"/>
        </w:rPr>
        <w:t xml:space="preserve"> </w:t>
      </w:r>
      <w:r>
        <w:rPr>
          <w:rFonts w:ascii="Segoe UI" w:hAnsi="Segoe UI" w:eastAsia="Segoe UI" w:cs="Segoe UI"/>
        </w:rPr>
        <w:t>خپل</w:t>
      </w:r>
      <w:r>
        <w:rPr>
          <w:rFonts w:ascii="Nirmala UI" w:hAnsi="Nirmala UI" w:eastAsia="Nirmala UI" w:cs="Nirmala UI"/>
        </w:rPr>
        <w:t xml:space="preserve"> </w:t>
      </w:r>
      <w:r>
        <w:rPr>
          <w:rFonts w:ascii="Segoe UI" w:hAnsi="Segoe UI" w:eastAsia="Segoe UI" w:cs="Segoe UI"/>
        </w:rPr>
        <w:t>استازي،</w:t>
      </w:r>
      <w:r>
        <w:rPr>
          <w:rFonts w:ascii="Nirmala UI" w:hAnsi="Nirmala UI" w:eastAsia="Nirmala UI" w:cs="Nirmala UI"/>
        </w:rPr>
        <w:t xml:space="preserve"> </w:t>
      </w:r>
      <w:r>
        <w:rPr>
          <w:rFonts w:ascii="Segoe UI" w:hAnsi="Segoe UI" w:eastAsia="Segoe UI" w:cs="Segoe UI"/>
        </w:rPr>
        <w:t>هغه</w:t>
      </w:r>
      <w:r>
        <w:rPr>
          <w:rFonts w:ascii="Nirmala UI" w:hAnsi="Nirmala UI" w:eastAsia="Nirmala UI" w:cs="Nirmala UI"/>
        </w:rPr>
        <w:t xml:space="preserve"> </w:t>
      </w:r>
      <w:r>
        <w:rPr>
          <w:rFonts w:ascii="Segoe UI" w:hAnsi="Segoe UI" w:eastAsia="Segoe UI" w:cs="Segoe UI"/>
        </w:rPr>
        <w:t>سړي</w:t>
      </w:r>
      <w:r>
        <w:rPr>
          <w:rFonts w:ascii="Nirmala UI" w:hAnsi="Nirmala UI" w:eastAsia="Nirmala UI" w:cs="Nirmala UI"/>
        </w:rPr>
        <w:t xml:space="preserve"> </w:t>
      </w:r>
      <w:r>
        <w:rPr>
          <w:rFonts w:ascii="Segoe UI" w:hAnsi="Segoe UI" w:eastAsia="Segoe UI" w:cs="Segoe UI"/>
        </w:rPr>
        <w:t>چې</w:t>
      </w:r>
      <w:r>
        <w:rPr>
          <w:rFonts w:ascii="Nirmala UI" w:hAnsi="Nirmala UI" w:eastAsia="Nirmala UI" w:cs="Nirmala UI"/>
        </w:rPr>
        <w:t xml:space="preserve"> </w:t>
      </w:r>
      <w:r>
        <w:rPr>
          <w:rFonts w:ascii="Segoe UI" w:hAnsi="Segoe UI" w:eastAsia="Segoe UI" w:cs="Segoe UI"/>
        </w:rPr>
        <w:t>په</w:t>
      </w:r>
      <w:r>
        <w:rPr>
          <w:rFonts w:ascii="Nirmala UI" w:hAnsi="Nirmala UI" w:eastAsia="Nirmala UI" w:cs="Nirmala UI"/>
        </w:rPr>
        <w:t xml:space="preserve"> </w:t>
      </w:r>
      <w:r>
        <w:rPr>
          <w:rFonts w:ascii="Segoe UI" w:hAnsi="Segoe UI" w:eastAsia="Segoe UI" w:cs="Segoe UI"/>
        </w:rPr>
        <w:t>خپلو</w:t>
      </w:r>
      <w:r>
        <w:rPr>
          <w:rFonts w:ascii="Nirmala UI" w:hAnsi="Nirmala UI" w:eastAsia="Nirmala UI" w:cs="Nirmala UI"/>
        </w:rPr>
        <w:t xml:space="preserve"> </w:t>
      </w:r>
      <w:r>
        <w:rPr>
          <w:rFonts w:ascii="Segoe UI" w:hAnsi="Segoe UI" w:eastAsia="Segoe UI" w:cs="Segoe UI"/>
        </w:rPr>
        <w:t>لاسونو</w:t>
      </w:r>
      <w:r>
        <w:rPr>
          <w:rFonts w:ascii="Nirmala UI" w:hAnsi="Nirmala UI" w:eastAsia="Nirmala UI" w:cs="Nirmala UI"/>
        </w:rPr>
        <w:t xml:space="preserve"> </w:t>
      </w:r>
      <w:r>
        <w:rPr>
          <w:rFonts w:ascii="Segoe UI" w:hAnsi="Segoe UI" w:eastAsia="Segoe UI" w:cs="Segoe UI"/>
        </w:rPr>
        <w:t>کې</w:t>
      </w:r>
      <w:r>
        <w:rPr>
          <w:rFonts w:ascii="Nirmala UI" w:hAnsi="Nirmala UI" w:eastAsia="Nirmala UI" w:cs="Nirmala UI"/>
        </w:rPr>
        <w:t xml:space="preserve"> </w:t>
      </w:r>
      <w:r>
        <w:rPr>
          <w:rFonts w:ascii="Segoe UI" w:hAnsi="Segoe UI" w:eastAsia="Segoe UI" w:cs="Segoe UI"/>
        </w:rPr>
        <w:t>د</w:t>
      </w:r>
      <w:r>
        <w:rPr>
          <w:rFonts w:ascii="Nirmala UI" w:hAnsi="Nirmala UI" w:eastAsia="Nirmala UI" w:cs="Nirmala UI"/>
        </w:rPr>
        <w:t xml:space="preserve"> </w:t>
      </w:r>
      <w:r>
        <w:rPr>
          <w:rFonts w:ascii="Segoe UI" w:hAnsi="Segoe UI" w:eastAsia="Segoe UI" w:cs="Segoe UI"/>
        </w:rPr>
        <w:t>هلاکت</w:t>
      </w:r>
      <w:r>
        <w:rPr>
          <w:rFonts w:ascii="Nirmala UI" w:hAnsi="Nirmala UI" w:eastAsia="Nirmala UI" w:cs="Nirmala UI"/>
        </w:rPr>
        <w:t xml:space="preserve"> </w:t>
      </w:r>
      <w:r>
        <w:rPr>
          <w:rFonts w:ascii="Segoe UI" w:hAnsi="Segoe UI" w:eastAsia="Segoe UI" w:cs="Segoe UI"/>
        </w:rPr>
        <w:t>وسلې</w:t>
      </w:r>
      <w:r>
        <w:rPr>
          <w:rFonts w:ascii="Nirmala UI" w:hAnsi="Nirmala UI" w:eastAsia="Nirmala UI" w:cs="Nirmala UI"/>
        </w:rPr>
        <w:t xml:space="preserve"> </w:t>
      </w:r>
      <w:r>
        <w:rPr>
          <w:rFonts w:ascii="Segoe UI" w:hAnsi="Segoe UI" w:eastAsia="Segoe UI" w:cs="Segoe UI"/>
        </w:rPr>
        <w:t>لري،</w:t>
      </w:r>
      <w:r>
        <w:rPr>
          <w:rFonts w:ascii="Nirmala UI" w:hAnsi="Nirmala UI" w:eastAsia="Nirmala UI" w:cs="Nirmala UI"/>
        </w:rPr>
        <w:t xml:space="preserve"> </w:t>
      </w:r>
      <w:r>
        <w:rPr>
          <w:rFonts w:ascii="Segoe UI" w:hAnsi="Segoe UI" w:eastAsia="Segoe UI" w:cs="Segoe UI"/>
        </w:rPr>
        <w:t>داسې</w:t>
      </w:r>
      <w:r>
        <w:rPr>
          <w:rFonts w:ascii="Nirmala UI" w:hAnsi="Nirmala UI" w:eastAsia="Nirmala UI" w:cs="Nirmala UI"/>
        </w:rPr>
        <w:t xml:space="preserve"> </w:t>
      </w:r>
      <w:r>
        <w:rPr>
          <w:rFonts w:ascii="Segoe UI" w:hAnsi="Segoe UI" w:eastAsia="Segoe UI" w:cs="Segoe UI"/>
        </w:rPr>
        <w:t>مقرر</w:t>
      </w:r>
      <w:r>
        <w:rPr>
          <w:rFonts w:ascii="Nirmala UI" w:hAnsi="Nirmala UI" w:eastAsia="Nirmala UI" w:cs="Nirmala UI"/>
        </w:rPr>
        <w:t xml:space="preserve"> </w:t>
      </w:r>
      <w:r>
        <w:rPr>
          <w:rFonts w:ascii="Segoe UI" w:hAnsi="Segoe UI" w:eastAsia="Segoe UI" w:cs="Segoe UI"/>
        </w:rPr>
        <w:t>کوي</w:t>
      </w:r>
      <w:r>
        <w:rPr>
          <w:rFonts w:ascii="Nirmala UI" w:hAnsi="Nirmala UI" w:eastAsia="Nirmala UI" w:cs="Nirmala UI"/>
        </w:rPr>
        <w:t>: «</w:t>
      </w:r>
      <w:r>
        <w:rPr>
          <w:rFonts w:ascii="Segoe UI" w:hAnsi="Segoe UI" w:eastAsia="Segoe UI" w:cs="Segoe UI"/>
        </w:rPr>
        <w:t>تاسې</w:t>
      </w:r>
      <w:r>
        <w:rPr>
          <w:rFonts w:ascii="Nirmala UI" w:hAnsi="Nirmala UI" w:eastAsia="Nirmala UI" w:cs="Nirmala UI"/>
        </w:rPr>
        <w:t xml:space="preserve"> </w:t>
      </w:r>
      <w:r>
        <w:rPr>
          <w:rFonts w:ascii="Segoe UI" w:hAnsi="Segoe UI" w:eastAsia="Segoe UI" w:cs="Segoe UI"/>
        </w:rPr>
        <w:t>د</w:t>
      </w:r>
      <w:r>
        <w:rPr>
          <w:rFonts w:ascii="Nirmala UI" w:hAnsi="Nirmala UI" w:eastAsia="Nirmala UI" w:cs="Nirmala UI"/>
        </w:rPr>
        <w:t xml:space="preserve"> </w:t>
      </w:r>
      <w:r>
        <w:rPr>
          <w:rFonts w:ascii="Segoe UI" w:hAnsi="Segoe UI" w:eastAsia="Segoe UI" w:cs="Segoe UI"/>
        </w:rPr>
        <w:t>هغه</w:t>
      </w:r>
      <w:r>
        <w:rPr>
          <w:rFonts w:ascii="Nirmala UI" w:hAnsi="Nirmala UI" w:eastAsia="Nirmala UI" w:cs="Nirmala UI"/>
        </w:rPr>
        <w:t xml:space="preserve"> </w:t>
      </w:r>
      <w:r>
        <w:rPr>
          <w:rFonts w:ascii="Segoe UI" w:hAnsi="Segoe UI" w:eastAsia="Segoe UI" w:cs="Segoe UI"/>
        </w:rPr>
        <w:t>پسې</w:t>
      </w:r>
      <w:r>
        <w:rPr>
          <w:rFonts w:ascii="Nirmala UI" w:hAnsi="Nirmala UI" w:eastAsia="Nirmala UI" w:cs="Nirmala UI"/>
        </w:rPr>
        <w:t xml:space="preserve"> </w:t>
      </w:r>
      <w:r>
        <w:rPr>
          <w:rFonts w:ascii="Segoe UI" w:hAnsi="Segoe UI" w:eastAsia="Segoe UI" w:cs="Segoe UI"/>
        </w:rPr>
        <w:t>د</w:t>
      </w:r>
      <w:r>
        <w:rPr>
          <w:rFonts w:ascii="Nirmala UI" w:hAnsi="Nirmala UI" w:eastAsia="Nirmala UI" w:cs="Nirmala UI"/>
        </w:rPr>
        <w:t xml:space="preserve"> </w:t>
      </w:r>
      <w:r>
        <w:rPr>
          <w:rFonts w:ascii="Segoe UI" w:hAnsi="Segoe UI" w:eastAsia="Segoe UI" w:cs="Segoe UI"/>
        </w:rPr>
        <w:t>ښار</w:t>
      </w:r>
      <w:r>
        <w:rPr>
          <w:rFonts w:ascii="Nirmala UI" w:hAnsi="Nirmala UI" w:eastAsia="Nirmala UI" w:cs="Nirmala UI"/>
        </w:rPr>
        <w:t xml:space="preserve"> </w:t>
      </w:r>
      <w:r>
        <w:rPr>
          <w:rFonts w:ascii="Segoe UI" w:hAnsi="Segoe UI" w:eastAsia="Segoe UI" w:cs="Segoe UI"/>
        </w:rPr>
        <w:t>په</w:t>
      </w:r>
      <w:r>
        <w:rPr>
          <w:rFonts w:ascii="Nirmala UI" w:hAnsi="Nirmala UI" w:eastAsia="Nirmala UI" w:cs="Nirmala UI"/>
        </w:rPr>
        <w:t xml:space="preserve"> </w:t>
      </w:r>
      <w:r>
        <w:rPr>
          <w:rFonts w:ascii="Segoe UI" w:hAnsi="Segoe UI" w:eastAsia="Segoe UI" w:cs="Segoe UI"/>
        </w:rPr>
        <w:t>منځ</w:t>
      </w:r>
      <w:r>
        <w:rPr>
          <w:rFonts w:ascii="Nirmala UI" w:hAnsi="Nirmala UI" w:eastAsia="Nirmala UI" w:cs="Nirmala UI"/>
        </w:rPr>
        <w:t xml:space="preserve"> </w:t>
      </w:r>
      <w:r>
        <w:rPr>
          <w:rFonts w:ascii="Segoe UI" w:hAnsi="Segoe UI" w:eastAsia="Segoe UI" w:cs="Segoe UI"/>
        </w:rPr>
        <w:t>کې</w:t>
      </w:r>
      <w:r>
        <w:rPr>
          <w:rFonts w:ascii="Nirmala UI" w:hAnsi="Nirmala UI" w:eastAsia="Nirmala UI" w:cs="Nirmala UI"/>
        </w:rPr>
        <w:t xml:space="preserve"> </w:t>
      </w:r>
      <w:r>
        <w:rPr>
          <w:rFonts w:ascii="Segoe UI" w:hAnsi="Segoe UI" w:eastAsia="Segoe UI" w:cs="Segoe UI"/>
        </w:rPr>
        <w:t>وګرځئ،</w:t>
      </w:r>
      <w:r>
        <w:rPr>
          <w:rFonts w:ascii="Nirmala UI" w:hAnsi="Nirmala UI" w:eastAsia="Nirmala UI" w:cs="Nirmala UI"/>
        </w:rPr>
        <w:t xml:space="preserve"> </w:t>
      </w:r>
      <w:r>
        <w:rPr>
          <w:rFonts w:ascii="Segoe UI" w:hAnsi="Segoe UI" w:eastAsia="Segoe UI" w:cs="Segoe UI"/>
        </w:rPr>
        <w:t>او</w:t>
      </w:r>
      <w:r>
        <w:rPr>
          <w:rFonts w:ascii="Nirmala UI" w:hAnsi="Nirmala UI" w:eastAsia="Nirmala UI" w:cs="Nirmala UI"/>
        </w:rPr>
        <w:t xml:space="preserve"> </w:t>
      </w:r>
      <w:r>
        <w:rPr>
          <w:rFonts w:ascii="Segoe UI" w:hAnsi="Segoe UI" w:eastAsia="Segoe UI" w:cs="Segoe UI"/>
        </w:rPr>
        <w:t>ووژنئ؛</w:t>
      </w:r>
      <w:r>
        <w:rPr>
          <w:rFonts w:ascii="Nirmala UI" w:hAnsi="Nirmala UI" w:eastAsia="Nirmala UI" w:cs="Nirmala UI"/>
        </w:rPr>
        <w:t xml:space="preserve"> </w:t>
      </w:r>
      <w:r>
        <w:rPr>
          <w:rFonts w:ascii="Segoe UI" w:hAnsi="Segoe UI" w:eastAsia="Segoe UI" w:cs="Segoe UI"/>
        </w:rPr>
        <w:t>نه</w:t>
      </w:r>
      <w:r>
        <w:rPr>
          <w:rFonts w:ascii="Nirmala UI" w:hAnsi="Nirmala UI" w:eastAsia="Nirmala UI" w:cs="Nirmala UI"/>
        </w:rPr>
        <w:t xml:space="preserve"> </w:t>
      </w:r>
      <w:r>
        <w:rPr>
          <w:rFonts w:ascii="Segoe UI" w:hAnsi="Segoe UI" w:eastAsia="Segoe UI" w:cs="Segoe UI"/>
        </w:rPr>
        <w:t>دې</w:t>
      </w:r>
      <w:r>
        <w:rPr>
          <w:rFonts w:ascii="Nirmala UI" w:hAnsi="Nirmala UI" w:eastAsia="Nirmala UI" w:cs="Nirmala UI"/>
        </w:rPr>
        <w:t xml:space="preserve"> </w:t>
      </w:r>
      <w:r>
        <w:rPr>
          <w:rFonts w:ascii="Segoe UI" w:hAnsi="Segoe UI" w:eastAsia="Segoe UI" w:cs="Segoe UI"/>
        </w:rPr>
        <w:t>ستاسې</w:t>
      </w:r>
      <w:r>
        <w:rPr>
          <w:rFonts w:ascii="Nirmala UI" w:hAnsi="Nirmala UI" w:eastAsia="Nirmala UI" w:cs="Nirmala UI"/>
        </w:rPr>
        <w:t xml:space="preserve"> </w:t>
      </w:r>
      <w:r>
        <w:rPr>
          <w:rFonts w:ascii="Segoe UI" w:hAnsi="Segoe UI" w:eastAsia="Segoe UI" w:cs="Segoe UI"/>
        </w:rPr>
        <w:t>سترګه</w:t>
      </w:r>
      <w:r>
        <w:rPr>
          <w:rFonts w:ascii="Nirmala UI" w:hAnsi="Nirmala UI" w:eastAsia="Nirmala UI" w:cs="Nirmala UI"/>
        </w:rPr>
        <w:t xml:space="preserve"> </w:t>
      </w:r>
      <w:r>
        <w:rPr>
          <w:rFonts w:ascii="Segoe UI" w:hAnsi="Segoe UI" w:eastAsia="Segoe UI" w:cs="Segoe UI"/>
        </w:rPr>
        <w:t>سپموي،</w:t>
      </w:r>
      <w:r>
        <w:rPr>
          <w:rFonts w:ascii="Nirmala UI" w:hAnsi="Nirmala UI" w:eastAsia="Nirmala UI" w:cs="Nirmala UI"/>
        </w:rPr>
        <w:t xml:space="preserve"> </w:t>
      </w:r>
      <w:r>
        <w:rPr>
          <w:rFonts w:ascii="Segoe UI" w:hAnsi="Segoe UI" w:eastAsia="Segoe UI" w:cs="Segoe UI"/>
        </w:rPr>
        <w:t>او</w:t>
      </w:r>
      <w:r>
        <w:rPr>
          <w:rFonts w:ascii="Nirmala UI" w:hAnsi="Nirmala UI" w:eastAsia="Nirmala UI" w:cs="Nirmala UI"/>
        </w:rPr>
        <w:t xml:space="preserve"> </w:t>
      </w:r>
      <w:r>
        <w:rPr>
          <w:rFonts w:ascii="Segoe UI" w:hAnsi="Segoe UI" w:eastAsia="Segoe UI" w:cs="Segoe UI"/>
        </w:rPr>
        <w:t>نه</w:t>
      </w:r>
      <w:r>
        <w:rPr>
          <w:rFonts w:ascii="Nirmala UI" w:hAnsi="Nirmala UI" w:eastAsia="Nirmala UI" w:cs="Nirmala UI"/>
        </w:rPr>
        <w:t xml:space="preserve"> </w:t>
      </w:r>
      <w:r>
        <w:rPr>
          <w:rFonts w:ascii="Segoe UI" w:hAnsi="Segoe UI" w:eastAsia="Segoe UI" w:cs="Segoe UI"/>
        </w:rPr>
        <w:t>دې</w:t>
      </w:r>
      <w:r>
        <w:rPr>
          <w:rFonts w:ascii="Nirmala UI" w:hAnsi="Nirmala UI" w:eastAsia="Nirmala UI" w:cs="Nirmala UI"/>
        </w:rPr>
        <w:t xml:space="preserve"> </w:t>
      </w:r>
      <w:r>
        <w:rPr>
          <w:rFonts w:ascii="Segoe UI" w:hAnsi="Segoe UI" w:eastAsia="Segoe UI" w:cs="Segoe UI"/>
        </w:rPr>
        <w:t>رحم</w:t>
      </w:r>
      <w:r>
        <w:rPr>
          <w:rFonts w:ascii="Nirmala UI" w:hAnsi="Nirmala UI" w:eastAsia="Nirmala UI" w:cs="Nirmala UI"/>
        </w:rPr>
        <w:t xml:space="preserve"> </w:t>
      </w:r>
      <w:r>
        <w:rPr>
          <w:rFonts w:ascii="Segoe UI" w:hAnsi="Segoe UI" w:eastAsia="Segoe UI" w:cs="Segoe UI"/>
        </w:rPr>
        <w:t>کوئ</w:t>
      </w:r>
      <w:r>
        <w:rPr>
          <w:rFonts w:ascii="Nirmala UI" w:hAnsi="Nirmala UI" w:eastAsia="Nirmala UI" w:cs="Nirmala UI"/>
        </w:rPr>
        <w:t xml:space="preserve">: </w:t>
      </w:r>
      <w:r>
        <w:rPr>
          <w:rFonts w:ascii="Segoe UI" w:hAnsi="Segoe UI" w:eastAsia="Segoe UI" w:cs="Segoe UI"/>
        </w:rPr>
        <w:t>زاړه</w:t>
      </w:r>
      <w:r>
        <w:rPr>
          <w:rFonts w:ascii="Nirmala UI" w:hAnsi="Nirmala UI" w:eastAsia="Nirmala UI" w:cs="Nirmala UI"/>
        </w:rPr>
        <w:t xml:space="preserve"> </w:t>
      </w:r>
      <w:r>
        <w:rPr>
          <w:rFonts w:ascii="Segoe UI" w:hAnsi="Segoe UI" w:eastAsia="Segoe UI" w:cs="Segoe UI"/>
        </w:rPr>
        <w:t>او</w:t>
      </w:r>
      <w:r>
        <w:rPr>
          <w:rFonts w:ascii="Nirmala UI" w:hAnsi="Nirmala UI" w:eastAsia="Nirmala UI" w:cs="Nirmala UI"/>
        </w:rPr>
        <w:t xml:space="preserve"> </w:t>
      </w:r>
      <w:r>
        <w:rPr>
          <w:rFonts w:ascii="Segoe UI" w:hAnsi="Segoe UI" w:eastAsia="Segoe UI" w:cs="Segoe UI"/>
        </w:rPr>
        <w:t>ځوانان،</w:t>
      </w:r>
      <w:r>
        <w:rPr>
          <w:rFonts w:ascii="Nirmala UI" w:hAnsi="Nirmala UI" w:eastAsia="Nirmala UI" w:cs="Nirmala UI"/>
        </w:rPr>
        <w:t xml:space="preserve"> </w:t>
      </w:r>
      <w:r>
        <w:rPr>
          <w:rFonts w:ascii="Segoe UI" w:hAnsi="Segoe UI" w:eastAsia="Segoe UI" w:cs="Segoe UI"/>
        </w:rPr>
        <w:t>پېغلې</w:t>
      </w:r>
      <w:r>
        <w:rPr>
          <w:rFonts w:ascii="Nirmala UI" w:hAnsi="Nirmala UI" w:eastAsia="Nirmala UI" w:cs="Nirmala UI"/>
        </w:rPr>
        <w:t xml:space="preserve"> </w:t>
      </w:r>
      <w:r>
        <w:rPr>
          <w:rFonts w:ascii="Segoe UI" w:hAnsi="Segoe UI" w:eastAsia="Segoe UI" w:cs="Segoe UI"/>
        </w:rPr>
        <w:t>او</w:t>
      </w:r>
      <w:r>
        <w:rPr>
          <w:rFonts w:ascii="Nirmala UI" w:hAnsi="Nirmala UI" w:eastAsia="Nirmala UI" w:cs="Nirmala UI"/>
        </w:rPr>
        <w:t xml:space="preserve"> </w:t>
      </w:r>
      <w:r>
        <w:rPr>
          <w:rFonts w:ascii="Segoe UI" w:hAnsi="Segoe UI" w:eastAsia="Segoe UI" w:cs="Segoe UI"/>
        </w:rPr>
        <w:t>واړه</w:t>
      </w:r>
      <w:r>
        <w:rPr>
          <w:rFonts w:ascii="Nirmala UI" w:hAnsi="Nirmala UI" w:eastAsia="Nirmala UI" w:cs="Nirmala UI"/>
        </w:rPr>
        <w:t xml:space="preserve"> </w:t>
      </w:r>
      <w:r>
        <w:rPr>
          <w:rFonts w:ascii="Segoe UI" w:hAnsi="Segoe UI" w:eastAsia="Segoe UI" w:cs="Segoe UI"/>
        </w:rPr>
        <w:t>ماشومان</w:t>
      </w:r>
      <w:r>
        <w:rPr>
          <w:rFonts w:ascii="Nirmala UI" w:hAnsi="Nirmala UI" w:eastAsia="Nirmala UI" w:cs="Nirmala UI"/>
        </w:rPr>
        <w:t xml:space="preserve"> </w:t>
      </w:r>
      <w:r>
        <w:rPr>
          <w:rFonts w:ascii="Segoe UI" w:hAnsi="Segoe UI" w:eastAsia="Segoe UI" w:cs="Segoe UI"/>
        </w:rPr>
        <w:t>او</w:t>
      </w:r>
      <w:r>
        <w:rPr>
          <w:rFonts w:ascii="Nirmala UI" w:hAnsi="Nirmala UI" w:eastAsia="Nirmala UI" w:cs="Nirmala UI"/>
        </w:rPr>
        <w:t xml:space="preserve"> </w:t>
      </w:r>
      <w:r>
        <w:rPr>
          <w:rFonts w:ascii="Segoe UI" w:hAnsi="Segoe UI" w:eastAsia="Segoe UI" w:cs="Segoe UI"/>
        </w:rPr>
        <w:t>ښځې،</w:t>
      </w:r>
      <w:r>
        <w:rPr>
          <w:rFonts w:ascii="Nirmala UI" w:hAnsi="Nirmala UI" w:eastAsia="Nirmala UI" w:cs="Nirmala UI"/>
        </w:rPr>
        <w:t xml:space="preserve"> </w:t>
      </w:r>
      <w:r>
        <w:rPr>
          <w:rFonts w:ascii="Segoe UI" w:hAnsi="Segoe UI" w:eastAsia="Segoe UI" w:cs="Segoe UI"/>
        </w:rPr>
        <w:t>ټول</w:t>
      </w:r>
      <w:r>
        <w:rPr>
          <w:rFonts w:ascii="Nirmala UI" w:hAnsi="Nirmala UI" w:eastAsia="Nirmala UI" w:cs="Nirmala UI"/>
        </w:rPr>
        <w:t xml:space="preserve"> </w:t>
      </w:r>
      <w:r>
        <w:rPr>
          <w:rFonts w:ascii="Segoe UI" w:hAnsi="Segoe UI" w:eastAsia="Segoe UI" w:cs="Segoe UI"/>
        </w:rPr>
        <w:t>په</w:t>
      </w:r>
      <w:r>
        <w:rPr>
          <w:rFonts w:ascii="Nirmala UI" w:hAnsi="Nirmala UI" w:eastAsia="Nirmala UI" w:cs="Nirmala UI"/>
        </w:rPr>
        <w:t xml:space="preserve"> </w:t>
      </w:r>
      <w:r>
        <w:rPr>
          <w:rFonts w:ascii="Segoe UI" w:hAnsi="Segoe UI" w:eastAsia="Segoe UI" w:cs="Segoe UI"/>
        </w:rPr>
        <w:t>بشپړه</w:t>
      </w:r>
      <w:r>
        <w:rPr>
          <w:rFonts w:ascii="Nirmala UI" w:hAnsi="Nirmala UI" w:eastAsia="Nirmala UI" w:cs="Nirmala UI"/>
        </w:rPr>
        <w:t xml:space="preserve"> </w:t>
      </w:r>
      <w:r>
        <w:rPr>
          <w:rFonts w:ascii="Segoe UI" w:hAnsi="Segoe UI" w:eastAsia="Segoe UI" w:cs="Segoe UI"/>
        </w:rPr>
        <w:t>توګه</w:t>
      </w:r>
      <w:r>
        <w:rPr>
          <w:rFonts w:ascii="Nirmala UI" w:hAnsi="Nirmala UI" w:eastAsia="Nirmala UI" w:cs="Nirmala UI"/>
        </w:rPr>
        <w:t xml:space="preserve"> </w:t>
      </w:r>
      <w:r>
        <w:rPr>
          <w:rFonts w:ascii="Segoe UI" w:hAnsi="Segoe UI" w:eastAsia="Segoe UI" w:cs="Segoe UI"/>
        </w:rPr>
        <w:t>ووژنئ؛</w:t>
      </w:r>
      <w:r>
        <w:rPr>
          <w:rFonts w:ascii="Nirmala UI" w:hAnsi="Nirmala UI" w:eastAsia="Nirmala UI" w:cs="Nirmala UI"/>
        </w:rPr>
        <w:t xml:space="preserve"> </w:t>
      </w:r>
      <w:r>
        <w:rPr>
          <w:rFonts w:ascii="Segoe UI" w:hAnsi="Segoe UI" w:eastAsia="Segoe UI" w:cs="Segoe UI"/>
        </w:rPr>
        <w:t>خو</w:t>
      </w:r>
      <w:r>
        <w:rPr>
          <w:rFonts w:ascii="Nirmala UI" w:hAnsi="Nirmala UI" w:eastAsia="Nirmala UI" w:cs="Nirmala UI"/>
        </w:rPr>
        <w:t xml:space="preserve"> </w:t>
      </w:r>
      <w:r>
        <w:rPr>
          <w:rFonts w:ascii="Segoe UI" w:hAnsi="Segoe UI" w:eastAsia="Segoe UI" w:cs="Segoe UI"/>
        </w:rPr>
        <w:t>هغه</w:t>
      </w:r>
      <w:r>
        <w:rPr>
          <w:rFonts w:ascii="Nirmala UI" w:hAnsi="Nirmala UI" w:eastAsia="Nirmala UI" w:cs="Nirmala UI"/>
        </w:rPr>
        <w:t xml:space="preserve"> </w:t>
      </w:r>
      <w:r>
        <w:rPr>
          <w:rFonts w:ascii="Segoe UI" w:hAnsi="Segoe UI" w:eastAsia="Segoe UI" w:cs="Segoe UI"/>
        </w:rPr>
        <w:t>هېڅ</w:t>
      </w:r>
      <w:r>
        <w:rPr>
          <w:rFonts w:ascii="Nirmala UI" w:hAnsi="Nirmala UI" w:eastAsia="Nirmala UI" w:cs="Nirmala UI"/>
        </w:rPr>
        <w:t xml:space="preserve"> </w:t>
      </w:r>
      <w:r>
        <w:rPr>
          <w:rFonts w:ascii="Segoe UI" w:hAnsi="Segoe UI" w:eastAsia="Segoe UI" w:cs="Segoe UI"/>
        </w:rPr>
        <w:t>سړي</w:t>
      </w:r>
      <w:r>
        <w:rPr>
          <w:rFonts w:ascii="Nirmala UI" w:hAnsi="Nirmala UI" w:eastAsia="Nirmala UI" w:cs="Nirmala UI"/>
        </w:rPr>
        <w:t xml:space="preserve"> </w:t>
      </w:r>
      <w:r>
        <w:rPr>
          <w:rFonts w:ascii="Segoe UI" w:hAnsi="Segoe UI" w:eastAsia="Segoe UI" w:cs="Segoe UI"/>
        </w:rPr>
        <w:t>ته</w:t>
      </w:r>
      <w:r>
        <w:rPr>
          <w:rFonts w:ascii="Nirmala UI" w:hAnsi="Nirmala UI" w:eastAsia="Nirmala UI" w:cs="Nirmala UI"/>
        </w:rPr>
        <w:t xml:space="preserve"> </w:t>
      </w:r>
      <w:r>
        <w:rPr>
          <w:rFonts w:ascii="Segoe UI" w:hAnsi="Segoe UI" w:eastAsia="Segoe UI" w:cs="Segoe UI"/>
        </w:rPr>
        <w:t>مه</w:t>
      </w:r>
      <w:r>
        <w:rPr>
          <w:rFonts w:ascii="Nirmala UI" w:hAnsi="Nirmala UI" w:eastAsia="Nirmala UI" w:cs="Nirmala UI"/>
        </w:rPr>
        <w:t xml:space="preserve"> </w:t>
      </w:r>
      <w:r>
        <w:rPr>
          <w:rFonts w:ascii="Segoe UI" w:hAnsi="Segoe UI" w:eastAsia="Segoe UI" w:cs="Segoe UI"/>
        </w:rPr>
        <w:t>نږدې</w:t>
      </w:r>
      <w:r>
        <w:rPr>
          <w:rFonts w:ascii="Nirmala UI" w:hAnsi="Nirmala UI" w:eastAsia="Nirmala UI" w:cs="Nirmala UI"/>
        </w:rPr>
        <w:t xml:space="preserve"> </w:t>
      </w:r>
      <w:r>
        <w:rPr>
          <w:rFonts w:ascii="Segoe UI" w:hAnsi="Segoe UI" w:eastAsia="Segoe UI" w:cs="Segoe UI"/>
        </w:rPr>
        <w:t>کېږئ</w:t>
      </w:r>
      <w:r>
        <w:rPr>
          <w:rFonts w:ascii="Nirmala UI" w:hAnsi="Nirmala UI" w:eastAsia="Nirmala UI" w:cs="Nirmala UI"/>
        </w:rPr>
        <w:t xml:space="preserve"> </w:t>
      </w:r>
      <w:r>
        <w:rPr>
          <w:rFonts w:ascii="Segoe UI" w:hAnsi="Segoe UI" w:eastAsia="Segoe UI" w:cs="Segoe UI"/>
        </w:rPr>
        <w:t>چې</w:t>
      </w:r>
      <w:r>
        <w:rPr>
          <w:rFonts w:ascii="Nirmala UI" w:hAnsi="Nirmala UI" w:eastAsia="Nirmala UI" w:cs="Nirmala UI"/>
        </w:rPr>
        <w:t xml:space="preserve"> </w:t>
      </w:r>
      <w:r>
        <w:rPr>
          <w:rFonts w:ascii="Segoe UI" w:hAnsi="Segoe UI" w:eastAsia="Segoe UI" w:cs="Segoe UI"/>
        </w:rPr>
        <w:t>نښه</w:t>
      </w:r>
      <w:r>
        <w:rPr>
          <w:rFonts w:ascii="Nirmala UI" w:hAnsi="Nirmala UI" w:eastAsia="Nirmala UI" w:cs="Nirmala UI"/>
        </w:rPr>
        <w:t xml:space="preserve"> </w:t>
      </w:r>
      <w:r>
        <w:rPr>
          <w:rFonts w:ascii="Segoe UI" w:hAnsi="Segoe UI" w:eastAsia="Segoe UI" w:cs="Segoe UI"/>
        </w:rPr>
        <w:t>پرې</w:t>
      </w:r>
      <w:r>
        <w:rPr>
          <w:rFonts w:ascii="Nirmala UI" w:hAnsi="Nirmala UI" w:eastAsia="Nirmala UI" w:cs="Nirmala UI"/>
        </w:rPr>
        <w:t xml:space="preserve"> </w:t>
      </w:r>
      <w:r>
        <w:rPr>
          <w:rFonts w:ascii="Segoe UI" w:hAnsi="Segoe UI" w:eastAsia="Segoe UI" w:cs="Segoe UI"/>
        </w:rPr>
        <w:t>وي؛</w:t>
      </w:r>
      <w:r>
        <w:rPr>
          <w:rFonts w:ascii="Nirmala UI" w:hAnsi="Nirmala UI" w:eastAsia="Nirmala UI" w:cs="Nirmala UI"/>
        </w:rPr>
        <w:t xml:space="preserve"> </w:t>
      </w:r>
      <w:r>
        <w:rPr>
          <w:rFonts w:ascii="Segoe UI" w:hAnsi="Segoe UI" w:eastAsia="Segoe UI" w:cs="Segoe UI"/>
        </w:rPr>
        <w:t>او</w:t>
      </w:r>
      <w:r>
        <w:rPr>
          <w:rFonts w:ascii="Nirmala UI" w:hAnsi="Nirmala UI" w:eastAsia="Nirmala UI" w:cs="Nirmala UI"/>
        </w:rPr>
        <w:t xml:space="preserve"> </w:t>
      </w:r>
      <w:r>
        <w:rPr>
          <w:rFonts w:ascii="Segoe UI" w:hAnsi="Segoe UI" w:eastAsia="Segoe UI" w:cs="Segoe UI"/>
        </w:rPr>
        <w:t>زما</w:t>
      </w:r>
      <w:r>
        <w:rPr>
          <w:rFonts w:ascii="Nirmala UI" w:hAnsi="Nirmala UI" w:eastAsia="Nirmala UI" w:cs="Nirmala UI"/>
        </w:rPr>
        <w:t xml:space="preserve"> </w:t>
      </w:r>
      <w:r>
        <w:rPr>
          <w:rFonts w:ascii="Segoe UI" w:hAnsi="Segoe UI" w:eastAsia="Segoe UI" w:cs="Segoe UI"/>
        </w:rPr>
        <w:t>له</w:t>
      </w:r>
      <w:r>
        <w:rPr>
          <w:rFonts w:ascii="Nirmala UI" w:hAnsi="Nirmala UI" w:eastAsia="Nirmala UI" w:cs="Nirmala UI"/>
        </w:rPr>
        <w:t xml:space="preserve"> </w:t>
      </w:r>
      <w:r>
        <w:rPr>
          <w:rFonts w:ascii="Segoe UI" w:hAnsi="Segoe UI" w:eastAsia="Segoe UI" w:cs="Segoe UI"/>
        </w:rPr>
        <w:t>مقدس</w:t>
      </w:r>
      <w:r>
        <w:rPr>
          <w:rFonts w:ascii="Nirmala UI" w:hAnsi="Nirmala UI" w:eastAsia="Nirmala UI" w:cs="Nirmala UI"/>
        </w:rPr>
        <w:t xml:space="preserve"> </w:t>
      </w:r>
      <w:r>
        <w:rPr>
          <w:rFonts w:ascii="Segoe UI" w:hAnsi="Segoe UI" w:eastAsia="Segoe UI" w:cs="Segoe UI"/>
        </w:rPr>
        <w:t>ځایه</w:t>
      </w:r>
      <w:r>
        <w:rPr>
          <w:rFonts w:ascii="Nirmala UI" w:hAnsi="Nirmala UI" w:eastAsia="Nirmala UI" w:cs="Nirmala UI"/>
        </w:rPr>
        <w:t xml:space="preserve"> </w:t>
      </w:r>
      <w:r>
        <w:rPr>
          <w:rFonts w:ascii="Segoe UI" w:hAnsi="Segoe UI" w:eastAsia="Segoe UI" w:cs="Segoe UI"/>
        </w:rPr>
        <w:t>پیل</w:t>
      </w:r>
      <w:r>
        <w:rPr>
          <w:rFonts w:ascii="Nirmala UI" w:hAnsi="Nirmala UI" w:eastAsia="Nirmala UI" w:cs="Nirmala UI"/>
        </w:rPr>
        <w:t xml:space="preserve"> </w:t>
      </w:r>
      <w:r>
        <w:rPr>
          <w:rFonts w:ascii="Segoe UI" w:hAnsi="Segoe UI" w:eastAsia="Segoe UI" w:cs="Segoe UI"/>
        </w:rPr>
        <w:t>وکړئ</w:t>
      </w:r>
      <w:r>
        <w:rPr>
          <w:rFonts w:ascii="Nirmala UI" w:hAnsi="Nirmala UI" w:eastAsia="Nirmala UI" w:cs="Nirmala UI"/>
        </w:rPr>
        <w:t xml:space="preserve">. </w:t>
      </w:r>
      <w:r>
        <w:rPr>
          <w:rFonts w:ascii="Segoe UI" w:hAnsi="Segoe UI" w:eastAsia="Segoe UI" w:cs="Segoe UI"/>
        </w:rPr>
        <w:t>نو</w:t>
      </w:r>
      <w:r>
        <w:rPr>
          <w:rFonts w:ascii="Nirmala UI" w:hAnsi="Nirmala UI" w:eastAsia="Nirmala UI" w:cs="Nirmala UI"/>
        </w:rPr>
        <w:t xml:space="preserve"> </w:t>
      </w:r>
      <w:r>
        <w:rPr>
          <w:rFonts w:ascii="Segoe UI" w:hAnsi="Segoe UI" w:eastAsia="Segoe UI" w:cs="Segoe UI"/>
        </w:rPr>
        <w:t>هغوی</w:t>
      </w:r>
      <w:r>
        <w:rPr>
          <w:rFonts w:ascii="Nirmala UI" w:hAnsi="Nirmala UI" w:eastAsia="Nirmala UI" w:cs="Nirmala UI"/>
        </w:rPr>
        <w:t xml:space="preserve"> </w:t>
      </w:r>
      <w:r>
        <w:rPr>
          <w:rFonts w:ascii="Segoe UI" w:hAnsi="Segoe UI" w:eastAsia="Segoe UI" w:cs="Segoe UI"/>
        </w:rPr>
        <w:t>له</w:t>
      </w:r>
      <w:r>
        <w:rPr>
          <w:rFonts w:ascii="Nirmala UI" w:hAnsi="Nirmala UI" w:eastAsia="Nirmala UI" w:cs="Nirmala UI"/>
        </w:rPr>
        <w:t xml:space="preserve"> </w:t>
      </w:r>
      <w:r>
        <w:rPr>
          <w:rFonts w:ascii="Segoe UI" w:hAnsi="Segoe UI" w:eastAsia="Segoe UI" w:cs="Segoe UI"/>
        </w:rPr>
        <w:t>هماغو</w:t>
      </w:r>
      <w:r>
        <w:rPr>
          <w:rFonts w:ascii="Nirmala UI" w:hAnsi="Nirmala UI" w:eastAsia="Nirmala UI" w:cs="Nirmala UI"/>
        </w:rPr>
        <w:t xml:space="preserve"> </w:t>
      </w:r>
      <w:r>
        <w:rPr>
          <w:rFonts w:ascii="Segoe UI" w:hAnsi="Segoe UI" w:eastAsia="Segoe UI" w:cs="Segoe UI"/>
        </w:rPr>
        <w:t>سپین</w:t>
      </w:r>
      <w:r>
        <w:rPr>
          <w:rFonts w:ascii="Nirmala UI" w:hAnsi="Nirmala UI" w:eastAsia="Nirmala UI" w:cs="Nirmala UI"/>
        </w:rPr>
        <w:t>‌</w:t>
      </w:r>
      <w:r>
        <w:rPr>
          <w:rFonts w:ascii="Segoe UI" w:hAnsi="Segoe UI" w:eastAsia="Segoe UI" w:cs="Segoe UI"/>
        </w:rPr>
        <w:t>ږیرو</w:t>
      </w:r>
      <w:r>
        <w:rPr>
          <w:rFonts w:ascii="Nirmala UI" w:hAnsi="Nirmala UI" w:eastAsia="Nirmala UI" w:cs="Nirmala UI"/>
        </w:rPr>
        <w:t xml:space="preserve"> </w:t>
      </w:r>
      <w:r>
        <w:rPr>
          <w:rFonts w:ascii="Segoe UI" w:hAnsi="Segoe UI" w:eastAsia="Segoe UI" w:cs="Segoe UI"/>
        </w:rPr>
        <w:t>څخه</w:t>
      </w:r>
      <w:r>
        <w:rPr>
          <w:rFonts w:ascii="Nirmala UI" w:hAnsi="Nirmala UI" w:eastAsia="Nirmala UI" w:cs="Nirmala UI"/>
        </w:rPr>
        <w:t xml:space="preserve"> </w:t>
      </w:r>
      <w:r>
        <w:rPr>
          <w:rFonts w:ascii="Segoe UI" w:hAnsi="Segoe UI" w:eastAsia="Segoe UI" w:cs="Segoe UI"/>
        </w:rPr>
        <w:t>پیل</w:t>
      </w:r>
      <w:r>
        <w:rPr>
          <w:rFonts w:ascii="Nirmala UI" w:hAnsi="Nirmala UI" w:eastAsia="Nirmala UI" w:cs="Nirmala UI"/>
        </w:rPr>
        <w:t xml:space="preserve"> </w:t>
      </w:r>
      <w:r>
        <w:rPr>
          <w:rFonts w:ascii="Segoe UI" w:hAnsi="Segoe UI" w:eastAsia="Segoe UI" w:cs="Segoe UI"/>
        </w:rPr>
        <w:t>وکړ</w:t>
      </w:r>
      <w:r>
        <w:rPr>
          <w:rFonts w:ascii="Nirmala UI" w:hAnsi="Nirmala UI" w:eastAsia="Nirmala UI" w:cs="Nirmala UI"/>
        </w:rPr>
        <w:t xml:space="preserve"> </w:t>
      </w:r>
      <w:r>
        <w:rPr>
          <w:rFonts w:ascii="Segoe UI" w:hAnsi="Segoe UI" w:eastAsia="Segoe UI" w:cs="Segoe UI"/>
        </w:rPr>
        <w:t>چې</w:t>
      </w:r>
      <w:r>
        <w:rPr>
          <w:rFonts w:ascii="Nirmala UI" w:hAnsi="Nirmala UI" w:eastAsia="Nirmala UI" w:cs="Nirmala UI"/>
        </w:rPr>
        <w:t xml:space="preserve"> </w:t>
      </w:r>
      <w:r>
        <w:rPr>
          <w:rFonts w:ascii="Segoe UI" w:hAnsi="Segoe UI" w:eastAsia="Segoe UI" w:cs="Segoe UI"/>
        </w:rPr>
        <w:t>د</w:t>
      </w:r>
      <w:r>
        <w:rPr>
          <w:rFonts w:ascii="Nirmala UI" w:hAnsi="Nirmala UI" w:eastAsia="Nirmala UI" w:cs="Nirmala UI"/>
        </w:rPr>
        <w:t xml:space="preserve"> </w:t>
      </w:r>
      <w:r>
        <w:rPr>
          <w:rFonts w:ascii="Segoe UI" w:hAnsi="Segoe UI" w:eastAsia="Segoe UI" w:cs="Segoe UI"/>
        </w:rPr>
        <w:t>کور</w:t>
      </w:r>
      <w:r>
        <w:rPr>
          <w:rFonts w:ascii="Nirmala UI" w:hAnsi="Nirmala UI" w:eastAsia="Nirmala UI" w:cs="Nirmala UI"/>
        </w:rPr>
        <w:t xml:space="preserve"> </w:t>
      </w:r>
      <w:r>
        <w:rPr>
          <w:rFonts w:ascii="Segoe UI" w:hAnsi="Segoe UI" w:eastAsia="Segoe UI" w:cs="Segoe UI"/>
        </w:rPr>
        <w:t>په</w:t>
      </w:r>
      <w:r>
        <w:rPr>
          <w:rFonts w:ascii="Nirmala UI" w:hAnsi="Nirmala UI" w:eastAsia="Nirmala UI" w:cs="Nirmala UI"/>
        </w:rPr>
        <w:t xml:space="preserve"> </w:t>
      </w:r>
      <w:r>
        <w:rPr>
          <w:rFonts w:ascii="Segoe UI" w:hAnsi="Segoe UI" w:eastAsia="Segoe UI" w:cs="Segoe UI"/>
        </w:rPr>
        <w:t>وړاندې</w:t>
      </w:r>
      <w:r>
        <w:rPr>
          <w:rFonts w:ascii="Nirmala UI" w:hAnsi="Nirmala UI" w:eastAsia="Nirmala UI" w:cs="Nirmala UI"/>
        </w:rPr>
        <w:t xml:space="preserve"> </w:t>
      </w:r>
      <w:r>
        <w:rPr>
          <w:rFonts w:ascii="Segoe UI" w:hAnsi="Segoe UI" w:eastAsia="Segoe UI" w:cs="Segoe UI"/>
        </w:rPr>
        <w:t>وو</w:t>
      </w:r>
      <w:r>
        <w:rPr>
          <w:rFonts w:ascii="Nirmala UI" w:hAnsi="Nirmala UI" w:eastAsia="Nirmala UI" w:cs="Nirmala UI"/>
        </w:rPr>
        <w:t>.»</w:t>
      </w:r>
    </w:p>
    <w:p>
      <w:pPr>
        <w:pStyle w:val="ArticleScripture"/>
        <w:jc w:val="left"/>
      </w:pPr>
      <w:r>
        <w:rPr>
          <w:rFonts w:ascii="Nirmala UI" w:hAnsi="Nirmala UI" w:eastAsia="Nirmala UI" w:cs="Nirmala UI"/>
        </w:rPr>
        <w:t>“Hier sien ons dat die kerk—die heiligdom van die Here—die eerste was om die slag van die toorn van God te voel. Die ou manne, dié aan wie God groot lig gegee het en wat as bewakers van die geestelike belange van die volk gestaan het, het hulle vertroue verraai. Hulle het die standpunt ingeneem dat ons nie na wonderwerke en die duidelike openbaring van God se krag hoef uit te sien soos in vroeëre dae nie. Tye het verander. Hierdie woorde versterk hulle ongeloof, en hulle sê: Die Here sal geen goed doen nie, en Hy sal geen kwaad doen nie. Hy is te barmhartig om sy volk met oordeel te besoek. So is ‘Vrede en veiligheid’ die uitroep van manne wat nooit weer hulle stem soos ’n basuin sal verhef om aan God se volk hulle oortredinge en aan die huis van Jakob hulle sondes te toon nie. Hierdie stom honde wat nie wou blaf nie, is dié wat die regverdige wraak van ’n vertoornde God voel. Mans, jongmeisies en klein kindertjies gaan almal saam om.”</w:t>
      </w:r>
    </w:p>
    <w:p>
      <w:pPr>
        <w:pStyle w:val="ArticleScripture"/>
        <w:jc w:val="left"/>
      </w:pPr>
      <w:r>
        <w:rPr>
          <w:rFonts w:ascii="Nirmala UI" w:hAnsi="Nirmala UI" w:eastAsia="Nirmala UI" w:cs="Nirmala UI"/>
        </w:rPr>
        <w:t>“Odvratnosti zbog kojih su verni uzdisali i vikali bile su sve ono što se moglo razabrati ograni</w:t>
      </w:r>
      <w:r>
        <w:rPr>
          <w:rFonts w:ascii="Times New Roman" w:hAnsi="Times New Roman" w:eastAsia="Times New Roman" w:cs="Times New Roman"/>
        </w:rPr>
        <w:t>č</w:t>
      </w:r>
      <w:r>
        <w:rPr>
          <w:rFonts w:ascii="Nirmala UI" w:hAnsi="Nirmala UI" w:eastAsia="Nirmala UI" w:cs="Nirmala UI"/>
        </w:rPr>
        <w:t>enim ljudskim o</w:t>
      </w:r>
      <w:r>
        <w:rPr>
          <w:rFonts w:ascii="Times New Roman" w:hAnsi="Times New Roman" w:eastAsia="Times New Roman" w:cs="Times New Roman"/>
        </w:rPr>
        <w:t>č</w:t>
      </w:r>
      <w:r>
        <w:rPr>
          <w:rFonts w:ascii="Nirmala UI" w:hAnsi="Nirmala UI" w:eastAsia="Nirmala UI" w:cs="Nirmala UI"/>
        </w:rPr>
        <w:t xml:space="preserve">ima, ali daleko najgori gresi, oni koji su izazivali revnost </w:t>
      </w:r>
      <w:r>
        <w:rPr>
          <w:rFonts w:ascii="Times New Roman" w:hAnsi="Times New Roman" w:eastAsia="Times New Roman" w:cs="Times New Roman"/>
        </w:rPr>
        <w:t>č</w:t>
      </w:r>
      <w:r>
        <w:rPr>
          <w:rFonts w:ascii="Nirmala UI" w:hAnsi="Nirmala UI" w:eastAsia="Nirmala UI" w:cs="Nirmala UI"/>
        </w:rPr>
        <w:t>istoga i svetoga Boga, ostajali su neotkriveni. Veliki Ispitiva</w:t>
      </w:r>
      <w:r>
        <w:rPr>
          <w:rFonts w:ascii="Times New Roman" w:hAnsi="Times New Roman" w:eastAsia="Times New Roman" w:cs="Times New Roman"/>
        </w:rPr>
        <w:t>č</w:t>
      </w:r>
      <w:r>
        <w:rPr>
          <w:rFonts w:ascii="Nirmala UI" w:hAnsi="Nirmala UI" w:eastAsia="Nirmala UI" w:cs="Nirmala UI"/>
        </w:rPr>
        <w:t xml:space="preserve"> srca zna za svaki greh po</w:t>
      </w:r>
      <w:r>
        <w:rPr>
          <w:rFonts w:ascii="Times New Roman" w:hAnsi="Times New Roman" w:eastAsia="Times New Roman" w:cs="Times New Roman"/>
        </w:rPr>
        <w:t>č</w:t>
      </w:r>
      <w:r>
        <w:rPr>
          <w:rFonts w:ascii="Nirmala UI" w:hAnsi="Nirmala UI" w:eastAsia="Nirmala UI" w:cs="Nirmala UI"/>
        </w:rPr>
        <w:t xml:space="preserve">injen u tajnosti od strane onih koji </w:t>
      </w:r>
      <w:r>
        <w:rPr>
          <w:rFonts w:ascii="Times New Roman" w:hAnsi="Times New Roman" w:eastAsia="Times New Roman" w:cs="Times New Roman"/>
        </w:rPr>
        <w:t>č</w:t>
      </w:r>
      <w:r>
        <w:rPr>
          <w:rFonts w:ascii="Nirmala UI" w:hAnsi="Nirmala UI" w:eastAsia="Nirmala UI" w:cs="Nirmala UI"/>
        </w:rPr>
        <w:t>ine bezakonje. Ove osobe dolaze do toga da se ose</w:t>
      </w:r>
      <w:r>
        <w:rPr>
          <w:rFonts w:ascii="Times New Roman" w:hAnsi="Times New Roman" w:eastAsia="Times New Roman" w:cs="Times New Roman"/>
        </w:rPr>
        <w:t>ć</w:t>
      </w:r>
      <w:r>
        <w:rPr>
          <w:rFonts w:ascii="Nirmala UI" w:hAnsi="Nirmala UI" w:eastAsia="Nirmala UI" w:cs="Nirmala UI"/>
        </w:rPr>
        <w:t xml:space="preserve">aju sigurnima u svojim obmanama i, zbog Njegovog dugotrpljenja, govore da Gospod ne vidi, a zatim postupaju kao da je napustio zemlju. Ali On </w:t>
      </w:r>
      <w:r>
        <w:rPr>
          <w:rFonts w:ascii="Times New Roman" w:hAnsi="Times New Roman" w:eastAsia="Times New Roman" w:cs="Times New Roman"/>
        </w:rPr>
        <w:t>ć</w:t>
      </w:r>
      <w:r>
        <w:rPr>
          <w:rFonts w:ascii="Nirmala UI" w:hAnsi="Nirmala UI" w:eastAsia="Nirmala UI" w:cs="Nirmala UI"/>
        </w:rPr>
        <w:t>e razotkriti njihovo licemerje i otkri</w:t>
      </w:r>
      <w:r>
        <w:rPr>
          <w:rFonts w:ascii="Times New Roman" w:hAnsi="Times New Roman" w:eastAsia="Times New Roman" w:cs="Times New Roman"/>
        </w:rPr>
        <w:t>ć</w:t>
      </w:r>
      <w:r>
        <w:rPr>
          <w:rFonts w:ascii="Nirmala UI" w:hAnsi="Nirmala UI" w:eastAsia="Nirmala UI" w:cs="Nirmala UI"/>
        </w:rPr>
        <w:t>e pred drugima one grehe koje su tako brižljivo skrivali.”</w:t>
      </w:r>
    </w:p>
    <w:p>
      <w:pPr>
        <w:pStyle w:val="ArticleScripture"/>
        <w:jc w:val="left"/>
      </w:pPr>
      <w:r>
        <w:rPr>
          <w:rFonts w:ascii="Nirmala UI" w:hAnsi="Nirmala UI" w:eastAsia="Nirmala UI" w:cs="Nirmala UI"/>
        </w:rPr>
        <w:t>“Nu o superioritate de rang, de demnitate sau de în</w:t>
      </w:r>
      <w:r>
        <w:rPr>
          <w:rFonts w:ascii="Times New Roman" w:hAnsi="Times New Roman" w:eastAsia="Times New Roman" w:cs="Times New Roman"/>
        </w:rPr>
        <w:t>ț</w:t>
      </w:r>
      <w:r>
        <w:rPr>
          <w:rFonts w:ascii="Nirmala UI" w:hAnsi="Nirmala UI" w:eastAsia="Nirmala UI" w:cs="Nirmala UI"/>
        </w:rPr>
        <w:t>elepciune lumeasc</w:t>
      </w:r>
      <w:r>
        <w:rPr>
          <w:rFonts w:ascii="Times New Roman" w:hAnsi="Times New Roman" w:eastAsia="Times New Roman" w:cs="Times New Roman"/>
        </w:rPr>
        <w:t>ă</w:t>
      </w:r>
      <w:r>
        <w:rPr>
          <w:rFonts w:ascii="Nirmala UI" w:hAnsi="Nirmala UI" w:eastAsia="Nirmala UI" w:cs="Nirmala UI"/>
        </w:rPr>
        <w:t>, nicio pozi</w:t>
      </w:r>
      <w:r>
        <w:rPr>
          <w:rFonts w:ascii="Times New Roman" w:hAnsi="Times New Roman" w:eastAsia="Times New Roman" w:cs="Times New Roman"/>
        </w:rPr>
        <w:t>ț</w:t>
      </w:r>
      <w:r>
        <w:rPr>
          <w:rFonts w:ascii="Nirmala UI" w:hAnsi="Nirmala UI" w:eastAsia="Nirmala UI" w:cs="Nirmala UI"/>
        </w:rPr>
        <w:t>ie în slujba sfânt</w:t>
      </w:r>
      <w:r>
        <w:rPr>
          <w:rFonts w:ascii="Times New Roman" w:hAnsi="Times New Roman" w:eastAsia="Times New Roman" w:cs="Times New Roman"/>
        </w:rPr>
        <w:t>ă</w:t>
      </w:r>
      <w:r>
        <w:rPr>
          <w:rFonts w:ascii="Nirmala UI" w:hAnsi="Nirmala UI" w:eastAsia="Nirmala UI" w:cs="Nirmala UI"/>
        </w:rPr>
        <w:t xml:space="preserve"> nu-i va p</w:t>
      </w:r>
      <w:r>
        <w:rPr>
          <w:rFonts w:ascii="Times New Roman" w:hAnsi="Times New Roman" w:eastAsia="Times New Roman" w:cs="Times New Roman"/>
        </w:rPr>
        <w:t>ă</w:t>
      </w:r>
      <w:r>
        <w:rPr>
          <w:rFonts w:ascii="Nirmala UI" w:hAnsi="Nirmala UI" w:eastAsia="Nirmala UI" w:cs="Nirmala UI"/>
        </w:rPr>
        <w:t>zi pe oameni de a jertfi principiul atunci când sunt l</w:t>
      </w:r>
      <w:r>
        <w:rPr>
          <w:rFonts w:ascii="Times New Roman" w:hAnsi="Times New Roman" w:eastAsia="Times New Roman" w:cs="Times New Roman"/>
        </w:rPr>
        <w:t>ă</w:t>
      </w:r>
      <w:r>
        <w:rPr>
          <w:rFonts w:ascii="Nirmala UI" w:hAnsi="Nirmala UI" w:eastAsia="Nirmala UI" w:cs="Nirmala UI"/>
        </w:rPr>
        <w:t>sa</w:t>
      </w:r>
      <w:r>
        <w:rPr>
          <w:rFonts w:ascii="Times New Roman" w:hAnsi="Times New Roman" w:eastAsia="Times New Roman" w:cs="Times New Roman"/>
        </w:rPr>
        <w:t>ț</w:t>
      </w:r>
      <w:r>
        <w:rPr>
          <w:rFonts w:ascii="Nirmala UI" w:hAnsi="Nirmala UI" w:eastAsia="Nirmala UI" w:cs="Nirmala UI"/>
        </w:rPr>
        <w:t>i în voia propriilor lor inimi în</w:t>
      </w:r>
      <w:r>
        <w:rPr>
          <w:rFonts w:ascii="Times New Roman" w:hAnsi="Times New Roman" w:eastAsia="Times New Roman" w:cs="Times New Roman"/>
        </w:rPr>
        <w:t>ș</w:t>
      </w:r>
      <w:r>
        <w:rPr>
          <w:rFonts w:ascii="Nirmala UI" w:hAnsi="Nirmala UI" w:eastAsia="Nirmala UI" w:cs="Nirmala UI"/>
        </w:rPr>
        <w:t>el</w:t>
      </w:r>
      <w:r>
        <w:rPr>
          <w:rFonts w:ascii="Times New Roman" w:hAnsi="Times New Roman" w:eastAsia="Times New Roman" w:cs="Times New Roman"/>
        </w:rPr>
        <w:t>ă</w:t>
      </w:r>
      <w:r>
        <w:rPr>
          <w:rFonts w:ascii="Nirmala UI" w:hAnsi="Nirmala UI" w:eastAsia="Nirmala UI" w:cs="Nirmala UI"/>
        </w:rPr>
        <w:t>toare. Cei care au fost socoti</w:t>
      </w:r>
      <w:r>
        <w:rPr>
          <w:rFonts w:ascii="Times New Roman" w:hAnsi="Times New Roman" w:eastAsia="Times New Roman" w:cs="Times New Roman"/>
        </w:rPr>
        <w:t>ț</w:t>
      </w:r>
      <w:r>
        <w:rPr>
          <w:rFonts w:ascii="Nirmala UI" w:hAnsi="Nirmala UI" w:eastAsia="Nirmala UI" w:cs="Nirmala UI"/>
        </w:rPr>
        <w:t xml:space="preserve">i vrednici </w:t>
      </w:r>
      <w:r>
        <w:rPr>
          <w:rFonts w:ascii="Times New Roman" w:hAnsi="Times New Roman" w:eastAsia="Times New Roman" w:cs="Times New Roman"/>
        </w:rPr>
        <w:t>ș</w:t>
      </w:r>
      <w:r>
        <w:rPr>
          <w:rFonts w:ascii="Nirmala UI" w:hAnsi="Nirmala UI" w:eastAsia="Nirmala UI" w:cs="Nirmala UI"/>
        </w:rPr>
        <w:t>i neprih</w:t>
      </w:r>
      <w:r>
        <w:rPr>
          <w:rFonts w:ascii="Times New Roman" w:hAnsi="Times New Roman" w:eastAsia="Times New Roman" w:cs="Times New Roman"/>
        </w:rPr>
        <w:t>ă</w:t>
      </w:r>
      <w:r>
        <w:rPr>
          <w:rFonts w:ascii="Nirmala UI" w:hAnsi="Nirmala UI" w:eastAsia="Nirmala UI" w:cs="Nirmala UI"/>
        </w:rPr>
        <w:t>ni</w:t>
      </w:r>
      <w:r>
        <w:rPr>
          <w:rFonts w:ascii="Times New Roman" w:hAnsi="Times New Roman" w:eastAsia="Times New Roman" w:cs="Times New Roman"/>
        </w:rPr>
        <w:t>ț</w:t>
      </w:r>
      <w:r>
        <w:rPr>
          <w:rFonts w:ascii="Nirmala UI" w:hAnsi="Nirmala UI" w:eastAsia="Nirmala UI" w:cs="Nirmala UI"/>
        </w:rPr>
        <w:t xml:space="preserve">i se dovedesc a fi capii apostaziei </w:t>
      </w:r>
      <w:r>
        <w:rPr>
          <w:rFonts w:ascii="Times New Roman" w:hAnsi="Times New Roman" w:eastAsia="Times New Roman" w:cs="Times New Roman"/>
        </w:rPr>
        <w:t>ș</w:t>
      </w:r>
      <w:r>
        <w:rPr>
          <w:rFonts w:ascii="Nirmala UI" w:hAnsi="Nirmala UI" w:eastAsia="Nirmala UI" w:cs="Nirmala UI"/>
        </w:rPr>
        <w:t>i pilde de nep</w:t>
      </w:r>
      <w:r>
        <w:rPr>
          <w:rFonts w:ascii="Times New Roman" w:hAnsi="Times New Roman" w:eastAsia="Times New Roman" w:cs="Times New Roman"/>
        </w:rPr>
        <w:t>ă</w:t>
      </w:r>
      <w:r>
        <w:rPr>
          <w:rFonts w:ascii="Nirmala UI" w:hAnsi="Nirmala UI" w:eastAsia="Nirmala UI" w:cs="Nirmala UI"/>
        </w:rPr>
        <w:t xml:space="preserve">sare </w:t>
      </w:r>
      <w:r>
        <w:rPr>
          <w:rFonts w:ascii="Times New Roman" w:hAnsi="Times New Roman" w:eastAsia="Times New Roman" w:cs="Times New Roman"/>
        </w:rPr>
        <w:t>ș</w:t>
      </w:r>
      <w:r>
        <w:rPr>
          <w:rFonts w:ascii="Nirmala UI" w:hAnsi="Nirmala UI" w:eastAsia="Nirmala UI" w:cs="Nirmala UI"/>
        </w:rPr>
        <w:t>i de abuz al îndur</w:t>
      </w:r>
      <w:r>
        <w:rPr>
          <w:rFonts w:ascii="Times New Roman" w:hAnsi="Times New Roman" w:eastAsia="Times New Roman" w:cs="Times New Roman"/>
        </w:rPr>
        <w:t>ă</w:t>
      </w:r>
      <w:r>
        <w:rPr>
          <w:rFonts w:ascii="Nirmala UI" w:hAnsi="Nirmala UI" w:eastAsia="Nirmala UI" w:cs="Nirmala UI"/>
        </w:rPr>
        <w:t>rilor lui Dumnezeu. Calea lor nelegiuit</w:t>
      </w:r>
      <w:r>
        <w:rPr>
          <w:rFonts w:ascii="Times New Roman" w:hAnsi="Times New Roman" w:eastAsia="Times New Roman" w:cs="Times New Roman"/>
        </w:rPr>
        <w:t>ă</w:t>
      </w:r>
      <w:r>
        <w:rPr>
          <w:rFonts w:ascii="Nirmala UI" w:hAnsi="Nirmala UI" w:eastAsia="Nirmala UI" w:cs="Nirmala UI"/>
        </w:rPr>
        <w:t xml:space="preserve"> El nu o va mai îng</w:t>
      </w:r>
      <w:r>
        <w:rPr>
          <w:rFonts w:ascii="Times New Roman" w:hAnsi="Times New Roman" w:eastAsia="Times New Roman" w:cs="Times New Roman"/>
        </w:rPr>
        <w:t>ă</w:t>
      </w:r>
      <w:r>
        <w:rPr>
          <w:rFonts w:ascii="Nirmala UI" w:hAnsi="Nirmala UI" w:eastAsia="Nirmala UI" w:cs="Nirmala UI"/>
        </w:rPr>
        <w:t>dui, iar în mânia Sa Se poart</w:t>
      </w:r>
      <w:r>
        <w:rPr>
          <w:rFonts w:ascii="Times New Roman" w:hAnsi="Times New Roman" w:eastAsia="Times New Roman" w:cs="Times New Roman"/>
        </w:rPr>
        <w:t>ă</w:t>
      </w:r>
      <w:r>
        <w:rPr>
          <w:rFonts w:ascii="Nirmala UI" w:hAnsi="Nirmala UI" w:eastAsia="Nirmala UI" w:cs="Nirmala UI"/>
        </w:rPr>
        <w:t xml:space="preserve"> cu ei f</w:t>
      </w:r>
      <w:r>
        <w:rPr>
          <w:rFonts w:ascii="Times New Roman" w:hAnsi="Times New Roman" w:eastAsia="Times New Roman" w:cs="Times New Roman"/>
        </w:rPr>
        <w:t>ă</w:t>
      </w:r>
      <w:r>
        <w:rPr>
          <w:rFonts w:ascii="Nirmala UI" w:hAnsi="Nirmala UI" w:eastAsia="Nirmala UI" w:cs="Nirmala UI"/>
        </w:rPr>
        <w:t>r</w:t>
      </w:r>
      <w:r>
        <w:rPr>
          <w:rFonts w:ascii="Times New Roman" w:hAnsi="Times New Roman" w:eastAsia="Times New Roman" w:cs="Times New Roman"/>
        </w:rPr>
        <w:t>ă</w:t>
      </w:r>
      <w:r>
        <w:rPr>
          <w:rFonts w:ascii="Nirmala UI" w:hAnsi="Nirmala UI" w:eastAsia="Nirmala UI" w:cs="Nirmala UI"/>
        </w:rPr>
        <w:t xml:space="preserve"> mil</w:t>
      </w:r>
      <w:r>
        <w:rPr>
          <w:rFonts w:ascii="Times New Roman" w:hAnsi="Times New Roman" w:eastAsia="Times New Roman" w:cs="Times New Roman"/>
        </w:rPr>
        <w:t>ă</w:t>
      </w:r>
      <w:r>
        <w:rPr>
          <w:rFonts w:ascii="Nirmala UI" w:hAnsi="Nirmala UI" w:eastAsia="Nirmala UI" w:cs="Nirmala UI"/>
        </w:rPr>
        <w:t>.”</w:t>
      </w:r>
    </w:p>
    <w:p>
      <w:pPr>
        <w:pStyle w:val="ArticleScripture"/>
        <w:jc w:val="left"/>
      </w:pPr>
      <w:r>
        <w:rPr>
          <w:rFonts w:ascii="Nirmala UI" w:hAnsi="Nirmala UI" w:eastAsia="Nirmala UI" w:cs="Nirmala UI"/>
        </w:rPr>
        <w:t>«</w:t>
      </w:r>
      <w:r>
        <w:rPr>
          <w:rFonts w:ascii="Leelawadee UI" w:hAnsi="Leelawadee UI" w:eastAsia="Leelawadee UI" w:cs="Leelawadee UI"/>
        </w:rPr>
        <w:t>ស្រះអម្ចាស់ទ្រង់ដកព្រះវត្តមានរបស់ទ្រង់ចេញពីអ្នកទាំងឡាយដែលបានទទួលពន្លឺដ៏ធំ</w:t>
      </w:r>
      <w:r>
        <w:rPr>
          <w:rFonts w:ascii="Nirmala UI" w:hAnsi="Nirmala UI" w:eastAsia="Nirmala UI" w:cs="Nirmala UI"/>
        </w:rPr>
        <w:t xml:space="preserve"> </w:t>
      </w:r>
      <w:r>
        <w:rPr>
          <w:rFonts w:ascii="Leelawadee UI" w:hAnsi="Leelawadee UI" w:eastAsia="Leelawadee UI" w:cs="Leelawadee UI"/>
        </w:rPr>
        <w:t>និងបានមានអារម្មណ៍ដល់អំណាចនៃព្រះបន្ទូល</w:t>
      </w:r>
      <w:r>
        <w:rPr>
          <w:rFonts w:ascii="Nirmala UI" w:hAnsi="Nirmala UI" w:eastAsia="Nirmala UI" w:cs="Nirmala UI"/>
        </w:rPr>
        <w:t xml:space="preserve"> </w:t>
      </w:r>
      <w:r>
        <w:rPr>
          <w:rFonts w:ascii="Leelawadee UI" w:hAnsi="Leelawadee UI" w:eastAsia="Leelawadee UI" w:cs="Leelawadee UI"/>
        </w:rPr>
        <w:t>ក្នុងការបម្រើអ្នកដទៃ</w:t>
      </w:r>
      <w:r>
        <w:rPr>
          <w:rFonts w:ascii="Nirmala UI" w:hAnsi="Nirmala UI" w:eastAsia="Nirmala UI" w:cs="Nirmala UI"/>
        </w:rPr>
        <w:t xml:space="preserve"> </w:t>
      </w:r>
      <w:r>
        <w:rPr>
          <w:rFonts w:ascii="Leelawadee UI" w:hAnsi="Leelawadee UI" w:eastAsia="Leelawadee UI" w:cs="Leelawadee UI"/>
        </w:rPr>
        <w:t>ដោយព្រះហឫទ័យមិនសូវចង់ធ្វើដូច្នោះឡើយ។</w:t>
      </w:r>
      <w:r>
        <w:rPr>
          <w:rFonts w:ascii="Nirmala UI" w:hAnsi="Nirmala UI" w:eastAsia="Nirmala UI" w:cs="Nirmala UI"/>
        </w:rPr>
        <w:t xml:space="preserve"> </w:t>
      </w:r>
      <w:r>
        <w:rPr>
          <w:rFonts w:ascii="Leelawadee UI" w:hAnsi="Leelawadee UI" w:eastAsia="Leelawadee UI" w:cs="Leelawadee UI"/>
        </w:rPr>
        <w:t>ពួកគេធ្លាប់ជាអ្នកបម្រើស្មោះត្រង់របស់ទ្រង់</w:t>
      </w:r>
      <w:r>
        <w:rPr>
          <w:rFonts w:ascii="Nirmala UI" w:hAnsi="Nirmala UI" w:eastAsia="Nirmala UI" w:cs="Nirmala UI"/>
        </w:rPr>
        <w:t xml:space="preserve"> </w:t>
      </w:r>
      <w:r>
        <w:rPr>
          <w:rFonts w:ascii="Leelawadee UI" w:hAnsi="Leelawadee UI" w:eastAsia="Leelawadee UI" w:cs="Leelawadee UI"/>
        </w:rPr>
        <w:t>ដែលបានទទួលព្រះគុណដោយព្រះវត្តមាន</w:t>
      </w:r>
      <w:r>
        <w:rPr>
          <w:rFonts w:ascii="Nirmala UI" w:hAnsi="Nirmala UI" w:eastAsia="Nirmala UI" w:cs="Nirmala UI"/>
        </w:rPr>
        <w:t xml:space="preserve"> </w:t>
      </w:r>
      <w:r>
        <w:rPr>
          <w:rFonts w:ascii="Leelawadee UI" w:hAnsi="Leelawadee UI" w:eastAsia="Leelawadee UI" w:cs="Leelawadee UI"/>
        </w:rPr>
        <w:t>និងការដឹកនាំរបស់ទ្រង់</w:t>
      </w:r>
      <w:r>
        <w:rPr>
          <w:rFonts w:ascii="Nirmala UI" w:hAnsi="Nirmala UI" w:eastAsia="Nirmala UI" w:cs="Nirmala UI"/>
        </w:rPr>
        <w:t xml:space="preserve">; </w:t>
      </w:r>
      <w:r>
        <w:rPr>
          <w:rFonts w:ascii="Leelawadee UI" w:hAnsi="Leelawadee UI" w:eastAsia="Leelawadee UI" w:cs="Leelawadee UI"/>
        </w:rPr>
        <w:t>ប៉ុន្តែពួកគេបានចាកចេញពីទ្រង់</w:t>
      </w:r>
      <w:r>
        <w:rPr>
          <w:rFonts w:ascii="Nirmala UI" w:hAnsi="Nirmala UI" w:eastAsia="Nirmala UI" w:cs="Nirmala UI"/>
        </w:rPr>
        <w:t xml:space="preserve"> </w:t>
      </w:r>
      <w:r>
        <w:rPr>
          <w:rFonts w:ascii="Leelawadee UI" w:hAnsi="Leelawadee UI" w:eastAsia="Leelawadee UI" w:cs="Leelawadee UI"/>
        </w:rPr>
        <w:t>ហើយបាននាំអ្នកដទៃឲ្យធ្លាក់ចូលក្នុងសេចក្តីភាន់ច្រឡំ</w:t>
      </w:r>
      <w:r>
        <w:rPr>
          <w:rFonts w:ascii="Nirmala UI" w:hAnsi="Nirmala UI" w:eastAsia="Nirmala UI" w:cs="Nirmala UI"/>
        </w:rPr>
        <w:t xml:space="preserve"> </w:t>
      </w:r>
      <w:r>
        <w:rPr>
          <w:rFonts w:ascii="Leelawadee UI" w:hAnsi="Leelawadee UI" w:eastAsia="Leelawadee UI" w:cs="Leelawadee UI"/>
        </w:rPr>
        <w:t>ដូច្នេះហើយ</w:t>
      </w:r>
      <w:r>
        <w:rPr>
          <w:rFonts w:ascii="Nirmala UI" w:hAnsi="Nirmala UI" w:eastAsia="Nirmala UI" w:cs="Nirmala UI"/>
        </w:rPr>
        <w:t xml:space="preserve"> </w:t>
      </w:r>
      <w:r>
        <w:rPr>
          <w:rFonts w:ascii="Leelawadee UI" w:hAnsi="Leelawadee UI" w:eastAsia="Leelawadee UI" w:cs="Leelawadee UI"/>
        </w:rPr>
        <w:t>ពួកគេត្រូវបាននាំឲ្យស្ថិតនៅក្រោមព្រះពិរោធរបស់ព្រះជាម្ចាស់</w:t>
      </w:r>
      <w:r>
        <w:rPr>
          <w:rFonts w:ascii="Nirmala UI" w:hAnsi="Nirmala UI" w:eastAsia="Nirmala UI" w:cs="Nirmala UI"/>
        </w:rPr>
        <w:t>»</w:t>
      </w:r>
      <w:r>
        <w:rPr>
          <w:rFonts w:ascii="Leelawadee UI" w:hAnsi="Leelawadee UI" w:eastAsia="Leelawadee UI" w:cs="Leelawadee UI"/>
        </w:rPr>
        <w:t>។</w:t>
      </w:r>
      <w:r>
        <w:rPr>
          <w:rFonts w:ascii="Nirmala UI" w:hAnsi="Nirmala UI" w:eastAsia="Nirmala UI" w:cs="Nirmala UI"/>
        </w:rPr>
        <w:t xml:space="preserve"> Testimonies, volume 5, 211, 212.</w:t>
      </w:r>
    </w:p>
    <w:p>
      <w:pPr>
        <w:pStyle w:val="ArticleBody"/>
        <w:jc w:val="left"/>
      </w:pPr>
      <w:r>
        <w:rPr>
          <w:rFonts w:ascii="Times New Roman" w:hAnsi="Times New Roman" w:eastAsia="Times New Roman" w:cs="Times New Roman"/>
        </w:rPr>
        <w:t>Тамоми</w:t>
      </w:r>
      <w:r>
        <w:rPr>
          <w:rFonts w:ascii="Nirmala UI" w:hAnsi="Nirmala UI" w:eastAsia="Nirmala UI" w:cs="Nirmala UI"/>
        </w:rPr>
        <w:t xml:space="preserve"> </w:t>
      </w:r>
      <w:r>
        <w:rPr>
          <w:rFonts w:ascii="Times New Roman" w:hAnsi="Times New Roman" w:eastAsia="Times New Roman" w:cs="Times New Roman"/>
        </w:rPr>
        <w:t>китоби</w:t>
      </w:r>
      <w:r>
        <w:rPr>
          <w:rFonts w:ascii="Nirmala UI" w:hAnsi="Nirmala UI" w:eastAsia="Nirmala UI" w:cs="Nirmala UI"/>
        </w:rPr>
        <w:t xml:space="preserve"> </w:t>
      </w:r>
      <w:r>
        <w:rPr>
          <w:rFonts w:ascii="Times New Roman" w:hAnsi="Times New Roman" w:eastAsia="Times New Roman" w:cs="Times New Roman"/>
        </w:rPr>
        <w:t>Ҳизқиёл</w:t>
      </w:r>
      <w:r>
        <w:rPr>
          <w:rFonts w:ascii="Nirmala UI" w:hAnsi="Nirmala UI" w:eastAsia="Nirmala UI" w:cs="Nirmala UI"/>
        </w:rPr>
        <w:t xml:space="preserve"> </w:t>
      </w:r>
      <w:r>
        <w:rPr>
          <w:rFonts w:ascii="Times New Roman" w:hAnsi="Times New Roman" w:eastAsia="Times New Roman" w:cs="Times New Roman"/>
        </w:rPr>
        <w:t>дар</w:t>
      </w:r>
      <w:r>
        <w:rPr>
          <w:rFonts w:ascii="Nirmala UI" w:hAnsi="Nirmala UI" w:eastAsia="Nirmala UI" w:cs="Nirmala UI"/>
        </w:rPr>
        <w:t xml:space="preserve"> </w:t>
      </w:r>
      <w:r>
        <w:rPr>
          <w:rFonts w:ascii="Times New Roman" w:hAnsi="Times New Roman" w:eastAsia="Times New Roman" w:cs="Times New Roman"/>
        </w:rPr>
        <w:t>заминаи</w:t>
      </w:r>
      <w:r>
        <w:rPr>
          <w:rFonts w:ascii="Nirmala UI" w:hAnsi="Nirmala UI" w:eastAsia="Nirmala UI" w:cs="Nirmala UI"/>
        </w:rPr>
        <w:t xml:space="preserve"> </w:t>
      </w:r>
      <w:r>
        <w:rPr>
          <w:rFonts w:ascii="Times New Roman" w:hAnsi="Times New Roman" w:eastAsia="Times New Roman" w:cs="Times New Roman"/>
        </w:rPr>
        <w:t>вайроншавии</w:t>
      </w:r>
      <w:r>
        <w:rPr>
          <w:rFonts w:ascii="Nirmala UI" w:hAnsi="Nirmala UI" w:eastAsia="Nirmala UI" w:cs="Nirmala UI"/>
        </w:rPr>
        <w:t xml:space="preserve"> </w:t>
      </w:r>
      <w:r>
        <w:rPr>
          <w:rFonts w:ascii="Times New Roman" w:hAnsi="Times New Roman" w:eastAsia="Times New Roman" w:cs="Times New Roman"/>
        </w:rPr>
        <w:t>Ерусалим</w:t>
      </w:r>
      <w:r>
        <w:rPr>
          <w:rFonts w:ascii="Nirmala UI" w:hAnsi="Nirmala UI" w:eastAsia="Nirmala UI" w:cs="Nirmala UI"/>
        </w:rPr>
        <w:t xml:space="preserve"> </w:t>
      </w:r>
      <w:r>
        <w:rPr>
          <w:rFonts w:ascii="Times New Roman" w:hAnsi="Times New Roman" w:eastAsia="Times New Roman" w:cs="Times New Roman"/>
        </w:rPr>
        <w:t>қарор</w:t>
      </w:r>
      <w:r>
        <w:rPr>
          <w:rFonts w:ascii="Nirmala UI" w:hAnsi="Nirmala UI" w:eastAsia="Nirmala UI" w:cs="Nirmala UI"/>
        </w:rPr>
        <w:t xml:space="preserve"> </w:t>
      </w:r>
      <w:r>
        <w:rPr>
          <w:rFonts w:ascii="Times New Roman" w:hAnsi="Times New Roman" w:eastAsia="Times New Roman" w:cs="Times New Roman"/>
        </w:rPr>
        <w:t>дорад</w:t>
      </w:r>
      <w:r>
        <w:rPr>
          <w:rFonts w:ascii="Nirmala UI" w:hAnsi="Nirmala UI" w:eastAsia="Nirmala UI" w:cs="Nirmala UI"/>
        </w:rPr>
        <w:t xml:space="preserve">. </w:t>
      </w:r>
      <w:r>
        <w:rPr>
          <w:rFonts w:ascii="Times New Roman" w:hAnsi="Times New Roman" w:eastAsia="Times New Roman" w:cs="Times New Roman"/>
        </w:rPr>
        <w:t>Дар</w:t>
      </w:r>
      <w:r>
        <w:rPr>
          <w:rFonts w:ascii="Nirmala UI" w:hAnsi="Nirmala UI" w:eastAsia="Nirmala UI" w:cs="Nirmala UI"/>
        </w:rPr>
        <w:t xml:space="preserve"> </w:t>
      </w:r>
      <w:r>
        <w:rPr>
          <w:rFonts w:ascii="Times New Roman" w:hAnsi="Times New Roman" w:eastAsia="Times New Roman" w:cs="Times New Roman"/>
        </w:rPr>
        <w:t>шаҳодати</w:t>
      </w:r>
      <w:r>
        <w:rPr>
          <w:rFonts w:ascii="Nirmala UI" w:hAnsi="Nirmala UI" w:eastAsia="Nirmala UI" w:cs="Nirmala UI"/>
        </w:rPr>
        <w:t xml:space="preserve"> </w:t>
      </w:r>
      <w:r>
        <w:rPr>
          <w:rFonts w:ascii="Times New Roman" w:hAnsi="Times New Roman" w:eastAsia="Times New Roman" w:cs="Times New Roman"/>
        </w:rPr>
        <w:t>Ҳизқиёл</w:t>
      </w:r>
      <w:r>
        <w:rPr>
          <w:rFonts w:ascii="Nirmala UI" w:hAnsi="Nirmala UI" w:eastAsia="Nirmala UI" w:cs="Nirmala UI"/>
        </w:rPr>
        <w:t xml:space="preserve"> </w:t>
      </w:r>
      <w:r>
        <w:rPr>
          <w:rFonts w:ascii="Times New Roman" w:hAnsi="Times New Roman" w:eastAsia="Times New Roman" w:cs="Times New Roman"/>
        </w:rPr>
        <w:t>муҳосираи</w:t>
      </w:r>
      <w:r>
        <w:rPr>
          <w:rFonts w:ascii="Nirmala UI" w:hAnsi="Nirmala UI" w:eastAsia="Nirmala UI" w:cs="Nirmala UI"/>
        </w:rPr>
        <w:t xml:space="preserve"> </w:t>
      </w:r>
      <w:r>
        <w:rPr>
          <w:rFonts w:ascii="Times New Roman" w:hAnsi="Times New Roman" w:eastAsia="Times New Roman" w:cs="Times New Roman"/>
        </w:rPr>
        <w:t>Набукаднасар</w:t>
      </w:r>
      <w:r>
        <w:rPr>
          <w:rFonts w:ascii="Nirmala UI" w:hAnsi="Nirmala UI" w:eastAsia="Nirmala UI" w:cs="Nirmala UI"/>
        </w:rPr>
        <w:t xml:space="preserve">, </w:t>
      </w:r>
      <w:r>
        <w:rPr>
          <w:rFonts w:ascii="Times New Roman" w:hAnsi="Times New Roman" w:eastAsia="Times New Roman" w:cs="Times New Roman"/>
        </w:rPr>
        <w:t>ки</w:t>
      </w:r>
      <w:r>
        <w:rPr>
          <w:rFonts w:ascii="Nirmala UI" w:hAnsi="Nirmala UI" w:eastAsia="Nirmala UI" w:cs="Nirmala UI"/>
        </w:rPr>
        <w:t xml:space="preserve"> </w:t>
      </w:r>
      <w:r>
        <w:rPr>
          <w:rFonts w:ascii="Times New Roman" w:hAnsi="Times New Roman" w:eastAsia="Times New Roman" w:cs="Times New Roman"/>
        </w:rPr>
        <w:t>як</w:t>
      </w:r>
      <w:r>
        <w:rPr>
          <w:rFonts w:ascii="Nirmala UI" w:hAnsi="Nirmala UI" w:eastAsia="Nirmala UI" w:cs="Nirmala UI"/>
        </w:rPr>
        <w:t xml:space="preserve"> </w:t>
      </w:r>
      <w:r>
        <w:rPr>
          <w:rFonts w:ascii="Times New Roman" w:hAnsi="Times New Roman" w:eastAsia="Times New Roman" w:cs="Times New Roman"/>
        </w:rPr>
        <w:t>солу</w:t>
      </w:r>
      <w:r>
        <w:rPr>
          <w:rFonts w:ascii="Nirmala UI" w:hAnsi="Nirmala UI" w:eastAsia="Nirmala UI" w:cs="Nirmala UI"/>
        </w:rPr>
        <w:t xml:space="preserve"> </w:t>
      </w:r>
      <w:r>
        <w:rPr>
          <w:rFonts w:ascii="Times New Roman" w:hAnsi="Times New Roman" w:eastAsia="Times New Roman" w:cs="Times New Roman"/>
        </w:rPr>
        <w:t>ним</w:t>
      </w:r>
      <w:r>
        <w:rPr>
          <w:rFonts w:ascii="Nirmala UI" w:hAnsi="Nirmala UI" w:eastAsia="Nirmala UI" w:cs="Nirmala UI"/>
        </w:rPr>
        <w:t xml:space="preserve"> </w:t>
      </w:r>
      <w:r>
        <w:rPr>
          <w:rFonts w:ascii="Times New Roman" w:hAnsi="Times New Roman" w:eastAsia="Times New Roman" w:cs="Times New Roman"/>
        </w:rPr>
        <w:t>идома</w:t>
      </w:r>
      <w:r>
        <w:rPr>
          <w:rFonts w:ascii="Nirmala UI" w:hAnsi="Nirmala UI" w:eastAsia="Nirmala UI" w:cs="Nirmala UI"/>
        </w:rPr>
        <w:t xml:space="preserve"> </w:t>
      </w:r>
      <w:r>
        <w:rPr>
          <w:rFonts w:ascii="Times New Roman" w:hAnsi="Times New Roman" w:eastAsia="Times New Roman" w:cs="Times New Roman"/>
        </w:rPr>
        <w:t>ёфт</w:t>
      </w:r>
      <w:r>
        <w:rPr>
          <w:rFonts w:ascii="Nirmala UI" w:hAnsi="Nirmala UI" w:eastAsia="Nirmala UI" w:cs="Nirmala UI"/>
        </w:rPr>
        <w:t xml:space="preserve">, </w:t>
      </w:r>
      <w:r>
        <w:rPr>
          <w:rFonts w:ascii="Times New Roman" w:hAnsi="Times New Roman" w:eastAsia="Times New Roman" w:cs="Times New Roman"/>
        </w:rPr>
        <w:t>ба</w:t>
      </w:r>
      <w:r>
        <w:rPr>
          <w:rFonts w:ascii="Nirmala UI" w:hAnsi="Nirmala UI" w:eastAsia="Nirmala UI" w:cs="Nirmala UI"/>
        </w:rPr>
        <w:t xml:space="preserve"> </w:t>
      </w:r>
      <w:r>
        <w:rPr>
          <w:rFonts w:ascii="Times New Roman" w:hAnsi="Times New Roman" w:eastAsia="Times New Roman" w:cs="Times New Roman"/>
        </w:rPr>
        <w:t>таври</w:t>
      </w:r>
      <w:r>
        <w:rPr>
          <w:rFonts w:ascii="Nirmala UI" w:hAnsi="Nirmala UI" w:eastAsia="Nirmala UI" w:cs="Nirmala UI"/>
        </w:rPr>
        <w:t xml:space="preserve"> </w:t>
      </w:r>
      <w:r>
        <w:rPr>
          <w:rFonts w:ascii="Times New Roman" w:hAnsi="Times New Roman" w:eastAsia="Times New Roman" w:cs="Times New Roman"/>
        </w:rPr>
        <w:t>махсус</w:t>
      </w:r>
      <w:r>
        <w:rPr>
          <w:rFonts w:ascii="Nirmala UI" w:hAnsi="Nirmala UI" w:eastAsia="Nirmala UI" w:cs="Nirmala UI"/>
        </w:rPr>
        <w:t xml:space="preserve"> </w:t>
      </w:r>
      <w:r>
        <w:rPr>
          <w:rFonts w:ascii="Times New Roman" w:hAnsi="Times New Roman" w:eastAsia="Times New Roman" w:cs="Times New Roman"/>
        </w:rPr>
        <w:t>қайд</w:t>
      </w:r>
      <w:r>
        <w:rPr>
          <w:rFonts w:ascii="Nirmala UI" w:hAnsi="Nirmala UI" w:eastAsia="Nirmala UI" w:cs="Nirmala UI"/>
        </w:rPr>
        <w:t xml:space="preserve"> </w:t>
      </w:r>
      <w:r>
        <w:rPr>
          <w:rFonts w:ascii="Times New Roman" w:hAnsi="Times New Roman" w:eastAsia="Times New Roman" w:cs="Times New Roman"/>
        </w:rPr>
        <w:t>шудааст</w:t>
      </w:r>
      <w:r>
        <w:rPr>
          <w:rFonts w:ascii="Nirmala UI" w:hAnsi="Nirmala UI" w:eastAsia="Nirmala UI" w:cs="Nirmala UI"/>
        </w:rPr>
        <w:t xml:space="preserve">, </w:t>
      </w:r>
      <w:r>
        <w:rPr>
          <w:rFonts w:ascii="Times New Roman" w:hAnsi="Times New Roman" w:eastAsia="Times New Roman" w:cs="Times New Roman"/>
        </w:rPr>
        <w:t>аммо</w:t>
      </w:r>
      <w:r>
        <w:rPr>
          <w:rFonts w:ascii="Nirmala UI" w:hAnsi="Nirmala UI" w:eastAsia="Nirmala UI" w:cs="Nirmala UI"/>
        </w:rPr>
        <w:t xml:space="preserve"> «</w:t>
      </w:r>
      <w:r>
        <w:rPr>
          <w:rFonts w:ascii="Times New Roman" w:hAnsi="Times New Roman" w:eastAsia="Times New Roman" w:cs="Times New Roman"/>
        </w:rPr>
        <w:t>татбиқи</w:t>
      </w:r>
      <w:r>
        <w:rPr>
          <w:rFonts w:ascii="Nirmala UI" w:hAnsi="Nirmala UI" w:eastAsia="Nirmala UI" w:cs="Nirmala UI"/>
        </w:rPr>
        <w:t xml:space="preserve"> </w:t>
      </w:r>
      <w:r>
        <w:rPr>
          <w:rFonts w:ascii="Times New Roman" w:hAnsi="Times New Roman" w:eastAsia="Times New Roman" w:cs="Times New Roman"/>
        </w:rPr>
        <w:t>мустақимтар</w:t>
      </w:r>
      <w:r>
        <w:rPr>
          <w:rFonts w:ascii="Nirmala UI" w:hAnsi="Nirmala UI" w:eastAsia="Nirmala UI" w:cs="Nirmala UI"/>
        </w:rPr>
        <w:t>»-</w:t>
      </w:r>
      <w:r>
        <w:rPr>
          <w:rFonts w:ascii="Times New Roman" w:hAnsi="Times New Roman" w:eastAsia="Times New Roman" w:cs="Times New Roman"/>
        </w:rPr>
        <w:t>и</w:t>
      </w:r>
      <w:r>
        <w:rPr>
          <w:rFonts w:ascii="Nirmala UI" w:hAnsi="Nirmala UI" w:eastAsia="Nirmala UI" w:cs="Nirmala UI"/>
        </w:rPr>
        <w:t xml:space="preserve"> </w:t>
      </w:r>
      <w:r>
        <w:rPr>
          <w:rFonts w:ascii="Times New Roman" w:hAnsi="Times New Roman" w:eastAsia="Times New Roman" w:cs="Times New Roman"/>
        </w:rPr>
        <w:t>ҳушдори</w:t>
      </w:r>
      <w:r>
        <w:rPr>
          <w:rFonts w:ascii="Nirmala UI" w:hAnsi="Nirmala UI" w:eastAsia="Nirmala UI" w:cs="Nirmala UI"/>
        </w:rPr>
        <w:t xml:space="preserve"> </w:t>
      </w:r>
      <w:r>
        <w:rPr>
          <w:rFonts w:ascii="Times New Roman" w:hAnsi="Times New Roman" w:eastAsia="Times New Roman" w:cs="Times New Roman"/>
        </w:rPr>
        <w:t>Исо</w:t>
      </w:r>
      <w:r>
        <w:rPr>
          <w:rFonts w:ascii="Nirmala UI" w:hAnsi="Nirmala UI" w:eastAsia="Nirmala UI" w:cs="Nirmala UI"/>
        </w:rPr>
        <w:t xml:space="preserve"> </w:t>
      </w:r>
      <w:r>
        <w:rPr>
          <w:rFonts w:ascii="Times New Roman" w:hAnsi="Times New Roman" w:eastAsia="Times New Roman" w:cs="Times New Roman"/>
        </w:rPr>
        <w:t>дар</w:t>
      </w:r>
      <w:r>
        <w:rPr>
          <w:rFonts w:ascii="Nirmala UI" w:hAnsi="Nirmala UI" w:eastAsia="Nirmala UI" w:cs="Nirmala UI"/>
        </w:rPr>
        <w:t xml:space="preserve"> </w:t>
      </w:r>
      <w:r>
        <w:rPr>
          <w:rFonts w:ascii="Times New Roman" w:hAnsi="Times New Roman" w:eastAsia="Times New Roman" w:cs="Times New Roman"/>
        </w:rPr>
        <w:t>Матто</w:t>
      </w:r>
      <w:r>
        <w:rPr>
          <w:rFonts w:ascii="Nirmala UI" w:hAnsi="Nirmala UI" w:eastAsia="Nirmala UI" w:cs="Nirmala UI"/>
        </w:rPr>
        <w:t xml:space="preserve"> </w:t>
      </w:r>
      <w:r>
        <w:rPr>
          <w:rFonts w:ascii="Times New Roman" w:hAnsi="Times New Roman" w:eastAsia="Times New Roman" w:cs="Times New Roman"/>
        </w:rPr>
        <w:t>бисту</w:t>
      </w:r>
      <w:r>
        <w:rPr>
          <w:rFonts w:ascii="Nirmala UI" w:hAnsi="Nirmala UI" w:eastAsia="Nirmala UI" w:cs="Nirmala UI"/>
        </w:rPr>
        <w:t xml:space="preserve"> </w:t>
      </w:r>
      <w:r>
        <w:rPr>
          <w:rFonts w:ascii="Times New Roman" w:hAnsi="Times New Roman" w:eastAsia="Times New Roman" w:cs="Times New Roman"/>
        </w:rPr>
        <w:t>чор</w:t>
      </w:r>
      <w:r>
        <w:rPr>
          <w:rFonts w:ascii="Nirmala UI" w:hAnsi="Nirmala UI" w:eastAsia="Nirmala UI" w:cs="Nirmala UI"/>
        </w:rPr>
        <w:t xml:space="preserve"> </w:t>
      </w:r>
      <w:r>
        <w:rPr>
          <w:rFonts w:ascii="Times New Roman" w:hAnsi="Times New Roman" w:eastAsia="Times New Roman" w:cs="Times New Roman"/>
        </w:rPr>
        <w:t>ба</w:t>
      </w:r>
      <w:r>
        <w:rPr>
          <w:rFonts w:ascii="Nirmala UI" w:hAnsi="Nirmala UI" w:eastAsia="Nirmala UI" w:cs="Nirmala UI"/>
        </w:rPr>
        <w:t xml:space="preserve"> </w:t>
      </w:r>
      <w:r>
        <w:rPr>
          <w:rFonts w:ascii="Times New Roman" w:hAnsi="Times New Roman" w:eastAsia="Times New Roman" w:cs="Times New Roman"/>
        </w:rPr>
        <w:t>айёми</w:t>
      </w:r>
      <w:r>
        <w:rPr>
          <w:rFonts w:ascii="Nirmala UI" w:hAnsi="Nirmala UI" w:eastAsia="Nirmala UI" w:cs="Nirmala UI"/>
        </w:rPr>
        <w:t xml:space="preserve"> </w:t>
      </w:r>
      <w:r>
        <w:rPr>
          <w:rFonts w:ascii="Times New Roman" w:hAnsi="Times New Roman" w:eastAsia="Times New Roman" w:cs="Times New Roman"/>
        </w:rPr>
        <w:t>охир</w:t>
      </w:r>
      <w:r>
        <w:rPr>
          <w:rFonts w:ascii="Nirmala UI" w:hAnsi="Nirmala UI" w:eastAsia="Nirmala UI" w:cs="Nirmala UI"/>
        </w:rPr>
        <w:t xml:space="preserve"> </w:t>
      </w:r>
      <w:r>
        <w:rPr>
          <w:rFonts w:ascii="Times New Roman" w:hAnsi="Times New Roman" w:eastAsia="Times New Roman" w:cs="Times New Roman"/>
        </w:rPr>
        <w:t>тааллуқ</w:t>
      </w:r>
      <w:r>
        <w:rPr>
          <w:rFonts w:ascii="Nirmala UI" w:hAnsi="Nirmala UI" w:eastAsia="Nirmala UI" w:cs="Nirmala UI"/>
        </w:rPr>
        <w:t xml:space="preserve"> </w:t>
      </w:r>
      <w:r>
        <w:rPr>
          <w:rFonts w:ascii="Times New Roman" w:hAnsi="Times New Roman" w:eastAsia="Times New Roman" w:cs="Times New Roman"/>
        </w:rPr>
        <w:t>дорад</w:t>
      </w:r>
      <w:r>
        <w:rPr>
          <w:rFonts w:ascii="Nirmala UI" w:hAnsi="Nirmala UI" w:eastAsia="Nirmala UI" w:cs="Nirmala UI"/>
        </w:rPr>
        <w:t xml:space="preserve">. </w:t>
      </w:r>
      <w:r>
        <w:rPr>
          <w:rFonts w:ascii="Times New Roman" w:hAnsi="Times New Roman" w:eastAsia="Times New Roman" w:cs="Times New Roman"/>
        </w:rPr>
        <w:t>Дар</w:t>
      </w:r>
      <w:r>
        <w:rPr>
          <w:rFonts w:ascii="Nirmala UI" w:hAnsi="Nirmala UI" w:eastAsia="Nirmala UI" w:cs="Nirmala UI"/>
        </w:rPr>
        <w:t xml:space="preserve"> </w:t>
      </w:r>
      <w:r>
        <w:rPr>
          <w:rFonts w:ascii="Times New Roman" w:hAnsi="Times New Roman" w:eastAsia="Times New Roman" w:cs="Times New Roman"/>
        </w:rPr>
        <w:t>Ҳизқиёл</w:t>
      </w:r>
      <w:r>
        <w:rPr>
          <w:rFonts w:ascii="Nirmala UI" w:hAnsi="Nirmala UI" w:eastAsia="Nirmala UI" w:cs="Nirmala UI"/>
        </w:rPr>
        <w:t xml:space="preserve"> </w:t>
      </w:r>
      <w:r>
        <w:rPr>
          <w:rFonts w:ascii="Times New Roman" w:hAnsi="Times New Roman" w:eastAsia="Times New Roman" w:cs="Times New Roman"/>
        </w:rPr>
        <w:t>он</w:t>
      </w:r>
      <w:r>
        <w:rPr>
          <w:rFonts w:ascii="Nirmala UI" w:hAnsi="Nirmala UI" w:eastAsia="Nirmala UI" w:cs="Nirmala UI"/>
        </w:rPr>
        <w:t xml:space="preserve"> </w:t>
      </w:r>
      <w:r>
        <w:rPr>
          <w:rFonts w:ascii="Times New Roman" w:hAnsi="Times New Roman" w:eastAsia="Times New Roman" w:cs="Times New Roman"/>
        </w:rPr>
        <w:t>хатти</w:t>
      </w:r>
      <w:r>
        <w:rPr>
          <w:rFonts w:ascii="Nirmala UI" w:hAnsi="Nirmala UI" w:eastAsia="Nirmala UI" w:cs="Nirmala UI"/>
        </w:rPr>
        <w:t xml:space="preserve"> </w:t>
      </w:r>
      <w:r>
        <w:rPr>
          <w:rFonts w:ascii="Times New Roman" w:hAnsi="Times New Roman" w:eastAsia="Times New Roman" w:cs="Times New Roman"/>
        </w:rPr>
        <w:t>ҳақиқат</w:t>
      </w:r>
      <w:r>
        <w:rPr>
          <w:rFonts w:ascii="Nirmala UI" w:hAnsi="Nirmala UI" w:eastAsia="Nirmala UI" w:cs="Nirmala UI"/>
        </w:rPr>
        <w:t xml:space="preserve"> </w:t>
      </w:r>
      <w:r>
        <w:rPr>
          <w:rFonts w:ascii="Times New Roman" w:hAnsi="Times New Roman" w:eastAsia="Times New Roman" w:cs="Times New Roman"/>
        </w:rPr>
        <w:t>дар</w:t>
      </w:r>
      <w:r>
        <w:rPr>
          <w:rFonts w:ascii="Nirmala UI" w:hAnsi="Nirmala UI" w:eastAsia="Nirmala UI" w:cs="Nirmala UI"/>
        </w:rPr>
        <w:t xml:space="preserve"> </w:t>
      </w:r>
      <w:r>
        <w:rPr>
          <w:rFonts w:ascii="Times New Roman" w:hAnsi="Times New Roman" w:eastAsia="Times New Roman" w:cs="Times New Roman"/>
        </w:rPr>
        <w:t>боби</w:t>
      </w:r>
      <w:r>
        <w:rPr>
          <w:rFonts w:ascii="Nirmala UI" w:hAnsi="Nirmala UI" w:eastAsia="Nirmala UI" w:cs="Nirmala UI"/>
        </w:rPr>
        <w:t xml:space="preserve"> </w:t>
      </w:r>
      <w:r>
        <w:rPr>
          <w:rFonts w:ascii="Times New Roman" w:hAnsi="Times New Roman" w:eastAsia="Times New Roman" w:cs="Times New Roman"/>
        </w:rPr>
        <w:t>бисту</w:t>
      </w:r>
      <w:r>
        <w:rPr>
          <w:rFonts w:ascii="Nirmala UI" w:hAnsi="Nirmala UI" w:eastAsia="Nirmala UI" w:cs="Nirmala UI"/>
        </w:rPr>
        <w:t xml:space="preserve"> </w:t>
      </w:r>
      <w:r>
        <w:rPr>
          <w:rFonts w:ascii="Times New Roman" w:hAnsi="Times New Roman" w:eastAsia="Times New Roman" w:cs="Times New Roman"/>
        </w:rPr>
        <w:t>чор</w:t>
      </w:r>
      <w:r>
        <w:rPr>
          <w:rFonts w:ascii="Nirmala UI" w:hAnsi="Nirmala UI" w:eastAsia="Nirmala UI" w:cs="Nirmala UI"/>
        </w:rPr>
        <w:t xml:space="preserve"> </w:t>
      </w:r>
      <w:r>
        <w:rPr>
          <w:rFonts w:ascii="Times New Roman" w:hAnsi="Times New Roman" w:eastAsia="Times New Roman" w:cs="Times New Roman"/>
        </w:rPr>
        <w:t>ёфт</w:t>
      </w:r>
      <w:r>
        <w:rPr>
          <w:rFonts w:ascii="Nirmala UI" w:hAnsi="Nirmala UI" w:eastAsia="Nirmala UI" w:cs="Nirmala UI"/>
        </w:rPr>
        <w:t xml:space="preserve"> </w:t>
      </w:r>
      <w:r>
        <w:rPr>
          <w:rFonts w:ascii="Times New Roman" w:hAnsi="Times New Roman" w:eastAsia="Times New Roman" w:cs="Times New Roman"/>
        </w:rPr>
        <w:t>мешавад</w:t>
      </w:r>
      <w:r>
        <w:rPr>
          <w:rFonts w:ascii="Nirmala UI" w:hAnsi="Nirmala UI" w:eastAsia="Nirmala UI" w:cs="Nirmala UI"/>
        </w:rPr>
        <w:t>.</w:t>
      </w:r>
    </w:p>
    <w:p>
      <w:pPr>
        <w:pStyle w:val="ArticleHeading"/>
        <w:jc w:val="left"/>
      </w:pPr>
      <w:r>
        <w:rPr>
          <w:rFonts w:ascii="Segoe UI" w:hAnsi="Segoe UI" w:eastAsia="Segoe UI" w:cs="Segoe UI"/>
        </w:rPr>
        <w:t>۱۵</w:t>
      </w:r>
      <w:r>
        <w:rPr>
          <w:rFonts w:ascii="Nirmala UI" w:hAnsi="Nirmala UI" w:eastAsia="Nirmala UI" w:cs="Nirmala UI"/>
        </w:rPr>
        <w:t xml:space="preserve"> </w:t>
      </w:r>
      <w:r>
        <w:rPr>
          <w:rFonts w:ascii="Segoe UI" w:hAnsi="Segoe UI" w:eastAsia="Segoe UI" w:cs="Segoe UI"/>
        </w:rPr>
        <w:t>ژانویه،</w:t>
      </w:r>
      <w:r>
        <w:rPr>
          <w:rFonts w:ascii="Nirmala UI" w:hAnsi="Nirmala UI" w:eastAsia="Nirmala UI" w:cs="Nirmala UI"/>
        </w:rPr>
        <w:t xml:space="preserve"> </w:t>
      </w:r>
      <w:r>
        <w:rPr>
          <w:rFonts w:ascii="Segoe UI" w:hAnsi="Segoe UI" w:eastAsia="Segoe UI" w:cs="Segoe UI"/>
        </w:rPr>
        <w:t>۵۸۸</w:t>
      </w:r>
      <w:r>
        <w:rPr>
          <w:rFonts w:ascii="Nirmala UI" w:hAnsi="Nirmala UI" w:eastAsia="Nirmala UI" w:cs="Nirmala UI"/>
        </w:rPr>
        <w:t xml:space="preserve"> </w:t>
      </w:r>
      <w:r>
        <w:rPr>
          <w:rFonts w:ascii="Segoe UI" w:hAnsi="Segoe UI" w:eastAsia="Segoe UI" w:cs="Segoe UI"/>
        </w:rPr>
        <w:t>پیش</w:t>
      </w:r>
      <w:r>
        <w:rPr>
          <w:rFonts w:ascii="Nirmala UI" w:hAnsi="Nirmala UI" w:eastAsia="Nirmala UI" w:cs="Nirmala UI"/>
        </w:rPr>
        <w:t xml:space="preserve"> </w:t>
      </w:r>
      <w:r>
        <w:rPr>
          <w:rFonts w:ascii="Segoe UI" w:hAnsi="Segoe UI" w:eastAsia="Segoe UI" w:cs="Segoe UI"/>
        </w:rPr>
        <w:t>از</w:t>
      </w:r>
      <w:r>
        <w:rPr>
          <w:rFonts w:ascii="Nirmala UI" w:hAnsi="Nirmala UI" w:eastAsia="Nirmala UI" w:cs="Nirmala UI"/>
        </w:rPr>
        <w:t xml:space="preserve"> </w:t>
      </w:r>
      <w:r>
        <w:rPr>
          <w:rFonts w:ascii="Segoe UI" w:hAnsi="Segoe UI" w:eastAsia="Segoe UI" w:cs="Segoe UI"/>
        </w:rPr>
        <w:t>میلاد</w:t>
      </w:r>
    </w:p>
    <w:p>
      <w:pPr>
        <w:pStyle w:val="ArticleScripture"/>
        <w:jc w:val="left"/>
      </w:pPr>
      <w:r>
        <w:rPr>
          <w:rFonts w:ascii="Times New Roman" w:hAnsi="Times New Roman" w:eastAsia="Times New Roman" w:cs="Times New Roman"/>
        </w:rPr>
        <w:t>Ş</w:t>
      </w:r>
      <w:r>
        <w:rPr>
          <w:rFonts w:ascii="Nirmala UI" w:hAnsi="Nirmala UI" w:eastAsia="Nirmala UI" w:cs="Nirmala UI"/>
        </w:rPr>
        <w:t>i din nou, în anul al nou</w:t>
      </w:r>
      <w:r>
        <w:rPr>
          <w:rFonts w:ascii="Times New Roman" w:hAnsi="Times New Roman" w:eastAsia="Times New Roman" w:cs="Times New Roman"/>
        </w:rPr>
        <w:t>ă</w:t>
      </w:r>
      <w:r>
        <w:rPr>
          <w:rFonts w:ascii="Nirmala UI" w:hAnsi="Nirmala UI" w:eastAsia="Nirmala UI" w:cs="Nirmala UI"/>
        </w:rPr>
        <w:t>lea, în luna a zecea, în ziua a zecea a lunii, cuvântul Domnului a venit la mine, zicând: „Fiul omului, scrie-</w:t>
      </w:r>
      <w:r>
        <w:rPr>
          <w:rFonts w:ascii="Times New Roman" w:hAnsi="Times New Roman" w:eastAsia="Times New Roman" w:cs="Times New Roman"/>
        </w:rPr>
        <w:t>ț</w:t>
      </w:r>
      <w:r>
        <w:rPr>
          <w:rFonts w:ascii="Nirmala UI" w:hAnsi="Nirmala UI" w:eastAsia="Nirmala UI" w:cs="Nirmala UI"/>
        </w:rPr>
        <w:t>i numele zilei, chiar al acestei zile: împ</w:t>
      </w:r>
      <w:r>
        <w:rPr>
          <w:rFonts w:ascii="Times New Roman" w:hAnsi="Times New Roman" w:eastAsia="Times New Roman" w:cs="Times New Roman"/>
        </w:rPr>
        <w:t>ă</w:t>
      </w:r>
      <w:r>
        <w:rPr>
          <w:rFonts w:ascii="Nirmala UI" w:hAnsi="Nirmala UI" w:eastAsia="Nirmala UI" w:cs="Nirmala UI"/>
        </w:rPr>
        <w:t>ratul Babilonului s-a a</w:t>
      </w:r>
      <w:r>
        <w:rPr>
          <w:rFonts w:ascii="Times New Roman" w:hAnsi="Times New Roman" w:eastAsia="Times New Roman" w:cs="Times New Roman"/>
        </w:rPr>
        <w:t>ş</w:t>
      </w:r>
      <w:r>
        <w:rPr>
          <w:rFonts w:ascii="Nirmala UI" w:hAnsi="Nirmala UI" w:eastAsia="Nirmala UI" w:cs="Nirmala UI"/>
        </w:rPr>
        <w:t>ezat împotriva Ierusalimului chiar în aceast</w:t>
      </w:r>
      <w:r>
        <w:rPr>
          <w:rFonts w:ascii="Times New Roman" w:hAnsi="Times New Roman" w:eastAsia="Times New Roman" w:cs="Times New Roman"/>
        </w:rPr>
        <w:t>ă</w:t>
      </w:r>
      <w:r>
        <w:rPr>
          <w:rFonts w:ascii="Nirmala UI" w:hAnsi="Nirmala UI" w:eastAsia="Nirmala UI" w:cs="Nirmala UI"/>
        </w:rPr>
        <w:t xml:space="preserve"> zi.” Ezechiel 24:1, 2.</w:t>
      </w:r>
    </w:p>
    <w:p>
      <w:pPr>
        <w:pStyle w:val="ArticleBody"/>
        <w:jc w:val="left"/>
      </w:pPr>
      <w:r>
        <w:rPr>
          <w:rFonts w:ascii="Nirmala UI" w:hAnsi="Nirmala UI" w:eastAsia="Nirmala UI" w:cs="Nirmala UI"/>
        </w:rPr>
        <w:t>Na data, que também é estabelecida por outras testemunhas bíblicas, teve início um cerco de dezoito meses. A palavra do Senhor que veio a Ezequiel nessa data consistiu na parábola da cidade sanguinária, ilustrada por uma panela a ferver, seguida de um grande fogo. A parábola representa claramente o juízo sobre Jerusalém, e é seguida, no mesmo capítulo, pelo falecimento da esposa de Ezequiel por um golpe repentino, como símbolo de que o cerco que por fim destruiria o santuário havia começado.</w:t>
      </w:r>
    </w:p>
    <w:p>
      <w:pPr>
        <w:pStyle w:val="ArticleScripture"/>
        <w:jc w:val="left"/>
      </w:pPr>
      <w:r>
        <w:rPr>
          <w:rFonts w:ascii="Nirmala UI" w:hAnsi="Nirmala UI" w:eastAsia="Nirmala UI" w:cs="Nirmala UI"/>
        </w:rPr>
        <w:t>Y además vino a mí palabra de Jehová, diciendo: Hijo de hombre, he aquí que yo te quito de golpe el deseo de tus ojos; pero no endecharás, ni llorarás, ni correrán tus lágrimas. Reprime el suspirar, no hagas duelo por los muertos; ata tu turbante sobre ti, y pon tus zapatos en tus pies, y no cubras tus labios, ni comas pan de enlutados. Hablé al pueblo por la mañana; y al caer la tarde murió mi mujer; y por la mañana hice como me fue mandado. Ezequiel 24:15–18.</w:t>
      </w:r>
    </w:p>
    <w:p>
      <w:pPr>
        <w:pStyle w:val="ArticleBody"/>
        <w:jc w:val="left"/>
      </w:pPr>
      <w:r>
        <w:rPr>
          <w:rFonts w:ascii="Nirmala UI" w:hAnsi="Nirmala UI" w:eastAsia="Nirmala UI" w:cs="Nirmala UI"/>
        </w:rPr>
        <w:t>Ke</w:t>
      </w:r>
      <w:r>
        <w:rPr>
          <w:rFonts w:ascii="Times New Roman" w:hAnsi="Times New Roman" w:eastAsia="Times New Roman" w:cs="Times New Roman"/>
        </w:rPr>
        <w:t>ď</w:t>
      </w:r>
      <w:r>
        <w:rPr>
          <w:rFonts w:ascii="Nirmala UI" w:hAnsi="Nirmala UI" w:eastAsia="Nirmala UI" w:cs="Nirmala UI"/>
        </w:rPr>
        <w:t xml:space="preserve"> sa potom </w:t>
      </w:r>
      <w:r>
        <w:rPr>
          <w:rFonts w:ascii="Times New Roman" w:hAnsi="Times New Roman" w:eastAsia="Times New Roman" w:cs="Times New Roman"/>
        </w:rPr>
        <w:t>ľ</w:t>
      </w:r>
      <w:r>
        <w:rPr>
          <w:rFonts w:ascii="Nirmala UI" w:hAnsi="Nirmala UI" w:eastAsia="Nirmala UI" w:cs="Nirmala UI"/>
        </w:rPr>
        <w:t>ud okolo Ezechiela pýtal na význam podobenstva a na smr</w:t>
      </w:r>
      <w:r>
        <w:rPr>
          <w:rFonts w:ascii="Times New Roman" w:hAnsi="Times New Roman" w:eastAsia="Times New Roman" w:cs="Times New Roman"/>
        </w:rPr>
        <w:t>ť</w:t>
      </w:r>
      <w:r>
        <w:rPr>
          <w:rFonts w:ascii="Nirmala UI" w:hAnsi="Nirmala UI" w:eastAsia="Nirmala UI" w:cs="Nirmala UI"/>
        </w:rPr>
        <w:t xml:space="preserve"> jeho manželky.</w:t>
      </w:r>
    </w:p>
    <w:p>
      <w:pPr>
        <w:pStyle w:val="ArticleScripture"/>
        <w:jc w:val="left"/>
      </w:pPr>
      <w:r>
        <w:rPr>
          <w:rFonts w:ascii="Nirmala UI" w:hAnsi="Nirmala UI" w:eastAsia="Nirmala UI" w:cs="Nirmala UI"/>
        </w:rPr>
        <w:t>එවිට ජනතාව මට කීවේය: නුඹ මෙසේ කරන්නේ මක්නිසාදැයි, මේ දේවල් අපට කුමක් අදහස් කරනවාදැයි, නුඹ අපට නොකියන්නෙහිද? එවිට මම ඔවුන්ට පිළිතුරු දුනිමි: සමිඳාණන්වහන්සේගේ වචනය මා වෙත පැමිණ මෙසේ කීවේය: ඉශ්‍රායෙල්ගේ ගෘහයට කතා කොට මෙසේ කියන්න: ස්වාමිවූ දෙවිඳාණන්වහන්සේ මෙසේ කියන සේක; බලව, මම ඔබගේ ශුද්ධස්ථානය, ඔබගේ බලයේ මහත් ශ්‍රේෂ්ඨත්වය, ඔබගේ ඇස්වල ආශාව, සහ ඔබගේ ආත්මය දයාකරන දෙය අපවිත්‍ර කරමි; තවද ඔබ අත්හැර ගිය ඔබගේ පුත්‍රයෝද ඔබගේ දූවරුයෝද කඩුවෙන් වැටෙනු ඇත. එසකියෙල් 24:19–21.</w:t>
      </w:r>
    </w:p>
    <w:p>
      <w:pPr>
        <w:pStyle w:val="ArticleBody"/>
        <w:jc w:val="left"/>
      </w:pPr>
      <w:r>
        <w:rPr>
          <w:rFonts w:ascii="Segoe UI" w:hAnsi="Segoe UI" w:eastAsia="Segoe UI" w:cs="Segoe UI"/>
        </w:rPr>
        <w:t>در</w:t>
      </w:r>
      <w:r>
        <w:rPr>
          <w:rFonts w:ascii="Nirmala UI" w:hAnsi="Nirmala UI" w:eastAsia="Nirmala UI" w:cs="Nirmala UI"/>
        </w:rPr>
        <w:t xml:space="preserve"> </w:t>
      </w:r>
      <w:r>
        <w:rPr>
          <w:rFonts w:ascii="Segoe UI" w:hAnsi="Segoe UI" w:eastAsia="Segoe UI" w:cs="Segoe UI"/>
        </w:rPr>
        <w:t>این</w:t>
      </w:r>
      <w:r>
        <w:rPr>
          <w:rFonts w:ascii="Nirmala UI" w:hAnsi="Nirmala UI" w:eastAsia="Nirmala UI" w:cs="Nirmala UI"/>
        </w:rPr>
        <w:t xml:space="preserve"> </w:t>
      </w:r>
      <w:r>
        <w:rPr>
          <w:rFonts w:ascii="Segoe UI" w:hAnsi="Segoe UI" w:eastAsia="Segoe UI" w:cs="Segoe UI"/>
        </w:rPr>
        <w:t>بخش،</w:t>
      </w:r>
      <w:r>
        <w:rPr>
          <w:rFonts w:ascii="Nirmala UI" w:hAnsi="Nirmala UI" w:eastAsia="Nirmala UI" w:cs="Nirmala UI"/>
        </w:rPr>
        <w:t xml:space="preserve"> </w:t>
      </w:r>
      <w:r>
        <w:rPr>
          <w:rFonts w:ascii="Segoe UI" w:hAnsi="Segoe UI" w:eastAsia="Segoe UI" w:cs="Segoe UI"/>
        </w:rPr>
        <w:t>همسر</w:t>
      </w:r>
      <w:r>
        <w:rPr>
          <w:rFonts w:ascii="Nirmala UI" w:hAnsi="Nirmala UI" w:eastAsia="Nirmala UI" w:cs="Nirmala UI"/>
        </w:rPr>
        <w:t xml:space="preserve"> </w:t>
      </w:r>
      <w:r>
        <w:rPr>
          <w:rFonts w:ascii="Segoe UI" w:hAnsi="Segoe UI" w:eastAsia="Segoe UI" w:cs="Segoe UI"/>
        </w:rPr>
        <w:t>حزقیال</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قدس</w:t>
      </w:r>
      <w:r>
        <w:rPr>
          <w:rFonts w:ascii="Nirmala UI" w:hAnsi="Nirmala UI" w:eastAsia="Nirmala UI" w:cs="Nirmala UI"/>
        </w:rPr>
        <w:t xml:space="preserve"> </w:t>
      </w:r>
      <w:r>
        <w:rPr>
          <w:rFonts w:ascii="Segoe UI" w:hAnsi="Segoe UI" w:eastAsia="Segoe UI" w:cs="Segoe UI"/>
        </w:rPr>
        <w:t>هر</w:t>
      </w:r>
      <w:r>
        <w:rPr>
          <w:rFonts w:ascii="Nirmala UI" w:hAnsi="Nirmala UI" w:eastAsia="Nirmala UI" w:cs="Nirmala UI"/>
        </w:rPr>
        <w:t xml:space="preserve"> </w:t>
      </w:r>
      <w:r>
        <w:rPr>
          <w:rFonts w:ascii="Segoe UI" w:hAnsi="Segoe UI" w:eastAsia="Segoe UI" w:cs="Segoe UI"/>
        </w:rPr>
        <w:t>دو</w:t>
      </w:r>
      <w:r>
        <w:rPr>
          <w:rFonts w:ascii="Nirmala UI" w:hAnsi="Nirmala UI" w:eastAsia="Nirmala UI" w:cs="Nirmala UI"/>
        </w:rPr>
        <w:t xml:space="preserve"> </w:t>
      </w:r>
      <w:r>
        <w:rPr>
          <w:rFonts w:ascii="Segoe UI" w:hAnsi="Segoe UI" w:eastAsia="Segoe UI" w:cs="Segoe UI"/>
        </w:rPr>
        <w:t>به</w:t>
      </w:r>
      <w:r>
        <w:rPr>
          <w:rFonts w:ascii="Nirmala UI" w:hAnsi="Nirmala UI" w:eastAsia="Nirmala UI" w:cs="Nirmala UI"/>
        </w:rPr>
        <w:t>‌</w:t>
      </w:r>
      <w:r>
        <w:rPr>
          <w:rFonts w:ascii="Segoe UI" w:hAnsi="Segoe UI" w:eastAsia="Segoe UI" w:cs="Segoe UI"/>
        </w:rPr>
        <w:t>عنوان</w:t>
      </w:r>
      <w:r>
        <w:rPr>
          <w:rFonts w:ascii="Nirmala UI" w:hAnsi="Nirmala UI" w:eastAsia="Nirmala UI" w:cs="Nirmala UI"/>
        </w:rPr>
        <w:t xml:space="preserve"> «</w:t>
      </w:r>
      <w:r>
        <w:rPr>
          <w:rFonts w:ascii="Segoe UI" w:hAnsi="Segoe UI" w:eastAsia="Segoe UI" w:cs="Segoe UI"/>
        </w:rPr>
        <w:t>محبوبِ</w:t>
      </w:r>
      <w:r>
        <w:rPr>
          <w:rFonts w:ascii="Nirmala UI" w:hAnsi="Nirmala UI" w:eastAsia="Nirmala UI" w:cs="Nirmala UI"/>
        </w:rPr>
        <w:t xml:space="preserve"> </w:t>
      </w:r>
      <w:r>
        <w:rPr>
          <w:rFonts w:ascii="Segoe UI" w:hAnsi="Segoe UI" w:eastAsia="Segoe UI" w:cs="Segoe UI"/>
        </w:rPr>
        <w:t>چشمان</w:t>
      </w:r>
      <w:r>
        <w:rPr>
          <w:rFonts w:ascii="Nirmala UI" w:hAnsi="Nirmala UI" w:eastAsia="Nirmala UI" w:cs="Nirmala UI"/>
        </w:rPr>
        <w:t xml:space="preserve"> </w:t>
      </w:r>
      <w:r>
        <w:rPr>
          <w:rFonts w:ascii="Segoe UI" w:hAnsi="Segoe UI" w:eastAsia="Segoe UI" w:cs="Segoe UI"/>
        </w:rPr>
        <w:t>تو</w:t>
      </w:r>
      <w:r>
        <w:rPr>
          <w:rFonts w:ascii="Nirmala UI" w:hAnsi="Nirmala UI" w:eastAsia="Nirmala UI" w:cs="Nirmala UI"/>
        </w:rPr>
        <w:t xml:space="preserve">» </w:t>
      </w:r>
      <w:r>
        <w:rPr>
          <w:rFonts w:ascii="Segoe UI" w:hAnsi="Segoe UI" w:eastAsia="Segoe UI" w:cs="Segoe UI"/>
        </w:rPr>
        <w:t>معرفی</w:t>
      </w:r>
      <w:r>
        <w:rPr>
          <w:rFonts w:ascii="Nirmala UI" w:hAnsi="Nirmala UI" w:eastAsia="Nirmala UI" w:cs="Nirmala UI"/>
        </w:rPr>
        <w:t xml:space="preserve"> </w:t>
      </w:r>
      <w:r>
        <w:rPr>
          <w:rFonts w:ascii="Segoe UI" w:hAnsi="Segoe UI" w:eastAsia="Segoe UI" w:cs="Segoe UI"/>
        </w:rPr>
        <w:t>شده</w:t>
      </w:r>
      <w:r>
        <w:rPr>
          <w:rFonts w:ascii="Nirmala UI" w:hAnsi="Nirmala UI" w:eastAsia="Nirmala UI" w:cs="Nirmala UI"/>
        </w:rPr>
        <w:t>‌</w:t>
      </w:r>
      <w:r>
        <w:rPr>
          <w:rFonts w:ascii="Segoe UI" w:hAnsi="Segoe UI" w:eastAsia="Segoe UI" w:cs="Segoe UI"/>
        </w:rPr>
        <w:t>اند</w:t>
      </w:r>
      <w:r>
        <w:rPr>
          <w:rFonts w:ascii="Nirmala UI" w:hAnsi="Nirmala UI" w:eastAsia="Nirmala UI" w:cs="Nirmala UI"/>
        </w:rPr>
        <w:t xml:space="preserve">. </w:t>
      </w:r>
      <w:r>
        <w:rPr>
          <w:rFonts w:ascii="Segoe UI" w:hAnsi="Segoe UI" w:eastAsia="Segoe UI" w:cs="Segoe UI"/>
        </w:rPr>
        <w:t>مورخان</w:t>
      </w:r>
      <w:r>
        <w:rPr>
          <w:rFonts w:ascii="Nirmala UI" w:hAnsi="Nirmala UI" w:eastAsia="Nirmala UI" w:cs="Nirmala UI"/>
        </w:rPr>
        <w:t xml:space="preserve"> </w:t>
      </w:r>
      <w:r>
        <w:rPr>
          <w:rFonts w:ascii="Segoe UI" w:hAnsi="Segoe UI" w:eastAsia="Segoe UI" w:cs="Segoe UI"/>
        </w:rPr>
        <w:t>کتاب</w:t>
      </w:r>
      <w:r>
        <w:rPr>
          <w:rFonts w:ascii="Nirmala UI" w:hAnsi="Nirmala UI" w:eastAsia="Nirmala UI" w:cs="Nirmala UI"/>
        </w:rPr>
        <w:t>‌</w:t>
      </w:r>
      <w:r>
        <w:rPr>
          <w:rFonts w:ascii="Segoe UI" w:hAnsi="Segoe UI" w:eastAsia="Segoe UI" w:cs="Segoe UI"/>
        </w:rPr>
        <w:t>مقدسی</w:t>
      </w:r>
      <w:r>
        <w:rPr>
          <w:rFonts w:ascii="Nirmala UI" w:hAnsi="Nirmala UI" w:eastAsia="Nirmala UI" w:cs="Nirmala UI"/>
        </w:rPr>
        <w:t xml:space="preserve"> </w:t>
      </w:r>
      <w:r>
        <w:rPr>
          <w:rFonts w:ascii="Segoe UI" w:hAnsi="Segoe UI" w:eastAsia="Segoe UI" w:cs="Segoe UI"/>
        </w:rPr>
        <w:t>بر</w:t>
      </w:r>
      <w:r>
        <w:rPr>
          <w:rFonts w:ascii="Nirmala UI" w:hAnsi="Nirmala UI" w:eastAsia="Nirmala UI" w:cs="Nirmala UI"/>
        </w:rPr>
        <w:t xml:space="preserve"> </w:t>
      </w:r>
      <w:r>
        <w:rPr>
          <w:rFonts w:ascii="Segoe UI" w:hAnsi="Segoe UI" w:eastAsia="Segoe UI" w:cs="Segoe UI"/>
        </w:rPr>
        <w:t>این</w:t>
      </w:r>
      <w:r>
        <w:rPr>
          <w:rFonts w:ascii="Nirmala UI" w:hAnsi="Nirmala UI" w:eastAsia="Nirmala UI" w:cs="Nirmala UI"/>
        </w:rPr>
        <w:t xml:space="preserve"> </w:t>
      </w:r>
      <w:r>
        <w:rPr>
          <w:rFonts w:ascii="Segoe UI" w:hAnsi="Segoe UI" w:eastAsia="Segoe UI" w:cs="Segoe UI"/>
        </w:rPr>
        <w:t>نظرند</w:t>
      </w:r>
      <w:r>
        <w:rPr>
          <w:rFonts w:ascii="Nirmala UI" w:hAnsi="Nirmala UI" w:eastAsia="Nirmala UI" w:cs="Nirmala UI"/>
        </w:rPr>
        <w:t xml:space="preserve"> </w:t>
      </w:r>
      <w:r>
        <w:rPr>
          <w:rFonts w:ascii="Segoe UI" w:hAnsi="Segoe UI" w:eastAsia="Segoe UI" w:cs="Segoe UI"/>
        </w:rPr>
        <w:t>که</w:t>
      </w:r>
      <w:r>
        <w:rPr>
          <w:rFonts w:ascii="Nirmala UI" w:hAnsi="Nirmala UI" w:eastAsia="Nirmala UI" w:cs="Nirmala UI"/>
        </w:rPr>
        <w:t xml:space="preserve"> </w:t>
      </w:r>
      <w:r>
        <w:rPr>
          <w:rFonts w:ascii="Segoe UI" w:hAnsi="Segoe UI" w:eastAsia="Segoe UI" w:cs="Segoe UI"/>
        </w:rPr>
        <w:t>آن</w:t>
      </w:r>
      <w:r>
        <w:rPr>
          <w:rFonts w:ascii="Nirmala UI" w:hAnsi="Nirmala UI" w:eastAsia="Nirmala UI" w:cs="Nirmala UI"/>
        </w:rPr>
        <w:t xml:space="preserve"> </w:t>
      </w:r>
      <w:r>
        <w:rPr>
          <w:rFonts w:ascii="Segoe UI" w:hAnsi="Segoe UI" w:eastAsia="Segoe UI" w:cs="Segoe UI"/>
        </w:rPr>
        <w:t>محاصره</w:t>
      </w:r>
      <w:r>
        <w:rPr>
          <w:rFonts w:ascii="Nirmala UI" w:hAnsi="Nirmala UI" w:eastAsia="Nirmala UI" w:cs="Nirmala UI"/>
        </w:rPr>
        <w:t xml:space="preserve"> </w:t>
      </w:r>
      <w:r>
        <w:rPr>
          <w:rFonts w:ascii="Segoe UI" w:hAnsi="Segoe UI" w:eastAsia="Segoe UI" w:cs="Segoe UI"/>
        </w:rPr>
        <w:t>هجده</w:t>
      </w:r>
      <w:r>
        <w:rPr>
          <w:rFonts w:ascii="Nirmala UI" w:hAnsi="Nirmala UI" w:eastAsia="Nirmala UI" w:cs="Nirmala UI"/>
        </w:rPr>
        <w:t xml:space="preserve"> </w:t>
      </w:r>
      <w:r>
        <w:rPr>
          <w:rFonts w:ascii="Segoe UI" w:hAnsi="Segoe UI" w:eastAsia="Segoe UI" w:cs="Segoe UI"/>
        </w:rPr>
        <w:t>ماه</w:t>
      </w:r>
      <w:r>
        <w:rPr>
          <w:rFonts w:ascii="Nirmala UI" w:hAnsi="Nirmala UI" w:eastAsia="Nirmala UI" w:cs="Nirmala UI"/>
        </w:rPr>
        <w:t xml:space="preserve"> </w:t>
      </w:r>
      <w:r>
        <w:rPr>
          <w:rFonts w:ascii="Segoe UI" w:hAnsi="Segoe UI" w:eastAsia="Segoe UI" w:cs="Segoe UI"/>
        </w:rPr>
        <w:t>به</w:t>
      </w:r>
      <w:r>
        <w:rPr>
          <w:rFonts w:ascii="Nirmala UI" w:hAnsi="Nirmala UI" w:eastAsia="Nirmala UI" w:cs="Nirmala UI"/>
        </w:rPr>
        <w:t xml:space="preserve"> </w:t>
      </w:r>
      <w:r>
        <w:rPr>
          <w:rFonts w:ascii="Segoe UI" w:hAnsi="Segoe UI" w:eastAsia="Segoe UI" w:cs="Segoe UI"/>
        </w:rPr>
        <w:t>طول</w:t>
      </w:r>
      <w:r>
        <w:rPr>
          <w:rFonts w:ascii="Nirmala UI" w:hAnsi="Nirmala UI" w:eastAsia="Nirmala UI" w:cs="Nirmala UI"/>
        </w:rPr>
        <w:t xml:space="preserve"> </w:t>
      </w:r>
      <w:r>
        <w:rPr>
          <w:rFonts w:ascii="Segoe UI" w:hAnsi="Segoe UI" w:eastAsia="Segoe UI" w:cs="Segoe UI"/>
        </w:rPr>
        <w:t>انجامید،</w:t>
      </w:r>
      <w:r>
        <w:rPr>
          <w:rFonts w:ascii="Nirmala UI" w:hAnsi="Nirmala UI" w:eastAsia="Nirmala UI" w:cs="Nirmala UI"/>
        </w:rPr>
        <w:t xml:space="preserve"> </w:t>
      </w:r>
      <w:r>
        <w:rPr>
          <w:rFonts w:ascii="Segoe UI" w:hAnsi="Segoe UI" w:eastAsia="Segoe UI" w:cs="Segoe UI"/>
        </w:rPr>
        <w:t>حال</w:t>
      </w:r>
      <w:r>
        <w:rPr>
          <w:rFonts w:ascii="Nirmala UI" w:hAnsi="Nirmala UI" w:eastAsia="Nirmala UI" w:cs="Nirmala UI"/>
        </w:rPr>
        <w:t xml:space="preserve"> </w:t>
      </w:r>
      <w:r>
        <w:rPr>
          <w:rFonts w:ascii="Segoe UI" w:hAnsi="Segoe UI" w:eastAsia="Segoe UI" w:cs="Segoe UI"/>
        </w:rPr>
        <w:t>آن</w:t>
      </w:r>
      <w:r>
        <w:rPr>
          <w:rFonts w:ascii="Nirmala UI" w:hAnsi="Nirmala UI" w:eastAsia="Nirmala UI" w:cs="Nirmala UI"/>
        </w:rPr>
        <w:t>‌</w:t>
      </w:r>
      <w:r>
        <w:rPr>
          <w:rFonts w:ascii="Segoe UI" w:hAnsi="Segoe UI" w:eastAsia="Segoe UI" w:cs="Segoe UI"/>
        </w:rPr>
        <w:t>که</w:t>
      </w:r>
      <w:r>
        <w:rPr>
          <w:rFonts w:ascii="Nirmala UI" w:hAnsi="Nirmala UI" w:eastAsia="Nirmala UI" w:cs="Nirmala UI"/>
        </w:rPr>
        <w:t xml:space="preserve"> </w:t>
      </w:r>
      <w:r>
        <w:rPr>
          <w:rFonts w:ascii="Segoe UI" w:hAnsi="Segoe UI" w:eastAsia="Segoe UI" w:cs="Segoe UI"/>
        </w:rPr>
        <w:t>محاصره</w:t>
      </w:r>
      <w:r>
        <w:rPr>
          <w:rFonts w:ascii="Nirmala UI" w:hAnsi="Nirmala UI" w:eastAsia="Nirmala UI" w:cs="Nirmala UI"/>
        </w:rPr>
        <w:t>‌</w:t>
      </w:r>
      <w:r>
        <w:rPr>
          <w:rFonts w:ascii="Segoe UI" w:hAnsi="Segoe UI" w:eastAsia="Segoe UI" w:cs="Segoe UI"/>
        </w:rPr>
        <w:t>های</w:t>
      </w:r>
      <w:r>
        <w:rPr>
          <w:rFonts w:ascii="Nirmala UI" w:hAnsi="Nirmala UI" w:eastAsia="Nirmala UI" w:cs="Nirmala UI"/>
        </w:rPr>
        <w:t xml:space="preserve"> </w:t>
      </w:r>
      <w:r>
        <w:rPr>
          <w:rFonts w:ascii="Segoe UI" w:hAnsi="Segoe UI" w:eastAsia="Segoe UI" w:cs="Segoe UI"/>
        </w:rPr>
        <w:t>کستیوس</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تیتوس</w:t>
      </w:r>
      <w:r>
        <w:rPr>
          <w:rFonts w:ascii="Nirmala UI" w:hAnsi="Nirmala UI" w:eastAsia="Nirmala UI" w:cs="Nirmala UI"/>
        </w:rPr>
        <w:t xml:space="preserve"> </w:t>
      </w:r>
      <w:r>
        <w:rPr>
          <w:rFonts w:ascii="Segoe UI" w:hAnsi="Segoe UI" w:eastAsia="Segoe UI" w:cs="Segoe UI"/>
        </w:rPr>
        <w:t>از</w:t>
      </w:r>
      <w:r>
        <w:rPr>
          <w:rFonts w:ascii="Nirmala UI" w:hAnsi="Nirmala UI" w:eastAsia="Nirmala UI" w:cs="Nirmala UI"/>
        </w:rPr>
        <w:t xml:space="preserve"> </w:t>
      </w:r>
      <w:r>
        <w:rPr>
          <w:rFonts w:ascii="Segoe UI" w:hAnsi="Segoe UI" w:eastAsia="Segoe UI" w:cs="Segoe UI"/>
        </w:rPr>
        <w:t>سال</w:t>
      </w:r>
      <w:r>
        <w:rPr>
          <w:rFonts w:ascii="Nirmala UI" w:hAnsi="Nirmala UI" w:eastAsia="Nirmala UI" w:cs="Nirmala UI"/>
        </w:rPr>
        <w:t xml:space="preserve"> 66 </w:t>
      </w:r>
      <w:r>
        <w:rPr>
          <w:rFonts w:ascii="Segoe UI" w:hAnsi="Segoe UI" w:eastAsia="Segoe UI" w:cs="Segoe UI"/>
        </w:rPr>
        <w:t>تا</w:t>
      </w:r>
      <w:r>
        <w:rPr>
          <w:rFonts w:ascii="Nirmala UI" w:hAnsi="Nirmala UI" w:eastAsia="Nirmala UI" w:cs="Nirmala UI"/>
        </w:rPr>
        <w:t xml:space="preserve"> </w:t>
      </w:r>
      <w:r>
        <w:rPr>
          <w:rFonts w:ascii="Segoe UI" w:hAnsi="Segoe UI" w:eastAsia="Segoe UI" w:cs="Segoe UI"/>
        </w:rPr>
        <w:t>سال</w:t>
      </w:r>
      <w:r>
        <w:rPr>
          <w:rFonts w:ascii="Nirmala UI" w:hAnsi="Nirmala UI" w:eastAsia="Nirmala UI" w:cs="Nirmala UI"/>
        </w:rPr>
        <w:t xml:space="preserve"> 70</w:t>
      </w:r>
      <w:r>
        <w:rPr>
          <w:rFonts w:ascii="Segoe UI" w:hAnsi="Segoe UI" w:eastAsia="Segoe UI" w:cs="Segoe UI"/>
        </w:rPr>
        <w:t>،</w:t>
      </w:r>
      <w:r>
        <w:rPr>
          <w:rFonts w:ascii="Nirmala UI" w:hAnsi="Nirmala UI" w:eastAsia="Nirmala UI" w:cs="Nirmala UI"/>
        </w:rPr>
        <w:t xml:space="preserve"> </w:t>
      </w:r>
      <w:r>
        <w:rPr>
          <w:rFonts w:ascii="Segoe UI" w:hAnsi="Segoe UI" w:eastAsia="Segoe UI" w:cs="Segoe UI"/>
        </w:rPr>
        <w:t>چهار</w:t>
      </w:r>
      <w:r>
        <w:rPr>
          <w:rFonts w:ascii="Nirmala UI" w:hAnsi="Nirmala UI" w:eastAsia="Nirmala UI" w:cs="Nirmala UI"/>
        </w:rPr>
        <w:t xml:space="preserve"> </w:t>
      </w:r>
      <w:r>
        <w:rPr>
          <w:rFonts w:ascii="Segoe UI" w:hAnsi="Segoe UI" w:eastAsia="Segoe UI" w:cs="Segoe UI"/>
        </w:rPr>
        <w:t>سال</w:t>
      </w:r>
      <w:r>
        <w:rPr>
          <w:rFonts w:ascii="Nirmala UI" w:hAnsi="Nirmala UI" w:eastAsia="Nirmala UI" w:cs="Nirmala UI"/>
        </w:rPr>
        <w:t xml:space="preserve"> </w:t>
      </w:r>
      <w:r>
        <w:rPr>
          <w:rFonts w:ascii="Segoe UI" w:hAnsi="Segoe UI" w:eastAsia="Segoe UI" w:cs="Segoe UI"/>
        </w:rPr>
        <w:t>ادامه</w:t>
      </w:r>
      <w:r>
        <w:rPr>
          <w:rFonts w:ascii="Nirmala UI" w:hAnsi="Nirmala UI" w:eastAsia="Nirmala UI" w:cs="Nirmala UI"/>
        </w:rPr>
        <w:t xml:space="preserve"> </w:t>
      </w:r>
      <w:r>
        <w:rPr>
          <w:rFonts w:ascii="Segoe UI" w:hAnsi="Segoe UI" w:eastAsia="Segoe UI" w:cs="Segoe UI"/>
        </w:rPr>
        <w:t>داشت</w:t>
      </w:r>
      <w:r>
        <w:rPr>
          <w:rFonts w:ascii="Nirmala UI" w:hAnsi="Nirmala UI" w:eastAsia="Nirmala UI" w:cs="Nirmala UI"/>
        </w:rPr>
        <w:t xml:space="preserve">. </w:t>
      </w:r>
      <w:r>
        <w:rPr>
          <w:rFonts w:ascii="Segoe UI" w:hAnsi="Segoe UI" w:eastAsia="Segoe UI" w:cs="Segoe UI"/>
        </w:rPr>
        <w:t>اگر</w:t>
      </w:r>
      <w:r>
        <w:rPr>
          <w:rFonts w:ascii="Nirmala UI" w:hAnsi="Nirmala UI" w:eastAsia="Nirmala UI" w:cs="Nirmala UI"/>
        </w:rPr>
        <w:t xml:space="preserve"> </w:t>
      </w:r>
      <w:r>
        <w:rPr>
          <w:rFonts w:ascii="Segoe UI" w:hAnsi="Segoe UI" w:eastAsia="Segoe UI" w:cs="Segoe UI"/>
        </w:rPr>
        <w:t>زمان</w:t>
      </w:r>
      <w:r>
        <w:rPr>
          <w:rFonts w:ascii="Nirmala UI" w:hAnsi="Nirmala UI" w:eastAsia="Nirmala UI" w:cs="Nirmala UI"/>
        </w:rPr>
        <w:t xml:space="preserve"> </w:t>
      </w:r>
      <w:r>
        <w:rPr>
          <w:rFonts w:ascii="Segoe UI" w:hAnsi="Segoe UI" w:eastAsia="Segoe UI" w:cs="Segoe UI"/>
        </w:rPr>
        <w:t>را</w:t>
      </w:r>
      <w:r>
        <w:rPr>
          <w:rFonts w:ascii="Nirmala UI" w:hAnsi="Nirmala UI" w:eastAsia="Nirmala UI" w:cs="Nirmala UI"/>
        </w:rPr>
        <w:t xml:space="preserve"> </w:t>
      </w:r>
      <w:r>
        <w:rPr>
          <w:rFonts w:ascii="Segoe UI" w:hAnsi="Segoe UI" w:eastAsia="Segoe UI" w:cs="Segoe UI"/>
        </w:rPr>
        <w:t>از</w:t>
      </w:r>
      <w:r>
        <w:rPr>
          <w:rFonts w:ascii="Nirmala UI" w:hAnsi="Nirmala UI" w:eastAsia="Nirmala UI" w:cs="Nirmala UI"/>
        </w:rPr>
        <w:t xml:space="preserve"> </w:t>
      </w:r>
      <w:r>
        <w:rPr>
          <w:rFonts w:ascii="Segoe UI" w:hAnsi="Segoe UI" w:eastAsia="Segoe UI" w:cs="Segoe UI"/>
        </w:rPr>
        <w:t>نخستین</w:t>
      </w:r>
      <w:r>
        <w:rPr>
          <w:rFonts w:ascii="Nirmala UI" w:hAnsi="Nirmala UI" w:eastAsia="Nirmala UI" w:cs="Nirmala UI"/>
        </w:rPr>
        <w:t xml:space="preserve"> </w:t>
      </w:r>
      <w:r>
        <w:rPr>
          <w:rFonts w:ascii="Segoe UI" w:hAnsi="Segoe UI" w:eastAsia="Segoe UI" w:cs="Segoe UI"/>
        </w:rPr>
        <w:t>محاصرهٔ</w:t>
      </w:r>
      <w:r>
        <w:rPr>
          <w:rFonts w:ascii="Nirmala UI" w:hAnsi="Nirmala UI" w:eastAsia="Nirmala UI" w:cs="Nirmala UI"/>
        </w:rPr>
        <w:t xml:space="preserve"> </w:t>
      </w:r>
      <w:r>
        <w:rPr>
          <w:rFonts w:ascii="Segoe UI" w:hAnsi="Segoe UI" w:eastAsia="Segoe UI" w:cs="Segoe UI"/>
        </w:rPr>
        <w:t>کستیوس</w:t>
      </w:r>
      <w:r>
        <w:rPr>
          <w:rFonts w:ascii="Nirmala UI" w:hAnsi="Nirmala UI" w:eastAsia="Nirmala UI" w:cs="Nirmala UI"/>
        </w:rPr>
        <w:t xml:space="preserve"> </w:t>
      </w:r>
      <w:r>
        <w:rPr>
          <w:rFonts w:ascii="Segoe UI" w:hAnsi="Segoe UI" w:eastAsia="Segoe UI" w:cs="Segoe UI"/>
        </w:rPr>
        <w:t>تا</w:t>
      </w:r>
      <w:r>
        <w:rPr>
          <w:rFonts w:ascii="Nirmala UI" w:hAnsi="Nirmala UI" w:eastAsia="Nirmala UI" w:cs="Nirmala UI"/>
        </w:rPr>
        <w:t xml:space="preserve"> </w:t>
      </w:r>
      <w:r>
        <w:rPr>
          <w:rFonts w:ascii="Segoe UI" w:hAnsi="Segoe UI" w:eastAsia="Segoe UI" w:cs="Segoe UI"/>
        </w:rPr>
        <w:t>ویرانی</w:t>
      </w:r>
      <w:r>
        <w:rPr>
          <w:rFonts w:ascii="Nirmala UI" w:hAnsi="Nirmala UI" w:eastAsia="Nirmala UI" w:cs="Nirmala UI"/>
        </w:rPr>
        <w:t xml:space="preserve"> </w:t>
      </w:r>
      <w:r>
        <w:rPr>
          <w:rFonts w:ascii="Segoe UI" w:hAnsi="Segoe UI" w:eastAsia="Segoe UI" w:cs="Segoe UI"/>
        </w:rPr>
        <w:t>به</w:t>
      </w:r>
      <w:r>
        <w:rPr>
          <w:rFonts w:ascii="Nirmala UI" w:hAnsi="Nirmala UI" w:eastAsia="Nirmala UI" w:cs="Nirmala UI"/>
        </w:rPr>
        <w:t>‌</w:t>
      </w:r>
      <w:r>
        <w:rPr>
          <w:rFonts w:ascii="Segoe UI" w:hAnsi="Segoe UI" w:eastAsia="Segoe UI" w:cs="Segoe UI"/>
        </w:rPr>
        <w:t>دقت</w:t>
      </w:r>
      <w:r>
        <w:rPr>
          <w:rFonts w:ascii="Nirmala UI" w:hAnsi="Nirmala UI" w:eastAsia="Nirmala UI" w:cs="Nirmala UI"/>
        </w:rPr>
        <w:t xml:space="preserve"> </w:t>
      </w:r>
      <w:r>
        <w:rPr>
          <w:rFonts w:ascii="Segoe UI" w:hAnsi="Segoe UI" w:eastAsia="Segoe UI" w:cs="Segoe UI"/>
        </w:rPr>
        <w:t>بشماریم،</w:t>
      </w:r>
      <w:r>
        <w:rPr>
          <w:rFonts w:ascii="Nirmala UI" w:hAnsi="Nirmala UI" w:eastAsia="Nirmala UI" w:cs="Nirmala UI"/>
        </w:rPr>
        <w:t xml:space="preserve"> </w:t>
      </w:r>
      <w:r>
        <w:rPr>
          <w:rFonts w:ascii="Segoe UI" w:hAnsi="Segoe UI" w:eastAsia="Segoe UI" w:cs="Segoe UI"/>
        </w:rPr>
        <w:t>سه</w:t>
      </w:r>
      <w:r>
        <w:rPr>
          <w:rFonts w:ascii="Nirmala UI" w:hAnsi="Nirmala UI" w:eastAsia="Nirmala UI" w:cs="Nirmala UI"/>
        </w:rPr>
        <w:t xml:space="preserve"> </w:t>
      </w:r>
      <w:r>
        <w:rPr>
          <w:rFonts w:ascii="Segoe UI" w:hAnsi="Segoe UI" w:eastAsia="Segoe UI" w:cs="Segoe UI"/>
        </w:rPr>
        <w:t>سال</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نیم</w:t>
      </w:r>
      <w:r>
        <w:rPr>
          <w:rFonts w:ascii="Nirmala UI" w:hAnsi="Nirmala UI" w:eastAsia="Nirmala UI" w:cs="Nirmala UI"/>
        </w:rPr>
        <w:t xml:space="preserve"> </w:t>
      </w:r>
      <w:r>
        <w:rPr>
          <w:rFonts w:ascii="Segoe UI" w:hAnsi="Segoe UI" w:eastAsia="Segoe UI" w:cs="Segoe UI"/>
        </w:rPr>
        <w:t>است؛</w:t>
      </w:r>
      <w:r>
        <w:rPr>
          <w:rFonts w:ascii="Nirmala UI" w:hAnsi="Nirmala UI" w:eastAsia="Nirmala UI" w:cs="Nirmala UI"/>
        </w:rPr>
        <w:t xml:space="preserve"> </w:t>
      </w:r>
      <w:r>
        <w:rPr>
          <w:rFonts w:ascii="Segoe UI" w:hAnsi="Segoe UI" w:eastAsia="Segoe UI" w:cs="Segoe UI"/>
        </w:rPr>
        <w:t>اما</w:t>
      </w:r>
      <w:r>
        <w:rPr>
          <w:rFonts w:ascii="Nirmala UI" w:hAnsi="Nirmala UI" w:eastAsia="Nirmala UI" w:cs="Nirmala UI"/>
        </w:rPr>
        <w:t xml:space="preserve"> </w:t>
      </w:r>
      <w:r>
        <w:rPr>
          <w:rFonts w:ascii="Segoe UI" w:hAnsi="Segoe UI" w:eastAsia="Segoe UI" w:cs="Segoe UI"/>
        </w:rPr>
        <w:t>با</w:t>
      </w:r>
      <w:r>
        <w:rPr>
          <w:rFonts w:ascii="Nirmala UI" w:hAnsi="Nirmala UI" w:eastAsia="Nirmala UI" w:cs="Nirmala UI"/>
        </w:rPr>
        <w:t xml:space="preserve"> </w:t>
      </w:r>
      <w:r>
        <w:rPr>
          <w:rFonts w:ascii="Segoe UI" w:hAnsi="Segoe UI" w:eastAsia="Segoe UI" w:cs="Segoe UI"/>
        </w:rPr>
        <w:t>به</w:t>
      </w:r>
      <w:r>
        <w:rPr>
          <w:rFonts w:ascii="Nirmala UI" w:hAnsi="Nirmala UI" w:eastAsia="Nirmala UI" w:cs="Nirmala UI"/>
        </w:rPr>
        <w:t>‌</w:t>
      </w:r>
      <w:r>
        <w:rPr>
          <w:rFonts w:ascii="Segoe UI" w:hAnsi="Segoe UI" w:eastAsia="Segoe UI" w:cs="Segoe UI"/>
        </w:rPr>
        <w:t>کارگیری</w:t>
      </w:r>
      <w:r>
        <w:rPr>
          <w:rFonts w:ascii="Nirmala UI" w:hAnsi="Nirmala UI" w:eastAsia="Nirmala UI" w:cs="Nirmala UI"/>
        </w:rPr>
        <w:t xml:space="preserve"> «</w:t>
      </w:r>
      <w:r>
        <w:rPr>
          <w:rFonts w:ascii="Segoe UI" w:hAnsi="Segoe UI" w:eastAsia="Segoe UI" w:cs="Segoe UI"/>
        </w:rPr>
        <w:t>شمارشِ</w:t>
      </w:r>
      <w:r>
        <w:rPr>
          <w:rFonts w:ascii="Nirmala UI" w:hAnsi="Nirmala UI" w:eastAsia="Nirmala UI" w:cs="Nirmala UI"/>
        </w:rPr>
        <w:t xml:space="preserve"> </w:t>
      </w:r>
      <w:r>
        <w:rPr>
          <w:rFonts w:ascii="Segoe UI" w:hAnsi="Segoe UI" w:eastAsia="Segoe UI" w:cs="Segoe UI"/>
        </w:rPr>
        <w:t>احتسابی</w:t>
      </w:r>
      <w:r>
        <w:rPr>
          <w:rFonts w:ascii="Nirmala UI" w:hAnsi="Nirmala UI" w:eastAsia="Nirmala UI" w:cs="Nirmala UI"/>
        </w:rPr>
        <w:t>»</w:t>
      </w:r>
      <w:r>
        <w:rPr>
          <w:rFonts w:ascii="Segoe UI" w:hAnsi="Segoe UI" w:eastAsia="Segoe UI" w:cs="Segoe UI"/>
        </w:rPr>
        <w:t>،</w:t>
      </w:r>
      <w:r>
        <w:rPr>
          <w:rFonts w:ascii="Nirmala UI" w:hAnsi="Nirmala UI" w:eastAsia="Nirmala UI" w:cs="Nirmala UI"/>
        </w:rPr>
        <w:t xml:space="preserve"> </w:t>
      </w:r>
      <w:r>
        <w:rPr>
          <w:rFonts w:ascii="Segoe UI" w:hAnsi="Segoe UI" w:eastAsia="Segoe UI" w:cs="Segoe UI"/>
        </w:rPr>
        <w:t>که</w:t>
      </w:r>
      <w:r>
        <w:rPr>
          <w:rFonts w:ascii="Nirmala UI" w:hAnsi="Nirmala UI" w:eastAsia="Nirmala UI" w:cs="Nirmala UI"/>
        </w:rPr>
        <w:t xml:space="preserve"> </w:t>
      </w:r>
      <w:r>
        <w:rPr>
          <w:rFonts w:ascii="Segoe UI" w:hAnsi="Segoe UI" w:eastAsia="Segoe UI" w:cs="Segoe UI"/>
        </w:rPr>
        <w:t>رایج</w:t>
      </w:r>
      <w:r>
        <w:rPr>
          <w:rFonts w:ascii="Nirmala UI" w:hAnsi="Nirmala UI" w:eastAsia="Nirmala UI" w:cs="Nirmala UI"/>
        </w:rPr>
        <w:t>‌</w:t>
      </w:r>
      <w:r>
        <w:rPr>
          <w:rFonts w:ascii="Segoe UI" w:hAnsi="Segoe UI" w:eastAsia="Segoe UI" w:cs="Segoe UI"/>
        </w:rPr>
        <w:t>ترین</w:t>
      </w:r>
      <w:r>
        <w:rPr>
          <w:rFonts w:ascii="Nirmala UI" w:hAnsi="Nirmala UI" w:eastAsia="Nirmala UI" w:cs="Nirmala UI"/>
        </w:rPr>
        <w:t xml:space="preserve"> </w:t>
      </w:r>
      <w:r>
        <w:rPr>
          <w:rFonts w:ascii="Segoe UI" w:hAnsi="Segoe UI" w:eastAsia="Segoe UI" w:cs="Segoe UI"/>
        </w:rPr>
        <w:t>شیوهٔ</w:t>
      </w:r>
      <w:r>
        <w:rPr>
          <w:rFonts w:ascii="Nirmala UI" w:hAnsi="Nirmala UI" w:eastAsia="Nirmala UI" w:cs="Nirmala UI"/>
        </w:rPr>
        <w:t xml:space="preserve"> </w:t>
      </w:r>
      <w:r>
        <w:rPr>
          <w:rFonts w:ascii="Segoe UI" w:hAnsi="Segoe UI" w:eastAsia="Segoe UI" w:cs="Segoe UI"/>
        </w:rPr>
        <w:t>محاسبه</w:t>
      </w:r>
      <w:r>
        <w:rPr>
          <w:rFonts w:ascii="Nirmala UI" w:hAnsi="Nirmala UI" w:eastAsia="Nirmala UI" w:cs="Nirmala UI"/>
        </w:rPr>
        <w:t xml:space="preserve"> </w:t>
      </w:r>
      <w:r>
        <w:rPr>
          <w:rFonts w:ascii="Segoe UI" w:hAnsi="Segoe UI" w:eastAsia="Segoe UI" w:cs="Segoe UI"/>
        </w:rPr>
        <w:t>در</w:t>
      </w:r>
      <w:r>
        <w:rPr>
          <w:rFonts w:ascii="Nirmala UI" w:hAnsi="Nirmala UI" w:eastAsia="Nirmala UI" w:cs="Nirmala UI"/>
        </w:rPr>
        <w:t xml:space="preserve"> </w:t>
      </w:r>
      <w:r>
        <w:rPr>
          <w:rFonts w:ascii="Segoe UI" w:hAnsi="Segoe UI" w:eastAsia="Segoe UI" w:cs="Segoe UI"/>
        </w:rPr>
        <w:t>کتاب</w:t>
      </w:r>
      <w:r>
        <w:rPr>
          <w:rFonts w:ascii="Nirmala UI" w:hAnsi="Nirmala UI" w:eastAsia="Nirmala UI" w:cs="Nirmala UI"/>
        </w:rPr>
        <w:t>‌</w:t>
      </w:r>
      <w:r>
        <w:rPr>
          <w:rFonts w:ascii="Segoe UI" w:hAnsi="Segoe UI" w:eastAsia="Segoe UI" w:cs="Segoe UI"/>
        </w:rPr>
        <w:t>مقدس</w:t>
      </w:r>
      <w:r>
        <w:rPr>
          <w:rFonts w:ascii="Nirmala UI" w:hAnsi="Nirmala UI" w:eastAsia="Nirmala UI" w:cs="Nirmala UI"/>
        </w:rPr>
        <w:t xml:space="preserve"> </w:t>
      </w:r>
      <w:r>
        <w:rPr>
          <w:rFonts w:ascii="Segoe UI" w:hAnsi="Segoe UI" w:eastAsia="Segoe UI" w:cs="Segoe UI"/>
        </w:rPr>
        <w:t>است،</w:t>
      </w:r>
      <w:r>
        <w:rPr>
          <w:rFonts w:ascii="Nirmala UI" w:hAnsi="Nirmala UI" w:eastAsia="Nirmala UI" w:cs="Nirmala UI"/>
        </w:rPr>
        <w:t xml:space="preserve"> </w:t>
      </w:r>
      <w:r>
        <w:rPr>
          <w:rFonts w:ascii="Segoe UI" w:hAnsi="Segoe UI" w:eastAsia="Segoe UI" w:cs="Segoe UI"/>
        </w:rPr>
        <w:t>چهار</w:t>
      </w:r>
      <w:r>
        <w:rPr>
          <w:rFonts w:ascii="Nirmala UI" w:hAnsi="Nirmala UI" w:eastAsia="Nirmala UI" w:cs="Nirmala UI"/>
        </w:rPr>
        <w:t xml:space="preserve"> </w:t>
      </w:r>
      <w:r>
        <w:rPr>
          <w:rFonts w:ascii="Segoe UI" w:hAnsi="Segoe UI" w:eastAsia="Segoe UI" w:cs="Segoe UI"/>
        </w:rPr>
        <w:t>سال</w:t>
      </w:r>
      <w:r>
        <w:rPr>
          <w:rFonts w:ascii="Nirmala UI" w:hAnsi="Nirmala UI" w:eastAsia="Nirmala UI" w:cs="Nirmala UI"/>
        </w:rPr>
        <w:t xml:space="preserve"> </w:t>
      </w:r>
      <w:r>
        <w:rPr>
          <w:rFonts w:ascii="Segoe UI" w:hAnsi="Segoe UI" w:eastAsia="Segoe UI" w:cs="Segoe UI"/>
        </w:rPr>
        <w:t>به</w:t>
      </w:r>
      <w:r>
        <w:rPr>
          <w:rFonts w:ascii="Nirmala UI" w:hAnsi="Nirmala UI" w:eastAsia="Nirmala UI" w:cs="Nirmala UI"/>
        </w:rPr>
        <w:t xml:space="preserve"> </w:t>
      </w:r>
      <w:r>
        <w:rPr>
          <w:rFonts w:ascii="Segoe UI" w:hAnsi="Segoe UI" w:eastAsia="Segoe UI" w:cs="Segoe UI"/>
        </w:rPr>
        <w:t>شمار</w:t>
      </w:r>
      <w:r>
        <w:rPr>
          <w:rFonts w:ascii="Nirmala UI" w:hAnsi="Nirmala UI" w:eastAsia="Nirmala UI" w:cs="Nirmala UI"/>
        </w:rPr>
        <w:t xml:space="preserve"> </w:t>
      </w:r>
      <w:r>
        <w:rPr>
          <w:rFonts w:ascii="Segoe UI" w:hAnsi="Segoe UI" w:eastAsia="Segoe UI" w:cs="Segoe UI"/>
        </w:rPr>
        <w:t>می</w:t>
      </w:r>
      <w:r>
        <w:rPr>
          <w:rFonts w:ascii="Nirmala UI" w:hAnsi="Nirmala UI" w:eastAsia="Nirmala UI" w:cs="Nirmala UI"/>
        </w:rPr>
        <w:t>‌</w:t>
      </w:r>
      <w:r>
        <w:rPr>
          <w:rFonts w:ascii="Segoe UI" w:hAnsi="Segoe UI" w:eastAsia="Segoe UI" w:cs="Segoe UI"/>
        </w:rPr>
        <w:t>آید</w:t>
      </w:r>
      <w:r>
        <w:rPr>
          <w:rFonts w:ascii="Nirmala UI" w:hAnsi="Nirmala UI" w:eastAsia="Nirmala UI" w:cs="Nirmala UI"/>
        </w:rPr>
        <w:t xml:space="preserve">. </w:t>
      </w:r>
      <w:r>
        <w:rPr>
          <w:rFonts w:ascii="Segoe UI" w:hAnsi="Segoe UI" w:eastAsia="Segoe UI" w:cs="Segoe UI"/>
        </w:rPr>
        <w:t>دانستن</w:t>
      </w:r>
      <w:r>
        <w:rPr>
          <w:rFonts w:ascii="Nirmala UI" w:hAnsi="Nirmala UI" w:eastAsia="Nirmala UI" w:cs="Nirmala UI"/>
        </w:rPr>
        <w:t xml:space="preserve"> </w:t>
      </w:r>
      <w:r>
        <w:rPr>
          <w:rFonts w:ascii="Segoe UI" w:hAnsi="Segoe UI" w:eastAsia="Segoe UI" w:cs="Segoe UI"/>
        </w:rPr>
        <w:t>این</w:t>
      </w:r>
      <w:r>
        <w:rPr>
          <w:rFonts w:ascii="Nirmala UI" w:hAnsi="Nirmala UI" w:eastAsia="Nirmala UI" w:cs="Nirmala UI"/>
        </w:rPr>
        <w:t>‌</w:t>
      </w:r>
      <w:r>
        <w:rPr>
          <w:rFonts w:ascii="Segoe UI" w:hAnsi="Segoe UI" w:eastAsia="Segoe UI" w:cs="Segoe UI"/>
        </w:rPr>
        <w:t>که</w:t>
      </w:r>
      <w:r>
        <w:rPr>
          <w:rFonts w:ascii="Nirmala UI" w:hAnsi="Nirmala UI" w:eastAsia="Nirmala UI" w:cs="Nirmala UI"/>
        </w:rPr>
        <w:t xml:space="preserve"> </w:t>
      </w:r>
      <w:r>
        <w:rPr>
          <w:rFonts w:ascii="Segoe UI" w:hAnsi="Segoe UI" w:eastAsia="Segoe UI" w:cs="Segoe UI"/>
        </w:rPr>
        <w:t>هر</w:t>
      </w:r>
      <w:r>
        <w:rPr>
          <w:rFonts w:ascii="Nirmala UI" w:hAnsi="Nirmala UI" w:eastAsia="Nirmala UI" w:cs="Nirmala UI"/>
        </w:rPr>
        <w:t xml:space="preserve"> </w:t>
      </w:r>
      <w:r>
        <w:rPr>
          <w:rFonts w:ascii="Segoe UI" w:hAnsi="Segoe UI" w:eastAsia="Segoe UI" w:cs="Segoe UI"/>
        </w:rPr>
        <w:t>دو</w:t>
      </w:r>
      <w:r>
        <w:rPr>
          <w:rFonts w:ascii="Nirmala UI" w:hAnsi="Nirmala UI" w:eastAsia="Nirmala UI" w:cs="Nirmala UI"/>
        </w:rPr>
        <w:t xml:space="preserve"> </w:t>
      </w:r>
      <w:r>
        <w:rPr>
          <w:rFonts w:ascii="Segoe UI" w:hAnsi="Segoe UI" w:eastAsia="Segoe UI" w:cs="Segoe UI"/>
        </w:rPr>
        <w:t>شیوهٔ</w:t>
      </w:r>
      <w:r>
        <w:rPr>
          <w:rFonts w:ascii="Nirmala UI" w:hAnsi="Nirmala UI" w:eastAsia="Nirmala UI" w:cs="Nirmala UI"/>
        </w:rPr>
        <w:t xml:space="preserve"> </w:t>
      </w:r>
      <w:r>
        <w:rPr>
          <w:rFonts w:ascii="Segoe UI" w:hAnsi="Segoe UI" w:eastAsia="Segoe UI" w:cs="Segoe UI"/>
        </w:rPr>
        <w:t>محاسبه</w:t>
      </w:r>
      <w:r>
        <w:rPr>
          <w:rFonts w:ascii="Nirmala UI" w:hAnsi="Nirmala UI" w:eastAsia="Nirmala UI" w:cs="Nirmala UI"/>
        </w:rPr>
        <w:t xml:space="preserve"> </w:t>
      </w:r>
      <w:r>
        <w:rPr>
          <w:rFonts w:ascii="Segoe UI" w:hAnsi="Segoe UI" w:eastAsia="Segoe UI" w:cs="Segoe UI"/>
        </w:rPr>
        <w:t>معتبرند،</w:t>
      </w:r>
      <w:r>
        <w:rPr>
          <w:rFonts w:ascii="Nirmala UI" w:hAnsi="Nirmala UI" w:eastAsia="Nirmala UI" w:cs="Nirmala UI"/>
        </w:rPr>
        <w:t xml:space="preserve"> </w:t>
      </w:r>
      <w:r>
        <w:rPr>
          <w:rFonts w:ascii="Segoe UI" w:hAnsi="Segoe UI" w:eastAsia="Segoe UI" w:cs="Segoe UI"/>
        </w:rPr>
        <w:t>به</w:t>
      </w:r>
      <w:r>
        <w:rPr>
          <w:rFonts w:ascii="Nirmala UI" w:hAnsi="Nirmala UI" w:eastAsia="Nirmala UI" w:cs="Nirmala UI"/>
        </w:rPr>
        <w:t xml:space="preserve"> </w:t>
      </w:r>
      <w:r>
        <w:rPr>
          <w:rFonts w:ascii="Segoe UI" w:hAnsi="Segoe UI" w:eastAsia="Segoe UI" w:cs="Segoe UI"/>
        </w:rPr>
        <w:t>ما</w:t>
      </w:r>
      <w:r>
        <w:rPr>
          <w:rFonts w:ascii="Nirmala UI" w:hAnsi="Nirmala UI" w:eastAsia="Nirmala UI" w:cs="Nirmala UI"/>
        </w:rPr>
        <w:t xml:space="preserve"> </w:t>
      </w:r>
      <w:r>
        <w:rPr>
          <w:rFonts w:ascii="Segoe UI" w:hAnsi="Segoe UI" w:eastAsia="Segoe UI" w:cs="Segoe UI"/>
        </w:rPr>
        <w:t>امکان</w:t>
      </w:r>
      <w:r>
        <w:rPr>
          <w:rFonts w:ascii="Nirmala UI" w:hAnsi="Nirmala UI" w:eastAsia="Nirmala UI" w:cs="Nirmala UI"/>
        </w:rPr>
        <w:t xml:space="preserve"> </w:t>
      </w:r>
      <w:r>
        <w:rPr>
          <w:rFonts w:ascii="Segoe UI" w:hAnsi="Segoe UI" w:eastAsia="Segoe UI" w:cs="Segoe UI"/>
        </w:rPr>
        <w:t>می</w:t>
      </w:r>
      <w:r>
        <w:rPr>
          <w:rFonts w:ascii="Nirmala UI" w:hAnsi="Nirmala UI" w:eastAsia="Nirmala UI" w:cs="Nirmala UI"/>
        </w:rPr>
        <w:t>‌</w:t>
      </w:r>
      <w:r>
        <w:rPr>
          <w:rFonts w:ascii="Segoe UI" w:hAnsi="Segoe UI" w:eastAsia="Segoe UI" w:cs="Segoe UI"/>
        </w:rPr>
        <w:t>دهد</w:t>
      </w:r>
      <w:r>
        <w:rPr>
          <w:rFonts w:ascii="Nirmala UI" w:hAnsi="Nirmala UI" w:eastAsia="Nirmala UI" w:cs="Nirmala UI"/>
        </w:rPr>
        <w:t xml:space="preserve"> </w:t>
      </w:r>
      <w:r>
        <w:rPr>
          <w:rFonts w:ascii="Segoe UI" w:hAnsi="Segoe UI" w:eastAsia="Segoe UI" w:cs="Segoe UI"/>
        </w:rPr>
        <w:t>که</w:t>
      </w:r>
      <w:r>
        <w:rPr>
          <w:rFonts w:ascii="Nirmala UI" w:hAnsi="Nirmala UI" w:eastAsia="Nirmala UI" w:cs="Nirmala UI"/>
        </w:rPr>
        <w:t xml:space="preserve"> </w:t>
      </w:r>
      <w:r>
        <w:rPr>
          <w:rFonts w:ascii="Segoe UI" w:hAnsi="Segoe UI" w:eastAsia="Segoe UI" w:cs="Segoe UI"/>
        </w:rPr>
        <w:t>هم</w:t>
      </w:r>
      <w:r>
        <w:rPr>
          <w:rFonts w:ascii="Nirmala UI" w:hAnsi="Nirmala UI" w:eastAsia="Nirmala UI" w:cs="Nirmala UI"/>
        </w:rPr>
        <w:t xml:space="preserve"> </w:t>
      </w:r>
      <w:r>
        <w:rPr>
          <w:rFonts w:ascii="Segoe UI" w:hAnsi="Segoe UI" w:eastAsia="Segoe UI" w:cs="Segoe UI"/>
        </w:rPr>
        <w:t>سه</w:t>
      </w:r>
      <w:r>
        <w:rPr>
          <w:rFonts w:ascii="Nirmala UI" w:hAnsi="Nirmala UI" w:eastAsia="Nirmala UI" w:cs="Nirmala UI"/>
        </w:rPr>
        <w:t xml:space="preserve"> </w:t>
      </w:r>
      <w:r>
        <w:rPr>
          <w:rFonts w:ascii="Segoe UI" w:hAnsi="Segoe UI" w:eastAsia="Segoe UI" w:cs="Segoe UI"/>
        </w:rPr>
        <w:t>سال</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نیم</w:t>
      </w:r>
      <w:r>
        <w:rPr>
          <w:rFonts w:ascii="Nirmala UI" w:hAnsi="Nirmala UI" w:eastAsia="Nirmala UI" w:cs="Nirmala UI"/>
        </w:rPr>
        <w:t xml:space="preserve"> </w:t>
      </w:r>
      <w:r>
        <w:rPr>
          <w:rFonts w:ascii="Segoe UI" w:hAnsi="Segoe UI" w:eastAsia="Segoe UI" w:cs="Segoe UI"/>
        </w:rPr>
        <w:t>از</w:t>
      </w:r>
      <w:r>
        <w:rPr>
          <w:rFonts w:ascii="Nirmala UI" w:hAnsi="Nirmala UI" w:eastAsia="Nirmala UI" w:cs="Nirmala UI"/>
        </w:rPr>
        <w:t xml:space="preserve"> </w:t>
      </w:r>
      <w:r>
        <w:rPr>
          <w:rFonts w:ascii="Segoe UI" w:hAnsi="Segoe UI" w:eastAsia="Segoe UI" w:cs="Segoe UI"/>
        </w:rPr>
        <w:t>کستیوس</w:t>
      </w:r>
      <w:r>
        <w:rPr>
          <w:rFonts w:ascii="Nirmala UI" w:hAnsi="Nirmala UI" w:eastAsia="Nirmala UI" w:cs="Nirmala UI"/>
        </w:rPr>
        <w:t xml:space="preserve"> </w:t>
      </w:r>
      <w:r>
        <w:rPr>
          <w:rFonts w:ascii="Segoe UI" w:hAnsi="Segoe UI" w:eastAsia="Segoe UI" w:cs="Segoe UI"/>
        </w:rPr>
        <w:t>تا</w:t>
      </w:r>
      <w:r>
        <w:rPr>
          <w:rFonts w:ascii="Nirmala UI" w:hAnsi="Nirmala UI" w:eastAsia="Nirmala UI" w:cs="Nirmala UI"/>
        </w:rPr>
        <w:t xml:space="preserve"> </w:t>
      </w:r>
      <w:r>
        <w:rPr>
          <w:rFonts w:ascii="Segoe UI" w:hAnsi="Segoe UI" w:eastAsia="Segoe UI" w:cs="Segoe UI"/>
        </w:rPr>
        <w:t>تیتوس</w:t>
      </w:r>
      <w:r>
        <w:rPr>
          <w:rFonts w:ascii="Nirmala UI" w:hAnsi="Nirmala UI" w:eastAsia="Nirmala UI" w:cs="Nirmala UI"/>
        </w:rPr>
        <w:t xml:space="preserve"> </w:t>
      </w:r>
      <w:r>
        <w:rPr>
          <w:rFonts w:ascii="Segoe UI" w:hAnsi="Segoe UI" w:eastAsia="Segoe UI" w:cs="Segoe UI"/>
        </w:rPr>
        <w:t>را</w:t>
      </w:r>
      <w:r>
        <w:rPr>
          <w:rFonts w:ascii="Nirmala UI" w:hAnsi="Nirmala UI" w:eastAsia="Nirmala UI" w:cs="Nirmala UI"/>
        </w:rPr>
        <w:t xml:space="preserve"> </w:t>
      </w:r>
      <w:r>
        <w:rPr>
          <w:rFonts w:ascii="Segoe UI" w:hAnsi="Segoe UI" w:eastAsia="Segoe UI" w:cs="Segoe UI"/>
        </w:rPr>
        <w:t>ببینیم</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هم</w:t>
      </w:r>
      <w:r>
        <w:rPr>
          <w:rFonts w:ascii="Nirmala UI" w:hAnsi="Nirmala UI" w:eastAsia="Nirmala UI" w:cs="Nirmala UI"/>
        </w:rPr>
        <w:t xml:space="preserve"> </w:t>
      </w:r>
      <w:r>
        <w:rPr>
          <w:rFonts w:ascii="Segoe UI" w:hAnsi="Segoe UI" w:eastAsia="Segoe UI" w:cs="Segoe UI"/>
        </w:rPr>
        <w:t>چهار</w:t>
      </w:r>
      <w:r>
        <w:rPr>
          <w:rFonts w:ascii="Nirmala UI" w:hAnsi="Nirmala UI" w:eastAsia="Nirmala UI" w:cs="Nirmala UI"/>
        </w:rPr>
        <w:t xml:space="preserve"> </w:t>
      </w:r>
      <w:r>
        <w:rPr>
          <w:rFonts w:ascii="Segoe UI" w:hAnsi="Segoe UI" w:eastAsia="Segoe UI" w:cs="Segoe UI"/>
        </w:rPr>
        <w:t>سال</w:t>
      </w:r>
      <w:r>
        <w:rPr>
          <w:rFonts w:ascii="Nirmala UI" w:hAnsi="Nirmala UI" w:eastAsia="Nirmala UI" w:cs="Nirmala UI"/>
        </w:rPr>
        <w:t xml:space="preserve"> </w:t>
      </w:r>
      <w:r>
        <w:rPr>
          <w:rFonts w:ascii="Segoe UI" w:hAnsi="Segoe UI" w:eastAsia="Segoe UI" w:cs="Segoe UI"/>
        </w:rPr>
        <w:t>را</w:t>
      </w:r>
      <w:r>
        <w:rPr>
          <w:rFonts w:ascii="Nirmala UI" w:hAnsi="Nirmala UI" w:eastAsia="Nirmala UI" w:cs="Nirmala UI"/>
        </w:rPr>
        <w:t>.</w:t>
      </w:r>
    </w:p>
    <w:p>
      <w:pPr>
        <w:pStyle w:val="ArticleBody"/>
        <w:jc w:val="left"/>
      </w:pPr>
      <w:r>
        <w:rPr>
          <w:rFonts w:ascii="Times New Roman" w:hAnsi="Times New Roman" w:eastAsia="Times New Roman" w:cs="Times New Roman"/>
        </w:rPr>
        <w:t>У</w:t>
      </w:r>
      <w:r>
        <w:rPr>
          <w:rFonts w:ascii="Nirmala UI" w:hAnsi="Nirmala UI" w:eastAsia="Nirmala UI" w:cs="Nirmala UI"/>
        </w:rPr>
        <w:t xml:space="preserve"> </w:t>
      </w:r>
      <w:r>
        <w:rPr>
          <w:rFonts w:ascii="Times New Roman" w:hAnsi="Times New Roman" w:eastAsia="Times New Roman" w:cs="Times New Roman"/>
        </w:rPr>
        <w:t>нас</w:t>
      </w:r>
      <w:r>
        <w:rPr>
          <w:rFonts w:ascii="Nirmala UI" w:hAnsi="Nirmala UI" w:eastAsia="Nirmala UI" w:cs="Nirmala UI"/>
        </w:rPr>
        <w:t xml:space="preserve"> </w:t>
      </w:r>
      <w:r>
        <w:rPr>
          <w:rFonts w:ascii="Times New Roman" w:hAnsi="Times New Roman" w:eastAsia="Times New Roman" w:cs="Times New Roman"/>
        </w:rPr>
        <w:t>есть</w:t>
      </w:r>
      <w:r>
        <w:rPr>
          <w:rFonts w:ascii="Nirmala UI" w:hAnsi="Nirmala UI" w:eastAsia="Nirmala UI" w:cs="Nirmala UI"/>
        </w:rPr>
        <w:t xml:space="preserve"> </w:t>
      </w:r>
      <w:r>
        <w:rPr>
          <w:rFonts w:ascii="Times New Roman" w:hAnsi="Times New Roman" w:eastAsia="Times New Roman" w:cs="Times New Roman"/>
        </w:rPr>
        <w:t>два</w:t>
      </w:r>
      <w:r>
        <w:rPr>
          <w:rFonts w:ascii="Nirmala UI" w:hAnsi="Nirmala UI" w:eastAsia="Nirmala UI" w:cs="Nirmala UI"/>
        </w:rPr>
        <w:t xml:space="preserve"> </w:t>
      </w:r>
      <w:r>
        <w:rPr>
          <w:rFonts w:ascii="Times New Roman" w:hAnsi="Times New Roman" w:eastAsia="Times New Roman" w:cs="Times New Roman"/>
        </w:rPr>
        <w:t>свидетеля</w:t>
      </w:r>
      <w:r>
        <w:rPr>
          <w:rFonts w:ascii="Nirmala UI" w:hAnsi="Nirmala UI" w:eastAsia="Nirmala UI" w:cs="Nirmala UI"/>
        </w:rPr>
        <w:t xml:space="preserve"> </w:t>
      </w:r>
      <w:r>
        <w:rPr>
          <w:rFonts w:ascii="Times New Roman" w:hAnsi="Times New Roman" w:eastAsia="Times New Roman" w:cs="Times New Roman"/>
        </w:rPr>
        <w:t>закона</w:t>
      </w:r>
      <w:r>
        <w:rPr>
          <w:rFonts w:ascii="Nirmala UI" w:hAnsi="Nirmala UI" w:eastAsia="Nirmala UI" w:cs="Nirmala UI"/>
        </w:rPr>
        <w:t xml:space="preserve"> </w:t>
      </w:r>
      <w:r>
        <w:rPr>
          <w:rFonts w:ascii="Times New Roman" w:hAnsi="Times New Roman" w:eastAsia="Times New Roman" w:cs="Times New Roman"/>
        </w:rPr>
        <w:t>о</w:t>
      </w:r>
      <w:r>
        <w:rPr>
          <w:rFonts w:ascii="Nirmala UI" w:hAnsi="Nirmala UI" w:eastAsia="Nirmala UI" w:cs="Nirmala UI"/>
        </w:rPr>
        <w:t xml:space="preserve"> </w:t>
      </w:r>
      <w:r>
        <w:rPr>
          <w:rFonts w:ascii="Times New Roman" w:hAnsi="Times New Roman" w:eastAsia="Times New Roman" w:cs="Times New Roman"/>
        </w:rPr>
        <w:t>воскресном</w:t>
      </w:r>
      <w:r>
        <w:rPr>
          <w:rFonts w:ascii="Nirmala UI" w:hAnsi="Nirmala UI" w:eastAsia="Nirmala UI" w:cs="Nirmala UI"/>
        </w:rPr>
        <w:t xml:space="preserve"> </w:t>
      </w:r>
      <w:r>
        <w:rPr>
          <w:rFonts w:ascii="Times New Roman" w:hAnsi="Times New Roman" w:eastAsia="Times New Roman" w:cs="Times New Roman"/>
        </w:rPr>
        <w:t>дне</w:t>
      </w:r>
      <w:r>
        <w:rPr>
          <w:rFonts w:ascii="Nirmala UI" w:hAnsi="Nirmala UI" w:eastAsia="Nirmala UI" w:cs="Nirmala UI"/>
        </w:rPr>
        <w:t xml:space="preserve"> </w:t>
      </w:r>
      <w:r>
        <w:rPr>
          <w:rFonts w:ascii="Times New Roman" w:hAnsi="Times New Roman" w:eastAsia="Times New Roman" w:cs="Times New Roman"/>
        </w:rPr>
        <w:t>в</w:t>
      </w:r>
      <w:r>
        <w:rPr>
          <w:rFonts w:ascii="Nirmala UI" w:hAnsi="Nirmala UI" w:eastAsia="Nirmala UI" w:cs="Nirmala UI"/>
        </w:rPr>
        <w:t xml:space="preserve"> </w:t>
      </w:r>
      <w:r>
        <w:rPr>
          <w:rFonts w:ascii="Times New Roman" w:hAnsi="Times New Roman" w:eastAsia="Times New Roman" w:cs="Times New Roman"/>
        </w:rPr>
        <w:t>двух</w:t>
      </w:r>
      <w:r>
        <w:rPr>
          <w:rFonts w:ascii="Nirmala UI" w:hAnsi="Nirmala UI" w:eastAsia="Nirmala UI" w:cs="Nirmala UI"/>
        </w:rPr>
        <w:t xml:space="preserve"> </w:t>
      </w:r>
      <w:r>
        <w:rPr>
          <w:rFonts w:ascii="Times New Roman" w:hAnsi="Times New Roman" w:eastAsia="Times New Roman" w:cs="Times New Roman"/>
        </w:rPr>
        <w:t>разрушениях</w:t>
      </w:r>
      <w:r>
        <w:rPr>
          <w:rFonts w:ascii="Nirmala UI" w:hAnsi="Nirmala UI" w:eastAsia="Nirmala UI" w:cs="Nirmala UI"/>
        </w:rPr>
        <w:t xml:space="preserve"> </w:t>
      </w:r>
      <w:r>
        <w:rPr>
          <w:rFonts w:ascii="Times New Roman" w:hAnsi="Times New Roman" w:eastAsia="Times New Roman" w:cs="Times New Roman"/>
        </w:rPr>
        <w:t>Иерусалима</w:t>
      </w:r>
      <w:r>
        <w:rPr>
          <w:rFonts w:ascii="Nirmala UI" w:hAnsi="Nirmala UI" w:eastAsia="Nirmala UI" w:cs="Nirmala UI"/>
        </w:rPr>
        <w:t xml:space="preserve">, </w:t>
      </w:r>
      <w:r>
        <w:rPr>
          <w:rFonts w:ascii="Times New Roman" w:hAnsi="Times New Roman" w:eastAsia="Times New Roman" w:cs="Times New Roman"/>
        </w:rPr>
        <w:t>и</w:t>
      </w:r>
      <w:r>
        <w:rPr>
          <w:rFonts w:ascii="Nirmala UI" w:hAnsi="Nirmala UI" w:eastAsia="Nirmala UI" w:cs="Nirmala UI"/>
        </w:rPr>
        <w:t xml:space="preserve"> </w:t>
      </w:r>
      <w:r>
        <w:rPr>
          <w:rFonts w:ascii="Times New Roman" w:hAnsi="Times New Roman" w:eastAsia="Times New Roman" w:cs="Times New Roman"/>
        </w:rPr>
        <w:t>подробности</w:t>
      </w:r>
      <w:r>
        <w:rPr>
          <w:rFonts w:ascii="Nirmala UI" w:hAnsi="Nirmala UI" w:eastAsia="Nirmala UI" w:cs="Nirmala UI"/>
        </w:rPr>
        <w:t xml:space="preserve"> </w:t>
      </w:r>
      <w:r>
        <w:rPr>
          <w:rFonts w:ascii="Times New Roman" w:hAnsi="Times New Roman" w:eastAsia="Times New Roman" w:cs="Times New Roman"/>
        </w:rPr>
        <w:t>обеих</w:t>
      </w:r>
      <w:r>
        <w:rPr>
          <w:rFonts w:ascii="Nirmala UI" w:hAnsi="Nirmala UI" w:eastAsia="Nirmala UI" w:cs="Nirmala UI"/>
        </w:rPr>
        <w:t xml:space="preserve"> </w:t>
      </w:r>
      <w:r>
        <w:rPr>
          <w:rFonts w:ascii="Times New Roman" w:hAnsi="Times New Roman" w:eastAsia="Times New Roman" w:cs="Times New Roman"/>
        </w:rPr>
        <w:t>этих</w:t>
      </w:r>
      <w:r>
        <w:rPr>
          <w:rFonts w:ascii="Nirmala UI" w:hAnsi="Nirmala UI" w:eastAsia="Nirmala UI" w:cs="Nirmala UI"/>
        </w:rPr>
        <w:t xml:space="preserve"> </w:t>
      </w:r>
      <w:r>
        <w:rPr>
          <w:rFonts w:ascii="Times New Roman" w:hAnsi="Times New Roman" w:eastAsia="Times New Roman" w:cs="Times New Roman"/>
        </w:rPr>
        <w:t>историй</w:t>
      </w:r>
      <w:r>
        <w:rPr>
          <w:rFonts w:ascii="Nirmala UI" w:hAnsi="Nirmala UI" w:eastAsia="Nirmala UI" w:cs="Nirmala UI"/>
        </w:rPr>
        <w:t xml:space="preserve"> </w:t>
      </w:r>
      <w:r>
        <w:rPr>
          <w:rFonts w:ascii="Times New Roman" w:hAnsi="Times New Roman" w:eastAsia="Times New Roman" w:cs="Times New Roman"/>
        </w:rPr>
        <w:t>должны</w:t>
      </w:r>
      <w:r>
        <w:rPr>
          <w:rFonts w:ascii="Nirmala UI" w:hAnsi="Nirmala UI" w:eastAsia="Nirmala UI" w:cs="Nirmala UI"/>
        </w:rPr>
        <w:t xml:space="preserve"> </w:t>
      </w:r>
      <w:r>
        <w:rPr>
          <w:rFonts w:ascii="Times New Roman" w:hAnsi="Times New Roman" w:eastAsia="Times New Roman" w:cs="Times New Roman"/>
        </w:rPr>
        <w:t>быть</w:t>
      </w:r>
      <w:r>
        <w:rPr>
          <w:rFonts w:ascii="Nirmala UI" w:hAnsi="Nirmala UI" w:eastAsia="Nirmala UI" w:cs="Nirmala UI"/>
        </w:rPr>
        <w:t xml:space="preserve"> </w:t>
      </w:r>
      <w:r>
        <w:rPr>
          <w:rFonts w:ascii="Times New Roman" w:hAnsi="Times New Roman" w:eastAsia="Times New Roman" w:cs="Times New Roman"/>
        </w:rPr>
        <w:t>применены</w:t>
      </w:r>
      <w:r>
        <w:rPr>
          <w:rFonts w:ascii="Nirmala UI" w:hAnsi="Nirmala UI" w:eastAsia="Nirmala UI" w:cs="Nirmala UI"/>
        </w:rPr>
        <w:t xml:space="preserve"> </w:t>
      </w:r>
      <w:r>
        <w:rPr>
          <w:rFonts w:ascii="Times New Roman" w:hAnsi="Times New Roman" w:eastAsia="Times New Roman" w:cs="Times New Roman"/>
        </w:rPr>
        <w:t>к</w:t>
      </w:r>
      <w:r>
        <w:rPr>
          <w:rFonts w:ascii="Nirmala UI" w:hAnsi="Nirmala UI" w:eastAsia="Nirmala UI" w:cs="Nirmala UI"/>
        </w:rPr>
        <w:t xml:space="preserve"> </w:t>
      </w:r>
      <w:r>
        <w:rPr>
          <w:rFonts w:ascii="Times New Roman" w:hAnsi="Times New Roman" w:eastAsia="Times New Roman" w:cs="Times New Roman"/>
        </w:rPr>
        <w:t>скоро</w:t>
      </w:r>
      <w:r>
        <w:rPr>
          <w:rFonts w:ascii="Nirmala UI" w:hAnsi="Nirmala UI" w:eastAsia="Nirmala UI" w:cs="Nirmala UI"/>
        </w:rPr>
        <w:t xml:space="preserve"> </w:t>
      </w:r>
      <w:r>
        <w:rPr>
          <w:rFonts w:ascii="Times New Roman" w:hAnsi="Times New Roman" w:eastAsia="Times New Roman" w:cs="Times New Roman"/>
        </w:rPr>
        <w:t>грядущему</w:t>
      </w:r>
      <w:r>
        <w:rPr>
          <w:rFonts w:ascii="Nirmala UI" w:hAnsi="Nirmala UI" w:eastAsia="Nirmala UI" w:cs="Nirmala UI"/>
        </w:rPr>
        <w:t xml:space="preserve"> </w:t>
      </w:r>
      <w:r>
        <w:rPr>
          <w:rFonts w:ascii="Times New Roman" w:hAnsi="Times New Roman" w:eastAsia="Times New Roman" w:cs="Times New Roman"/>
        </w:rPr>
        <w:t>закону</w:t>
      </w:r>
      <w:r>
        <w:rPr>
          <w:rFonts w:ascii="Nirmala UI" w:hAnsi="Nirmala UI" w:eastAsia="Nirmala UI" w:cs="Nirmala UI"/>
        </w:rPr>
        <w:t xml:space="preserve"> </w:t>
      </w:r>
      <w:r>
        <w:rPr>
          <w:rFonts w:ascii="Times New Roman" w:hAnsi="Times New Roman" w:eastAsia="Times New Roman" w:cs="Times New Roman"/>
        </w:rPr>
        <w:t>о</w:t>
      </w:r>
      <w:r>
        <w:rPr>
          <w:rFonts w:ascii="Nirmala UI" w:hAnsi="Nirmala UI" w:eastAsia="Nirmala UI" w:cs="Nirmala UI"/>
        </w:rPr>
        <w:t xml:space="preserve"> </w:t>
      </w:r>
      <w:r>
        <w:rPr>
          <w:rFonts w:ascii="Times New Roman" w:hAnsi="Times New Roman" w:eastAsia="Times New Roman" w:cs="Times New Roman"/>
        </w:rPr>
        <w:t>воскресном</w:t>
      </w:r>
      <w:r>
        <w:rPr>
          <w:rFonts w:ascii="Nirmala UI" w:hAnsi="Nirmala UI" w:eastAsia="Nirmala UI" w:cs="Nirmala UI"/>
        </w:rPr>
        <w:t xml:space="preserve"> </w:t>
      </w:r>
      <w:r>
        <w:rPr>
          <w:rFonts w:ascii="Times New Roman" w:hAnsi="Times New Roman" w:eastAsia="Times New Roman" w:cs="Times New Roman"/>
        </w:rPr>
        <w:t>дне</w:t>
      </w:r>
      <w:r>
        <w:rPr>
          <w:rFonts w:ascii="Nirmala UI" w:hAnsi="Nirmala UI" w:eastAsia="Nirmala UI" w:cs="Nirmala UI"/>
        </w:rPr>
        <w:t xml:space="preserve">, — </w:t>
      </w:r>
      <w:r>
        <w:rPr>
          <w:rFonts w:ascii="Times New Roman" w:hAnsi="Times New Roman" w:eastAsia="Times New Roman" w:cs="Times New Roman"/>
        </w:rPr>
        <w:t>когда</w:t>
      </w:r>
      <w:r>
        <w:rPr>
          <w:rFonts w:ascii="Nirmala UI" w:hAnsi="Nirmala UI" w:eastAsia="Nirmala UI" w:cs="Nirmala UI"/>
        </w:rPr>
        <w:t xml:space="preserve"> </w:t>
      </w:r>
      <w:r>
        <w:rPr>
          <w:rFonts w:ascii="Times New Roman" w:hAnsi="Times New Roman" w:eastAsia="Times New Roman" w:cs="Times New Roman"/>
        </w:rPr>
        <w:t>Лаодикия</w:t>
      </w:r>
      <w:r>
        <w:rPr>
          <w:rFonts w:ascii="Nirmala UI" w:hAnsi="Nirmala UI" w:eastAsia="Nirmala UI" w:cs="Nirmala UI"/>
        </w:rPr>
        <w:t xml:space="preserve"> </w:t>
      </w:r>
      <w:r>
        <w:rPr>
          <w:rFonts w:ascii="Times New Roman" w:hAnsi="Times New Roman" w:eastAsia="Times New Roman" w:cs="Times New Roman"/>
        </w:rPr>
        <w:t>будет</w:t>
      </w:r>
      <w:r>
        <w:rPr>
          <w:rFonts w:ascii="Nirmala UI" w:hAnsi="Nirmala UI" w:eastAsia="Nirmala UI" w:cs="Nirmala UI"/>
        </w:rPr>
        <w:t xml:space="preserve"> </w:t>
      </w:r>
      <w:r>
        <w:rPr>
          <w:rFonts w:ascii="Times New Roman" w:hAnsi="Times New Roman" w:eastAsia="Times New Roman" w:cs="Times New Roman"/>
        </w:rPr>
        <w:t>извергнута</w:t>
      </w:r>
      <w:r>
        <w:rPr>
          <w:rFonts w:ascii="Nirmala UI" w:hAnsi="Nirmala UI" w:eastAsia="Nirmala UI" w:cs="Nirmala UI"/>
        </w:rPr>
        <w:t xml:space="preserve"> </w:t>
      </w:r>
      <w:r>
        <w:rPr>
          <w:rFonts w:ascii="Times New Roman" w:hAnsi="Times New Roman" w:eastAsia="Times New Roman" w:cs="Times New Roman"/>
        </w:rPr>
        <w:t>из</w:t>
      </w:r>
      <w:r>
        <w:rPr>
          <w:rFonts w:ascii="Nirmala UI" w:hAnsi="Nirmala UI" w:eastAsia="Nirmala UI" w:cs="Nirmala UI"/>
        </w:rPr>
        <w:t xml:space="preserve"> </w:t>
      </w:r>
      <w:r>
        <w:rPr>
          <w:rFonts w:ascii="Times New Roman" w:hAnsi="Times New Roman" w:eastAsia="Times New Roman" w:cs="Times New Roman"/>
        </w:rPr>
        <w:t>уст</w:t>
      </w:r>
      <w:r>
        <w:rPr>
          <w:rFonts w:ascii="Nirmala UI" w:hAnsi="Nirmala UI" w:eastAsia="Nirmala UI" w:cs="Nirmala UI"/>
        </w:rPr>
        <w:t xml:space="preserve"> </w:t>
      </w:r>
      <w:r>
        <w:rPr>
          <w:rFonts w:ascii="Times New Roman" w:hAnsi="Times New Roman" w:eastAsia="Times New Roman" w:cs="Times New Roman"/>
        </w:rPr>
        <w:t>Господа</w:t>
      </w:r>
      <w:r>
        <w:rPr>
          <w:rFonts w:ascii="Nirmala UI" w:hAnsi="Nirmala UI" w:eastAsia="Nirmala UI" w:cs="Nirmala UI"/>
        </w:rPr>
        <w:t xml:space="preserve">. </w:t>
      </w:r>
      <w:r>
        <w:rPr>
          <w:rFonts w:ascii="Times New Roman" w:hAnsi="Times New Roman" w:eastAsia="Times New Roman" w:cs="Times New Roman"/>
        </w:rPr>
        <w:t>Начало</w:t>
      </w:r>
      <w:r>
        <w:rPr>
          <w:rFonts w:ascii="Nirmala UI" w:hAnsi="Nirmala UI" w:eastAsia="Nirmala UI" w:cs="Nirmala UI"/>
        </w:rPr>
        <w:t xml:space="preserve"> </w:t>
      </w:r>
      <w:r>
        <w:rPr>
          <w:rFonts w:ascii="Times New Roman" w:hAnsi="Times New Roman" w:eastAsia="Times New Roman" w:cs="Times New Roman"/>
        </w:rPr>
        <w:t>осады</w:t>
      </w:r>
      <w:r>
        <w:rPr>
          <w:rFonts w:ascii="Nirmala UI" w:hAnsi="Nirmala UI" w:eastAsia="Nirmala UI" w:cs="Nirmala UI"/>
        </w:rPr>
        <w:t xml:space="preserve"> </w:t>
      </w:r>
      <w:r>
        <w:rPr>
          <w:rFonts w:ascii="Times New Roman" w:hAnsi="Times New Roman" w:eastAsia="Times New Roman" w:cs="Times New Roman"/>
        </w:rPr>
        <w:t>Навуходоносором</w:t>
      </w:r>
      <w:r>
        <w:rPr>
          <w:rFonts w:ascii="Nirmala UI" w:hAnsi="Nirmala UI" w:eastAsia="Nirmala UI" w:cs="Nirmala UI"/>
        </w:rPr>
        <w:t xml:space="preserve"> </w:t>
      </w:r>
      <w:r>
        <w:rPr>
          <w:rFonts w:ascii="Times New Roman" w:hAnsi="Times New Roman" w:eastAsia="Times New Roman" w:cs="Times New Roman"/>
        </w:rPr>
        <w:t>отмечено</w:t>
      </w:r>
      <w:r>
        <w:rPr>
          <w:rFonts w:ascii="Nirmala UI" w:hAnsi="Nirmala UI" w:eastAsia="Nirmala UI" w:cs="Nirmala UI"/>
        </w:rPr>
        <w:t xml:space="preserve"> </w:t>
      </w:r>
      <w:r>
        <w:rPr>
          <w:rFonts w:ascii="Times New Roman" w:hAnsi="Times New Roman" w:eastAsia="Times New Roman" w:cs="Times New Roman"/>
        </w:rPr>
        <w:t>смертью</w:t>
      </w:r>
      <w:r>
        <w:rPr>
          <w:rFonts w:ascii="Nirmala UI" w:hAnsi="Nirmala UI" w:eastAsia="Nirmala UI" w:cs="Nirmala UI"/>
        </w:rPr>
        <w:t xml:space="preserve"> </w:t>
      </w:r>
      <w:r>
        <w:rPr>
          <w:rFonts w:ascii="Times New Roman" w:hAnsi="Times New Roman" w:eastAsia="Times New Roman" w:cs="Times New Roman"/>
        </w:rPr>
        <w:t>жены</w:t>
      </w:r>
      <w:r>
        <w:rPr>
          <w:rFonts w:ascii="Nirmala UI" w:hAnsi="Nirmala UI" w:eastAsia="Nirmala UI" w:cs="Nirmala UI"/>
        </w:rPr>
        <w:t xml:space="preserve"> </w:t>
      </w:r>
      <w:r>
        <w:rPr>
          <w:rFonts w:ascii="Times New Roman" w:hAnsi="Times New Roman" w:eastAsia="Times New Roman" w:cs="Times New Roman"/>
        </w:rPr>
        <w:t>Иезекииля</w:t>
      </w:r>
      <w:r>
        <w:rPr>
          <w:rFonts w:ascii="Nirmala UI" w:hAnsi="Nirmala UI" w:eastAsia="Nirmala UI" w:cs="Nirmala UI"/>
        </w:rPr>
        <w:t xml:space="preserve">. </w:t>
      </w:r>
      <w:r>
        <w:rPr>
          <w:rFonts w:ascii="Times New Roman" w:hAnsi="Times New Roman" w:eastAsia="Times New Roman" w:cs="Times New Roman"/>
        </w:rPr>
        <w:t>При</w:t>
      </w:r>
      <w:r>
        <w:rPr>
          <w:rFonts w:ascii="Nirmala UI" w:hAnsi="Nirmala UI" w:eastAsia="Nirmala UI" w:cs="Nirmala UI"/>
        </w:rPr>
        <w:t xml:space="preserve"> </w:t>
      </w:r>
      <w:r>
        <w:rPr>
          <w:rFonts w:ascii="Times New Roman" w:hAnsi="Times New Roman" w:eastAsia="Times New Roman" w:cs="Times New Roman"/>
        </w:rPr>
        <w:t>её</w:t>
      </w:r>
      <w:r>
        <w:rPr>
          <w:rFonts w:ascii="Nirmala UI" w:hAnsi="Nirmala UI" w:eastAsia="Nirmala UI" w:cs="Nirmala UI"/>
        </w:rPr>
        <w:t xml:space="preserve"> </w:t>
      </w:r>
      <w:r>
        <w:rPr>
          <w:rFonts w:ascii="Times New Roman" w:hAnsi="Times New Roman" w:eastAsia="Times New Roman" w:cs="Times New Roman"/>
        </w:rPr>
        <w:t>смерти</w:t>
      </w:r>
      <w:r>
        <w:rPr>
          <w:rFonts w:ascii="Nirmala UI" w:hAnsi="Nirmala UI" w:eastAsia="Nirmala UI" w:cs="Nirmala UI"/>
        </w:rPr>
        <w:t xml:space="preserve"> </w:t>
      </w:r>
      <w:r>
        <w:rPr>
          <w:rFonts w:ascii="Times New Roman" w:hAnsi="Times New Roman" w:eastAsia="Times New Roman" w:cs="Times New Roman"/>
        </w:rPr>
        <w:t>Иезекиилю</w:t>
      </w:r>
      <w:r>
        <w:rPr>
          <w:rFonts w:ascii="Nirmala UI" w:hAnsi="Nirmala UI" w:eastAsia="Nirmala UI" w:cs="Nirmala UI"/>
        </w:rPr>
        <w:t xml:space="preserve"> </w:t>
      </w:r>
      <w:r>
        <w:rPr>
          <w:rFonts w:ascii="Times New Roman" w:hAnsi="Times New Roman" w:eastAsia="Times New Roman" w:cs="Times New Roman"/>
        </w:rPr>
        <w:t>было</w:t>
      </w:r>
      <w:r>
        <w:rPr>
          <w:rFonts w:ascii="Nirmala UI" w:hAnsi="Nirmala UI" w:eastAsia="Nirmala UI" w:cs="Nirmala UI"/>
        </w:rPr>
        <w:t xml:space="preserve"> </w:t>
      </w:r>
      <w:r>
        <w:rPr>
          <w:rFonts w:ascii="Times New Roman" w:hAnsi="Times New Roman" w:eastAsia="Times New Roman" w:cs="Times New Roman"/>
        </w:rPr>
        <w:t>повелено</w:t>
      </w:r>
      <w:r>
        <w:rPr>
          <w:rFonts w:ascii="Nirmala UI" w:hAnsi="Nirmala UI" w:eastAsia="Nirmala UI" w:cs="Nirmala UI"/>
        </w:rPr>
        <w:t xml:space="preserve"> </w:t>
      </w:r>
      <w:r>
        <w:rPr>
          <w:rFonts w:ascii="Times New Roman" w:hAnsi="Times New Roman" w:eastAsia="Times New Roman" w:cs="Times New Roman"/>
        </w:rPr>
        <w:t>не</w:t>
      </w:r>
      <w:r>
        <w:rPr>
          <w:rFonts w:ascii="Nirmala UI" w:hAnsi="Nirmala UI" w:eastAsia="Nirmala UI" w:cs="Nirmala UI"/>
        </w:rPr>
        <w:t xml:space="preserve"> </w:t>
      </w:r>
      <w:r>
        <w:rPr>
          <w:rFonts w:ascii="Times New Roman" w:hAnsi="Times New Roman" w:eastAsia="Times New Roman" w:cs="Times New Roman"/>
        </w:rPr>
        <w:t>предаваться</w:t>
      </w:r>
      <w:r>
        <w:rPr>
          <w:rFonts w:ascii="Nirmala UI" w:hAnsi="Nirmala UI" w:eastAsia="Nirmala UI" w:cs="Nirmala UI"/>
        </w:rPr>
        <w:t xml:space="preserve"> </w:t>
      </w:r>
      <w:r>
        <w:rPr>
          <w:rFonts w:ascii="Times New Roman" w:hAnsi="Times New Roman" w:eastAsia="Times New Roman" w:cs="Times New Roman"/>
        </w:rPr>
        <w:t>открытому</w:t>
      </w:r>
      <w:r>
        <w:rPr>
          <w:rFonts w:ascii="Nirmala UI" w:hAnsi="Nirmala UI" w:eastAsia="Nirmala UI" w:cs="Nirmala UI"/>
        </w:rPr>
        <w:t xml:space="preserve"> </w:t>
      </w:r>
      <w:r>
        <w:rPr>
          <w:rFonts w:ascii="Times New Roman" w:hAnsi="Times New Roman" w:eastAsia="Times New Roman" w:cs="Times New Roman"/>
        </w:rPr>
        <w:t>плачу</w:t>
      </w:r>
      <w:r>
        <w:rPr>
          <w:rFonts w:ascii="Nirmala UI" w:hAnsi="Nirmala UI" w:eastAsia="Nirmala UI" w:cs="Nirmala UI"/>
        </w:rPr>
        <w:t xml:space="preserve">, </w:t>
      </w:r>
      <w:r>
        <w:rPr>
          <w:rFonts w:ascii="Times New Roman" w:hAnsi="Times New Roman" w:eastAsia="Times New Roman" w:cs="Times New Roman"/>
        </w:rPr>
        <w:t>ибо</w:t>
      </w:r>
      <w:r>
        <w:rPr>
          <w:rFonts w:ascii="Nirmala UI" w:hAnsi="Nirmala UI" w:eastAsia="Nirmala UI" w:cs="Nirmala UI"/>
        </w:rPr>
        <w:t xml:space="preserve"> </w:t>
      </w:r>
      <w:r>
        <w:rPr>
          <w:rFonts w:ascii="Times New Roman" w:hAnsi="Times New Roman" w:eastAsia="Times New Roman" w:cs="Times New Roman"/>
        </w:rPr>
        <w:t>он</w:t>
      </w:r>
      <w:r>
        <w:rPr>
          <w:rFonts w:ascii="Nirmala UI" w:hAnsi="Nirmala UI" w:eastAsia="Nirmala UI" w:cs="Nirmala UI"/>
        </w:rPr>
        <w:t xml:space="preserve"> </w:t>
      </w:r>
      <w:r>
        <w:rPr>
          <w:rFonts w:ascii="Times New Roman" w:hAnsi="Times New Roman" w:eastAsia="Times New Roman" w:cs="Times New Roman"/>
        </w:rPr>
        <w:t>был</w:t>
      </w:r>
      <w:r>
        <w:rPr>
          <w:rFonts w:ascii="Nirmala UI" w:hAnsi="Nirmala UI" w:eastAsia="Nirmala UI" w:cs="Nirmala UI"/>
        </w:rPr>
        <w:t xml:space="preserve"> </w:t>
      </w:r>
      <w:r>
        <w:rPr>
          <w:rFonts w:ascii="Times New Roman" w:hAnsi="Times New Roman" w:eastAsia="Times New Roman" w:cs="Times New Roman"/>
        </w:rPr>
        <w:t>знамением</w:t>
      </w:r>
      <w:r>
        <w:rPr>
          <w:rFonts w:ascii="Nirmala UI" w:hAnsi="Nirmala UI" w:eastAsia="Nirmala UI" w:cs="Nirmala UI"/>
        </w:rPr>
        <w:t xml:space="preserve"> </w:t>
      </w:r>
      <w:r>
        <w:rPr>
          <w:rFonts w:ascii="Times New Roman" w:hAnsi="Times New Roman" w:eastAsia="Times New Roman" w:cs="Times New Roman"/>
        </w:rPr>
        <w:t>для</w:t>
      </w:r>
      <w:r>
        <w:rPr>
          <w:rFonts w:ascii="Nirmala UI" w:hAnsi="Nirmala UI" w:eastAsia="Nirmala UI" w:cs="Nirmala UI"/>
        </w:rPr>
        <w:t xml:space="preserve"> </w:t>
      </w:r>
      <w:r>
        <w:rPr>
          <w:rFonts w:ascii="Times New Roman" w:hAnsi="Times New Roman" w:eastAsia="Times New Roman" w:cs="Times New Roman"/>
        </w:rPr>
        <w:t>иудеев</w:t>
      </w:r>
      <w:r>
        <w:rPr>
          <w:rFonts w:ascii="Nirmala UI" w:hAnsi="Nirmala UI" w:eastAsia="Nirmala UI" w:cs="Nirmala UI"/>
        </w:rPr>
        <w:t xml:space="preserve">, </w:t>
      </w:r>
      <w:r>
        <w:rPr>
          <w:rFonts w:ascii="Times New Roman" w:hAnsi="Times New Roman" w:eastAsia="Times New Roman" w:cs="Times New Roman"/>
        </w:rPr>
        <w:t>уводимых</w:t>
      </w:r>
      <w:r>
        <w:rPr>
          <w:rFonts w:ascii="Nirmala UI" w:hAnsi="Nirmala UI" w:eastAsia="Nirmala UI" w:cs="Nirmala UI"/>
        </w:rPr>
        <w:t xml:space="preserve"> </w:t>
      </w:r>
      <w:r>
        <w:rPr>
          <w:rFonts w:ascii="Times New Roman" w:hAnsi="Times New Roman" w:eastAsia="Times New Roman" w:cs="Times New Roman"/>
        </w:rPr>
        <w:t>в</w:t>
      </w:r>
      <w:r>
        <w:rPr>
          <w:rFonts w:ascii="Nirmala UI" w:hAnsi="Nirmala UI" w:eastAsia="Nirmala UI" w:cs="Nirmala UI"/>
        </w:rPr>
        <w:t xml:space="preserve"> </w:t>
      </w:r>
      <w:r>
        <w:rPr>
          <w:rFonts w:ascii="Times New Roman" w:hAnsi="Times New Roman" w:eastAsia="Times New Roman" w:cs="Times New Roman"/>
        </w:rPr>
        <w:t>плен</w:t>
      </w:r>
      <w:r>
        <w:rPr>
          <w:rFonts w:ascii="Nirmala UI" w:hAnsi="Nirmala UI" w:eastAsia="Nirmala UI" w:cs="Nirmala UI"/>
        </w:rPr>
        <w:t>.</w:t>
      </w:r>
    </w:p>
    <w:p>
      <w:pPr>
        <w:pStyle w:val="ArticleBody"/>
        <w:jc w:val="left"/>
      </w:pPr>
      <w:r>
        <w:rPr>
          <w:rFonts w:ascii="Nirmala UI" w:hAnsi="Nirmala UI" w:eastAsia="Nirmala UI" w:cs="Nirmala UI"/>
        </w:rPr>
        <w:t>Debutul perioadei de patru ani, din 66 pân</w:t>
      </w:r>
      <w:r>
        <w:rPr>
          <w:rFonts w:ascii="Times New Roman" w:hAnsi="Times New Roman" w:eastAsia="Times New Roman" w:cs="Times New Roman"/>
        </w:rPr>
        <w:t>ă</w:t>
      </w:r>
      <w:r>
        <w:rPr>
          <w:rFonts w:ascii="Nirmala UI" w:hAnsi="Nirmala UI" w:eastAsia="Nirmala UI" w:cs="Nirmala UI"/>
        </w:rPr>
        <w:t xml:space="preserve"> în 70, este marcat de semnul urâciunii pustiirii, care a fost semnul pentru cre</w:t>
      </w:r>
      <w:r>
        <w:rPr>
          <w:rFonts w:ascii="Times New Roman" w:hAnsi="Times New Roman" w:eastAsia="Times New Roman" w:cs="Times New Roman"/>
        </w:rPr>
        <w:t>ș</w:t>
      </w:r>
      <w:r>
        <w:rPr>
          <w:rFonts w:ascii="Nirmala UI" w:hAnsi="Nirmala UI" w:eastAsia="Nirmala UI" w:cs="Nirmala UI"/>
        </w:rPr>
        <w:t>tinii din Ierusalim s</w:t>
      </w:r>
      <w:r>
        <w:rPr>
          <w:rFonts w:ascii="Times New Roman" w:hAnsi="Times New Roman" w:eastAsia="Times New Roman" w:cs="Times New Roman"/>
        </w:rPr>
        <w:t>ă</w:t>
      </w:r>
      <w:r>
        <w:rPr>
          <w:rFonts w:ascii="Nirmala UI" w:hAnsi="Nirmala UI" w:eastAsia="Nirmala UI" w:cs="Nirmala UI"/>
        </w:rPr>
        <w:t xml:space="preserve"> fug</w:t>
      </w:r>
      <w:r>
        <w:rPr>
          <w:rFonts w:ascii="Times New Roman" w:hAnsi="Times New Roman" w:eastAsia="Times New Roman" w:cs="Times New Roman"/>
        </w:rPr>
        <w:t>ă</w:t>
      </w:r>
      <w:r>
        <w:rPr>
          <w:rFonts w:ascii="Nirmala UI" w:hAnsi="Nirmala UI" w:eastAsia="Nirmala UI" w:cs="Nirmala UI"/>
        </w:rPr>
        <w:t>.</w:t>
      </w:r>
    </w:p>
    <w:p>
      <w:pPr>
        <w:pStyle w:val="ArticleScripture"/>
        <w:jc w:val="left"/>
      </w:pPr>
      <w:r>
        <w:rPr>
          <w:rFonts w:ascii="Nirmala UI" w:hAnsi="Nirmala UI" w:eastAsia="Nirmala UI" w:cs="Nirmala UI"/>
        </w:rPr>
        <w:t>V</w:t>
      </w:r>
      <w:r>
        <w:rPr>
          <w:rFonts w:ascii="Times New Roman" w:hAnsi="Times New Roman" w:eastAsia="Times New Roman" w:cs="Times New Roman"/>
        </w:rPr>
        <w:t>ă</w:t>
      </w:r>
      <w:r>
        <w:rPr>
          <w:rFonts w:ascii="Nirmala UI" w:hAnsi="Nirmala UI" w:eastAsia="Nirmala UI" w:cs="Nirmala UI"/>
        </w:rPr>
        <w:t>zând deci urâciunea pustiirii, despre care a vorbit prorocul Daniel, stând în locul sfânt, (cine cite</w:t>
      </w:r>
      <w:r>
        <w:rPr>
          <w:rFonts w:ascii="Times New Roman" w:hAnsi="Times New Roman" w:eastAsia="Times New Roman" w:cs="Times New Roman"/>
        </w:rPr>
        <w:t>ș</w:t>
      </w:r>
      <w:r>
        <w:rPr>
          <w:rFonts w:ascii="Nirmala UI" w:hAnsi="Nirmala UI" w:eastAsia="Nirmala UI" w:cs="Nirmala UI"/>
        </w:rPr>
        <w:t>te s</w:t>
      </w:r>
      <w:r>
        <w:rPr>
          <w:rFonts w:ascii="Times New Roman" w:hAnsi="Times New Roman" w:eastAsia="Times New Roman" w:cs="Times New Roman"/>
        </w:rPr>
        <w:t>ă</w:t>
      </w:r>
      <w:r>
        <w:rPr>
          <w:rFonts w:ascii="Nirmala UI" w:hAnsi="Nirmala UI" w:eastAsia="Nirmala UI" w:cs="Nirmala UI"/>
        </w:rPr>
        <w:t xml:space="preserve"> în</w:t>
      </w:r>
      <w:r>
        <w:rPr>
          <w:rFonts w:ascii="Times New Roman" w:hAnsi="Times New Roman" w:eastAsia="Times New Roman" w:cs="Times New Roman"/>
        </w:rPr>
        <w:t>ț</w:t>
      </w:r>
      <w:r>
        <w:rPr>
          <w:rFonts w:ascii="Nirmala UI" w:hAnsi="Nirmala UI" w:eastAsia="Nirmala UI" w:cs="Nirmala UI"/>
        </w:rPr>
        <w:t>eleag</w:t>
      </w:r>
      <w:r>
        <w:rPr>
          <w:rFonts w:ascii="Times New Roman" w:hAnsi="Times New Roman" w:eastAsia="Times New Roman" w:cs="Times New Roman"/>
        </w:rPr>
        <w:t>ă</w:t>
      </w:r>
      <w:r>
        <w:rPr>
          <w:rFonts w:ascii="Nirmala UI" w:hAnsi="Nirmala UI" w:eastAsia="Nirmala UI" w:cs="Nirmala UI"/>
        </w:rPr>
        <w:t>:) atunci cei ce vor fi în Iudeea s</w:t>
      </w:r>
      <w:r>
        <w:rPr>
          <w:rFonts w:ascii="Times New Roman" w:hAnsi="Times New Roman" w:eastAsia="Times New Roman" w:cs="Times New Roman"/>
        </w:rPr>
        <w:t>ă</w:t>
      </w:r>
      <w:r>
        <w:rPr>
          <w:rFonts w:ascii="Nirmala UI" w:hAnsi="Nirmala UI" w:eastAsia="Nirmala UI" w:cs="Nirmala UI"/>
        </w:rPr>
        <w:t xml:space="preserve"> fug</w:t>
      </w:r>
      <w:r>
        <w:rPr>
          <w:rFonts w:ascii="Times New Roman" w:hAnsi="Times New Roman" w:eastAsia="Times New Roman" w:cs="Times New Roman"/>
        </w:rPr>
        <w:t>ă</w:t>
      </w:r>
      <w:r>
        <w:rPr>
          <w:rFonts w:ascii="Nirmala UI" w:hAnsi="Nirmala UI" w:eastAsia="Nirmala UI" w:cs="Nirmala UI"/>
        </w:rPr>
        <w:t xml:space="preserve"> în mun</w:t>
      </w:r>
      <w:r>
        <w:rPr>
          <w:rFonts w:ascii="Times New Roman" w:hAnsi="Times New Roman" w:eastAsia="Times New Roman" w:cs="Times New Roman"/>
        </w:rPr>
        <w:t>ț</w:t>
      </w:r>
      <w:r>
        <w:rPr>
          <w:rFonts w:ascii="Nirmala UI" w:hAnsi="Nirmala UI" w:eastAsia="Nirmala UI" w:cs="Nirmala UI"/>
        </w:rPr>
        <w:t>i. Matei 24:15,16.</w:t>
      </w:r>
    </w:p>
    <w:p>
      <w:pPr>
        <w:pStyle w:val="ArticleBody"/>
        <w:jc w:val="left"/>
      </w:pPr>
      <w:r>
        <w:rPr>
          <w:rFonts w:ascii="Nirmala UI" w:hAnsi="Nirmala UI" w:eastAsia="Nirmala UI" w:cs="Nirmala UI"/>
        </w:rPr>
        <w:t>Dwa obl</w:t>
      </w:r>
      <w:r>
        <w:rPr>
          <w:rFonts w:ascii="Times New Roman" w:hAnsi="Times New Roman" w:eastAsia="Times New Roman" w:cs="Times New Roman"/>
        </w:rPr>
        <w:t>ęż</w:t>
      </w:r>
      <w:r>
        <w:rPr>
          <w:rFonts w:ascii="Nirmala UI" w:hAnsi="Nirmala UI" w:eastAsia="Nirmala UI" w:cs="Nirmala UI"/>
        </w:rPr>
        <w:t>enia, które wyra</w:t>
      </w:r>
      <w:r>
        <w:rPr>
          <w:rFonts w:ascii="Times New Roman" w:hAnsi="Times New Roman" w:eastAsia="Times New Roman" w:cs="Times New Roman"/>
        </w:rPr>
        <w:t>ź</w:t>
      </w:r>
      <w:r>
        <w:rPr>
          <w:rFonts w:ascii="Nirmala UI" w:hAnsi="Nirmala UI" w:eastAsia="Nirmala UI" w:cs="Nirmala UI"/>
        </w:rPr>
        <w:t>nie odpowiadaj</w:t>
      </w:r>
      <w:r>
        <w:rPr>
          <w:rFonts w:ascii="Times New Roman" w:hAnsi="Times New Roman" w:eastAsia="Times New Roman" w:cs="Times New Roman"/>
        </w:rPr>
        <w:t>ą</w:t>
      </w:r>
      <w:r>
        <w:rPr>
          <w:rFonts w:ascii="Nirmala UI" w:hAnsi="Nirmala UI" w:eastAsia="Nirmala UI" w:cs="Nirmala UI"/>
        </w:rPr>
        <w:t xml:space="preserve"> sobie nawzajem, a oba te obl</w:t>
      </w:r>
      <w:r>
        <w:rPr>
          <w:rFonts w:ascii="Times New Roman" w:hAnsi="Times New Roman" w:eastAsia="Times New Roman" w:cs="Times New Roman"/>
        </w:rPr>
        <w:t>ęż</w:t>
      </w:r>
      <w:r>
        <w:rPr>
          <w:rFonts w:ascii="Nirmala UI" w:hAnsi="Nirmala UI" w:eastAsia="Nirmala UI" w:cs="Nirmala UI"/>
        </w:rPr>
        <w:t>enia zawieraj</w:t>
      </w:r>
      <w:r>
        <w:rPr>
          <w:rFonts w:ascii="Times New Roman" w:hAnsi="Times New Roman" w:eastAsia="Times New Roman" w:cs="Times New Roman"/>
        </w:rPr>
        <w:t>ą</w:t>
      </w:r>
      <w:r>
        <w:rPr>
          <w:rFonts w:ascii="Nirmala UI" w:hAnsi="Nirmala UI" w:eastAsia="Nirmala UI" w:cs="Nirmala UI"/>
        </w:rPr>
        <w:t xml:space="preserve"> na pocz</w:t>
      </w:r>
      <w:r>
        <w:rPr>
          <w:rFonts w:ascii="Times New Roman" w:hAnsi="Times New Roman" w:eastAsia="Times New Roman" w:cs="Times New Roman"/>
        </w:rPr>
        <w:t>ą</w:t>
      </w:r>
      <w:r>
        <w:rPr>
          <w:rFonts w:ascii="Nirmala UI" w:hAnsi="Nirmala UI" w:eastAsia="Nirmala UI" w:cs="Nirmala UI"/>
        </w:rPr>
        <w:t>tku obl</w:t>
      </w:r>
      <w:r>
        <w:rPr>
          <w:rFonts w:ascii="Times New Roman" w:hAnsi="Times New Roman" w:eastAsia="Times New Roman" w:cs="Times New Roman"/>
        </w:rPr>
        <w:t>ęż</w:t>
      </w:r>
      <w:r>
        <w:rPr>
          <w:rFonts w:ascii="Nirmala UI" w:hAnsi="Nirmala UI" w:eastAsia="Nirmala UI" w:cs="Nirmala UI"/>
        </w:rPr>
        <w:t>enia „znak”. Gdy Ezechiel wyja</w:t>
      </w:r>
      <w:r>
        <w:rPr>
          <w:rFonts w:ascii="Times New Roman" w:hAnsi="Times New Roman" w:eastAsia="Times New Roman" w:cs="Times New Roman"/>
        </w:rPr>
        <w:t>ś</w:t>
      </w:r>
      <w:r>
        <w:rPr>
          <w:rFonts w:ascii="Nirmala UI" w:hAnsi="Nirmala UI" w:eastAsia="Nirmala UI" w:cs="Nirmala UI"/>
        </w:rPr>
        <w:t>nia, co oznacza</w:t>
      </w:r>
      <w:r>
        <w:rPr>
          <w:rFonts w:ascii="Times New Roman" w:hAnsi="Times New Roman" w:eastAsia="Times New Roman" w:cs="Times New Roman"/>
        </w:rPr>
        <w:t>ł</w:t>
      </w:r>
      <w:r>
        <w:rPr>
          <w:rFonts w:ascii="Nirmala UI" w:hAnsi="Nirmala UI" w:eastAsia="Nirmala UI" w:cs="Nirmala UI"/>
        </w:rPr>
        <w:t xml:space="preserve">a </w:t>
      </w:r>
      <w:r>
        <w:rPr>
          <w:rFonts w:ascii="Times New Roman" w:hAnsi="Times New Roman" w:eastAsia="Times New Roman" w:cs="Times New Roman"/>
        </w:rPr>
        <w:t>ś</w:t>
      </w:r>
      <w:r>
        <w:rPr>
          <w:rFonts w:ascii="Nirmala UI" w:hAnsi="Nirmala UI" w:eastAsia="Nirmala UI" w:cs="Nirmala UI"/>
        </w:rPr>
        <w:t>mier</w:t>
      </w:r>
      <w:r>
        <w:rPr>
          <w:rFonts w:ascii="Times New Roman" w:hAnsi="Times New Roman" w:eastAsia="Times New Roman" w:cs="Times New Roman"/>
        </w:rPr>
        <w:t>ć</w:t>
      </w:r>
      <w:r>
        <w:rPr>
          <w:rFonts w:ascii="Nirmala UI" w:hAnsi="Nirmala UI" w:eastAsia="Nirmala UI" w:cs="Nirmala UI"/>
        </w:rPr>
        <w:t xml:space="preserve"> jego </w:t>
      </w:r>
      <w:r>
        <w:rPr>
          <w:rFonts w:ascii="Times New Roman" w:hAnsi="Times New Roman" w:eastAsia="Times New Roman" w:cs="Times New Roman"/>
        </w:rPr>
        <w:t>ż</w:t>
      </w:r>
      <w:r>
        <w:rPr>
          <w:rFonts w:ascii="Nirmala UI" w:hAnsi="Nirmala UI" w:eastAsia="Nirmala UI" w:cs="Nirmala UI"/>
        </w:rPr>
        <w:t xml:space="preserve">ony oraz brak </w:t>
      </w:r>
      <w:r>
        <w:rPr>
          <w:rFonts w:ascii="Times New Roman" w:hAnsi="Times New Roman" w:eastAsia="Times New Roman" w:cs="Times New Roman"/>
        </w:rPr>
        <w:t>ż</w:t>
      </w:r>
      <w:r>
        <w:rPr>
          <w:rFonts w:ascii="Nirmala UI" w:hAnsi="Nirmala UI" w:eastAsia="Nirmala UI" w:cs="Nirmala UI"/>
        </w:rPr>
        <w:t>a</w:t>
      </w:r>
      <w:r>
        <w:rPr>
          <w:rFonts w:ascii="Times New Roman" w:hAnsi="Times New Roman" w:eastAsia="Times New Roman" w:cs="Times New Roman"/>
        </w:rPr>
        <w:t>ł</w:t>
      </w:r>
      <w:r>
        <w:rPr>
          <w:rFonts w:ascii="Nirmala UI" w:hAnsi="Nirmala UI" w:eastAsia="Nirmala UI" w:cs="Nirmala UI"/>
        </w:rPr>
        <w:t>oby z jego strony, wyja</w:t>
      </w:r>
      <w:r>
        <w:rPr>
          <w:rFonts w:ascii="Times New Roman" w:hAnsi="Times New Roman" w:eastAsia="Times New Roman" w:cs="Times New Roman"/>
        </w:rPr>
        <w:t>ś</w:t>
      </w:r>
      <w:r>
        <w:rPr>
          <w:rFonts w:ascii="Nirmala UI" w:hAnsi="Nirmala UI" w:eastAsia="Nirmala UI" w:cs="Nirmala UI"/>
        </w:rPr>
        <w:t>ni</w:t>
      </w:r>
      <w:r>
        <w:rPr>
          <w:rFonts w:ascii="Times New Roman" w:hAnsi="Times New Roman" w:eastAsia="Times New Roman" w:cs="Times New Roman"/>
        </w:rPr>
        <w:t>ł</w:t>
      </w:r>
      <w:r>
        <w:rPr>
          <w:rFonts w:ascii="Nirmala UI" w:hAnsi="Nirmala UI" w:eastAsia="Nirmala UI" w:cs="Nirmala UI"/>
        </w:rPr>
        <w:t xml:space="preserve"> to, a nast</w:t>
      </w:r>
      <w:r>
        <w:rPr>
          <w:rFonts w:ascii="Times New Roman" w:hAnsi="Times New Roman" w:eastAsia="Times New Roman" w:cs="Times New Roman"/>
        </w:rPr>
        <w:t>ę</w:t>
      </w:r>
      <w:r>
        <w:rPr>
          <w:rFonts w:ascii="Nirmala UI" w:hAnsi="Nirmala UI" w:eastAsia="Nirmala UI" w:cs="Nirmala UI"/>
        </w:rPr>
        <w:t>pnie zapisa</w:t>
      </w:r>
      <w:r>
        <w:rPr>
          <w:rFonts w:ascii="Times New Roman" w:hAnsi="Times New Roman" w:eastAsia="Times New Roman" w:cs="Times New Roman"/>
        </w:rPr>
        <w:t>ł</w:t>
      </w:r>
      <w:r>
        <w:rPr>
          <w:rFonts w:ascii="Nirmala UI" w:hAnsi="Nirmala UI" w:eastAsia="Nirmala UI" w:cs="Nirmala UI"/>
        </w:rPr>
        <w:t>:</w:t>
      </w:r>
    </w:p>
    <w:p>
      <w:pPr>
        <w:pStyle w:val="ArticleScripture"/>
        <w:jc w:val="left"/>
      </w:pPr>
      <w:r>
        <w:rPr>
          <w:rFonts w:ascii="Malgun Gothic" w:hAnsi="Malgun Gothic" w:eastAsia="Malgun Gothic" w:cs="Malgun Gothic"/>
        </w:rPr>
        <w:t>이와</w:t>
      </w:r>
      <w:r>
        <w:rPr>
          <w:rFonts w:ascii="Nirmala UI" w:hAnsi="Nirmala UI" w:eastAsia="Nirmala UI" w:cs="Nirmala UI"/>
        </w:rPr>
        <w:t xml:space="preserve"> </w:t>
      </w:r>
      <w:r>
        <w:rPr>
          <w:rFonts w:ascii="Malgun Gothic" w:hAnsi="Malgun Gothic" w:eastAsia="Malgun Gothic" w:cs="Malgun Gothic"/>
        </w:rPr>
        <w:t>같이</w:t>
      </w:r>
      <w:r>
        <w:rPr>
          <w:rFonts w:ascii="Nirmala UI" w:hAnsi="Nirmala UI" w:eastAsia="Nirmala UI" w:cs="Nirmala UI"/>
        </w:rPr>
        <w:t xml:space="preserve"> </w:t>
      </w:r>
      <w:r>
        <w:rPr>
          <w:rFonts w:ascii="Malgun Gothic" w:hAnsi="Malgun Gothic" w:eastAsia="Malgun Gothic" w:cs="Malgun Gothic"/>
        </w:rPr>
        <w:t>에스겔이</w:t>
      </w:r>
      <w:r>
        <w:rPr>
          <w:rFonts w:ascii="Nirmala UI" w:hAnsi="Nirmala UI" w:eastAsia="Nirmala UI" w:cs="Nirmala UI"/>
        </w:rPr>
        <w:t xml:space="preserve"> </w:t>
      </w:r>
      <w:r>
        <w:rPr>
          <w:rFonts w:ascii="Malgun Gothic" w:hAnsi="Malgun Gothic" w:eastAsia="Malgun Gothic" w:cs="Malgun Gothic"/>
        </w:rPr>
        <w:t>너희에게</w:t>
      </w:r>
      <w:r>
        <w:rPr>
          <w:rFonts w:ascii="Nirmala UI" w:hAnsi="Nirmala UI" w:eastAsia="Nirmala UI" w:cs="Nirmala UI"/>
        </w:rPr>
        <w:t xml:space="preserve"> </w:t>
      </w:r>
      <w:r>
        <w:rPr>
          <w:rFonts w:ascii="Malgun Gothic" w:hAnsi="Malgun Gothic" w:eastAsia="Malgun Gothic" w:cs="Malgun Gothic"/>
        </w:rPr>
        <w:t>표징이</w:t>
      </w:r>
      <w:r>
        <w:rPr>
          <w:rFonts w:ascii="Nirmala UI" w:hAnsi="Nirmala UI" w:eastAsia="Nirmala UI" w:cs="Nirmala UI"/>
        </w:rPr>
        <w:t xml:space="preserve"> </w:t>
      </w:r>
      <w:r>
        <w:rPr>
          <w:rFonts w:ascii="Malgun Gothic" w:hAnsi="Malgun Gothic" w:eastAsia="Malgun Gothic" w:cs="Malgun Gothic"/>
        </w:rPr>
        <w:t>되리니</w:t>
      </w:r>
      <w:r>
        <w:rPr>
          <w:rFonts w:ascii="Nirmala UI" w:hAnsi="Nirmala UI" w:eastAsia="Nirmala UI" w:cs="Nirmala UI"/>
        </w:rPr>
        <w:t xml:space="preserve">, </w:t>
      </w:r>
      <w:r>
        <w:rPr>
          <w:rFonts w:ascii="Malgun Gothic" w:hAnsi="Malgun Gothic" w:eastAsia="Malgun Gothic" w:cs="Malgun Gothic"/>
        </w:rPr>
        <w:t>그가</w:t>
      </w:r>
      <w:r>
        <w:rPr>
          <w:rFonts w:ascii="Nirmala UI" w:hAnsi="Nirmala UI" w:eastAsia="Nirmala UI" w:cs="Nirmala UI"/>
        </w:rPr>
        <w:t xml:space="preserve"> </w:t>
      </w:r>
      <w:r>
        <w:rPr>
          <w:rFonts w:ascii="Malgun Gothic" w:hAnsi="Malgun Gothic" w:eastAsia="Malgun Gothic" w:cs="Malgun Gothic"/>
        </w:rPr>
        <w:t>행한</w:t>
      </w:r>
      <w:r>
        <w:rPr>
          <w:rFonts w:ascii="Nirmala UI" w:hAnsi="Nirmala UI" w:eastAsia="Nirmala UI" w:cs="Nirmala UI"/>
        </w:rPr>
        <w:t xml:space="preserve"> </w:t>
      </w:r>
      <w:r>
        <w:rPr>
          <w:rFonts w:ascii="Malgun Gothic" w:hAnsi="Malgun Gothic" w:eastAsia="Malgun Gothic" w:cs="Malgun Gothic"/>
        </w:rPr>
        <w:t>모든</w:t>
      </w:r>
      <w:r>
        <w:rPr>
          <w:rFonts w:ascii="Nirmala UI" w:hAnsi="Nirmala UI" w:eastAsia="Nirmala UI" w:cs="Nirmala UI"/>
        </w:rPr>
        <w:t xml:space="preserve"> </w:t>
      </w:r>
      <w:r>
        <w:rPr>
          <w:rFonts w:ascii="Malgun Gothic" w:hAnsi="Malgun Gothic" w:eastAsia="Malgun Gothic" w:cs="Malgun Gothic"/>
        </w:rPr>
        <w:t>것대로</w:t>
      </w:r>
      <w:r>
        <w:rPr>
          <w:rFonts w:ascii="Nirmala UI" w:hAnsi="Nirmala UI" w:eastAsia="Nirmala UI" w:cs="Nirmala UI"/>
        </w:rPr>
        <w:t xml:space="preserve"> </w:t>
      </w:r>
      <w:r>
        <w:rPr>
          <w:rFonts w:ascii="Malgun Gothic" w:hAnsi="Malgun Gothic" w:eastAsia="Malgun Gothic" w:cs="Malgun Gothic"/>
        </w:rPr>
        <w:t>너희도</w:t>
      </w:r>
      <w:r>
        <w:rPr>
          <w:rFonts w:ascii="Nirmala UI" w:hAnsi="Nirmala UI" w:eastAsia="Nirmala UI" w:cs="Nirmala UI"/>
        </w:rPr>
        <w:t xml:space="preserve"> </w:t>
      </w:r>
      <w:r>
        <w:rPr>
          <w:rFonts w:ascii="Malgun Gothic" w:hAnsi="Malgun Gothic" w:eastAsia="Malgun Gothic" w:cs="Malgun Gothic"/>
        </w:rPr>
        <w:t>행할</w:t>
      </w:r>
      <w:r>
        <w:rPr>
          <w:rFonts w:ascii="Nirmala UI" w:hAnsi="Nirmala UI" w:eastAsia="Nirmala UI" w:cs="Nirmala UI"/>
        </w:rPr>
        <w:t xml:space="preserve"> </w:t>
      </w:r>
      <w:r>
        <w:rPr>
          <w:rFonts w:ascii="Malgun Gothic" w:hAnsi="Malgun Gothic" w:eastAsia="Malgun Gothic" w:cs="Malgun Gothic"/>
        </w:rPr>
        <w:t>것이다</w:t>
      </w:r>
      <w:r>
        <w:rPr>
          <w:rFonts w:ascii="Nirmala UI" w:hAnsi="Nirmala UI" w:eastAsia="Nirmala UI" w:cs="Nirmala UI"/>
        </w:rPr>
        <w:t xml:space="preserve">. </w:t>
      </w:r>
      <w:r>
        <w:rPr>
          <w:rFonts w:ascii="Malgun Gothic" w:hAnsi="Malgun Gothic" w:eastAsia="Malgun Gothic" w:cs="Malgun Gothic"/>
        </w:rPr>
        <w:t>이</w:t>
      </w:r>
      <w:r>
        <w:rPr>
          <w:rFonts w:ascii="Nirmala UI" w:hAnsi="Nirmala UI" w:eastAsia="Nirmala UI" w:cs="Nirmala UI"/>
        </w:rPr>
        <w:t xml:space="preserve"> </w:t>
      </w:r>
      <w:r>
        <w:rPr>
          <w:rFonts w:ascii="Malgun Gothic" w:hAnsi="Malgun Gothic" w:eastAsia="Malgun Gothic" w:cs="Malgun Gothic"/>
        </w:rPr>
        <w:t>일이</w:t>
      </w:r>
      <w:r>
        <w:rPr>
          <w:rFonts w:ascii="Nirmala UI" w:hAnsi="Nirmala UI" w:eastAsia="Nirmala UI" w:cs="Nirmala UI"/>
        </w:rPr>
        <w:t xml:space="preserve"> </w:t>
      </w:r>
      <w:r>
        <w:rPr>
          <w:rFonts w:ascii="Malgun Gothic" w:hAnsi="Malgun Gothic" w:eastAsia="Malgun Gothic" w:cs="Malgun Gothic"/>
        </w:rPr>
        <w:t>이를</w:t>
      </w:r>
      <w:r>
        <w:rPr>
          <w:rFonts w:ascii="Nirmala UI" w:hAnsi="Nirmala UI" w:eastAsia="Nirmala UI" w:cs="Nirmala UI"/>
        </w:rPr>
        <w:t xml:space="preserve"> </w:t>
      </w:r>
      <w:r>
        <w:rPr>
          <w:rFonts w:ascii="Malgun Gothic" w:hAnsi="Malgun Gothic" w:eastAsia="Malgun Gothic" w:cs="Malgun Gothic"/>
        </w:rPr>
        <w:t>때에</w:t>
      </w:r>
      <w:r>
        <w:rPr>
          <w:rFonts w:ascii="Nirmala UI" w:hAnsi="Nirmala UI" w:eastAsia="Nirmala UI" w:cs="Nirmala UI"/>
        </w:rPr>
        <w:t xml:space="preserve">, </w:t>
      </w:r>
      <w:r>
        <w:rPr>
          <w:rFonts w:ascii="Malgun Gothic" w:hAnsi="Malgun Gothic" w:eastAsia="Malgun Gothic" w:cs="Malgun Gothic"/>
        </w:rPr>
        <w:t>너희는</w:t>
      </w:r>
      <w:r>
        <w:rPr>
          <w:rFonts w:ascii="Nirmala UI" w:hAnsi="Nirmala UI" w:eastAsia="Nirmala UI" w:cs="Nirmala UI"/>
        </w:rPr>
        <w:t xml:space="preserve"> </w:t>
      </w:r>
      <w:r>
        <w:rPr>
          <w:rFonts w:ascii="Malgun Gothic" w:hAnsi="Malgun Gothic" w:eastAsia="Malgun Gothic" w:cs="Malgun Gothic"/>
        </w:rPr>
        <w:t>내가</w:t>
      </w:r>
      <w:r>
        <w:rPr>
          <w:rFonts w:ascii="Nirmala UI" w:hAnsi="Nirmala UI" w:eastAsia="Nirmala UI" w:cs="Nirmala UI"/>
        </w:rPr>
        <w:t xml:space="preserve"> </w:t>
      </w:r>
      <w:r>
        <w:rPr>
          <w:rFonts w:ascii="Malgun Gothic" w:hAnsi="Malgun Gothic" w:eastAsia="Malgun Gothic" w:cs="Malgun Gothic"/>
        </w:rPr>
        <w:t>주</w:t>
      </w:r>
      <w:r>
        <w:rPr>
          <w:rFonts w:ascii="Nirmala UI" w:hAnsi="Nirmala UI" w:eastAsia="Nirmala UI" w:cs="Nirmala UI"/>
        </w:rPr>
        <w:t xml:space="preserve"> </w:t>
      </w:r>
      <w:r>
        <w:rPr>
          <w:rFonts w:ascii="Malgun Gothic" w:hAnsi="Malgun Gothic" w:eastAsia="Malgun Gothic" w:cs="Malgun Gothic"/>
        </w:rPr>
        <w:t>여호와인</w:t>
      </w:r>
      <w:r>
        <w:rPr>
          <w:rFonts w:ascii="Nirmala UI" w:hAnsi="Nirmala UI" w:eastAsia="Nirmala UI" w:cs="Nirmala UI"/>
        </w:rPr>
        <w:t xml:space="preserve"> </w:t>
      </w:r>
      <w:r>
        <w:rPr>
          <w:rFonts w:ascii="Malgun Gothic" w:hAnsi="Malgun Gothic" w:eastAsia="Malgun Gothic" w:cs="Malgun Gothic"/>
        </w:rPr>
        <w:t>줄</w:t>
      </w:r>
      <w:r>
        <w:rPr>
          <w:rFonts w:ascii="Nirmala UI" w:hAnsi="Nirmala UI" w:eastAsia="Nirmala UI" w:cs="Nirmala UI"/>
        </w:rPr>
        <w:t xml:space="preserve"> </w:t>
      </w:r>
      <w:r>
        <w:rPr>
          <w:rFonts w:ascii="Malgun Gothic" w:hAnsi="Malgun Gothic" w:eastAsia="Malgun Gothic" w:cs="Malgun Gothic"/>
        </w:rPr>
        <w:t>알리라</w:t>
      </w:r>
      <w:r>
        <w:rPr>
          <w:rFonts w:ascii="Nirmala UI" w:hAnsi="Nirmala UI" w:eastAsia="Nirmala UI" w:cs="Nirmala UI"/>
        </w:rPr>
        <w:t xml:space="preserve">. </w:t>
      </w:r>
      <w:r>
        <w:rPr>
          <w:rFonts w:ascii="Malgun Gothic" w:hAnsi="Malgun Gothic" w:eastAsia="Malgun Gothic" w:cs="Malgun Gothic"/>
        </w:rPr>
        <w:t>에스겔</w:t>
      </w:r>
      <w:r>
        <w:rPr>
          <w:rFonts w:ascii="Nirmala UI" w:hAnsi="Nirmala UI" w:eastAsia="Nirmala UI" w:cs="Nirmala UI"/>
        </w:rPr>
        <w:t xml:space="preserve"> 24:24.</w:t>
      </w:r>
    </w:p>
    <w:p>
      <w:pPr>
        <w:pStyle w:val="ArticleBody"/>
        <w:jc w:val="left"/>
      </w:pPr>
      <w:r>
        <w:rPr>
          <w:rFonts w:ascii="Segoe UI" w:hAnsi="Segoe UI" w:eastAsia="Segoe UI" w:cs="Segoe UI"/>
        </w:rPr>
        <w:t>علامت</w:t>
      </w:r>
      <w:r>
        <w:rPr>
          <w:rFonts w:ascii="Nirmala UI" w:hAnsi="Nirmala UI" w:eastAsia="Nirmala UI" w:cs="Nirmala UI"/>
        </w:rPr>
        <w:t xml:space="preserve"> </w:t>
      </w:r>
      <w:r>
        <w:rPr>
          <w:rFonts w:ascii="Segoe UI" w:hAnsi="Segoe UI" w:eastAsia="Segoe UI" w:cs="Segoe UI"/>
        </w:rPr>
        <w:t>مرگِ</w:t>
      </w:r>
      <w:r>
        <w:rPr>
          <w:rFonts w:ascii="Nirmala UI" w:hAnsi="Nirmala UI" w:eastAsia="Nirmala UI" w:cs="Nirmala UI"/>
        </w:rPr>
        <w:t xml:space="preserve"> </w:t>
      </w:r>
      <w:r>
        <w:rPr>
          <w:rFonts w:ascii="Segoe UI" w:hAnsi="Segoe UI" w:eastAsia="Segoe UI" w:cs="Segoe UI"/>
        </w:rPr>
        <w:t>همسرِ</w:t>
      </w:r>
      <w:r>
        <w:rPr>
          <w:rFonts w:ascii="Nirmala UI" w:hAnsi="Nirmala UI" w:eastAsia="Nirmala UI" w:cs="Nirmala UI"/>
        </w:rPr>
        <w:t xml:space="preserve"> </w:t>
      </w:r>
      <w:r>
        <w:rPr>
          <w:rFonts w:ascii="Segoe UI" w:hAnsi="Segoe UI" w:eastAsia="Segoe UI" w:cs="Segoe UI"/>
        </w:rPr>
        <w:t>حزقیال،</w:t>
      </w:r>
      <w:r>
        <w:rPr>
          <w:rFonts w:ascii="Nirmala UI" w:hAnsi="Nirmala UI" w:eastAsia="Nirmala UI" w:cs="Nirmala UI"/>
        </w:rPr>
        <w:t xml:space="preserve"> </w:t>
      </w:r>
      <w:r>
        <w:rPr>
          <w:rFonts w:ascii="Segoe UI" w:hAnsi="Segoe UI" w:eastAsia="Segoe UI" w:cs="Segoe UI"/>
        </w:rPr>
        <w:t>شناساییِ</w:t>
      </w:r>
      <w:r>
        <w:rPr>
          <w:rFonts w:ascii="Nirmala UI" w:hAnsi="Nirmala UI" w:eastAsia="Nirmala UI" w:cs="Nirmala UI"/>
        </w:rPr>
        <w:t xml:space="preserve"> </w:t>
      </w:r>
      <w:r>
        <w:rPr>
          <w:rFonts w:ascii="Segoe UI" w:hAnsi="Segoe UI" w:eastAsia="Segoe UI" w:cs="Segoe UI"/>
        </w:rPr>
        <w:t>ویرانیِ</w:t>
      </w:r>
      <w:r>
        <w:rPr>
          <w:rFonts w:ascii="Nirmala UI" w:hAnsi="Nirmala UI" w:eastAsia="Nirmala UI" w:cs="Nirmala UI"/>
        </w:rPr>
        <w:t xml:space="preserve"> </w:t>
      </w:r>
      <w:r>
        <w:rPr>
          <w:rFonts w:ascii="Segoe UI" w:hAnsi="Segoe UI" w:eastAsia="Segoe UI" w:cs="Segoe UI"/>
        </w:rPr>
        <w:t>قریب</w:t>
      </w:r>
      <w:r>
        <w:rPr>
          <w:rFonts w:ascii="Nirmala UI" w:hAnsi="Nirmala UI" w:eastAsia="Nirmala UI" w:cs="Nirmala UI"/>
        </w:rPr>
        <w:t>‌</w:t>
      </w:r>
      <w:r>
        <w:rPr>
          <w:rFonts w:ascii="Segoe UI" w:hAnsi="Segoe UI" w:eastAsia="Segoe UI" w:cs="Segoe UI"/>
        </w:rPr>
        <w:t>الوقوعِ</w:t>
      </w:r>
      <w:r>
        <w:rPr>
          <w:rFonts w:ascii="Nirmala UI" w:hAnsi="Nirmala UI" w:eastAsia="Nirmala UI" w:cs="Nirmala UI"/>
        </w:rPr>
        <w:t xml:space="preserve"> </w:t>
      </w:r>
      <w:r>
        <w:rPr>
          <w:rFonts w:ascii="Segoe UI" w:hAnsi="Segoe UI" w:eastAsia="Segoe UI" w:cs="Segoe UI"/>
        </w:rPr>
        <w:t>اورشلیم</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معبد</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اسارتِ</w:t>
      </w:r>
      <w:r>
        <w:rPr>
          <w:rFonts w:ascii="Nirmala UI" w:hAnsi="Nirmala UI" w:eastAsia="Nirmala UI" w:cs="Nirmala UI"/>
        </w:rPr>
        <w:t xml:space="preserve"> </w:t>
      </w:r>
      <w:r>
        <w:rPr>
          <w:rFonts w:ascii="Segoe UI" w:hAnsi="Segoe UI" w:eastAsia="Segoe UI" w:cs="Segoe UI"/>
        </w:rPr>
        <w:t>پس</w:t>
      </w:r>
      <w:r>
        <w:rPr>
          <w:rFonts w:ascii="Nirmala UI" w:hAnsi="Nirmala UI" w:eastAsia="Nirmala UI" w:cs="Nirmala UI"/>
        </w:rPr>
        <w:t xml:space="preserve"> </w:t>
      </w:r>
      <w:r>
        <w:rPr>
          <w:rFonts w:ascii="Segoe UI" w:hAnsi="Segoe UI" w:eastAsia="Segoe UI" w:cs="Segoe UI"/>
        </w:rPr>
        <w:t>از</w:t>
      </w:r>
      <w:r>
        <w:rPr>
          <w:rFonts w:ascii="Nirmala UI" w:hAnsi="Nirmala UI" w:eastAsia="Nirmala UI" w:cs="Nirmala UI"/>
        </w:rPr>
        <w:t xml:space="preserve"> </w:t>
      </w:r>
      <w:r>
        <w:rPr>
          <w:rFonts w:ascii="Segoe UI" w:hAnsi="Segoe UI" w:eastAsia="Segoe UI" w:cs="Segoe UI"/>
        </w:rPr>
        <w:t>آن</w:t>
      </w:r>
      <w:r>
        <w:rPr>
          <w:rFonts w:ascii="Nirmala UI" w:hAnsi="Nirmala UI" w:eastAsia="Nirmala UI" w:cs="Nirmala UI"/>
        </w:rPr>
        <w:t xml:space="preserve"> </w:t>
      </w:r>
      <w:r>
        <w:rPr>
          <w:rFonts w:ascii="Segoe UI" w:hAnsi="Segoe UI" w:eastAsia="Segoe UI" w:cs="Segoe UI"/>
        </w:rPr>
        <w:t>در</w:t>
      </w:r>
      <w:r>
        <w:rPr>
          <w:rFonts w:ascii="Nirmala UI" w:hAnsi="Nirmala UI" w:eastAsia="Nirmala UI" w:cs="Nirmala UI"/>
        </w:rPr>
        <w:t xml:space="preserve"> </w:t>
      </w:r>
      <w:r>
        <w:rPr>
          <w:rFonts w:ascii="Segoe UI" w:hAnsi="Segoe UI" w:eastAsia="Segoe UI" w:cs="Segoe UI"/>
        </w:rPr>
        <w:t>بابل</w:t>
      </w:r>
      <w:r>
        <w:rPr>
          <w:rFonts w:ascii="Nirmala UI" w:hAnsi="Nirmala UI" w:eastAsia="Nirmala UI" w:cs="Nirmala UI"/>
        </w:rPr>
        <w:t xml:space="preserve"> </w:t>
      </w:r>
      <w:r>
        <w:rPr>
          <w:rFonts w:ascii="Segoe UI" w:hAnsi="Segoe UI" w:eastAsia="Segoe UI" w:cs="Segoe UI"/>
        </w:rPr>
        <w:t>بود</w:t>
      </w:r>
      <w:r>
        <w:rPr>
          <w:rFonts w:ascii="Nirmala UI" w:hAnsi="Nirmala UI" w:eastAsia="Nirmala UI" w:cs="Nirmala UI"/>
        </w:rPr>
        <w:t xml:space="preserve">. </w:t>
      </w:r>
      <w:r>
        <w:rPr>
          <w:rFonts w:ascii="Segoe UI" w:hAnsi="Segoe UI" w:eastAsia="Segoe UI" w:cs="Segoe UI"/>
        </w:rPr>
        <w:t>علامتِ</w:t>
      </w:r>
      <w:r>
        <w:rPr>
          <w:rFonts w:ascii="Nirmala UI" w:hAnsi="Nirmala UI" w:eastAsia="Nirmala UI" w:cs="Nirmala UI"/>
        </w:rPr>
        <w:t xml:space="preserve"> </w:t>
      </w:r>
      <w:r>
        <w:rPr>
          <w:rFonts w:ascii="Segoe UI" w:hAnsi="Segoe UI" w:eastAsia="Segoe UI" w:cs="Segoe UI"/>
        </w:rPr>
        <w:t>مکروهِ</w:t>
      </w:r>
      <w:r>
        <w:rPr>
          <w:rFonts w:ascii="Nirmala UI" w:hAnsi="Nirmala UI" w:eastAsia="Nirmala UI" w:cs="Nirmala UI"/>
        </w:rPr>
        <w:t xml:space="preserve"> </w:t>
      </w:r>
      <w:r>
        <w:rPr>
          <w:rFonts w:ascii="Segoe UI" w:hAnsi="Segoe UI" w:eastAsia="Segoe UI" w:cs="Segoe UI"/>
        </w:rPr>
        <w:t>ویرانگر</w:t>
      </w:r>
      <w:r>
        <w:rPr>
          <w:rFonts w:ascii="Nirmala UI" w:hAnsi="Nirmala UI" w:eastAsia="Nirmala UI" w:cs="Nirmala UI"/>
        </w:rPr>
        <w:t xml:space="preserve"> </w:t>
      </w:r>
      <w:r>
        <w:rPr>
          <w:rFonts w:ascii="Segoe UI" w:hAnsi="Segoe UI" w:eastAsia="Segoe UI" w:cs="Segoe UI"/>
        </w:rPr>
        <w:t>که</w:t>
      </w:r>
      <w:r>
        <w:rPr>
          <w:rFonts w:ascii="Nirmala UI" w:hAnsi="Nirmala UI" w:eastAsia="Nirmala UI" w:cs="Nirmala UI"/>
        </w:rPr>
        <w:t xml:space="preserve"> </w:t>
      </w:r>
      <w:r>
        <w:rPr>
          <w:rFonts w:ascii="Segoe UI" w:hAnsi="Segoe UI" w:eastAsia="Segoe UI" w:cs="Segoe UI"/>
        </w:rPr>
        <w:t>دانیال</w:t>
      </w:r>
      <w:r>
        <w:rPr>
          <w:rFonts w:ascii="Nirmala UI" w:hAnsi="Nirmala UI" w:eastAsia="Nirmala UI" w:cs="Nirmala UI"/>
        </w:rPr>
        <w:t xml:space="preserve"> </w:t>
      </w:r>
      <w:r>
        <w:rPr>
          <w:rFonts w:ascii="Segoe UI" w:hAnsi="Segoe UI" w:eastAsia="Segoe UI" w:cs="Segoe UI"/>
        </w:rPr>
        <w:t>از</w:t>
      </w:r>
      <w:r>
        <w:rPr>
          <w:rFonts w:ascii="Nirmala UI" w:hAnsi="Nirmala UI" w:eastAsia="Nirmala UI" w:cs="Nirmala UI"/>
        </w:rPr>
        <w:t xml:space="preserve"> </w:t>
      </w:r>
      <w:r>
        <w:rPr>
          <w:rFonts w:ascii="Segoe UI" w:hAnsi="Segoe UI" w:eastAsia="Segoe UI" w:cs="Segoe UI"/>
        </w:rPr>
        <w:t>آن</w:t>
      </w:r>
      <w:r>
        <w:rPr>
          <w:rFonts w:ascii="Nirmala UI" w:hAnsi="Nirmala UI" w:eastAsia="Nirmala UI" w:cs="Nirmala UI"/>
        </w:rPr>
        <w:t xml:space="preserve"> </w:t>
      </w:r>
      <w:r>
        <w:rPr>
          <w:rFonts w:ascii="Segoe UI" w:hAnsi="Segoe UI" w:eastAsia="Segoe UI" w:cs="Segoe UI"/>
        </w:rPr>
        <w:t>سخن</w:t>
      </w:r>
      <w:r>
        <w:rPr>
          <w:rFonts w:ascii="Nirmala UI" w:hAnsi="Nirmala UI" w:eastAsia="Nirmala UI" w:cs="Nirmala UI"/>
        </w:rPr>
        <w:t xml:space="preserve"> </w:t>
      </w:r>
      <w:r>
        <w:rPr>
          <w:rFonts w:ascii="Segoe UI" w:hAnsi="Segoe UI" w:eastAsia="Segoe UI" w:cs="Segoe UI"/>
        </w:rPr>
        <w:t>گفت،</w:t>
      </w:r>
      <w:r>
        <w:rPr>
          <w:rFonts w:ascii="Nirmala UI" w:hAnsi="Nirmala UI" w:eastAsia="Nirmala UI" w:cs="Nirmala UI"/>
        </w:rPr>
        <w:t xml:space="preserve"> </w:t>
      </w:r>
      <w:r>
        <w:rPr>
          <w:rFonts w:ascii="Segoe UI" w:hAnsi="Segoe UI" w:eastAsia="Segoe UI" w:cs="Segoe UI"/>
        </w:rPr>
        <w:t>هشداری</w:t>
      </w:r>
      <w:r>
        <w:rPr>
          <w:rFonts w:ascii="Nirmala UI" w:hAnsi="Nirmala UI" w:eastAsia="Nirmala UI" w:cs="Nirmala UI"/>
        </w:rPr>
        <w:t xml:space="preserve"> </w:t>
      </w:r>
      <w:r>
        <w:rPr>
          <w:rFonts w:ascii="Segoe UI" w:hAnsi="Segoe UI" w:eastAsia="Segoe UI" w:cs="Segoe UI"/>
        </w:rPr>
        <w:t>برای</w:t>
      </w:r>
      <w:r>
        <w:rPr>
          <w:rFonts w:ascii="Nirmala UI" w:hAnsi="Nirmala UI" w:eastAsia="Nirmala UI" w:cs="Nirmala UI"/>
        </w:rPr>
        <w:t xml:space="preserve"> </w:t>
      </w:r>
      <w:r>
        <w:rPr>
          <w:rFonts w:ascii="Segoe UI" w:hAnsi="Segoe UI" w:eastAsia="Segoe UI" w:cs="Segoe UI"/>
        </w:rPr>
        <w:t>گریختن</w:t>
      </w:r>
      <w:r>
        <w:rPr>
          <w:rFonts w:ascii="Nirmala UI" w:hAnsi="Nirmala UI" w:eastAsia="Nirmala UI" w:cs="Nirmala UI"/>
        </w:rPr>
        <w:t xml:space="preserve"> </w:t>
      </w:r>
      <w:r>
        <w:rPr>
          <w:rFonts w:ascii="Segoe UI" w:hAnsi="Segoe UI" w:eastAsia="Segoe UI" w:cs="Segoe UI"/>
        </w:rPr>
        <w:t>از</w:t>
      </w:r>
      <w:r>
        <w:rPr>
          <w:rFonts w:ascii="Nirmala UI" w:hAnsi="Nirmala UI" w:eastAsia="Nirmala UI" w:cs="Nirmala UI"/>
        </w:rPr>
        <w:t xml:space="preserve"> </w:t>
      </w:r>
      <w:r>
        <w:rPr>
          <w:rFonts w:ascii="Segoe UI" w:hAnsi="Segoe UI" w:eastAsia="Segoe UI" w:cs="Segoe UI"/>
        </w:rPr>
        <w:t>آن</w:t>
      </w:r>
      <w:r>
        <w:rPr>
          <w:rFonts w:ascii="Nirmala UI" w:hAnsi="Nirmala UI" w:eastAsia="Nirmala UI" w:cs="Nirmala UI"/>
        </w:rPr>
        <w:t xml:space="preserve"> </w:t>
      </w:r>
      <w:r>
        <w:rPr>
          <w:rFonts w:ascii="Segoe UI" w:hAnsi="Segoe UI" w:eastAsia="Segoe UI" w:cs="Segoe UI"/>
        </w:rPr>
        <w:t>ویرانی</w:t>
      </w:r>
      <w:r>
        <w:rPr>
          <w:rFonts w:ascii="Nirmala UI" w:hAnsi="Nirmala UI" w:eastAsia="Nirmala UI" w:cs="Nirmala UI"/>
        </w:rPr>
        <w:t xml:space="preserve"> </w:t>
      </w:r>
      <w:r>
        <w:rPr>
          <w:rFonts w:ascii="Segoe UI" w:hAnsi="Segoe UI" w:eastAsia="Segoe UI" w:cs="Segoe UI"/>
        </w:rPr>
        <w:t>بود،</w:t>
      </w:r>
      <w:r>
        <w:rPr>
          <w:rFonts w:ascii="Nirmala UI" w:hAnsi="Nirmala UI" w:eastAsia="Nirmala UI" w:cs="Nirmala UI"/>
        </w:rPr>
        <w:t xml:space="preserve"> </w:t>
      </w:r>
      <w:r>
        <w:rPr>
          <w:rFonts w:ascii="Segoe UI" w:hAnsi="Segoe UI" w:eastAsia="Segoe UI" w:cs="Segoe UI"/>
        </w:rPr>
        <w:t>اما</w:t>
      </w:r>
      <w:r>
        <w:rPr>
          <w:rFonts w:ascii="Nirmala UI" w:hAnsi="Nirmala UI" w:eastAsia="Nirmala UI" w:cs="Nirmala UI"/>
        </w:rPr>
        <w:t xml:space="preserve"> </w:t>
      </w:r>
      <w:r>
        <w:rPr>
          <w:rFonts w:ascii="Segoe UI" w:hAnsi="Segoe UI" w:eastAsia="Segoe UI" w:cs="Segoe UI"/>
        </w:rPr>
        <w:t>هر</w:t>
      </w:r>
      <w:r>
        <w:rPr>
          <w:rFonts w:ascii="Nirmala UI" w:hAnsi="Nirmala UI" w:eastAsia="Nirmala UI" w:cs="Nirmala UI"/>
        </w:rPr>
        <w:t xml:space="preserve"> </w:t>
      </w:r>
      <w:r>
        <w:rPr>
          <w:rFonts w:ascii="Segoe UI" w:hAnsi="Segoe UI" w:eastAsia="Segoe UI" w:cs="Segoe UI"/>
        </w:rPr>
        <w:t>دو</w:t>
      </w:r>
      <w:r>
        <w:rPr>
          <w:rFonts w:ascii="Nirmala UI" w:hAnsi="Nirmala UI" w:eastAsia="Nirmala UI" w:cs="Nirmala UI"/>
        </w:rPr>
        <w:t xml:space="preserve"> </w:t>
      </w:r>
      <w:r>
        <w:rPr>
          <w:rFonts w:ascii="Segoe UI" w:hAnsi="Segoe UI" w:eastAsia="Segoe UI" w:cs="Segoe UI"/>
        </w:rPr>
        <w:t>محاصره</w:t>
      </w:r>
      <w:r>
        <w:rPr>
          <w:rFonts w:ascii="Nirmala UI" w:hAnsi="Nirmala UI" w:eastAsia="Nirmala UI" w:cs="Nirmala UI"/>
        </w:rPr>
        <w:t xml:space="preserve"> </w:t>
      </w:r>
      <w:r>
        <w:rPr>
          <w:rFonts w:ascii="Segoe UI" w:hAnsi="Segoe UI" w:eastAsia="Segoe UI" w:cs="Segoe UI"/>
        </w:rPr>
        <w:t>در</w:t>
      </w:r>
      <w:r>
        <w:rPr>
          <w:rFonts w:ascii="Nirmala UI" w:hAnsi="Nirmala UI" w:eastAsia="Nirmala UI" w:cs="Nirmala UI"/>
        </w:rPr>
        <w:t xml:space="preserve"> </w:t>
      </w:r>
      <w:r>
        <w:rPr>
          <w:rFonts w:ascii="Segoe UI" w:hAnsi="Segoe UI" w:eastAsia="Segoe UI" w:cs="Segoe UI"/>
        </w:rPr>
        <w:t>آغاز،</w:t>
      </w:r>
      <w:r>
        <w:rPr>
          <w:rFonts w:ascii="Nirmala UI" w:hAnsi="Nirmala UI" w:eastAsia="Nirmala UI" w:cs="Nirmala UI"/>
        </w:rPr>
        <w:t xml:space="preserve"> </w:t>
      </w:r>
      <w:r>
        <w:rPr>
          <w:rFonts w:ascii="Segoe UI" w:hAnsi="Segoe UI" w:eastAsia="Segoe UI" w:cs="Segoe UI"/>
        </w:rPr>
        <w:t>علامتی</w:t>
      </w:r>
      <w:r>
        <w:rPr>
          <w:rFonts w:ascii="Nirmala UI" w:hAnsi="Nirmala UI" w:eastAsia="Nirmala UI" w:cs="Nirmala UI"/>
        </w:rPr>
        <w:t xml:space="preserve"> </w:t>
      </w:r>
      <w:r>
        <w:rPr>
          <w:rFonts w:ascii="Segoe UI" w:hAnsi="Segoe UI" w:eastAsia="Segoe UI" w:cs="Segoe UI"/>
        </w:rPr>
        <w:t>دارند</w:t>
      </w:r>
      <w:r>
        <w:rPr>
          <w:rFonts w:ascii="Nirmala UI" w:hAnsi="Nirmala UI" w:eastAsia="Nirmala UI" w:cs="Nirmala UI"/>
        </w:rPr>
        <w:t>.</w:t>
      </w:r>
    </w:p>
    <w:p>
      <w:pPr>
        <w:pStyle w:val="ArticleBody"/>
        <w:jc w:val="left"/>
      </w:pPr>
      <w:r>
        <w:rPr>
          <w:rFonts w:ascii="Nirmala UI" w:hAnsi="Nirmala UI" w:eastAsia="Nirmala UI" w:cs="Nirmala UI"/>
        </w:rPr>
        <w:t>ଛିଟେଇ ଆସୁଥିବା ରବିବାର ଆଇନ ପୂର୍ବରୁ ଗୋଟିଏ ଭବିଷ୍ୟଦ୍ବାଣୀମୟ ଘେରାଉ ହେବ; ଏବଂ ଏଜିକିଏଲଙ୍କ ଭାର୍ଯ୍ୟାଙ୍କର ମୃତ୍ୟୁ ଏହାର ପ୍ରତୀକ ଯେ ଲାଓଦିକିଆନ ସେଭେନ୍ଥ-ଡେ ଆଡଭେଣ୍ଟିଷ୍ଟ କଲିସିଆକୁ ସମ୍ପୂର୍ଣ୍ଣ ଭାବେ ଅତିକ୍ରମ କରାଯାଇଛି; ଯେଉଁଥିରେ ଏଜିକିଏଲ ଏକ ଲକ୍ଷ ଚୁଆଳିଶ ହଜାରଙ୍କର ପ୍ରତୀକ, ଏବଂ ଘେରାଉର ଆରମ୍ଭରେ ଉତ୍ତୋଳିତ ହେଉଥିବା ପତାକାର ପ୍ରତୀକ ମଧ୍ୟ ଅଟନ୍ତି। ବାବେଲର ଘେରାଉର ଆରମ୍ଭରେ ଏଜିକିଏଲ ଏକ ଲକ୍ଷ ଚୁଆଳିଶ ହଜାରଙ୍କର ପତାକା ଅଟନ୍ତି, ଏବଂ ଆରମ୍ଭରେ ଉଜାଡ଼ର ଘୃଣିତ ବସ୍ତୁର ଚିହ୍ନ ହେଉଛି ରୋମର “ଚିହ୍ନ”। ଗୋଟିଏ ଚିହ୍ନ ଆଭ୍ୟନ୍ତରୀଣ ସତର୍କବାଣୀକୁ ସୂଚାଏ ଏବଂ ଅନ୍ୟଟି ବାହ୍ୟ ସତର୍କବାଣୀକୁ। ନିଶ୍ଚୟ, ଖ୍ରୀଷ୍ଟାନମାନଙ୍କ ପାଇଁ ଖ୍ରୀ. ସ. 66 ମସିହାରେ ଏକ ସତର୍କବାଣୀ ଥିଲା, କିନ୍ତୁ ସେହି ସତର୍କତାର ଚିହ୍ନ ଥିଲା ରୋମ। ବାବେଲର ବିନାଶରେ ଚିହ୍ନ ଥିଲେ ଏଜିକିଏଲଙ୍କ ଭାର୍ଯ୍ୟା। ରୋମ ହେଉଛି ସେହି ଶ୍ରେଣୀ ଯେଉଁମାନେ ପଶୁର ଛାପ ଗ୍ରହଣ କରନ୍ତି, ଏବଂ ଏଜିକିଏଲ ସେହିମାନଙ୍କର ଚିହ୍ନ ଯେଉଁମାନେ ପରମେଶ୍ୱରଙ୍କ ମୋହର ଗ୍ରହଣ କରନ୍ତି।</w:t>
      </w:r>
    </w:p>
    <w:p>
      <w:pPr>
        <w:pStyle w:val="ArticleHeading"/>
        <w:jc w:val="left"/>
      </w:pPr>
      <w:r>
        <w:rPr>
          <w:rFonts w:ascii="Nirmala UI" w:hAnsi="Nirmala UI" w:eastAsia="Nirmala UI" w:cs="Nirmala UI"/>
        </w:rPr>
        <w:t>இரண்டு முடிவுக் காலங்கள்</w:t>
      </w:r>
    </w:p>
    <w:p>
      <w:pPr>
        <w:pStyle w:val="ArticleBody"/>
        <w:jc w:val="left"/>
      </w:pPr>
      <w:r>
        <w:rPr>
          <w:rFonts w:ascii="Nirmala UI" w:hAnsi="Nirmala UI" w:eastAsia="Nirmala UI" w:cs="Nirmala UI"/>
        </w:rPr>
        <w:t>Le premier siège dura dix-huit mois, et le second siège dura quatre ans. Les deux sièges trouvent leur accomplissement « plus direct » dans les derniers jours, et les deux sièges sont directement liés à la prophétie de trois cent quatre-vingt-onze ans et quinze jours qui se trouve dans Apocalypse 9:15.</w:t>
      </w:r>
    </w:p>
    <w:p>
      <w:pPr>
        <w:pStyle w:val="ArticleBody"/>
        <w:jc w:val="left"/>
      </w:pPr>
      <w:r>
        <w:rPr>
          <w:rFonts w:ascii="Nirmala UI" w:hAnsi="Nirmala UI" w:eastAsia="Nirmala UI" w:cs="Nirmala UI"/>
        </w:rPr>
        <w:t>आरम्भ में प्रकाशितवाक्य नौ, पद दस के पाँच महीनों के भीतर एक ऐसा इतिहास सम्मिलित था जो अड़तीस वर्षों की एक अवधि को चिह्नित करता है, जिसका परिपाक चार वर्षों की एक घेराबन्दी में हुआ; यह संख्या अड़तीस के साथ संबद्ध है, और इसने इस्लाम के उदय को चिन्हित किया। वह चार-वर्षीय घेराबन्दी अपने समकक्ष को उस इतिहास में पाती है जो तब आरम्भ हुआ जब (पाँच महीने) एक सौ पचास वर्ष समाप्त हुए और तीन सौ इक्यानवे वर्ष और पन्द्रह दिन आरम्भ हुए। उसका आरम्भ 27 जुलाई 1449 को हुआ, और चार वर्ष बाद इस्लाम ने कॉन्स्टैन्टिनोपल के विरुद्ध पचपन दिनों की एक घेराबन्दी की, जो 29 मई 1453 को समाप्त हुई।</w:t>
      </w:r>
    </w:p>
    <w:p>
      <w:pPr>
        <w:pStyle w:val="ArticleBody"/>
        <w:jc w:val="left"/>
      </w:pPr>
      <w:r>
        <w:rPr>
          <w:rFonts w:ascii="Nirmala UI" w:hAnsi="Nirmala UI" w:eastAsia="Nirmala UI" w:cs="Nirmala UI"/>
        </w:rPr>
        <w:t>ਜਦੋਂ 27 ਜੁਲਾਈ 1449 ਨੂੰ ਸ਼ੁਰੂ ਹੋਈ ਸਮੇਂ ਦੀ ਭਵਿੱਖਬਾਣੀ 11 ਅਗਸਤ 1844 ਨੂੰ ਸਮਾਪਤ ਹੋਈ, ਤਾਂ 1840 ਤੋਂ 1844 ਤੱਕ ਪਹਿਲੇ ਅਤੇ ਦੂਜੇ ਦੂਤ ਦੀ ਚਲਹਾਤ ਦੇ ਚਾਰ ਸਾਲ 1333 ਤੋਂ 1337 ਤੱਕ ਦੇ ਚਾਰ ਸਾਲਾਂ ਦੇ ਘੇਰੇ ਨਾਲ, ਅਤੇ 1449 ਤੋਂ 1453 ਤੱਕ ਦੇ ਚਾਰ ਸਾਲਾਂ ਦੇ ਅੰਤਰਾਲ ਨਾਲ ਵੀ ਸਮਰੂਪ ਹੋ ਗਏ। ਇਹ ਤਿੰਨ ਗਵਾਹ, ਜੋ ਸਾਰੇ ਸਿੱਧੇ ਤੌਰ ‘ਤੇ ਉਸੇ ਭਵਿੱਖਬਾਣੀ ਰੇਖਾ ਦਾ ਹਿੱਸਾ ਹਨ, ਇੱਕ ਪ੍ਰਤੀਕਾਤਮਕ ਚਾਰ ਸਾਲਾਂ ਦੇ ਅਰਸੇ ਨੂੰ ਦਰਸਾਉਂਦੇ ਹਨ, ਜਿਸ ਵਿੱਚ 1840 ਤੋਂ 1844 ਤੱਕ ਪਹਿਲੇ ਅਤੇ ਦੂਜੇ ਦੂਤ ਦੀ ਚਲਹਾਤ ਤੀਜੇ ਦੂਤ ਦੀ ਚਲਹਾਤ ਦੇ ਇਤਿਹਾਸ ਵਿੱਚ ਦੁਹਰਾਈ ਜਾਂਦੀ ਹੈ। ਇਹ ਤਿੰਨ ਗਵਾਹ ਇੱਕ ਲੱਖ ਚੁਤਾਲੀਹ ਹਜ਼ਾਰਾਂ ਦੇ ਇਤਿਹਾਸ ਵਿੱਚ ਚਾਰ ਸਾਲਾਂ ਦੇ ਇੱਕ ਘੇਰੇ ਦਾ ਪ੍ਰਤੀਰੂਪ ਹਨ। ਉਹ ਚਾਰ ਸਾਲਾਂ ਦਾ ਅਰਸਾ 66 ਅਤੇ 70 ਵਿੱਚ ਯਰੂਸ਼ਲਮ ਦੇ ਘੇਰਿਆਂ ਦੁਆਰਾ ਵੀ ਚਿੱਤਰਿਤ ਕੀਤਾ ਗਿਆ ਹੈ।</w:t>
      </w:r>
    </w:p>
    <w:p>
      <w:pPr>
        <w:pStyle w:val="ArticleBody"/>
        <w:jc w:val="left"/>
      </w:pPr>
      <w:r>
        <w:rPr>
          <w:rFonts w:ascii="Nirmala UI" w:hAnsi="Nirmala UI" w:eastAsia="Nirmala UI" w:cs="Nirmala UI"/>
        </w:rPr>
        <w:t>Începutul asediului de patru ani de c</w:t>
      </w:r>
      <w:r>
        <w:rPr>
          <w:rFonts w:ascii="Times New Roman" w:hAnsi="Times New Roman" w:eastAsia="Times New Roman" w:cs="Times New Roman"/>
        </w:rPr>
        <w:t>ă</w:t>
      </w:r>
      <w:r>
        <w:rPr>
          <w:rFonts w:ascii="Nirmala UI" w:hAnsi="Nirmala UI" w:eastAsia="Nirmala UI" w:cs="Nirmala UI"/>
        </w:rPr>
        <w:t>tre Cestius în anul 66, iar apoi încheierea lui de c</w:t>
      </w:r>
      <w:r>
        <w:rPr>
          <w:rFonts w:ascii="Times New Roman" w:hAnsi="Times New Roman" w:eastAsia="Times New Roman" w:cs="Times New Roman"/>
        </w:rPr>
        <w:t>ă</w:t>
      </w:r>
      <w:r>
        <w:rPr>
          <w:rFonts w:ascii="Nirmala UI" w:hAnsi="Nirmala UI" w:eastAsia="Nirmala UI" w:cs="Nirmala UI"/>
        </w:rPr>
        <w:t xml:space="preserve">tre Titus în anul 70, produce un simbol alfa </w:t>
      </w:r>
      <w:r>
        <w:rPr>
          <w:rFonts w:ascii="Times New Roman" w:hAnsi="Times New Roman" w:eastAsia="Times New Roman" w:cs="Times New Roman"/>
        </w:rPr>
        <w:t>ș</w:t>
      </w:r>
      <w:r>
        <w:rPr>
          <w:rFonts w:ascii="Nirmala UI" w:hAnsi="Nirmala UI" w:eastAsia="Nirmala UI" w:cs="Nirmala UI"/>
        </w:rPr>
        <w:t>i un simbol omega pentru o perioad</w:t>
      </w:r>
      <w:r>
        <w:rPr>
          <w:rFonts w:ascii="Times New Roman" w:hAnsi="Times New Roman" w:eastAsia="Times New Roman" w:cs="Times New Roman"/>
        </w:rPr>
        <w:t>ă</w:t>
      </w:r>
      <w:r>
        <w:rPr>
          <w:rFonts w:ascii="Nirmala UI" w:hAnsi="Nirmala UI" w:eastAsia="Nirmala UI" w:cs="Nirmala UI"/>
        </w:rPr>
        <w:t xml:space="preserve"> de patru ani. Aceea</w:t>
      </w:r>
      <w:r>
        <w:rPr>
          <w:rFonts w:ascii="Times New Roman" w:hAnsi="Times New Roman" w:eastAsia="Times New Roman" w:cs="Times New Roman"/>
        </w:rPr>
        <w:t>ș</w:t>
      </w:r>
      <w:r>
        <w:rPr>
          <w:rFonts w:ascii="Nirmala UI" w:hAnsi="Nirmala UI" w:eastAsia="Nirmala UI" w:cs="Nirmala UI"/>
        </w:rPr>
        <w:t>i perioad</w:t>
      </w:r>
      <w:r>
        <w:rPr>
          <w:rFonts w:ascii="Times New Roman" w:hAnsi="Times New Roman" w:eastAsia="Times New Roman" w:cs="Times New Roman"/>
        </w:rPr>
        <w:t>ă</w:t>
      </w:r>
      <w:r>
        <w:rPr>
          <w:rFonts w:ascii="Nirmala UI" w:hAnsi="Nirmala UI" w:eastAsia="Nirmala UI" w:cs="Nirmala UI"/>
        </w:rPr>
        <w:t xml:space="preserve"> este, de asemenea, reprezentat</w:t>
      </w:r>
      <w:r>
        <w:rPr>
          <w:rFonts w:ascii="Times New Roman" w:hAnsi="Times New Roman" w:eastAsia="Times New Roman" w:cs="Times New Roman"/>
        </w:rPr>
        <w:t>ă</w:t>
      </w:r>
      <w:r>
        <w:rPr>
          <w:rFonts w:ascii="Nirmala UI" w:hAnsi="Nirmala UI" w:eastAsia="Nirmala UI" w:cs="Nirmala UI"/>
        </w:rPr>
        <w:t xml:space="preserve"> ca trei ani </w:t>
      </w:r>
      <w:r>
        <w:rPr>
          <w:rFonts w:ascii="Times New Roman" w:hAnsi="Times New Roman" w:eastAsia="Times New Roman" w:cs="Times New Roman"/>
        </w:rPr>
        <w:t>ș</w:t>
      </w:r>
      <w:r>
        <w:rPr>
          <w:rFonts w:ascii="Nirmala UI" w:hAnsi="Nirmala UI" w:eastAsia="Nirmala UI" w:cs="Nirmala UI"/>
        </w:rPr>
        <w:t>i jum</w:t>
      </w:r>
      <w:r>
        <w:rPr>
          <w:rFonts w:ascii="Times New Roman" w:hAnsi="Times New Roman" w:eastAsia="Times New Roman" w:cs="Times New Roman"/>
        </w:rPr>
        <w:t>ă</w:t>
      </w:r>
      <w:r>
        <w:rPr>
          <w:rFonts w:ascii="Nirmala UI" w:hAnsi="Nirmala UI" w:eastAsia="Nirmala UI" w:cs="Nirmala UI"/>
        </w:rPr>
        <w:t>tate, ceea ce, la rândul s</w:t>
      </w:r>
      <w:r>
        <w:rPr>
          <w:rFonts w:ascii="Times New Roman" w:hAnsi="Times New Roman" w:eastAsia="Times New Roman" w:cs="Times New Roman"/>
        </w:rPr>
        <w:t>ă</w:t>
      </w:r>
      <w:r>
        <w:rPr>
          <w:rFonts w:ascii="Nirmala UI" w:hAnsi="Nirmala UI" w:eastAsia="Nirmala UI" w:cs="Nirmala UI"/>
        </w:rPr>
        <w:t>u, se aliniaz</w:t>
      </w:r>
      <w:r>
        <w:rPr>
          <w:rFonts w:ascii="Times New Roman" w:hAnsi="Times New Roman" w:eastAsia="Times New Roman" w:cs="Times New Roman"/>
        </w:rPr>
        <w:t>ă</w:t>
      </w:r>
      <w:r>
        <w:rPr>
          <w:rFonts w:ascii="Nirmala UI" w:hAnsi="Nirmala UI" w:eastAsia="Nirmala UI" w:cs="Nirmala UI"/>
        </w:rPr>
        <w:t xml:space="preserve"> cu cei trei ani </w:t>
      </w:r>
      <w:r>
        <w:rPr>
          <w:rFonts w:ascii="Times New Roman" w:hAnsi="Times New Roman" w:eastAsia="Times New Roman" w:cs="Times New Roman"/>
        </w:rPr>
        <w:t>ș</w:t>
      </w:r>
      <w:r>
        <w:rPr>
          <w:rFonts w:ascii="Nirmala UI" w:hAnsi="Nirmala UI" w:eastAsia="Nirmala UI" w:cs="Nirmala UI"/>
        </w:rPr>
        <w:t>i jum</w:t>
      </w:r>
      <w:r>
        <w:rPr>
          <w:rFonts w:ascii="Times New Roman" w:hAnsi="Times New Roman" w:eastAsia="Times New Roman" w:cs="Times New Roman"/>
        </w:rPr>
        <w:t>ă</w:t>
      </w:r>
      <w:r>
        <w:rPr>
          <w:rFonts w:ascii="Nirmala UI" w:hAnsi="Nirmala UI" w:eastAsia="Nirmala UI" w:cs="Nirmala UI"/>
        </w:rPr>
        <w:t>tate profetici în care Roma papal</w:t>
      </w:r>
      <w:r>
        <w:rPr>
          <w:rFonts w:ascii="Times New Roman" w:hAnsi="Times New Roman" w:eastAsia="Times New Roman" w:cs="Times New Roman"/>
        </w:rPr>
        <w:t>ă</w:t>
      </w:r>
      <w:r>
        <w:rPr>
          <w:rFonts w:ascii="Nirmala UI" w:hAnsi="Nirmala UI" w:eastAsia="Nirmala UI" w:cs="Nirmala UI"/>
        </w:rPr>
        <w:t xml:space="preserve"> a c</w:t>
      </w:r>
      <w:r>
        <w:rPr>
          <w:rFonts w:ascii="Times New Roman" w:hAnsi="Times New Roman" w:eastAsia="Times New Roman" w:cs="Times New Roman"/>
        </w:rPr>
        <w:t>ă</w:t>
      </w:r>
      <w:r>
        <w:rPr>
          <w:rFonts w:ascii="Nirmala UI" w:hAnsi="Nirmala UI" w:eastAsia="Nirmala UI" w:cs="Nirmala UI"/>
        </w:rPr>
        <w:t>lcat în picioare sanctuarul.</w:t>
      </w:r>
    </w:p>
    <w:p>
      <w:pPr>
        <w:pStyle w:val="ArticleScripture"/>
        <w:jc w:val="left"/>
      </w:pPr>
      <w:r>
        <w:rPr>
          <w:rFonts w:ascii="Times New Roman" w:hAnsi="Times New Roman" w:eastAsia="Times New Roman" w:cs="Times New Roman"/>
        </w:rPr>
        <w:t>Но</w:t>
      </w:r>
      <w:r>
        <w:rPr>
          <w:rFonts w:ascii="Nirmala UI" w:hAnsi="Nirmala UI" w:eastAsia="Nirmala UI" w:cs="Nirmala UI"/>
        </w:rPr>
        <w:t xml:space="preserve"> </w:t>
      </w:r>
      <w:r>
        <w:rPr>
          <w:rFonts w:ascii="Times New Roman" w:hAnsi="Times New Roman" w:eastAsia="Times New Roman" w:cs="Times New Roman"/>
        </w:rPr>
        <w:t>двора</w:t>
      </w:r>
      <w:r>
        <w:rPr>
          <w:rFonts w:ascii="Nirmala UI" w:hAnsi="Nirmala UI" w:eastAsia="Nirmala UI" w:cs="Nirmala UI"/>
        </w:rPr>
        <w:t xml:space="preserve">, </w:t>
      </w:r>
      <w:r>
        <w:rPr>
          <w:rFonts w:ascii="Times New Roman" w:hAnsi="Times New Roman" w:eastAsia="Times New Roman" w:cs="Times New Roman"/>
        </w:rPr>
        <w:t>който</w:t>
      </w:r>
      <w:r>
        <w:rPr>
          <w:rFonts w:ascii="Nirmala UI" w:hAnsi="Nirmala UI" w:eastAsia="Nirmala UI" w:cs="Nirmala UI"/>
        </w:rPr>
        <w:t xml:space="preserve"> </w:t>
      </w:r>
      <w:r>
        <w:rPr>
          <w:rFonts w:ascii="Times New Roman" w:hAnsi="Times New Roman" w:eastAsia="Times New Roman" w:cs="Times New Roman"/>
        </w:rPr>
        <w:t>е</w:t>
      </w:r>
      <w:r>
        <w:rPr>
          <w:rFonts w:ascii="Nirmala UI" w:hAnsi="Nirmala UI" w:eastAsia="Nirmala UI" w:cs="Nirmala UI"/>
        </w:rPr>
        <w:t xml:space="preserve"> </w:t>
      </w:r>
      <w:r>
        <w:rPr>
          <w:rFonts w:ascii="Times New Roman" w:hAnsi="Times New Roman" w:eastAsia="Times New Roman" w:cs="Times New Roman"/>
        </w:rPr>
        <w:t>вън</w:t>
      </w:r>
      <w:r>
        <w:rPr>
          <w:rFonts w:ascii="Nirmala UI" w:hAnsi="Nirmala UI" w:eastAsia="Nirmala UI" w:cs="Nirmala UI"/>
        </w:rPr>
        <w:t xml:space="preserve"> </w:t>
      </w:r>
      <w:r>
        <w:rPr>
          <w:rFonts w:ascii="Times New Roman" w:hAnsi="Times New Roman" w:eastAsia="Times New Roman" w:cs="Times New Roman"/>
        </w:rPr>
        <w:t>от</w:t>
      </w:r>
      <w:r>
        <w:rPr>
          <w:rFonts w:ascii="Nirmala UI" w:hAnsi="Nirmala UI" w:eastAsia="Nirmala UI" w:cs="Nirmala UI"/>
        </w:rPr>
        <w:t xml:space="preserve"> </w:t>
      </w:r>
      <w:r>
        <w:rPr>
          <w:rFonts w:ascii="Times New Roman" w:hAnsi="Times New Roman" w:eastAsia="Times New Roman" w:cs="Times New Roman"/>
        </w:rPr>
        <w:t>храма</w:t>
      </w:r>
      <w:r>
        <w:rPr>
          <w:rFonts w:ascii="Nirmala UI" w:hAnsi="Nirmala UI" w:eastAsia="Nirmala UI" w:cs="Nirmala UI"/>
        </w:rPr>
        <w:t xml:space="preserve">, </w:t>
      </w:r>
      <w:r>
        <w:rPr>
          <w:rFonts w:ascii="Times New Roman" w:hAnsi="Times New Roman" w:eastAsia="Times New Roman" w:cs="Times New Roman"/>
        </w:rPr>
        <w:t>остави</w:t>
      </w:r>
      <w:r>
        <w:rPr>
          <w:rFonts w:ascii="Nirmala UI" w:hAnsi="Nirmala UI" w:eastAsia="Nirmala UI" w:cs="Nirmala UI"/>
        </w:rPr>
        <w:t xml:space="preserve"> </w:t>
      </w:r>
      <w:r>
        <w:rPr>
          <w:rFonts w:ascii="Times New Roman" w:hAnsi="Times New Roman" w:eastAsia="Times New Roman" w:cs="Times New Roman"/>
        </w:rPr>
        <w:t>вън</w:t>
      </w:r>
      <w:r>
        <w:rPr>
          <w:rFonts w:ascii="Nirmala UI" w:hAnsi="Nirmala UI" w:eastAsia="Nirmala UI" w:cs="Nirmala UI"/>
        </w:rPr>
        <w:t xml:space="preserve"> </w:t>
      </w:r>
      <w:r>
        <w:rPr>
          <w:rFonts w:ascii="Times New Roman" w:hAnsi="Times New Roman" w:eastAsia="Times New Roman" w:cs="Times New Roman"/>
        </w:rPr>
        <w:t>и</w:t>
      </w:r>
      <w:r>
        <w:rPr>
          <w:rFonts w:ascii="Nirmala UI" w:hAnsi="Nirmala UI" w:eastAsia="Nirmala UI" w:cs="Nirmala UI"/>
        </w:rPr>
        <w:t xml:space="preserve"> </w:t>
      </w:r>
      <w:r>
        <w:rPr>
          <w:rFonts w:ascii="Times New Roman" w:hAnsi="Times New Roman" w:eastAsia="Times New Roman" w:cs="Times New Roman"/>
        </w:rPr>
        <w:t>не</w:t>
      </w:r>
      <w:r>
        <w:rPr>
          <w:rFonts w:ascii="Nirmala UI" w:hAnsi="Nirmala UI" w:eastAsia="Nirmala UI" w:cs="Nirmala UI"/>
        </w:rPr>
        <w:t xml:space="preserve"> </w:t>
      </w:r>
      <w:r>
        <w:rPr>
          <w:rFonts w:ascii="Times New Roman" w:hAnsi="Times New Roman" w:eastAsia="Times New Roman" w:cs="Times New Roman"/>
        </w:rPr>
        <w:t>го</w:t>
      </w:r>
      <w:r>
        <w:rPr>
          <w:rFonts w:ascii="Nirmala UI" w:hAnsi="Nirmala UI" w:eastAsia="Nirmala UI" w:cs="Nirmala UI"/>
        </w:rPr>
        <w:t xml:space="preserve"> </w:t>
      </w:r>
      <w:r>
        <w:rPr>
          <w:rFonts w:ascii="Times New Roman" w:hAnsi="Times New Roman" w:eastAsia="Times New Roman" w:cs="Times New Roman"/>
        </w:rPr>
        <w:t>измервай</w:t>
      </w:r>
      <w:r>
        <w:rPr>
          <w:rFonts w:ascii="Nirmala UI" w:hAnsi="Nirmala UI" w:eastAsia="Nirmala UI" w:cs="Nirmala UI"/>
        </w:rPr>
        <w:t xml:space="preserve">, </w:t>
      </w:r>
      <w:r>
        <w:rPr>
          <w:rFonts w:ascii="Times New Roman" w:hAnsi="Times New Roman" w:eastAsia="Times New Roman" w:cs="Times New Roman"/>
        </w:rPr>
        <w:t>защото</w:t>
      </w:r>
      <w:r>
        <w:rPr>
          <w:rFonts w:ascii="Nirmala UI" w:hAnsi="Nirmala UI" w:eastAsia="Nirmala UI" w:cs="Nirmala UI"/>
        </w:rPr>
        <w:t xml:space="preserve"> </w:t>
      </w:r>
      <w:r>
        <w:rPr>
          <w:rFonts w:ascii="Times New Roman" w:hAnsi="Times New Roman" w:eastAsia="Times New Roman" w:cs="Times New Roman"/>
        </w:rPr>
        <w:t>е</w:t>
      </w:r>
      <w:r>
        <w:rPr>
          <w:rFonts w:ascii="Nirmala UI" w:hAnsi="Nirmala UI" w:eastAsia="Nirmala UI" w:cs="Nirmala UI"/>
        </w:rPr>
        <w:t xml:space="preserve"> </w:t>
      </w:r>
      <w:r>
        <w:rPr>
          <w:rFonts w:ascii="Times New Roman" w:hAnsi="Times New Roman" w:eastAsia="Times New Roman" w:cs="Times New Roman"/>
        </w:rPr>
        <w:t>даден</w:t>
      </w:r>
      <w:r>
        <w:rPr>
          <w:rFonts w:ascii="Nirmala UI" w:hAnsi="Nirmala UI" w:eastAsia="Nirmala UI" w:cs="Nirmala UI"/>
        </w:rPr>
        <w:t xml:space="preserve"> </w:t>
      </w:r>
      <w:r>
        <w:rPr>
          <w:rFonts w:ascii="Times New Roman" w:hAnsi="Times New Roman" w:eastAsia="Times New Roman" w:cs="Times New Roman"/>
        </w:rPr>
        <w:t>на</w:t>
      </w:r>
      <w:r>
        <w:rPr>
          <w:rFonts w:ascii="Nirmala UI" w:hAnsi="Nirmala UI" w:eastAsia="Nirmala UI" w:cs="Nirmala UI"/>
        </w:rPr>
        <w:t xml:space="preserve"> </w:t>
      </w:r>
      <w:r>
        <w:rPr>
          <w:rFonts w:ascii="Times New Roman" w:hAnsi="Times New Roman" w:eastAsia="Times New Roman" w:cs="Times New Roman"/>
        </w:rPr>
        <w:t>езичниците</w:t>
      </w:r>
      <w:r>
        <w:rPr>
          <w:rFonts w:ascii="Nirmala UI" w:hAnsi="Nirmala UI" w:eastAsia="Nirmala UI" w:cs="Nirmala UI"/>
        </w:rPr>
        <w:t xml:space="preserve">; </w:t>
      </w:r>
      <w:r>
        <w:rPr>
          <w:rFonts w:ascii="Times New Roman" w:hAnsi="Times New Roman" w:eastAsia="Times New Roman" w:cs="Times New Roman"/>
        </w:rPr>
        <w:t>и</w:t>
      </w:r>
      <w:r>
        <w:rPr>
          <w:rFonts w:ascii="Nirmala UI" w:hAnsi="Nirmala UI" w:eastAsia="Nirmala UI" w:cs="Nirmala UI"/>
        </w:rPr>
        <w:t xml:space="preserve"> </w:t>
      </w:r>
      <w:r>
        <w:rPr>
          <w:rFonts w:ascii="Times New Roman" w:hAnsi="Times New Roman" w:eastAsia="Times New Roman" w:cs="Times New Roman"/>
        </w:rPr>
        <w:t>те</w:t>
      </w:r>
      <w:r>
        <w:rPr>
          <w:rFonts w:ascii="Nirmala UI" w:hAnsi="Nirmala UI" w:eastAsia="Nirmala UI" w:cs="Nirmala UI"/>
        </w:rPr>
        <w:t xml:space="preserve"> </w:t>
      </w:r>
      <w:r>
        <w:rPr>
          <w:rFonts w:ascii="Times New Roman" w:hAnsi="Times New Roman" w:eastAsia="Times New Roman" w:cs="Times New Roman"/>
        </w:rPr>
        <w:t>ще</w:t>
      </w:r>
      <w:r>
        <w:rPr>
          <w:rFonts w:ascii="Nirmala UI" w:hAnsi="Nirmala UI" w:eastAsia="Nirmala UI" w:cs="Nirmala UI"/>
        </w:rPr>
        <w:t xml:space="preserve"> </w:t>
      </w:r>
      <w:r>
        <w:rPr>
          <w:rFonts w:ascii="Times New Roman" w:hAnsi="Times New Roman" w:eastAsia="Times New Roman" w:cs="Times New Roman"/>
        </w:rPr>
        <w:t>тъпчат</w:t>
      </w:r>
      <w:r>
        <w:rPr>
          <w:rFonts w:ascii="Nirmala UI" w:hAnsi="Nirmala UI" w:eastAsia="Nirmala UI" w:cs="Nirmala UI"/>
        </w:rPr>
        <w:t xml:space="preserve"> </w:t>
      </w:r>
      <w:r>
        <w:rPr>
          <w:rFonts w:ascii="Times New Roman" w:hAnsi="Times New Roman" w:eastAsia="Times New Roman" w:cs="Times New Roman"/>
        </w:rPr>
        <w:t>светия</w:t>
      </w:r>
      <w:r>
        <w:rPr>
          <w:rFonts w:ascii="Nirmala UI" w:hAnsi="Nirmala UI" w:eastAsia="Nirmala UI" w:cs="Nirmala UI"/>
        </w:rPr>
        <w:t xml:space="preserve"> </w:t>
      </w:r>
      <w:r>
        <w:rPr>
          <w:rFonts w:ascii="Times New Roman" w:hAnsi="Times New Roman" w:eastAsia="Times New Roman" w:cs="Times New Roman"/>
        </w:rPr>
        <w:t>град</w:t>
      </w:r>
      <w:r>
        <w:rPr>
          <w:rFonts w:ascii="Nirmala UI" w:hAnsi="Nirmala UI" w:eastAsia="Nirmala UI" w:cs="Nirmala UI"/>
        </w:rPr>
        <w:t xml:space="preserve"> </w:t>
      </w:r>
      <w:r>
        <w:rPr>
          <w:rFonts w:ascii="Times New Roman" w:hAnsi="Times New Roman" w:eastAsia="Times New Roman" w:cs="Times New Roman"/>
        </w:rPr>
        <w:t>четиридесет</w:t>
      </w:r>
      <w:r>
        <w:rPr>
          <w:rFonts w:ascii="Nirmala UI" w:hAnsi="Nirmala UI" w:eastAsia="Nirmala UI" w:cs="Nirmala UI"/>
        </w:rPr>
        <w:t xml:space="preserve"> </w:t>
      </w:r>
      <w:r>
        <w:rPr>
          <w:rFonts w:ascii="Times New Roman" w:hAnsi="Times New Roman" w:eastAsia="Times New Roman" w:cs="Times New Roman"/>
        </w:rPr>
        <w:t>и</w:t>
      </w:r>
      <w:r>
        <w:rPr>
          <w:rFonts w:ascii="Nirmala UI" w:hAnsi="Nirmala UI" w:eastAsia="Nirmala UI" w:cs="Nirmala UI"/>
        </w:rPr>
        <w:t xml:space="preserve"> </w:t>
      </w:r>
      <w:r>
        <w:rPr>
          <w:rFonts w:ascii="Times New Roman" w:hAnsi="Times New Roman" w:eastAsia="Times New Roman" w:cs="Times New Roman"/>
        </w:rPr>
        <w:t>два</w:t>
      </w:r>
      <w:r>
        <w:rPr>
          <w:rFonts w:ascii="Nirmala UI" w:hAnsi="Nirmala UI" w:eastAsia="Nirmala UI" w:cs="Nirmala UI"/>
        </w:rPr>
        <w:t xml:space="preserve"> </w:t>
      </w:r>
      <w:r>
        <w:rPr>
          <w:rFonts w:ascii="Times New Roman" w:hAnsi="Times New Roman" w:eastAsia="Times New Roman" w:cs="Times New Roman"/>
        </w:rPr>
        <w:t>месеца</w:t>
      </w:r>
      <w:r>
        <w:rPr>
          <w:rFonts w:ascii="Nirmala UI" w:hAnsi="Nirmala UI" w:eastAsia="Nirmala UI" w:cs="Nirmala UI"/>
        </w:rPr>
        <w:t xml:space="preserve">. </w:t>
      </w:r>
      <w:r>
        <w:rPr>
          <w:rFonts w:ascii="Times New Roman" w:hAnsi="Times New Roman" w:eastAsia="Times New Roman" w:cs="Times New Roman"/>
        </w:rPr>
        <w:t>И</w:t>
      </w:r>
      <w:r>
        <w:rPr>
          <w:rFonts w:ascii="Nirmala UI" w:hAnsi="Nirmala UI" w:eastAsia="Nirmala UI" w:cs="Nirmala UI"/>
        </w:rPr>
        <w:t xml:space="preserve"> </w:t>
      </w:r>
      <w:r>
        <w:rPr>
          <w:rFonts w:ascii="Times New Roman" w:hAnsi="Times New Roman" w:eastAsia="Times New Roman" w:cs="Times New Roman"/>
        </w:rPr>
        <w:t>ще</w:t>
      </w:r>
      <w:r>
        <w:rPr>
          <w:rFonts w:ascii="Nirmala UI" w:hAnsi="Nirmala UI" w:eastAsia="Nirmala UI" w:cs="Nirmala UI"/>
        </w:rPr>
        <w:t xml:space="preserve"> </w:t>
      </w:r>
      <w:r>
        <w:rPr>
          <w:rFonts w:ascii="Times New Roman" w:hAnsi="Times New Roman" w:eastAsia="Times New Roman" w:cs="Times New Roman"/>
        </w:rPr>
        <w:t>дам</w:t>
      </w:r>
      <w:r>
        <w:rPr>
          <w:rFonts w:ascii="Nirmala UI" w:hAnsi="Nirmala UI" w:eastAsia="Nirmala UI" w:cs="Nirmala UI"/>
        </w:rPr>
        <w:t xml:space="preserve"> </w:t>
      </w:r>
      <w:r>
        <w:rPr>
          <w:rFonts w:ascii="Times New Roman" w:hAnsi="Times New Roman" w:eastAsia="Times New Roman" w:cs="Times New Roman"/>
        </w:rPr>
        <w:t>власт</w:t>
      </w:r>
      <w:r>
        <w:rPr>
          <w:rFonts w:ascii="Nirmala UI" w:hAnsi="Nirmala UI" w:eastAsia="Nirmala UI" w:cs="Nirmala UI"/>
        </w:rPr>
        <w:t xml:space="preserve"> </w:t>
      </w:r>
      <w:r>
        <w:rPr>
          <w:rFonts w:ascii="Times New Roman" w:hAnsi="Times New Roman" w:eastAsia="Times New Roman" w:cs="Times New Roman"/>
        </w:rPr>
        <w:t>на</w:t>
      </w:r>
      <w:r>
        <w:rPr>
          <w:rFonts w:ascii="Nirmala UI" w:hAnsi="Nirmala UI" w:eastAsia="Nirmala UI" w:cs="Nirmala UI"/>
        </w:rPr>
        <w:t xml:space="preserve"> </w:t>
      </w:r>
      <w:r>
        <w:rPr>
          <w:rFonts w:ascii="Times New Roman" w:hAnsi="Times New Roman" w:eastAsia="Times New Roman" w:cs="Times New Roman"/>
        </w:rPr>
        <w:t>двамата</w:t>
      </w:r>
      <w:r>
        <w:rPr>
          <w:rFonts w:ascii="Nirmala UI" w:hAnsi="Nirmala UI" w:eastAsia="Nirmala UI" w:cs="Nirmala UI"/>
        </w:rPr>
        <w:t xml:space="preserve"> </w:t>
      </w:r>
      <w:r>
        <w:rPr>
          <w:rFonts w:ascii="Times New Roman" w:hAnsi="Times New Roman" w:eastAsia="Times New Roman" w:cs="Times New Roman"/>
        </w:rPr>
        <w:t>Си</w:t>
      </w:r>
      <w:r>
        <w:rPr>
          <w:rFonts w:ascii="Nirmala UI" w:hAnsi="Nirmala UI" w:eastAsia="Nirmala UI" w:cs="Nirmala UI"/>
        </w:rPr>
        <w:t xml:space="preserve"> </w:t>
      </w:r>
      <w:r>
        <w:rPr>
          <w:rFonts w:ascii="Times New Roman" w:hAnsi="Times New Roman" w:eastAsia="Times New Roman" w:cs="Times New Roman"/>
        </w:rPr>
        <w:t>свидетели</w:t>
      </w:r>
      <w:r>
        <w:rPr>
          <w:rFonts w:ascii="Nirmala UI" w:hAnsi="Nirmala UI" w:eastAsia="Nirmala UI" w:cs="Nirmala UI"/>
        </w:rPr>
        <w:t xml:space="preserve">, </w:t>
      </w:r>
      <w:r>
        <w:rPr>
          <w:rFonts w:ascii="Times New Roman" w:hAnsi="Times New Roman" w:eastAsia="Times New Roman" w:cs="Times New Roman"/>
        </w:rPr>
        <w:t>и</w:t>
      </w:r>
      <w:r>
        <w:rPr>
          <w:rFonts w:ascii="Nirmala UI" w:hAnsi="Nirmala UI" w:eastAsia="Nirmala UI" w:cs="Nirmala UI"/>
        </w:rPr>
        <w:t xml:space="preserve"> </w:t>
      </w:r>
      <w:r>
        <w:rPr>
          <w:rFonts w:ascii="Times New Roman" w:hAnsi="Times New Roman" w:eastAsia="Times New Roman" w:cs="Times New Roman"/>
        </w:rPr>
        <w:t>те</w:t>
      </w:r>
      <w:r>
        <w:rPr>
          <w:rFonts w:ascii="Nirmala UI" w:hAnsi="Nirmala UI" w:eastAsia="Nirmala UI" w:cs="Nirmala UI"/>
        </w:rPr>
        <w:t xml:space="preserve"> </w:t>
      </w:r>
      <w:r>
        <w:rPr>
          <w:rFonts w:ascii="Times New Roman" w:hAnsi="Times New Roman" w:eastAsia="Times New Roman" w:cs="Times New Roman"/>
        </w:rPr>
        <w:t>ще</w:t>
      </w:r>
      <w:r>
        <w:rPr>
          <w:rFonts w:ascii="Nirmala UI" w:hAnsi="Nirmala UI" w:eastAsia="Nirmala UI" w:cs="Nirmala UI"/>
        </w:rPr>
        <w:t xml:space="preserve"> </w:t>
      </w:r>
      <w:r>
        <w:rPr>
          <w:rFonts w:ascii="Times New Roman" w:hAnsi="Times New Roman" w:eastAsia="Times New Roman" w:cs="Times New Roman"/>
        </w:rPr>
        <w:t>пророкуват</w:t>
      </w:r>
      <w:r>
        <w:rPr>
          <w:rFonts w:ascii="Nirmala UI" w:hAnsi="Nirmala UI" w:eastAsia="Nirmala UI" w:cs="Nirmala UI"/>
        </w:rPr>
        <w:t xml:space="preserve"> </w:t>
      </w:r>
      <w:r>
        <w:rPr>
          <w:rFonts w:ascii="Times New Roman" w:hAnsi="Times New Roman" w:eastAsia="Times New Roman" w:cs="Times New Roman"/>
        </w:rPr>
        <w:t>хиляда</w:t>
      </w:r>
      <w:r>
        <w:rPr>
          <w:rFonts w:ascii="Nirmala UI" w:hAnsi="Nirmala UI" w:eastAsia="Nirmala UI" w:cs="Nirmala UI"/>
        </w:rPr>
        <w:t xml:space="preserve"> </w:t>
      </w:r>
      <w:r>
        <w:rPr>
          <w:rFonts w:ascii="Times New Roman" w:hAnsi="Times New Roman" w:eastAsia="Times New Roman" w:cs="Times New Roman"/>
        </w:rPr>
        <w:t>двеста</w:t>
      </w:r>
      <w:r>
        <w:rPr>
          <w:rFonts w:ascii="Nirmala UI" w:hAnsi="Nirmala UI" w:eastAsia="Nirmala UI" w:cs="Nirmala UI"/>
        </w:rPr>
        <w:t xml:space="preserve"> </w:t>
      </w:r>
      <w:r>
        <w:rPr>
          <w:rFonts w:ascii="Times New Roman" w:hAnsi="Times New Roman" w:eastAsia="Times New Roman" w:cs="Times New Roman"/>
        </w:rPr>
        <w:t>и</w:t>
      </w:r>
      <w:r>
        <w:rPr>
          <w:rFonts w:ascii="Nirmala UI" w:hAnsi="Nirmala UI" w:eastAsia="Nirmala UI" w:cs="Nirmala UI"/>
        </w:rPr>
        <w:t xml:space="preserve"> </w:t>
      </w:r>
      <w:r>
        <w:rPr>
          <w:rFonts w:ascii="Times New Roman" w:hAnsi="Times New Roman" w:eastAsia="Times New Roman" w:cs="Times New Roman"/>
        </w:rPr>
        <w:t>шестдесет</w:t>
      </w:r>
      <w:r>
        <w:rPr>
          <w:rFonts w:ascii="Nirmala UI" w:hAnsi="Nirmala UI" w:eastAsia="Nirmala UI" w:cs="Nirmala UI"/>
        </w:rPr>
        <w:t xml:space="preserve"> </w:t>
      </w:r>
      <w:r>
        <w:rPr>
          <w:rFonts w:ascii="Times New Roman" w:hAnsi="Times New Roman" w:eastAsia="Times New Roman" w:cs="Times New Roman"/>
        </w:rPr>
        <w:t>дни</w:t>
      </w:r>
      <w:r>
        <w:rPr>
          <w:rFonts w:ascii="Nirmala UI" w:hAnsi="Nirmala UI" w:eastAsia="Nirmala UI" w:cs="Nirmala UI"/>
        </w:rPr>
        <w:t xml:space="preserve">, </w:t>
      </w:r>
      <w:r>
        <w:rPr>
          <w:rFonts w:ascii="Times New Roman" w:hAnsi="Times New Roman" w:eastAsia="Times New Roman" w:cs="Times New Roman"/>
        </w:rPr>
        <w:t>облечени</w:t>
      </w:r>
      <w:r>
        <w:rPr>
          <w:rFonts w:ascii="Nirmala UI" w:hAnsi="Nirmala UI" w:eastAsia="Nirmala UI" w:cs="Nirmala UI"/>
        </w:rPr>
        <w:t xml:space="preserve"> </w:t>
      </w:r>
      <w:r>
        <w:rPr>
          <w:rFonts w:ascii="Times New Roman" w:hAnsi="Times New Roman" w:eastAsia="Times New Roman" w:cs="Times New Roman"/>
        </w:rPr>
        <w:t>във</w:t>
      </w:r>
      <w:r>
        <w:rPr>
          <w:rFonts w:ascii="Nirmala UI" w:hAnsi="Nirmala UI" w:eastAsia="Nirmala UI" w:cs="Nirmala UI"/>
        </w:rPr>
        <w:t xml:space="preserve"> </w:t>
      </w:r>
      <w:r>
        <w:rPr>
          <w:rFonts w:ascii="Times New Roman" w:hAnsi="Times New Roman" w:eastAsia="Times New Roman" w:cs="Times New Roman"/>
        </w:rPr>
        <w:t>вретище</w:t>
      </w:r>
      <w:r>
        <w:rPr>
          <w:rFonts w:ascii="Nirmala UI" w:hAnsi="Nirmala UI" w:eastAsia="Nirmala UI" w:cs="Nirmala UI"/>
        </w:rPr>
        <w:t xml:space="preserve">. </w:t>
      </w:r>
      <w:r>
        <w:rPr>
          <w:rFonts w:ascii="Times New Roman" w:hAnsi="Times New Roman" w:eastAsia="Times New Roman" w:cs="Times New Roman"/>
        </w:rPr>
        <w:t>Откровение</w:t>
      </w:r>
      <w:r>
        <w:rPr>
          <w:rFonts w:ascii="Nirmala UI" w:hAnsi="Nirmala UI" w:eastAsia="Nirmala UI" w:cs="Nirmala UI"/>
        </w:rPr>
        <w:t xml:space="preserve"> 11:2, 3.</w:t>
      </w:r>
    </w:p>
    <w:p>
      <w:pPr>
        <w:pStyle w:val="ArticleScripture"/>
        <w:jc w:val="left"/>
      </w:pPr>
      <w:r>
        <w:rPr>
          <w:rFonts w:ascii="Segoe UI" w:hAnsi="Segoe UI" w:eastAsia="Segoe UI" w:cs="Segoe UI"/>
        </w:rPr>
        <w:t>وَسَيَسْقُطُونَ</w:t>
      </w:r>
      <w:r>
        <w:rPr>
          <w:rFonts w:ascii="Nirmala UI" w:hAnsi="Nirmala UI" w:eastAsia="Nirmala UI" w:cs="Nirmala UI"/>
        </w:rPr>
        <w:t xml:space="preserve"> </w:t>
      </w:r>
      <w:r>
        <w:rPr>
          <w:rFonts w:ascii="Segoe UI" w:hAnsi="Segoe UI" w:eastAsia="Segoe UI" w:cs="Segoe UI"/>
        </w:rPr>
        <w:t>بِحَدِّ</w:t>
      </w:r>
      <w:r>
        <w:rPr>
          <w:rFonts w:ascii="Nirmala UI" w:hAnsi="Nirmala UI" w:eastAsia="Nirmala UI" w:cs="Nirmala UI"/>
        </w:rPr>
        <w:t xml:space="preserve"> </w:t>
      </w:r>
      <w:r>
        <w:rPr>
          <w:rFonts w:ascii="Segoe UI" w:hAnsi="Segoe UI" w:eastAsia="Segoe UI" w:cs="Segoe UI"/>
        </w:rPr>
        <w:t>ٱلسَّيْفِ،</w:t>
      </w:r>
      <w:r>
        <w:rPr>
          <w:rFonts w:ascii="Nirmala UI" w:hAnsi="Nirmala UI" w:eastAsia="Nirmala UI" w:cs="Nirmala UI"/>
        </w:rPr>
        <w:t xml:space="preserve"> </w:t>
      </w:r>
      <w:r>
        <w:rPr>
          <w:rFonts w:ascii="Segoe UI" w:hAnsi="Segoe UI" w:eastAsia="Segoe UI" w:cs="Segoe UI"/>
        </w:rPr>
        <w:t>وَيُسَاقُونَ</w:t>
      </w:r>
      <w:r>
        <w:rPr>
          <w:rFonts w:ascii="Nirmala UI" w:hAnsi="Nirmala UI" w:eastAsia="Nirmala UI" w:cs="Nirmala UI"/>
        </w:rPr>
        <w:t xml:space="preserve"> </w:t>
      </w:r>
      <w:r>
        <w:rPr>
          <w:rFonts w:ascii="Segoe UI" w:hAnsi="Segoe UI" w:eastAsia="Segoe UI" w:cs="Segoe UI"/>
        </w:rPr>
        <w:t>أَسْرَى</w:t>
      </w:r>
      <w:r>
        <w:rPr>
          <w:rFonts w:ascii="Nirmala UI" w:hAnsi="Nirmala UI" w:eastAsia="Nirmala UI" w:cs="Nirmala UI"/>
        </w:rPr>
        <w:t xml:space="preserve"> </w:t>
      </w:r>
      <w:r>
        <w:rPr>
          <w:rFonts w:ascii="Segoe UI" w:hAnsi="Segoe UI" w:eastAsia="Segoe UI" w:cs="Segoe UI"/>
        </w:rPr>
        <w:t>إِلَى</w:t>
      </w:r>
      <w:r>
        <w:rPr>
          <w:rFonts w:ascii="Nirmala UI" w:hAnsi="Nirmala UI" w:eastAsia="Nirmala UI" w:cs="Nirmala UI"/>
        </w:rPr>
        <w:t xml:space="preserve"> </w:t>
      </w:r>
      <w:r>
        <w:rPr>
          <w:rFonts w:ascii="Segoe UI" w:hAnsi="Segoe UI" w:eastAsia="Segoe UI" w:cs="Segoe UI"/>
        </w:rPr>
        <w:t>جَمِيعِ</w:t>
      </w:r>
      <w:r>
        <w:rPr>
          <w:rFonts w:ascii="Nirmala UI" w:hAnsi="Nirmala UI" w:eastAsia="Nirmala UI" w:cs="Nirmala UI"/>
        </w:rPr>
        <w:t xml:space="preserve"> </w:t>
      </w:r>
      <w:r>
        <w:rPr>
          <w:rFonts w:ascii="Segoe UI" w:hAnsi="Segoe UI" w:eastAsia="Segoe UI" w:cs="Segoe UI"/>
        </w:rPr>
        <w:t>ٱلْأُمَمِ؛</w:t>
      </w:r>
      <w:r>
        <w:rPr>
          <w:rFonts w:ascii="Nirmala UI" w:hAnsi="Nirmala UI" w:eastAsia="Nirmala UI" w:cs="Nirmala UI"/>
        </w:rPr>
        <w:t xml:space="preserve"> </w:t>
      </w:r>
      <w:r>
        <w:rPr>
          <w:rFonts w:ascii="Segoe UI" w:hAnsi="Segoe UI" w:eastAsia="Segoe UI" w:cs="Segoe UI"/>
        </w:rPr>
        <w:t>وَتَكُونُ</w:t>
      </w:r>
      <w:r>
        <w:rPr>
          <w:rFonts w:ascii="Nirmala UI" w:hAnsi="Nirmala UI" w:eastAsia="Nirmala UI" w:cs="Nirmala UI"/>
        </w:rPr>
        <w:t xml:space="preserve"> </w:t>
      </w:r>
      <w:r>
        <w:rPr>
          <w:rFonts w:ascii="Segoe UI" w:hAnsi="Segoe UI" w:eastAsia="Segoe UI" w:cs="Segoe UI"/>
        </w:rPr>
        <w:t>أُورُشَلِيمُ</w:t>
      </w:r>
      <w:r>
        <w:rPr>
          <w:rFonts w:ascii="Nirmala UI" w:hAnsi="Nirmala UI" w:eastAsia="Nirmala UI" w:cs="Nirmala UI"/>
        </w:rPr>
        <w:t xml:space="preserve"> </w:t>
      </w:r>
      <w:r>
        <w:rPr>
          <w:rFonts w:ascii="Segoe UI" w:hAnsi="Segoe UI" w:eastAsia="Segoe UI" w:cs="Segoe UI"/>
        </w:rPr>
        <w:t>مَدُوسَةً</w:t>
      </w:r>
      <w:r>
        <w:rPr>
          <w:rFonts w:ascii="Nirmala UI" w:hAnsi="Nirmala UI" w:eastAsia="Nirmala UI" w:cs="Nirmala UI"/>
        </w:rPr>
        <w:t xml:space="preserve"> </w:t>
      </w:r>
      <w:r>
        <w:rPr>
          <w:rFonts w:ascii="Segoe UI" w:hAnsi="Segoe UI" w:eastAsia="Segoe UI" w:cs="Segoe UI"/>
        </w:rPr>
        <w:t>مِنَ</w:t>
      </w:r>
      <w:r>
        <w:rPr>
          <w:rFonts w:ascii="Nirmala UI" w:hAnsi="Nirmala UI" w:eastAsia="Nirmala UI" w:cs="Nirmala UI"/>
        </w:rPr>
        <w:t xml:space="preserve"> </w:t>
      </w:r>
      <w:r>
        <w:rPr>
          <w:rFonts w:ascii="Segoe UI" w:hAnsi="Segoe UI" w:eastAsia="Segoe UI" w:cs="Segoe UI"/>
        </w:rPr>
        <w:t>ٱلْأُمَمِ،</w:t>
      </w:r>
      <w:r>
        <w:rPr>
          <w:rFonts w:ascii="Nirmala UI" w:hAnsi="Nirmala UI" w:eastAsia="Nirmala UI" w:cs="Nirmala UI"/>
        </w:rPr>
        <w:t xml:space="preserve"> </w:t>
      </w:r>
      <w:r>
        <w:rPr>
          <w:rFonts w:ascii="Segoe UI" w:hAnsi="Segoe UI" w:eastAsia="Segoe UI" w:cs="Segoe UI"/>
        </w:rPr>
        <w:t>حَتَّى</w:t>
      </w:r>
      <w:r>
        <w:rPr>
          <w:rFonts w:ascii="Nirmala UI" w:hAnsi="Nirmala UI" w:eastAsia="Nirmala UI" w:cs="Nirmala UI"/>
        </w:rPr>
        <w:t xml:space="preserve"> </w:t>
      </w:r>
      <w:r>
        <w:rPr>
          <w:rFonts w:ascii="Segoe UI" w:hAnsi="Segoe UI" w:eastAsia="Segoe UI" w:cs="Segoe UI"/>
        </w:rPr>
        <w:t>تَكْمُلَ</w:t>
      </w:r>
      <w:r>
        <w:rPr>
          <w:rFonts w:ascii="Nirmala UI" w:hAnsi="Nirmala UI" w:eastAsia="Nirmala UI" w:cs="Nirmala UI"/>
        </w:rPr>
        <w:t xml:space="preserve"> </w:t>
      </w:r>
      <w:r>
        <w:rPr>
          <w:rFonts w:ascii="Segoe UI" w:hAnsi="Segoe UI" w:eastAsia="Segoe UI" w:cs="Segoe UI"/>
        </w:rPr>
        <w:t>أَزْمِنَةُ</w:t>
      </w:r>
      <w:r>
        <w:rPr>
          <w:rFonts w:ascii="Nirmala UI" w:hAnsi="Nirmala UI" w:eastAsia="Nirmala UI" w:cs="Nirmala UI"/>
        </w:rPr>
        <w:t xml:space="preserve"> </w:t>
      </w:r>
      <w:r>
        <w:rPr>
          <w:rFonts w:ascii="Segoe UI" w:hAnsi="Segoe UI" w:eastAsia="Segoe UI" w:cs="Segoe UI"/>
        </w:rPr>
        <w:t>ٱلْأُمَمِ</w:t>
      </w:r>
      <w:r>
        <w:rPr>
          <w:rFonts w:ascii="Nirmala UI" w:hAnsi="Nirmala UI" w:eastAsia="Nirmala UI" w:cs="Nirmala UI"/>
        </w:rPr>
        <w:t xml:space="preserve">. </w:t>
      </w:r>
      <w:r>
        <w:rPr>
          <w:rFonts w:ascii="Segoe UI" w:hAnsi="Segoe UI" w:eastAsia="Segoe UI" w:cs="Segoe UI"/>
        </w:rPr>
        <w:t>لوقا</w:t>
      </w:r>
      <w:r>
        <w:rPr>
          <w:rFonts w:ascii="Nirmala UI" w:hAnsi="Nirmala UI" w:eastAsia="Nirmala UI" w:cs="Nirmala UI"/>
        </w:rPr>
        <w:t xml:space="preserve"> 21:24.</w:t>
      </w:r>
    </w:p>
    <w:p>
      <w:pPr>
        <w:pStyle w:val="ArticleBody"/>
        <w:jc w:val="left"/>
      </w:pPr>
      <w:r>
        <w:rPr>
          <w:rFonts w:ascii="Nirmala UI" w:hAnsi="Nirmala UI" w:eastAsia="Nirmala UI" w:cs="Nirmala UI"/>
        </w:rPr>
        <w:t>महत्त्वपूर्ण है कि मैं सेस्तियुस के अल्फा-चिह्न से लेकर तीतुस के ओमेगा-चिह्न तक निरूपित अवधि पर “समावेशी” और “बहिष्कारी” दोनों प्रकार की गणना का प्रयोग कर रहा हूँ। यह इंगित करता है कि एक ही इतिहास के साथ समय के दो अनुप्रयोग निरूपित हैं। हम इस बाइबिलीय सिद्धान्त पर पहले ही विचार कर चुके हैं, जब हमने (कई लेख पहले) कैसरिया-फिलिप्पी (पानियुम) में यीशु के आगमन और उनके रूपान्तरण-पर्वत की यात्रा के बीच के समय पर विचार किया था। दो बाइबिलीय लेखक छः दिन लिखते हैं और एक आठ दिन।</w:t>
      </w:r>
    </w:p>
    <w:p>
      <w:pPr>
        <w:pStyle w:val="ArticleScripture"/>
        <w:jc w:val="left"/>
      </w:pPr>
      <w:r>
        <w:rPr>
          <w:rFonts w:ascii="Nirmala UI" w:hAnsi="Nirmala UI" w:eastAsia="Nirmala UI" w:cs="Nirmala UI"/>
        </w:rPr>
        <w:t>Y después de seis días, Jesús toma a Pedro, a Jacobo y a Juan su hermano, y los lleva aparte a un monte alto. Mateo 17:1.</w:t>
      </w:r>
    </w:p>
    <w:p>
      <w:pPr>
        <w:pStyle w:val="ArticleScripture"/>
        <w:jc w:val="left"/>
      </w:pP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شش</w:t>
      </w:r>
      <w:r>
        <w:rPr>
          <w:rFonts w:ascii="Nirmala UI" w:hAnsi="Nirmala UI" w:eastAsia="Nirmala UI" w:cs="Nirmala UI"/>
        </w:rPr>
        <w:t xml:space="preserve"> </w:t>
      </w:r>
      <w:r>
        <w:rPr>
          <w:rFonts w:ascii="Segoe UI" w:hAnsi="Segoe UI" w:eastAsia="Segoe UI" w:cs="Segoe UI"/>
        </w:rPr>
        <w:t>روز</w:t>
      </w:r>
      <w:r>
        <w:rPr>
          <w:rFonts w:ascii="Nirmala UI" w:hAnsi="Nirmala UI" w:eastAsia="Nirmala UI" w:cs="Nirmala UI"/>
        </w:rPr>
        <w:t xml:space="preserve"> </w:t>
      </w:r>
      <w:r>
        <w:rPr>
          <w:rFonts w:ascii="Segoe UI" w:hAnsi="Segoe UI" w:eastAsia="Segoe UI" w:cs="Segoe UI"/>
        </w:rPr>
        <w:t>بعد،</w:t>
      </w:r>
      <w:r>
        <w:rPr>
          <w:rFonts w:ascii="Nirmala UI" w:hAnsi="Nirmala UI" w:eastAsia="Nirmala UI" w:cs="Nirmala UI"/>
        </w:rPr>
        <w:t xml:space="preserve"> </w:t>
      </w:r>
      <w:r>
        <w:rPr>
          <w:rFonts w:ascii="Segoe UI" w:hAnsi="Segoe UI" w:eastAsia="Segoe UI" w:cs="Segoe UI"/>
        </w:rPr>
        <w:t>عیسی</w:t>
      </w:r>
      <w:r>
        <w:rPr>
          <w:rFonts w:ascii="Nirmala UI" w:hAnsi="Nirmala UI" w:eastAsia="Nirmala UI" w:cs="Nirmala UI"/>
        </w:rPr>
        <w:t xml:space="preserve"> </w:t>
      </w:r>
      <w:r>
        <w:rPr>
          <w:rFonts w:ascii="Segoe UI" w:hAnsi="Segoe UI" w:eastAsia="Segoe UI" w:cs="Segoe UI"/>
        </w:rPr>
        <w:t>پطرس</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یعقوب</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یوحنا</w:t>
      </w:r>
      <w:r>
        <w:rPr>
          <w:rFonts w:ascii="Nirmala UI" w:hAnsi="Nirmala UI" w:eastAsia="Nirmala UI" w:cs="Nirmala UI"/>
        </w:rPr>
        <w:t xml:space="preserve"> </w:t>
      </w:r>
      <w:r>
        <w:rPr>
          <w:rFonts w:ascii="Segoe UI" w:hAnsi="Segoe UI" w:eastAsia="Segoe UI" w:cs="Segoe UI"/>
        </w:rPr>
        <w:t>را</w:t>
      </w:r>
      <w:r>
        <w:rPr>
          <w:rFonts w:ascii="Nirmala UI" w:hAnsi="Nirmala UI" w:eastAsia="Nirmala UI" w:cs="Nirmala UI"/>
        </w:rPr>
        <w:t xml:space="preserve"> </w:t>
      </w:r>
      <w:r>
        <w:rPr>
          <w:rFonts w:ascii="Segoe UI" w:hAnsi="Segoe UI" w:eastAsia="Segoe UI" w:cs="Segoe UI"/>
        </w:rPr>
        <w:t>با</w:t>
      </w:r>
      <w:r>
        <w:rPr>
          <w:rFonts w:ascii="Nirmala UI" w:hAnsi="Nirmala UI" w:eastAsia="Nirmala UI" w:cs="Nirmala UI"/>
        </w:rPr>
        <w:t xml:space="preserve"> </w:t>
      </w:r>
      <w:r>
        <w:rPr>
          <w:rFonts w:ascii="Segoe UI" w:hAnsi="Segoe UI" w:eastAsia="Segoe UI" w:cs="Segoe UI"/>
        </w:rPr>
        <w:t>خود</w:t>
      </w:r>
      <w:r>
        <w:rPr>
          <w:rFonts w:ascii="Nirmala UI" w:hAnsi="Nirmala UI" w:eastAsia="Nirmala UI" w:cs="Nirmala UI"/>
        </w:rPr>
        <w:t xml:space="preserve"> </w:t>
      </w:r>
      <w:r>
        <w:rPr>
          <w:rFonts w:ascii="Segoe UI" w:hAnsi="Segoe UI" w:eastAsia="Segoe UI" w:cs="Segoe UI"/>
        </w:rPr>
        <w:t>برد</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ایشان</w:t>
      </w:r>
      <w:r>
        <w:rPr>
          <w:rFonts w:ascii="Nirmala UI" w:hAnsi="Nirmala UI" w:eastAsia="Nirmala UI" w:cs="Nirmala UI"/>
        </w:rPr>
        <w:t xml:space="preserve"> </w:t>
      </w:r>
      <w:r>
        <w:rPr>
          <w:rFonts w:ascii="Segoe UI" w:hAnsi="Segoe UI" w:eastAsia="Segoe UI" w:cs="Segoe UI"/>
        </w:rPr>
        <w:t>را</w:t>
      </w:r>
      <w:r>
        <w:rPr>
          <w:rFonts w:ascii="Nirmala UI" w:hAnsi="Nirmala UI" w:eastAsia="Nirmala UI" w:cs="Nirmala UI"/>
        </w:rPr>
        <w:t xml:space="preserve"> </w:t>
      </w:r>
      <w:r>
        <w:rPr>
          <w:rFonts w:ascii="Segoe UI" w:hAnsi="Segoe UI" w:eastAsia="Segoe UI" w:cs="Segoe UI"/>
        </w:rPr>
        <w:t>به</w:t>
      </w:r>
      <w:r>
        <w:rPr>
          <w:rFonts w:ascii="Nirmala UI" w:hAnsi="Nirmala UI" w:eastAsia="Nirmala UI" w:cs="Nirmala UI"/>
        </w:rPr>
        <w:t>‌</w:t>
      </w:r>
      <w:r>
        <w:rPr>
          <w:rFonts w:ascii="Segoe UI" w:hAnsi="Segoe UI" w:eastAsia="Segoe UI" w:cs="Segoe UI"/>
        </w:rPr>
        <w:t>تنهایی</w:t>
      </w:r>
      <w:r>
        <w:rPr>
          <w:rFonts w:ascii="Nirmala UI" w:hAnsi="Nirmala UI" w:eastAsia="Nirmala UI" w:cs="Nirmala UI"/>
        </w:rPr>
        <w:t xml:space="preserve"> </w:t>
      </w:r>
      <w:r>
        <w:rPr>
          <w:rFonts w:ascii="Segoe UI" w:hAnsi="Segoe UI" w:eastAsia="Segoe UI" w:cs="Segoe UI"/>
        </w:rPr>
        <w:t>بر</w:t>
      </w:r>
      <w:r>
        <w:rPr>
          <w:rFonts w:ascii="Nirmala UI" w:hAnsi="Nirmala UI" w:eastAsia="Nirmala UI" w:cs="Nirmala UI"/>
        </w:rPr>
        <w:t xml:space="preserve"> </w:t>
      </w:r>
      <w:r>
        <w:rPr>
          <w:rFonts w:ascii="Segoe UI" w:hAnsi="Segoe UI" w:eastAsia="Segoe UI" w:cs="Segoe UI"/>
        </w:rPr>
        <w:t>کوهی</w:t>
      </w:r>
      <w:r>
        <w:rPr>
          <w:rFonts w:ascii="Nirmala UI" w:hAnsi="Nirmala UI" w:eastAsia="Nirmala UI" w:cs="Nirmala UI"/>
        </w:rPr>
        <w:t xml:space="preserve"> </w:t>
      </w:r>
      <w:r>
        <w:rPr>
          <w:rFonts w:ascii="Segoe UI" w:hAnsi="Segoe UI" w:eastAsia="Segoe UI" w:cs="Segoe UI"/>
        </w:rPr>
        <w:t>بلند</w:t>
      </w:r>
      <w:r>
        <w:rPr>
          <w:rFonts w:ascii="Nirmala UI" w:hAnsi="Nirmala UI" w:eastAsia="Nirmala UI" w:cs="Nirmala UI"/>
        </w:rPr>
        <w:t xml:space="preserve"> </w:t>
      </w:r>
      <w:r>
        <w:rPr>
          <w:rFonts w:ascii="Segoe UI" w:hAnsi="Segoe UI" w:eastAsia="Segoe UI" w:cs="Segoe UI"/>
        </w:rPr>
        <w:t>برد؛</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در</w:t>
      </w:r>
      <w:r>
        <w:rPr>
          <w:rFonts w:ascii="Nirmala UI" w:hAnsi="Nirmala UI" w:eastAsia="Nirmala UI" w:cs="Nirmala UI"/>
        </w:rPr>
        <w:t xml:space="preserve"> </w:t>
      </w:r>
      <w:r>
        <w:rPr>
          <w:rFonts w:ascii="Segoe UI" w:hAnsi="Segoe UI" w:eastAsia="Segoe UI" w:cs="Segoe UI"/>
        </w:rPr>
        <w:t>برابر</w:t>
      </w:r>
      <w:r>
        <w:rPr>
          <w:rFonts w:ascii="Nirmala UI" w:hAnsi="Nirmala UI" w:eastAsia="Nirmala UI" w:cs="Nirmala UI"/>
        </w:rPr>
        <w:t xml:space="preserve"> </w:t>
      </w:r>
      <w:r>
        <w:rPr>
          <w:rFonts w:ascii="Segoe UI" w:hAnsi="Segoe UI" w:eastAsia="Segoe UI" w:cs="Segoe UI"/>
        </w:rPr>
        <w:t>ایشان</w:t>
      </w:r>
      <w:r>
        <w:rPr>
          <w:rFonts w:ascii="Nirmala UI" w:hAnsi="Nirmala UI" w:eastAsia="Nirmala UI" w:cs="Nirmala UI"/>
        </w:rPr>
        <w:t xml:space="preserve"> </w:t>
      </w:r>
      <w:r>
        <w:rPr>
          <w:rFonts w:ascii="Segoe UI" w:hAnsi="Segoe UI" w:eastAsia="Segoe UI" w:cs="Segoe UI"/>
        </w:rPr>
        <w:t>دگرگون</w:t>
      </w:r>
      <w:r>
        <w:rPr>
          <w:rFonts w:ascii="Nirmala UI" w:hAnsi="Nirmala UI" w:eastAsia="Nirmala UI" w:cs="Nirmala UI"/>
        </w:rPr>
        <w:t xml:space="preserve"> </w:t>
      </w:r>
      <w:r>
        <w:rPr>
          <w:rFonts w:ascii="Segoe UI" w:hAnsi="Segoe UI" w:eastAsia="Segoe UI" w:cs="Segoe UI"/>
        </w:rPr>
        <w:t>شد</w:t>
      </w:r>
      <w:r>
        <w:rPr>
          <w:rFonts w:ascii="Nirmala UI" w:hAnsi="Nirmala UI" w:eastAsia="Nirmala UI" w:cs="Nirmala UI"/>
        </w:rPr>
        <w:t xml:space="preserve">. </w:t>
      </w:r>
      <w:r>
        <w:rPr>
          <w:rFonts w:ascii="Segoe UI" w:hAnsi="Segoe UI" w:eastAsia="Segoe UI" w:cs="Segoe UI"/>
        </w:rPr>
        <w:t>مرقس</w:t>
      </w:r>
      <w:r>
        <w:rPr>
          <w:rFonts w:ascii="Nirmala UI" w:hAnsi="Nirmala UI" w:eastAsia="Nirmala UI" w:cs="Nirmala UI"/>
        </w:rPr>
        <w:t xml:space="preserve"> </w:t>
      </w:r>
      <w:r>
        <w:rPr>
          <w:rFonts w:ascii="Segoe UI" w:hAnsi="Segoe UI" w:eastAsia="Segoe UI" w:cs="Segoe UI"/>
        </w:rPr>
        <w:t>۹</w:t>
      </w:r>
      <w:r>
        <w:rPr>
          <w:rFonts w:ascii="Nirmala UI" w:hAnsi="Nirmala UI" w:eastAsia="Nirmala UI" w:cs="Nirmala UI"/>
        </w:rPr>
        <w:t>:</w:t>
      </w:r>
      <w:r>
        <w:rPr>
          <w:rFonts w:ascii="Segoe UI" w:hAnsi="Segoe UI" w:eastAsia="Segoe UI" w:cs="Segoe UI"/>
        </w:rPr>
        <w:t>۲</w:t>
      </w:r>
    </w:p>
    <w:p>
      <w:pPr>
        <w:pStyle w:val="ArticleScripture"/>
        <w:jc w:val="left"/>
      </w:pPr>
      <w:r>
        <w:rPr>
          <w:rFonts w:ascii="Times New Roman" w:hAnsi="Times New Roman" w:eastAsia="Times New Roman" w:cs="Times New Roman"/>
        </w:rPr>
        <w:t>Ș</w:t>
      </w:r>
      <w:r>
        <w:rPr>
          <w:rFonts w:ascii="Nirmala UI" w:hAnsi="Nirmala UI" w:eastAsia="Nirmala UI" w:cs="Nirmala UI"/>
        </w:rPr>
        <w:t>i s-a întâmplat c</w:t>
      </w:r>
      <w:r>
        <w:rPr>
          <w:rFonts w:ascii="Times New Roman" w:hAnsi="Times New Roman" w:eastAsia="Times New Roman" w:cs="Times New Roman"/>
        </w:rPr>
        <w:t>ă</w:t>
      </w:r>
      <w:r>
        <w:rPr>
          <w:rFonts w:ascii="Nirmala UI" w:hAnsi="Nirmala UI" w:eastAsia="Nirmala UI" w:cs="Nirmala UI"/>
        </w:rPr>
        <w:t>, la aproape opt zile dup</w:t>
      </w:r>
      <w:r>
        <w:rPr>
          <w:rFonts w:ascii="Times New Roman" w:hAnsi="Times New Roman" w:eastAsia="Times New Roman" w:cs="Times New Roman"/>
        </w:rPr>
        <w:t>ă</w:t>
      </w:r>
      <w:r>
        <w:rPr>
          <w:rFonts w:ascii="Nirmala UI" w:hAnsi="Nirmala UI" w:eastAsia="Nirmala UI" w:cs="Nirmala UI"/>
        </w:rPr>
        <w:t xml:space="preserve"> aceste cuvinte, i-a luat cu Sine pe Petru, pe Ioan </w:t>
      </w:r>
      <w:r>
        <w:rPr>
          <w:rFonts w:ascii="Times New Roman" w:hAnsi="Times New Roman" w:eastAsia="Times New Roman" w:cs="Times New Roman"/>
        </w:rPr>
        <w:t>ș</w:t>
      </w:r>
      <w:r>
        <w:rPr>
          <w:rFonts w:ascii="Nirmala UI" w:hAnsi="Nirmala UI" w:eastAsia="Nirmala UI" w:cs="Nirmala UI"/>
        </w:rPr>
        <w:t xml:space="preserve">i pe Iacov </w:t>
      </w:r>
      <w:r>
        <w:rPr>
          <w:rFonts w:ascii="Times New Roman" w:hAnsi="Times New Roman" w:eastAsia="Times New Roman" w:cs="Times New Roman"/>
        </w:rPr>
        <w:t>ș</w:t>
      </w:r>
      <w:r>
        <w:rPr>
          <w:rFonts w:ascii="Nirmala UI" w:hAnsi="Nirmala UI" w:eastAsia="Nirmala UI" w:cs="Nirmala UI"/>
        </w:rPr>
        <w:t>i S-a suit pe munte ca s</w:t>
      </w:r>
      <w:r>
        <w:rPr>
          <w:rFonts w:ascii="Times New Roman" w:hAnsi="Times New Roman" w:eastAsia="Times New Roman" w:cs="Times New Roman"/>
        </w:rPr>
        <w:t>ă</w:t>
      </w:r>
      <w:r>
        <w:rPr>
          <w:rFonts w:ascii="Nirmala UI" w:hAnsi="Nirmala UI" w:eastAsia="Nirmala UI" w:cs="Nirmala UI"/>
        </w:rPr>
        <w:t xml:space="preserve"> Se roage. Luca 9:28.</w:t>
      </w:r>
    </w:p>
    <w:p>
      <w:pPr>
        <w:pStyle w:val="ArticleBody"/>
        <w:jc w:val="left"/>
      </w:pPr>
      <w:r>
        <w:rPr>
          <w:rFonts w:ascii="Segoe UI" w:hAnsi="Segoe UI" w:eastAsia="Segoe UI" w:cs="Segoe UI"/>
        </w:rPr>
        <w:t>تخریب</w:t>
      </w:r>
      <w:r>
        <w:rPr>
          <w:rFonts w:ascii="Nirmala UI" w:hAnsi="Nirmala UI" w:eastAsia="Nirmala UI" w:cs="Nirmala UI"/>
        </w:rPr>
        <w:t xml:space="preserve"> </w:t>
      </w:r>
      <w:r>
        <w:rPr>
          <w:rFonts w:ascii="Segoe UI" w:hAnsi="Segoe UI" w:eastAsia="Segoe UI" w:cs="Segoe UI"/>
        </w:rPr>
        <w:t>اورشلیم</w:t>
      </w:r>
      <w:r>
        <w:rPr>
          <w:rFonts w:ascii="Nirmala UI" w:hAnsi="Nirmala UI" w:eastAsia="Nirmala UI" w:cs="Nirmala UI"/>
        </w:rPr>
        <w:t xml:space="preserve"> </w:t>
      </w:r>
      <w:r>
        <w:rPr>
          <w:rFonts w:ascii="Segoe UI" w:hAnsi="Segoe UI" w:eastAsia="Segoe UI" w:cs="Segoe UI"/>
        </w:rPr>
        <w:t>کاربردی</w:t>
      </w:r>
      <w:r>
        <w:rPr>
          <w:rFonts w:ascii="Nirmala UI" w:hAnsi="Nirmala UI" w:eastAsia="Nirmala UI" w:cs="Nirmala UI"/>
        </w:rPr>
        <w:t xml:space="preserve"> «</w:t>
      </w:r>
      <w:r>
        <w:rPr>
          <w:rFonts w:ascii="Segoe UI" w:hAnsi="Segoe UI" w:eastAsia="Segoe UI" w:cs="Segoe UI"/>
        </w:rPr>
        <w:t>مستقیم</w:t>
      </w:r>
      <w:r>
        <w:rPr>
          <w:rFonts w:ascii="Nirmala UI" w:hAnsi="Nirmala UI" w:eastAsia="Nirmala UI" w:cs="Nirmala UI"/>
        </w:rPr>
        <w:t>‌</w:t>
      </w:r>
      <w:r>
        <w:rPr>
          <w:rFonts w:ascii="Segoe UI" w:hAnsi="Segoe UI" w:eastAsia="Segoe UI" w:cs="Segoe UI"/>
        </w:rPr>
        <w:t>تر</w:t>
      </w:r>
      <w:r>
        <w:rPr>
          <w:rFonts w:ascii="Nirmala UI" w:hAnsi="Nirmala UI" w:eastAsia="Nirmala UI" w:cs="Nirmala UI"/>
        </w:rPr>
        <w:t xml:space="preserve">» </w:t>
      </w:r>
      <w:r>
        <w:rPr>
          <w:rFonts w:ascii="Segoe UI" w:hAnsi="Segoe UI" w:eastAsia="Segoe UI" w:cs="Segoe UI"/>
        </w:rPr>
        <w:t>برای</w:t>
      </w:r>
      <w:r>
        <w:rPr>
          <w:rFonts w:ascii="Nirmala UI" w:hAnsi="Nirmala UI" w:eastAsia="Nirmala UI" w:cs="Nirmala UI"/>
        </w:rPr>
        <w:t xml:space="preserve"> </w:t>
      </w:r>
      <w:r>
        <w:rPr>
          <w:rFonts w:ascii="Segoe UI" w:hAnsi="Segoe UI" w:eastAsia="Segoe UI" w:cs="Segoe UI"/>
        </w:rPr>
        <w:t>ایام</w:t>
      </w:r>
      <w:r>
        <w:rPr>
          <w:rFonts w:ascii="Nirmala UI" w:hAnsi="Nirmala UI" w:eastAsia="Nirmala UI" w:cs="Nirmala UI"/>
        </w:rPr>
        <w:t xml:space="preserve"> </w:t>
      </w:r>
      <w:r>
        <w:rPr>
          <w:rFonts w:ascii="Segoe UI" w:hAnsi="Segoe UI" w:eastAsia="Segoe UI" w:cs="Segoe UI"/>
        </w:rPr>
        <w:t>آخر</w:t>
      </w:r>
      <w:r>
        <w:rPr>
          <w:rFonts w:ascii="Nirmala UI" w:hAnsi="Nirmala UI" w:eastAsia="Nirmala UI" w:cs="Nirmala UI"/>
        </w:rPr>
        <w:t xml:space="preserve"> </w:t>
      </w:r>
      <w:r>
        <w:rPr>
          <w:rFonts w:ascii="Segoe UI" w:hAnsi="Segoe UI" w:eastAsia="Segoe UI" w:cs="Segoe UI"/>
        </w:rPr>
        <w:t>دارد،</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آن</w:t>
      </w:r>
      <w:r>
        <w:rPr>
          <w:rFonts w:ascii="Nirmala UI" w:hAnsi="Nirmala UI" w:eastAsia="Nirmala UI" w:cs="Nirmala UI"/>
        </w:rPr>
        <w:t xml:space="preserve"> </w:t>
      </w:r>
      <w:r>
        <w:rPr>
          <w:rFonts w:ascii="Segoe UI" w:hAnsi="Segoe UI" w:eastAsia="Segoe UI" w:cs="Segoe UI"/>
        </w:rPr>
        <w:t>تخریب</w:t>
      </w:r>
      <w:r>
        <w:rPr>
          <w:rFonts w:ascii="Nirmala UI" w:hAnsi="Nirmala UI" w:eastAsia="Nirmala UI" w:cs="Nirmala UI"/>
        </w:rPr>
        <w:t xml:space="preserve"> </w:t>
      </w:r>
      <w:r>
        <w:rPr>
          <w:rFonts w:ascii="Segoe UI" w:hAnsi="Segoe UI" w:eastAsia="Segoe UI" w:cs="Segoe UI"/>
        </w:rPr>
        <w:t>دارای</w:t>
      </w:r>
      <w:r>
        <w:rPr>
          <w:rFonts w:ascii="Nirmala UI" w:hAnsi="Nirmala UI" w:eastAsia="Nirmala UI" w:cs="Nirmala UI"/>
        </w:rPr>
        <w:t xml:space="preserve"> </w:t>
      </w:r>
      <w:r>
        <w:rPr>
          <w:rFonts w:ascii="Segoe UI" w:hAnsi="Segoe UI" w:eastAsia="Segoe UI" w:cs="Segoe UI"/>
        </w:rPr>
        <w:t>دو</w:t>
      </w:r>
      <w:r>
        <w:rPr>
          <w:rFonts w:ascii="Nirmala UI" w:hAnsi="Nirmala UI" w:eastAsia="Nirmala UI" w:cs="Nirmala UI"/>
        </w:rPr>
        <w:t xml:space="preserve"> </w:t>
      </w:r>
      <w:r>
        <w:rPr>
          <w:rFonts w:ascii="Segoe UI" w:hAnsi="Segoe UI" w:eastAsia="Segoe UI" w:cs="Segoe UI"/>
        </w:rPr>
        <w:t>شاهد</w:t>
      </w:r>
      <w:r>
        <w:rPr>
          <w:rFonts w:ascii="Nirmala UI" w:hAnsi="Nirmala UI" w:eastAsia="Nirmala UI" w:cs="Nirmala UI"/>
        </w:rPr>
        <w:t xml:space="preserve"> </w:t>
      </w:r>
      <w:r>
        <w:rPr>
          <w:rFonts w:ascii="Segoe UI" w:hAnsi="Segoe UI" w:eastAsia="Segoe UI" w:cs="Segoe UI"/>
        </w:rPr>
        <w:t>است</w:t>
      </w:r>
      <w:r>
        <w:rPr>
          <w:rFonts w:ascii="Nirmala UI" w:hAnsi="Nirmala UI" w:eastAsia="Nirmala UI" w:cs="Nirmala UI"/>
        </w:rPr>
        <w:t xml:space="preserve"> </w:t>
      </w:r>
      <w:r>
        <w:rPr>
          <w:rFonts w:ascii="Segoe UI" w:hAnsi="Segoe UI" w:eastAsia="Segoe UI" w:cs="Segoe UI"/>
        </w:rPr>
        <w:t>که</w:t>
      </w:r>
      <w:r>
        <w:rPr>
          <w:rFonts w:ascii="Nirmala UI" w:hAnsi="Nirmala UI" w:eastAsia="Nirmala UI" w:cs="Nirmala UI"/>
        </w:rPr>
        <w:t xml:space="preserve"> </w:t>
      </w:r>
      <w:r>
        <w:rPr>
          <w:rFonts w:ascii="Segoe UI" w:hAnsi="Segoe UI" w:eastAsia="Segoe UI" w:cs="Segoe UI"/>
        </w:rPr>
        <w:t>به</w:t>
      </w:r>
      <w:r>
        <w:rPr>
          <w:rFonts w:ascii="Nirmala UI" w:hAnsi="Nirmala UI" w:eastAsia="Nirmala UI" w:cs="Nirmala UI"/>
        </w:rPr>
        <w:t>‌</w:t>
      </w:r>
      <w:r>
        <w:rPr>
          <w:rFonts w:ascii="Segoe UI" w:hAnsi="Segoe UI" w:eastAsia="Segoe UI" w:cs="Segoe UI"/>
        </w:rPr>
        <w:t>وسیلهٔ</w:t>
      </w:r>
      <w:r>
        <w:rPr>
          <w:rFonts w:ascii="Nirmala UI" w:hAnsi="Nirmala UI" w:eastAsia="Nirmala UI" w:cs="Nirmala UI"/>
        </w:rPr>
        <w:t xml:space="preserve"> </w:t>
      </w:r>
      <w:r>
        <w:rPr>
          <w:rFonts w:ascii="Segoe UI" w:hAnsi="Segoe UI" w:eastAsia="Segoe UI" w:cs="Segoe UI"/>
        </w:rPr>
        <w:t>بابل</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روم</w:t>
      </w:r>
      <w:r>
        <w:rPr>
          <w:rFonts w:ascii="Nirmala UI" w:hAnsi="Nirmala UI" w:eastAsia="Nirmala UI" w:cs="Nirmala UI"/>
        </w:rPr>
        <w:t xml:space="preserve"> </w:t>
      </w:r>
      <w:r>
        <w:rPr>
          <w:rFonts w:ascii="Segoe UI" w:hAnsi="Segoe UI" w:eastAsia="Segoe UI" w:cs="Segoe UI"/>
        </w:rPr>
        <w:t>نمایانده</w:t>
      </w:r>
      <w:r>
        <w:rPr>
          <w:rFonts w:ascii="Nirmala UI" w:hAnsi="Nirmala UI" w:eastAsia="Nirmala UI" w:cs="Nirmala UI"/>
        </w:rPr>
        <w:t xml:space="preserve"> </w:t>
      </w:r>
      <w:r>
        <w:rPr>
          <w:rFonts w:ascii="Segoe UI" w:hAnsi="Segoe UI" w:eastAsia="Segoe UI" w:cs="Segoe UI"/>
        </w:rPr>
        <w:t>می</w:t>
      </w:r>
      <w:r>
        <w:rPr>
          <w:rFonts w:ascii="Nirmala UI" w:hAnsi="Nirmala UI" w:eastAsia="Nirmala UI" w:cs="Nirmala UI"/>
        </w:rPr>
        <w:t>‌</w:t>
      </w:r>
      <w:r>
        <w:rPr>
          <w:rFonts w:ascii="Segoe UI" w:hAnsi="Segoe UI" w:eastAsia="Segoe UI" w:cs="Segoe UI"/>
        </w:rPr>
        <w:t>شوند</w:t>
      </w:r>
      <w:r>
        <w:rPr>
          <w:rFonts w:ascii="Nirmala UI" w:hAnsi="Nirmala UI" w:eastAsia="Nirmala UI" w:cs="Nirmala UI"/>
        </w:rPr>
        <w:t xml:space="preserve">. </w:t>
      </w:r>
      <w:r>
        <w:rPr>
          <w:rFonts w:ascii="Segoe UI" w:hAnsi="Segoe UI" w:eastAsia="Segoe UI" w:cs="Segoe UI"/>
        </w:rPr>
        <w:t>این</w:t>
      </w:r>
      <w:r>
        <w:rPr>
          <w:rFonts w:ascii="Nirmala UI" w:hAnsi="Nirmala UI" w:eastAsia="Nirmala UI" w:cs="Nirmala UI"/>
        </w:rPr>
        <w:t xml:space="preserve"> </w:t>
      </w:r>
      <w:r>
        <w:rPr>
          <w:rFonts w:ascii="Segoe UI" w:hAnsi="Segoe UI" w:eastAsia="Segoe UI" w:cs="Segoe UI"/>
        </w:rPr>
        <w:t>دو</w:t>
      </w:r>
      <w:r>
        <w:rPr>
          <w:rFonts w:ascii="Nirmala UI" w:hAnsi="Nirmala UI" w:eastAsia="Nirmala UI" w:cs="Nirmala UI"/>
        </w:rPr>
        <w:t xml:space="preserve"> </w:t>
      </w:r>
      <w:r>
        <w:rPr>
          <w:rFonts w:ascii="Segoe UI" w:hAnsi="Segoe UI" w:eastAsia="Segoe UI" w:cs="Segoe UI"/>
        </w:rPr>
        <w:t>شاهد</w:t>
      </w:r>
      <w:r>
        <w:rPr>
          <w:rFonts w:ascii="Nirmala UI" w:hAnsi="Nirmala UI" w:eastAsia="Nirmala UI" w:cs="Nirmala UI"/>
        </w:rPr>
        <w:t xml:space="preserve"> </w:t>
      </w:r>
      <w:r>
        <w:rPr>
          <w:rFonts w:ascii="Segoe UI" w:hAnsi="Segoe UI" w:eastAsia="Segoe UI" w:cs="Segoe UI"/>
        </w:rPr>
        <w:t>با</w:t>
      </w:r>
      <w:r>
        <w:rPr>
          <w:rFonts w:ascii="Nirmala UI" w:hAnsi="Nirmala UI" w:eastAsia="Nirmala UI" w:cs="Nirmala UI"/>
        </w:rPr>
        <w:t xml:space="preserve"> </w:t>
      </w:r>
      <w:r>
        <w:rPr>
          <w:rFonts w:ascii="Segoe UI" w:hAnsi="Segoe UI" w:eastAsia="Segoe UI" w:cs="Segoe UI"/>
        </w:rPr>
        <w:t>یکدیگر</w:t>
      </w:r>
      <w:r>
        <w:rPr>
          <w:rFonts w:ascii="Nirmala UI" w:hAnsi="Nirmala UI" w:eastAsia="Nirmala UI" w:cs="Nirmala UI"/>
        </w:rPr>
        <w:t xml:space="preserve"> </w:t>
      </w:r>
      <w:r>
        <w:rPr>
          <w:rFonts w:ascii="Segoe UI" w:hAnsi="Segoe UI" w:eastAsia="Segoe UI" w:cs="Segoe UI"/>
        </w:rPr>
        <w:t>هم</w:t>
      </w:r>
      <w:r>
        <w:rPr>
          <w:rFonts w:ascii="Nirmala UI" w:hAnsi="Nirmala UI" w:eastAsia="Nirmala UI" w:cs="Nirmala UI"/>
        </w:rPr>
        <w:t>‌</w:t>
      </w:r>
      <w:r>
        <w:rPr>
          <w:rFonts w:ascii="Segoe UI" w:hAnsi="Segoe UI" w:eastAsia="Segoe UI" w:cs="Segoe UI"/>
        </w:rPr>
        <w:t>راستا</w:t>
      </w:r>
      <w:r>
        <w:rPr>
          <w:rFonts w:ascii="Nirmala UI" w:hAnsi="Nirmala UI" w:eastAsia="Nirmala UI" w:cs="Nirmala UI"/>
        </w:rPr>
        <w:t xml:space="preserve"> </w:t>
      </w:r>
      <w:r>
        <w:rPr>
          <w:rFonts w:ascii="Segoe UI" w:hAnsi="Segoe UI" w:eastAsia="Segoe UI" w:cs="Segoe UI"/>
        </w:rPr>
        <w:t>هستند،</w:t>
      </w:r>
      <w:r>
        <w:rPr>
          <w:rFonts w:ascii="Nirmala UI" w:hAnsi="Nirmala UI" w:eastAsia="Nirmala UI" w:cs="Nirmala UI"/>
        </w:rPr>
        <w:t xml:space="preserve"> </w:t>
      </w:r>
      <w:r>
        <w:rPr>
          <w:rFonts w:ascii="Segoe UI" w:hAnsi="Segoe UI" w:eastAsia="Segoe UI" w:cs="Segoe UI"/>
        </w:rPr>
        <w:t>اما</w:t>
      </w:r>
      <w:r>
        <w:rPr>
          <w:rFonts w:ascii="Nirmala UI" w:hAnsi="Nirmala UI" w:eastAsia="Nirmala UI" w:cs="Nirmala UI"/>
        </w:rPr>
        <w:t xml:space="preserve"> </w:t>
      </w:r>
      <w:r>
        <w:rPr>
          <w:rFonts w:ascii="Segoe UI" w:hAnsi="Segoe UI" w:eastAsia="Segoe UI" w:cs="Segoe UI"/>
        </w:rPr>
        <w:t>برای</w:t>
      </w:r>
      <w:r>
        <w:rPr>
          <w:rFonts w:ascii="Nirmala UI" w:hAnsi="Nirmala UI" w:eastAsia="Nirmala UI" w:cs="Nirmala UI"/>
        </w:rPr>
        <w:t xml:space="preserve"> </w:t>
      </w:r>
      <w:r>
        <w:rPr>
          <w:rFonts w:ascii="Segoe UI" w:hAnsi="Segoe UI" w:eastAsia="Segoe UI" w:cs="Segoe UI"/>
        </w:rPr>
        <w:t>تقویت</w:t>
      </w:r>
      <w:r>
        <w:rPr>
          <w:rFonts w:ascii="Nirmala UI" w:hAnsi="Nirmala UI" w:eastAsia="Nirmala UI" w:cs="Nirmala UI"/>
        </w:rPr>
        <w:t xml:space="preserve"> </w:t>
      </w:r>
      <w:r>
        <w:rPr>
          <w:rFonts w:ascii="Segoe UI" w:hAnsi="Segoe UI" w:eastAsia="Segoe UI" w:cs="Segoe UI"/>
        </w:rPr>
        <w:t>حقیقت،</w:t>
      </w:r>
      <w:r>
        <w:rPr>
          <w:rFonts w:ascii="Nirmala UI" w:hAnsi="Nirmala UI" w:eastAsia="Nirmala UI" w:cs="Nirmala UI"/>
        </w:rPr>
        <w:t xml:space="preserve"> </w:t>
      </w:r>
      <w:r>
        <w:rPr>
          <w:rFonts w:ascii="Segoe UI" w:hAnsi="Segoe UI" w:eastAsia="Segoe UI" w:cs="Segoe UI"/>
        </w:rPr>
        <w:t>ویژگی</w:t>
      </w:r>
      <w:r>
        <w:rPr>
          <w:rFonts w:ascii="Nirmala UI" w:hAnsi="Nirmala UI" w:eastAsia="Nirmala UI" w:cs="Nirmala UI"/>
        </w:rPr>
        <w:t>‌</w:t>
      </w:r>
      <w:r>
        <w:rPr>
          <w:rFonts w:ascii="Segoe UI" w:hAnsi="Segoe UI" w:eastAsia="Segoe UI" w:cs="Segoe UI"/>
        </w:rPr>
        <w:t>های</w:t>
      </w:r>
      <w:r>
        <w:rPr>
          <w:rFonts w:ascii="Nirmala UI" w:hAnsi="Nirmala UI" w:eastAsia="Nirmala UI" w:cs="Nirmala UI"/>
        </w:rPr>
        <w:t xml:space="preserve"> </w:t>
      </w:r>
      <w:r>
        <w:rPr>
          <w:rFonts w:ascii="Segoe UI" w:hAnsi="Segoe UI" w:eastAsia="Segoe UI" w:cs="Segoe UI"/>
        </w:rPr>
        <w:t>نبویِ</w:t>
      </w:r>
      <w:r>
        <w:rPr>
          <w:rFonts w:ascii="Nirmala UI" w:hAnsi="Nirmala UI" w:eastAsia="Nirmala UI" w:cs="Nirmala UI"/>
        </w:rPr>
        <w:t xml:space="preserve"> </w:t>
      </w:r>
      <w:r>
        <w:rPr>
          <w:rFonts w:ascii="Segoe UI" w:hAnsi="Segoe UI" w:eastAsia="Segoe UI" w:cs="Segoe UI"/>
        </w:rPr>
        <w:t>متفاوت</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اساسی</w:t>
      </w:r>
      <w:r>
        <w:rPr>
          <w:rFonts w:ascii="Nirmala UI" w:hAnsi="Nirmala UI" w:eastAsia="Nirmala UI" w:cs="Nirmala UI"/>
        </w:rPr>
        <w:t xml:space="preserve"> </w:t>
      </w:r>
      <w:r>
        <w:rPr>
          <w:rFonts w:ascii="Segoe UI" w:hAnsi="Segoe UI" w:eastAsia="Segoe UI" w:cs="Segoe UI"/>
        </w:rPr>
        <w:t>را</w:t>
      </w:r>
      <w:r>
        <w:rPr>
          <w:rFonts w:ascii="Nirmala UI" w:hAnsi="Nirmala UI" w:eastAsia="Nirmala UI" w:cs="Nirmala UI"/>
        </w:rPr>
        <w:t xml:space="preserve"> </w:t>
      </w:r>
      <w:r>
        <w:rPr>
          <w:rFonts w:ascii="Segoe UI" w:hAnsi="Segoe UI" w:eastAsia="Segoe UI" w:cs="Segoe UI"/>
        </w:rPr>
        <w:t>فراهم</w:t>
      </w:r>
      <w:r>
        <w:rPr>
          <w:rFonts w:ascii="Nirmala UI" w:hAnsi="Nirmala UI" w:eastAsia="Nirmala UI" w:cs="Nirmala UI"/>
        </w:rPr>
        <w:t xml:space="preserve"> </w:t>
      </w:r>
      <w:r>
        <w:rPr>
          <w:rFonts w:ascii="Segoe UI" w:hAnsi="Segoe UI" w:eastAsia="Segoe UI" w:cs="Segoe UI"/>
        </w:rPr>
        <w:t>می</w:t>
      </w:r>
      <w:r>
        <w:rPr>
          <w:rFonts w:ascii="Nirmala UI" w:hAnsi="Nirmala UI" w:eastAsia="Nirmala UI" w:cs="Nirmala UI"/>
        </w:rPr>
        <w:t>‌</w:t>
      </w:r>
      <w:r>
        <w:rPr>
          <w:rFonts w:ascii="Segoe UI" w:hAnsi="Segoe UI" w:eastAsia="Segoe UI" w:cs="Segoe UI"/>
        </w:rPr>
        <w:t>آورند</w:t>
      </w:r>
      <w:r>
        <w:rPr>
          <w:rFonts w:ascii="Nirmala UI" w:hAnsi="Nirmala UI" w:eastAsia="Nirmala UI" w:cs="Nirmala UI"/>
        </w:rPr>
        <w:t xml:space="preserve">. </w:t>
      </w:r>
      <w:r>
        <w:rPr>
          <w:rFonts w:ascii="Segoe UI" w:hAnsi="Segoe UI" w:eastAsia="Segoe UI" w:cs="Segoe UI"/>
        </w:rPr>
        <w:t>محاصره</w:t>
      </w:r>
      <w:r>
        <w:rPr>
          <w:rFonts w:ascii="Nirmala UI" w:hAnsi="Nirmala UI" w:eastAsia="Nirmala UI" w:cs="Nirmala UI"/>
        </w:rPr>
        <w:t xml:space="preserve"> </w:t>
      </w:r>
      <w:r>
        <w:rPr>
          <w:rFonts w:ascii="Segoe UI" w:hAnsi="Segoe UI" w:eastAsia="Segoe UI" w:cs="Segoe UI"/>
        </w:rPr>
        <w:t>به</w:t>
      </w:r>
      <w:r>
        <w:rPr>
          <w:rFonts w:ascii="Nirmala UI" w:hAnsi="Nirmala UI" w:eastAsia="Nirmala UI" w:cs="Nirmala UI"/>
        </w:rPr>
        <w:t>‌</w:t>
      </w:r>
      <w:r>
        <w:rPr>
          <w:rFonts w:ascii="Segoe UI" w:hAnsi="Segoe UI" w:eastAsia="Segoe UI" w:cs="Segoe UI"/>
        </w:rPr>
        <w:t>وسیلهٔ</w:t>
      </w:r>
      <w:r>
        <w:rPr>
          <w:rFonts w:ascii="Nirmala UI" w:hAnsi="Nirmala UI" w:eastAsia="Nirmala UI" w:cs="Nirmala UI"/>
        </w:rPr>
        <w:t xml:space="preserve"> </w:t>
      </w:r>
      <w:r>
        <w:rPr>
          <w:rFonts w:ascii="Segoe UI" w:hAnsi="Segoe UI" w:eastAsia="Segoe UI" w:cs="Segoe UI"/>
        </w:rPr>
        <w:t>روم</w:t>
      </w:r>
      <w:r>
        <w:rPr>
          <w:rFonts w:ascii="Nirmala UI" w:hAnsi="Nirmala UI" w:eastAsia="Nirmala UI" w:cs="Nirmala UI"/>
        </w:rPr>
        <w:t xml:space="preserve"> (66 </w:t>
      </w:r>
      <w:r>
        <w:rPr>
          <w:rFonts w:ascii="Segoe UI" w:hAnsi="Segoe UI" w:eastAsia="Segoe UI" w:cs="Segoe UI"/>
        </w:rPr>
        <w:t>تا</w:t>
      </w:r>
      <w:r>
        <w:rPr>
          <w:rFonts w:ascii="Nirmala UI" w:hAnsi="Nirmala UI" w:eastAsia="Nirmala UI" w:cs="Nirmala UI"/>
        </w:rPr>
        <w:t xml:space="preserve"> 70) </w:t>
      </w:r>
      <w:r>
        <w:rPr>
          <w:rFonts w:ascii="Segoe UI" w:hAnsi="Segoe UI" w:eastAsia="Segoe UI" w:cs="Segoe UI"/>
        </w:rPr>
        <w:t>چهار</w:t>
      </w:r>
      <w:r>
        <w:rPr>
          <w:rFonts w:ascii="Nirmala UI" w:hAnsi="Nirmala UI" w:eastAsia="Nirmala UI" w:cs="Nirmala UI"/>
        </w:rPr>
        <w:t xml:space="preserve"> </w:t>
      </w:r>
      <w:r>
        <w:rPr>
          <w:rFonts w:ascii="Segoe UI" w:hAnsi="Segoe UI" w:eastAsia="Segoe UI" w:cs="Segoe UI"/>
        </w:rPr>
        <w:t>سال</w:t>
      </w:r>
      <w:r>
        <w:rPr>
          <w:rFonts w:ascii="Nirmala UI" w:hAnsi="Nirmala UI" w:eastAsia="Nirmala UI" w:cs="Nirmala UI"/>
        </w:rPr>
        <w:t xml:space="preserve"> </w:t>
      </w:r>
      <w:r>
        <w:rPr>
          <w:rFonts w:ascii="Segoe UI" w:hAnsi="Segoe UI" w:eastAsia="Segoe UI" w:cs="Segoe UI"/>
        </w:rPr>
        <w:t>بود</w:t>
      </w:r>
      <w:r>
        <w:rPr>
          <w:rFonts w:ascii="Nirmala UI" w:hAnsi="Nirmala UI" w:eastAsia="Nirmala UI" w:cs="Nirmala UI"/>
        </w:rPr>
        <w:t xml:space="preserve"> </w:t>
      </w:r>
      <w:r>
        <w:rPr>
          <w:rFonts w:ascii="Segoe UI" w:hAnsi="Segoe UI" w:eastAsia="Segoe UI" w:cs="Segoe UI"/>
        </w:rPr>
        <w:t>که</w:t>
      </w:r>
      <w:r>
        <w:rPr>
          <w:rFonts w:ascii="Nirmala UI" w:hAnsi="Nirmala UI" w:eastAsia="Nirmala UI" w:cs="Nirmala UI"/>
        </w:rPr>
        <w:t xml:space="preserve"> </w:t>
      </w:r>
      <w:r>
        <w:rPr>
          <w:rFonts w:ascii="Segoe UI" w:hAnsi="Segoe UI" w:eastAsia="Segoe UI" w:cs="Segoe UI"/>
        </w:rPr>
        <w:t>همچنین</w:t>
      </w:r>
      <w:r>
        <w:rPr>
          <w:rFonts w:ascii="Nirmala UI" w:hAnsi="Nirmala UI" w:eastAsia="Nirmala UI" w:cs="Nirmala UI"/>
        </w:rPr>
        <w:t xml:space="preserve"> </w:t>
      </w:r>
      <w:r>
        <w:rPr>
          <w:rFonts w:ascii="Segoe UI" w:hAnsi="Segoe UI" w:eastAsia="Segoe UI" w:cs="Segoe UI"/>
        </w:rPr>
        <w:t>نمایانگر</w:t>
      </w:r>
      <w:r>
        <w:rPr>
          <w:rFonts w:ascii="Nirmala UI" w:hAnsi="Nirmala UI" w:eastAsia="Nirmala UI" w:cs="Nirmala UI"/>
        </w:rPr>
        <w:t xml:space="preserve"> </w:t>
      </w:r>
      <w:r>
        <w:rPr>
          <w:rFonts w:ascii="Segoe UI" w:hAnsi="Segoe UI" w:eastAsia="Segoe UI" w:cs="Segoe UI"/>
        </w:rPr>
        <w:t>سه</w:t>
      </w:r>
      <w:r>
        <w:rPr>
          <w:rFonts w:ascii="Nirmala UI" w:hAnsi="Nirmala UI" w:eastAsia="Nirmala UI" w:cs="Nirmala UI"/>
        </w:rPr>
        <w:t xml:space="preserve"> </w:t>
      </w:r>
      <w:r>
        <w:rPr>
          <w:rFonts w:ascii="Segoe UI" w:hAnsi="Segoe UI" w:eastAsia="Segoe UI" w:cs="Segoe UI"/>
        </w:rPr>
        <w:t>سال</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نیم</w:t>
      </w:r>
      <w:r>
        <w:rPr>
          <w:rFonts w:ascii="Nirmala UI" w:hAnsi="Nirmala UI" w:eastAsia="Nirmala UI" w:cs="Nirmala UI"/>
        </w:rPr>
        <w:t xml:space="preserve"> </w:t>
      </w:r>
      <w:r>
        <w:rPr>
          <w:rFonts w:ascii="Segoe UI" w:hAnsi="Segoe UI" w:eastAsia="Segoe UI" w:cs="Segoe UI"/>
        </w:rPr>
        <w:t>است</w:t>
      </w:r>
      <w:r>
        <w:rPr>
          <w:rFonts w:ascii="Nirmala UI" w:hAnsi="Nirmala UI" w:eastAsia="Nirmala UI" w:cs="Nirmala UI"/>
        </w:rPr>
        <w:t xml:space="preserve">. </w:t>
      </w:r>
      <w:r>
        <w:rPr>
          <w:rFonts w:ascii="Segoe UI" w:hAnsi="Segoe UI" w:eastAsia="Segoe UI" w:cs="Segoe UI"/>
        </w:rPr>
        <w:t>سه</w:t>
      </w:r>
      <w:r>
        <w:rPr>
          <w:rFonts w:ascii="Nirmala UI" w:hAnsi="Nirmala UI" w:eastAsia="Nirmala UI" w:cs="Nirmala UI"/>
        </w:rPr>
        <w:t xml:space="preserve"> </w:t>
      </w:r>
      <w:r>
        <w:rPr>
          <w:rFonts w:ascii="Segoe UI" w:hAnsi="Segoe UI" w:eastAsia="Segoe UI" w:cs="Segoe UI"/>
        </w:rPr>
        <w:t>سال</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نیم</w:t>
      </w:r>
      <w:r>
        <w:rPr>
          <w:rFonts w:ascii="Nirmala UI" w:hAnsi="Nirmala UI" w:eastAsia="Nirmala UI" w:cs="Nirmala UI"/>
        </w:rPr>
        <w:t xml:space="preserve"> </w:t>
      </w:r>
      <w:r>
        <w:rPr>
          <w:rFonts w:ascii="Segoe UI" w:hAnsi="Segoe UI" w:eastAsia="Segoe UI" w:cs="Segoe UI"/>
        </w:rPr>
        <w:t>با</w:t>
      </w:r>
      <w:r>
        <w:rPr>
          <w:rFonts w:ascii="Nirmala UI" w:hAnsi="Nirmala UI" w:eastAsia="Nirmala UI" w:cs="Nirmala UI"/>
        </w:rPr>
        <w:t xml:space="preserve"> </w:t>
      </w:r>
      <w:r>
        <w:rPr>
          <w:rFonts w:ascii="Segoe UI" w:hAnsi="Segoe UI" w:eastAsia="Segoe UI" w:cs="Segoe UI"/>
        </w:rPr>
        <w:t>پایمال</w:t>
      </w:r>
      <w:r>
        <w:rPr>
          <w:rFonts w:ascii="Nirmala UI" w:hAnsi="Nirmala UI" w:eastAsia="Nirmala UI" w:cs="Nirmala UI"/>
        </w:rPr>
        <w:t xml:space="preserve"> </w:t>
      </w:r>
      <w:r>
        <w:rPr>
          <w:rFonts w:ascii="Segoe UI" w:hAnsi="Segoe UI" w:eastAsia="Segoe UI" w:cs="Segoe UI"/>
        </w:rPr>
        <w:t>شدنِ</w:t>
      </w:r>
      <w:r>
        <w:rPr>
          <w:rFonts w:ascii="Nirmala UI" w:hAnsi="Nirmala UI" w:eastAsia="Nirmala UI" w:cs="Nirmala UI"/>
        </w:rPr>
        <w:t xml:space="preserve"> </w:t>
      </w:r>
      <w:r>
        <w:rPr>
          <w:rFonts w:ascii="Segoe UI" w:hAnsi="Segoe UI" w:eastAsia="Segoe UI" w:cs="Segoe UI"/>
        </w:rPr>
        <w:t>مقدسگاه</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لشکر</w:t>
      </w:r>
      <w:r>
        <w:rPr>
          <w:rFonts w:ascii="Nirmala UI" w:hAnsi="Nirmala UI" w:eastAsia="Nirmala UI" w:cs="Nirmala UI"/>
        </w:rPr>
        <w:t xml:space="preserve"> </w:t>
      </w:r>
      <w:r>
        <w:rPr>
          <w:rFonts w:ascii="Segoe UI" w:hAnsi="Segoe UI" w:eastAsia="Segoe UI" w:cs="Segoe UI"/>
        </w:rPr>
        <w:t>ارتباط</w:t>
      </w:r>
      <w:r>
        <w:rPr>
          <w:rFonts w:ascii="Nirmala UI" w:hAnsi="Nirmala UI" w:eastAsia="Nirmala UI" w:cs="Nirmala UI"/>
        </w:rPr>
        <w:t xml:space="preserve"> </w:t>
      </w:r>
      <w:r>
        <w:rPr>
          <w:rFonts w:ascii="Segoe UI" w:hAnsi="Segoe UI" w:eastAsia="Segoe UI" w:cs="Segoe UI"/>
        </w:rPr>
        <w:t>دارد</w:t>
      </w:r>
      <w:r>
        <w:rPr>
          <w:rFonts w:ascii="Nirmala UI" w:hAnsi="Nirmala UI" w:eastAsia="Nirmala UI" w:cs="Nirmala UI"/>
        </w:rPr>
        <w:t xml:space="preserve"> </w:t>
      </w:r>
      <w:r>
        <w:rPr>
          <w:rFonts w:ascii="Segoe UI" w:hAnsi="Segoe UI" w:eastAsia="Segoe UI" w:cs="Segoe UI"/>
        </w:rPr>
        <w:t>که</w:t>
      </w:r>
      <w:r>
        <w:rPr>
          <w:rFonts w:ascii="Nirmala UI" w:hAnsi="Nirmala UI" w:eastAsia="Nirmala UI" w:cs="Nirmala UI"/>
        </w:rPr>
        <w:t xml:space="preserve"> </w:t>
      </w:r>
      <w:r>
        <w:rPr>
          <w:rFonts w:ascii="Segoe UI" w:hAnsi="Segoe UI" w:eastAsia="Segoe UI" w:cs="Segoe UI"/>
        </w:rPr>
        <w:t>به</w:t>
      </w:r>
      <w:r>
        <w:rPr>
          <w:rFonts w:ascii="Nirmala UI" w:hAnsi="Nirmala UI" w:eastAsia="Nirmala UI" w:cs="Nirmala UI"/>
        </w:rPr>
        <w:t>‌</w:t>
      </w:r>
      <w:r>
        <w:rPr>
          <w:rFonts w:ascii="Segoe UI" w:hAnsi="Segoe UI" w:eastAsia="Segoe UI" w:cs="Segoe UI"/>
        </w:rPr>
        <w:t>وسیلهٔ</w:t>
      </w:r>
      <w:r>
        <w:rPr>
          <w:rFonts w:ascii="Nirmala UI" w:hAnsi="Nirmala UI" w:eastAsia="Nirmala UI" w:cs="Nirmala UI"/>
        </w:rPr>
        <w:t xml:space="preserve"> </w:t>
      </w:r>
      <w:r>
        <w:rPr>
          <w:rFonts w:ascii="Segoe UI" w:hAnsi="Segoe UI" w:eastAsia="Segoe UI" w:cs="Segoe UI"/>
        </w:rPr>
        <w:t>هر</w:t>
      </w:r>
      <w:r>
        <w:rPr>
          <w:rFonts w:ascii="Nirmala UI" w:hAnsi="Nirmala UI" w:eastAsia="Nirmala UI" w:cs="Nirmala UI"/>
        </w:rPr>
        <w:t xml:space="preserve"> </w:t>
      </w:r>
      <w:r>
        <w:rPr>
          <w:rFonts w:ascii="Segoe UI" w:hAnsi="Segoe UI" w:eastAsia="Segoe UI" w:cs="Segoe UI"/>
        </w:rPr>
        <w:t>دو،</w:t>
      </w:r>
      <w:r>
        <w:rPr>
          <w:rFonts w:ascii="Nirmala UI" w:hAnsi="Nirmala UI" w:eastAsia="Nirmala UI" w:cs="Nirmala UI"/>
        </w:rPr>
        <w:t xml:space="preserve"> </w:t>
      </w:r>
      <w:r>
        <w:rPr>
          <w:rFonts w:ascii="Segoe UI" w:hAnsi="Segoe UI" w:eastAsia="Segoe UI" w:cs="Segoe UI"/>
        </w:rPr>
        <w:t>یعنی</w:t>
      </w:r>
      <w:r>
        <w:rPr>
          <w:rFonts w:ascii="Nirmala UI" w:hAnsi="Nirmala UI" w:eastAsia="Nirmala UI" w:cs="Nirmala UI"/>
        </w:rPr>
        <w:t xml:space="preserve"> </w:t>
      </w:r>
      <w:r>
        <w:rPr>
          <w:rFonts w:ascii="Segoe UI" w:hAnsi="Segoe UI" w:eastAsia="Segoe UI" w:cs="Segoe UI"/>
        </w:rPr>
        <w:t>بت</w:t>
      </w:r>
      <w:r>
        <w:rPr>
          <w:rFonts w:ascii="Nirmala UI" w:hAnsi="Nirmala UI" w:eastAsia="Nirmala UI" w:cs="Nirmala UI"/>
        </w:rPr>
        <w:t>‌</w:t>
      </w:r>
      <w:r>
        <w:rPr>
          <w:rFonts w:ascii="Segoe UI" w:hAnsi="Segoe UI" w:eastAsia="Segoe UI" w:cs="Segoe UI"/>
        </w:rPr>
        <w:t>پرستی</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پاپ</w:t>
      </w:r>
      <w:r>
        <w:rPr>
          <w:rFonts w:ascii="Nirmala UI" w:hAnsi="Nirmala UI" w:eastAsia="Nirmala UI" w:cs="Nirmala UI"/>
        </w:rPr>
        <w:t>‌</w:t>
      </w:r>
      <w:r>
        <w:rPr>
          <w:rFonts w:ascii="Segoe UI" w:hAnsi="Segoe UI" w:eastAsia="Segoe UI" w:cs="Segoe UI"/>
        </w:rPr>
        <w:t>گرایی،</w:t>
      </w:r>
      <w:r>
        <w:rPr>
          <w:rFonts w:ascii="Nirmala UI" w:hAnsi="Nirmala UI" w:eastAsia="Nirmala UI" w:cs="Nirmala UI"/>
        </w:rPr>
        <w:t xml:space="preserve"> </w:t>
      </w:r>
      <w:r>
        <w:rPr>
          <w:rFonts w:ascii="Segoe UI" w:hAnsi="Segoe UI" w:eastAsia="Segoe UI" w:cs="Segoe UI"/>
        </w:rPr>
        <w:t>به</w:t>
      </w:r>
      <w:r>
        <w:rPr>
          <w:rFonts w:ascii="Nirmala UI" w:hAnsi="Nirmala UI" w:eastAsia="Nirmala UI" w:cs="Nirmala UI"/>
        </w:rPr>
        <w:t xml:space="preserve"> </w:t>
      </w:r>
      <w:r>
        <w:rPr>
          <w:rFonts w:ascii="Segoe UI" w:hAnsi="Segoe UI" w:eastAsia="Segoe UI" w:cs="Segoe UI"/>
        </w:rPr>
        <w:t>انجام</w:t>
      </w:r>
      <w:r>
        <w:rPr>
          <w:rFonts w:ascii="Nirmala UI" w:hAnsi="Nirmala UI" w:eastAsia="Nirmala UI" w:cs="Nirmala UI"/>
        </w:rPr>
        <w:t xml:space="preserve"> </w:t>
      </w:r>
      <w:r>
        <w:rPr>
          <w:rFonts w:ascii="Segoe UI" w:hAnsi="Segoe UI" w:eastAsia="Segoe UI" w:cs="Segoe UI"/>
        </w:rPr>
        <w:t>رسید</w:t>
      </w:r>
      <w:r>
        <w:rPr>
          <w:rFonts w:ascii="Nirmala UI" w:hAnsi="Nirmala UI" w:eastAsia="Nirmala UI" w:cs="Nirmala UI"/>
        </w:rPr>
        <w:t xml:space="preserve">. </w:t>
      </w:r>
      <w:r>
        <w:rPr>
          <w:rFonts w:ascii="Segoe UI" w:hAnsi="Segoe UI" w:eastAsia="Segoe UI" w:cs="Segoe UI"/>
        </w:rPr>
        <w:t>پایمال</w:t>
      </w:r>
      <w:r>
        <w:rPr>
          <w:rFonts w:ascii="Nirmala UI" w:hAnsi="Nirmala UI" w:eastAsia="Nirmala UI" w:cs="Nirmala UI"/>
        </w:rPr>
        <w:t xml:space="preserve"> </w:t>
      </w:r>
      <w:r>
        <w:rPr>
          <w:rFonts w:ascii="Segoe UI" w:hAnsi="Segoe UI" w:eastAsia="Segoe UI" w:cs="Segoe UI"/>
        </w:rPr>
        <w:t>شدن</w:t>
      </w:r>
      <w:r>
        <w:rPr>
          <w:rFonts w:ascii="Nirmala UI" w:hAnsi="Nirmala UI" w:eastAsia="Nirmala UI" w:cs="Nirmala UI"/>
        </w:rPr>
        <w:t xml:space="preserve"> </w:t>
      </w:r>
      <w:r>
        <w:rPr>
          <w:rFonts w:ascii="Segoe UI" w:hAnsi="Segoe UI" w:eastAsia="Segoe UI" w:cs="Segoe UI"/>
        </w:rPr>
        <w:t>به</w:t>
      </w:r>
      <w:r>
        <w:rPr>
          <w:rFonts w:ascii="Nirmala UI" w:hAnsi="Nirmala UI" w:eastAsia="Nirmala UI" w:cs="Nirmala UI"/>
        </w:rPr>
        <w:t>‌</w:t>
      </w:r>
      <w:r>
        <w:rPr>
          <w:rFonts w:ascii="Segoe UI" w:hAnsi="Segoe UI" w:eastAsia="Segoe UI" w:cs="Segoe UI"/>
        </w:rPr>
        <w:t>وسیلهٔ</w:t>
      </w:r>
      <w:r>
        <w:rPr>
          <w:rFonts w:ascii="Nirmala UI" w:hAnsi="Nirmala UI" w:eastAsia="Nirmala UI" w:cs="Nirmala UI"/>
        </w:rPr>
        <w:t xml:space="preserve"> </w:t>
      </w:r>
      <w:r>
        <w:rPr>
          <w:rFonts w:ascii="Segoe UI" w:hAnsi="Segoe UI" w:eastAsia="Segoe UI" w:cs="Segoe UI"/>
        </w:rPr>
        <w:t>پاپ</w:t>
      </w:r>
      <w:r>
        <w:rPr>
          <w:rFonts w:ascii="Nirmala UI" w:hAnsi="Nirmala UI" w:eastAsia="Nirmala UI" w:cs="Nirmala UI"/>
        </w:rPr>
        <w:t>‌</w:t>
      </w:r>
      <w:r>
        <w:rPr>
          <w:rFonts w:ascii="Segoe UI" w:hAnsi="Segoe UI" w:eastAsia="Segoe UI" w:cs="Segoe UI"/>
        </w:rPr>
        <w:t>گرایی</w:t>
      </w:r>
      <w:r>
        <w:rPr>
          <w:rFonts w:ascii="Nirmala UI" w:hAnsi="Nirmala UI" w:eastAsia="Nirmala UI" w:cs="Nirmala UI"/>
        </w:rPr>
        <w:t xml:space="preserve"> </w:t>
      </w:r>
      <w:r>
        <w:rPr>
          <w:rFonts w:ascii="Segoe UI" w:hAnsi="Segoe UI" w:eastAsia="Segoe UI" w:cs="Segoe UI"/>
        </w:rPr>
        <w:t>به</w:t>
      </w:r>
      <w:r>
        <w:rPr>
          <w:rFonts w:ascii="Nirmala UI" w:hAnsi="Nirmala UI" w:eastAsia="Nirmala UI" w:cs="Nirmala UI"/>
        </w:rPr>
        <w:t>‌</w:t>
      </w:r>
      <w:r>
        <w:rPr>
          <w:rFonts w:ascii="Segoe UI" w:hAnsi="Segoe UI" w:eastAsia="Segoe UI" w:cs="Segoe UI"/>
        </w:rPr>
        <w:t>مدت</w:t>
      </w:r>
      <w:r>
        <w:rPr>
          <w:rFonts w:ascii="Nirmala UI" w:hAnsi="Nirmala UI" w:eastAsia="Nirmala UI" w:cs="Nirmala UI"/>
        </w:rPr>
        <w:t xml:space="preserve"> </w:t>
      </w:r>
      <w:r>
        <w:rPr>
          <w:rFonts w:ascii="Segoe UI" w:hAnsi="Segoe UI" w:eastAsia="Segoe UI" w:cs="Segoe UI"/>
        </w:rPr>
        <w:t>سه</w:t>
      </w:r>
      <w:r>
        <w:rPr>
          <w:rFonts w:ascii="Nirmala UI" w:hAnsi="Nirmala UI" w:eastAsia="Nirmala UI" w:cs="Nirmala UI"/>
        </w:rPr>
        <w:t xml:space="preserve"> </w:t>
      </w:r>
      <w:r>
        <w:rPr>
          <w:rFonts w:ascii="Segoe UI" w:hAnsi="Segoe UI" w:eastAsia="Segoe UI" w:cs="Segoe UI"/>
        </w:rPr>
        <w:t>سال</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نیمِ</w:t>
      </w:r>
      <w:r>
        <w:rPr>
          <w:rFonts w:ascii="Nirmala UI" w:hAnsi="Nirmala UI" w:eastAsia="Nirmala UI" w:cs="Nirmala UI"/>
        </w:rPr>
        <w:t xml:space="preserve"> </w:t>
      </w:r>
      <w:r>
        <w:rPr>
          <w:rFonts w:ascii="Segoe UI" w:hAnsi="Segoe UI" w:eastAsia="Segoe UI" w:cs="Segoe UI"/>
        </w:rPr>
        <w:t>نمادین</w:t>
      </w:r>
      <w:r>
        <w:rPr>
          <w:rFonts w:ascii="Nirmala UI" w:hAnsi="Nirmala UI" w:eastAsia="Nirmala UI" w:cs="Nirmala UI"/>
        </w:rPr>
        <w:t xml:space="preserve"> </w:t>
      </w:r>
      <w:r>
        <w:rPr>
          <w:rFonts w:ascii="Segoe UI" w:hAnsi="Segoe UI" w:eastAsia="Segoe UI" w:cs="Segoe UI"/>
        </w:rPr>
        <w:t>بود،</w:t>
      </w:r>
      <w:r>
        <w:rPr>
          <w:rFonts w:ascii="Nirmala UI" w:hAnsi="Nirmala UI" w:eastAsia="Nirmala UI" w:cs="Nirmala UI"/>
        </w:rPr>
        <w:t xml:space="preserve"> </w:t>
      </w:r>
      <w:r>
        <w:rPr>
          <w:rFonts w:ascii="Segoe UI" w:hAnsi="Segoe UI" w:eastAsia="Segoe UI" w:cs="Segoe UI"/>
        </w:rPr>
        <w:t>چنان</w:t>
      </w:r>
      <w:r>
        <w:rPr>
          <w:rFonts w:ascii="Nirmala UI" w:hAnsi="Nirmala UI" w:eastAsia="Nirmala UI" w:cs="Nirmala UI"/>
        </w:rPr>
        <w:t>‌</w:t>
      </w:r>
      <w:r>
        <w:rPr>
          <w:rFonts w:ascii="Segoe UI" w:hAnsi="Segoe UI" w:eastAsia="Segoe UI" w:cs="Segoe UI"/>
        </w:rPr>
        <w:t>که</w:t>
      </w:r>
      <w:r>
        <w:rPr>
          <w:rFonts w:ascii="Nirmala UI" w:hAnsi="Nirmala UI" w:eastAsia="Nirmala UI" w:cs="Nirmala UI"/>
        </w:rPr>
        <w:t xml:space="preserve"> </w:t>
      </w:r>
      <w:r>
        <w:rPr>
          <w:rFonts w:ascii="Segoe UI" w:hAnsi="Segoe UI" w:eastAsia="Segoe UI" w:cs="Segoe UI"/>
        </w:rPr>
        <w:t>در</w:t>
      </w:r>
      <w:r>
        <w:rPr>
          <w:rFonts w:ascii="Nirmala UI" w:hAnsi="Nirmala UI" w:eastAsia="Nirmala UI" w:cs="Nirmala UI"/>
        </w:rPr>
        <w:t xml:space="preserve"> </w:t>
      </w:r>
      <w:r>
        <w:rPr>
          <w:rFonts w:ascii="Segoe UI" w:hAnsi="Segoe UI" w:eastAsia="Segoe UI" w:cs="Segoe UI"/>
        </w:rPr>
        <w:t>محاصرهٔ</w:t>
      </w:r>
      <w:r>
        <w:rPr>
          <w:rFonts w:ascii="Nirmala UI" w:hAnsi="Nirmala UI" w:eastAsia="Nirmala UI" w:cs="Nirmala UI"/>
        </w:rPr>
        <w:t xml:space="preserve"> </w:t>
      </w:r>
      <w:r>
        <w:rPr>
          <w:rFonts w:ascii="Segoe UI" w:hAnsi="Segoe UI" w:eastAsia="Segoe UI" w:cs="Segoe UI"/>
        </w:rPr>
        <w:t>روم</w:t>
      </w:r>
      <w:r>
        <w:rPr>
          <w:rFonts w:ascii="Nirmala UI" w:hAnsi="Nirmala UI" w:eastAsia="Nirmala UI" w:cs="Nirmala UI"/>
        </w:rPr>
        <w:t xml:space="preserve"> </w:t>
      </w:r>
      <w:r>
        <w:rPr>
          <w:rFonts w:ascii="Segoe UI" w:hAnsi="Segoe UI" w:eastAsia="Segoe UI" w:cs="Segoe UI"/>
        </w:rPr>
        <w:t>به</w:t>
      </w:r>
      <w:r>
        <w:rPr>
          <w:rFonts w:ascii="Nirmala UI" w:hAnsi="Nirmala UI" w:eastAsia="Nirmala UI" w:cs="Nirmala UI"/>
        </w:rPr>
        <w:t>‌</w:t>
      </w:r>
      <w:r>
        <w:rPr>
          <w:rFonts w:ascii="Segoe UI" w:hAnsi="Segoe UI" w:eastAsia="Segoe UI" w:cs="Segoe UI"/>
        </w:rPr>
        <w:t>گونه</w:t>
      </w:r>
      <w:r>
        <w:rPr>
          <w:rFonts w:ascii="Nirmala UI" w:hAnsi="Nirmala UI" w:eastAsia="Nirmala UI" w:cs="Nirmala UI"/>
        </w:rPr>
        <w:t>‌</w:t>
      </w:r>
      <w:r>
        <w:rPr>
          <w:rFonts w:ascii="Segoe UI" w:hAnsi="Segoe UI" w:eastAsia="Segoe UI" w:cs="Segoe UI"/>
        </w:rPr>
        <w:t>ای</w:t>
      </w:r>
      <w:r>
        <w:rPr>
          <w:rFonts w:ascii="Nirmala UI" w:hAnsi="Nirmala UI" w:eastAsia="Nirmala UI" w:cs="Nirmala UI"/>
        </w:rPr>
        <w:t xml:space="preserve"> </w:t>
      </w:r>
      <w:r>
        <w:rPr>
          <w:rFonts w:ascii="Segoe UI" w:hAnsi="Segoe UI" w:eastAsia="Segoe UI" w:cs="Segoe UI"/>
        </w:rPr>
        <w:t>نمونه</w:t>
      </w:r>
      <w:r>
        <w:rPr>
          <w:rFonts w:ascii="Nirmala UI" w:hAnsi="Nirmala UI" w:eastAsia="Nirmala UI" w:cs="Nirmala UI"/>
        </w:rPr>
        <w:t>‌</w:t>
      </w:r>
      <w:r>
        <w:rPr>
          <w:rFonts w:ascii="Segoe UI" w:hAnsi="Segoe UI" w:eastAsia="Segoe UI" w:cs="Segoe UI"/>
        </w:rPr>
        <w:t>وار</w:t>
      </w:r>
      <w:r>
        <w:rPr>
          <w:rFonts w:ascii="Nirmala UI" w:hAnsi="Nirmala UI" w:eastAsia="Nirmala UI" w:cs="Nirmala UI"/>
        </w:rPr>
        <w:t xml:space="preserve"> </w:t>
      </w:r>
      <w:r>
        <w:rPr>
          <w:rFonts w:ascii="Segoe UI" w:hAnsi="Segoe UI" w:eastAsia="Segoe UI" w:cs="Segoe UI"/>
        </w:rPr>
        <w:t>در</w:t>
      </w:r>
      <w:r>
        <w:rPr>
          <w:rFonts w:ascii="Nirmala UI" w:hAnsi="Nirmala UI" w:eastAsia="Nirmala UI" w:cs="Nirmala UI"/>
        </w:rPr>
        <w:t xml:space="preserve"> </w:t>
      </w:r>
      <w:r>
        <w:rPr>
          <w:rFonts w:ascii="Segoe UI" w:hAnsi="Segoe UI" w:eastAsia="Segoe UI" w:cs="Segoe UI"/>
        </w:rPr>
        <w:t>سه</w:t>
      </w:r>
      <w:r>
        <w:rPr>
          <w:rFonts w:ascii="Nirmala UI" w:hAnsi="Nirmala UI" w:eastAsia="Nirmala UI" w:cs="Nirmala UI"/>
        </w:rPr>
        <w:t xml:space="preserve"> </w:t>
      </w:r>
      <w:r>
        <w:rPr>
          <w:rFonts w:ascii="Segoe UI" w:hAnsi="Segoe UI" w:eastAsia="Segoe UI" w:cs="Segoe UI"/>
        </w:rPr>
        <w:t>سال</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نیمِ</w:t>
      </w:r>
      <w:r>
        <w:rPr>
          <w:rFonts w:ascii="Nirmala UI" w:hAnsi="Nirmala UI" w:eastAsia="Nirmala UI" w:cs="Nirmala UI"/>
        </w:rPr>
        <w:t xml:space="preserve"> </w:t>
      </w:r>
      <w:r>
        <w:rPr>
          <w:rFonts w:ascii="Segoe UI" w:hAnsi="Segoe UI" w:eastAsia="Segoe UI" w:cs="Segoe UI"/>
        </w:rPr>
        <w:t>حقیقی</w:t>
      </w:r>
      <w:r>
        <w:rPr>
          <w:rFonts w:ascii="Nirmala UI" w:hAnsi="Nirmala UI" w:eastAsia="Nirmala UI" w:cs="Nirmala UI"/>
        </w:rPr>
        <w:t xml:space="preserve"> </w:t>
      </w:r>
      <w:r>
        <w:rPr>
          <w:rFonts w:ascii="Segoe UI" w:hAnsi="Segoe UI" w:eastAsia="Segoe UI" w:cs="Segoe UI"/>
        </w:rPr>
        <w:t>پیش</w:t>
      </w:r>
      <w:r>
        <w:rPr>
          <w:rFonts w:ascii="Nirmala UI" w:hAnsi="Nirmala UI" w:eastAsia="Nirmala UI" w:cs="Nirmala UI"/>
        </w:rPr>
        <w:t>‌</w:t>
      </w:r>
      <w:r>
        <w:rPr>
          <w:rFonts w:ascii="Segoe UI" w:hAnsi="Segoe UI" w:eastAsia="Segoe UI" w:cs="Segoe UI"/>
        </w:rPr>
        <w:t>نگاشته</w:t>
      </w:r>
      <w:r>
        <w:rPr>
          <w:rFonts w:ascii="Nirmala UI" w:hAnsi="Nirmala UI" w:eastAsia="Nirmala UI" w:cs="Nirmala UI"/>
        </w:rPr>
        <w:t xml:space="preserve"> </w:t>
      </w:r>
      <w:r>
        <w:rPr>
          <w:rFonts w:ascii="Segoe UI" w:hAnsi="Segoe UI" w:eastAsia="Segoe UI" w:cs="Segoe UI"/>
        </w:rPr>
        <w:t>شده</w:t>
      </w:r>
      <w:r>
        <w:rPr>
          <w:rFonts w:ascii="Nirmala UI" w:hAnsi="Nirmala UI" w:eastAsia="Nirmala UI" w:cs="Nirmala UI"/>
        </w:rPr>
        <w:t xml:space="preserve"> </w:t>
      </w:r>
      <w:r>
        <w:rPr>
          <w:rFonts w:ascii="Segoe UI" w:hAnsi="Segoe UI" w:eastAsia="Segoe UI" w:cs="Segoe UI"/>
        </w:rPr>
        <w:t>بود</w:t>
      </w:r>
      <w:r>
        <w:rPr>
          <w:rFonts w:ascii="Nirmala UI" w:hAnsi="Nirmala UI" w:eastAsia="Nirmala UI" w:cs="Nirmala UI"/>
        </w:rPr>
        <w:t>.</w:t>
      </w:r>
    </w:p>
    <w:p>
      <w:pPr>
        <w:pStyle w:val="ArticleBody"/>
        <w:jc w:val="left"/>
      </w:pPr>
      <w:r>
        <w:rPr>
          <w:rFonts w:ascii="Nirmala UI" w:hAnsi="Nirmala UI" w:eastAsia="Nirmala UI" w:cs="Nirmala UI"/>
        </w:rPr>
        <w:t>Esa sitiación de cuatro años también se relaciona con los períodos de cuatro años asociados con la línea profética que identifica el levantamiento del islam y, posteriormente, el levantamiento del movimiento del primer y segundo ángeles, y luego del tercer ángel. Desde Cestio hasta Tito se cruza con la rueda de la Roma papal y también con la rueda del islam. La rueda de Roma y los tres años y medio de Cestio y Tito se cruzan con los tres años y medio simbólicos de la Roma papal, identificando así las dos entidades de la Roma pagana y la Roma papal. La rueda del islam está conectada por la misma historia, entendida como cuatro años, pero, así como ocurre con la rueda de Roma en esa historia, el islam está asociado con una segunda potencia sujeta a la rueda del islam: el adventismo. El período de tres años y medio representa a Roma en ambas fases, y el período de cuatro años representa al islam y al adventismo. La Roma pagana y la Roma papal no pueden separarse proféticamente, ni tampoco el islam y el adventismo.</w:t>
      </w:r>
    </w:p>
    <w:p>
      <w:pPr>
        <w:pStyle w:val="ArticleBody"/>
        <w:jc w:val="left"/>
      </w:pPr>
      <w:r>
        <w:rPr>
          <w:rFonts w:ascii="Nirmala UI" w:hAnsi="Nirmala UI" w:eastAsia="Nirmala UI" w:cs="Nirmala UI"/>
        </w:rPr>
        <w:t>This demands prophetically that when we consider the siege of Babylon that two understandings of time should be seen in the illustration of the eighteen-month siege. Two representations of time in the siege brought by Rome, prophetically demand two representations of time in the siege brought by Nebuchadnezzar. Nebuchadnezzar’s siege of eighteen months also can be understood as a symbol of one and a half years. Eighteen months is one and a half years, and one and a half can be expressed as 1.5 years. The siege of Nebuchadnezzar was both eighteen months and one point five (1.5) years.</w:t>
      </w:r>
    </w:p>
    <w:p>
      <w:pPr>
        <w:pStyle w:val="ArticleBody"/>
        <w:jc w:val="left"/>
      </w:pPr>
      <w:r>
        <w:rPr>
          <w:rFonts w:ascii="Segoe UI" w:hAnsi="Segoe UI" w:eastAsia="Segoe UI" w:cs="Segoe UI"/>
        </w:rPr>
        <w:t>ثمانية</w:t>
      </w:r>
      <w:r>
        <w:rPr>
          <w:rFonts w:ascii="Nirmala UI" w:hAnsi="Nirmala UI" w:eastAsia="Nirmala UI" w:cs="Nirmala UI"/>
        </w:rPr>
        <w:t xml:space="preserve"> </w:t>
      </w:r>
      <w:r>
        <w:rPr>
          <w:rFonts w:ascii="Segoe UI" w:hAnsi="Segoe UI" w:eastAsia="Segoe UI" w:cs="Segoe UI"/>
        </w:rPr>
        <w:t>عشر</w:t>
      </w:r>
      <w:r>
        <w:rPr>
          <w:rFonts w:ascii="Nirmala UI" w:hAnsi="Nirmala UI" w:eastAsia="Nirmala UI" w:cs="Nirmala UI"/>
        </w:rPr>
        <w:t xml:space="preserve"> </w:t>
      </w:r>
      <w:r>
        <w:rPr>
          <w:rFonts w:ascii="Segoe UI" w:hAnsi="Segoe UI" w:eastAsia="Segoe UI" w:cs="Segoe UI"/>
        </w:rPr>
        <w:t>شهرًا</w:t>
      </w:r>
      <w:r>
        <w:rPr>
          <w:rFonts w:ascii="Nirmala UI" w:hAnsi="Nirmala UI" w:eastAsia="Nirmala UI" w:cs="Nirmala UI"/>
        </w:rPr>
        <w:t xml:space="preserve"> </w:t>
      </w:r>
      <w:r>
        <w:rPr>
          <w:rFonts w:ascii="Segoe UI" w:hAnsi="Segoe UI" w:eastAsia="Segoe UI" w:cs="Segoe UI"/>
        </w:rPr>
        <w:t>تشير</w:t>
      </w:r>
      <w:r>
        <w:rPr>
          <w:rFonts w:ascii="Nirmala UI" w:hAnsi="Nirmala UI" w:eastAsia="Nirmala UI" w:cs="Nirmala UI"/>
        </w:rPr>
        <w:t xml:space="preserve"> </w:t>
      </w:r>
      <w:r>
        <w:rPr>
          <w:rFonts w:ascii="Segoe UI" w:hAnsi="Segoe UI" w:eastAsia="Segoe UI" w:cs="Segoe UI"/>
        </w:rPr>
        <w:t>إلى</w:t>
      </w:r>
      <w:r>
        <w:rPr>
          <w:rFonts w:ascii="Nirmala UI" w:hAnsi="Nirmala UI" w:eastAsia="Nirmala UI" w:cs="Nirmala UI"/>
        </w:rPr>
        <w:t xml:space="preserve"> </w:t>
      </w:r>
      <w:r>
        <w:rPr>
          <w:rFonts w:ascii="Segoe UI" w:hAnsi="Segoe UI" w:eastAsia="Segoe UI" w:cs="Segoe UI"/>
        </w:rPr>
        <w:t>القوّة</w:t>
      </w:r>
      <w:r>
        <w:rPr>
          <w:rFonts w:ascii="Nirmala UI" w:hAnsi="Nirmala UI" w:eastAsia="Nirmala UI" w:cs="Nirmala UI"/>
        </w:rPr>
        <w:t xml:space="preserve"> </w:t>
      </w:r>
      <w:r>
        <w:rPr>
          <w:rFonts w:ascii="Segoe UI" w:hAnsi="Segoe UI" w:eastAsia="Segoe UI" w:cs="Segoe UI"/>
        </w:rPr>
        <w:t>التي</w:t>
      </w:r>
      <w:r>
        <w:rPr>
          <w:rFonts w:ascii="Nirmala UI" w:hAnsi="Nirmala UI" w:eastAsia="Nirmala UI" w:cs="Nirmala UI"/>
        </w:rPr>
        <w:t xml:space="preserve"> </w:t>
      </w:r>
      <w:r>
        <w:rPr>
          <w:rFonts w:ascii="Segoe UI" w:hAnsi="Segoe UI" w:eastAsia="Segoe UI" w:cs="Segoe UI"/>
        </w:rPr>
        <w:t>كان</w:t>
      </w:r>
      <w:r>
        <w:rPr>
          <w:rFonts w:ascii="Nirmala UI" w:hAnsi="Nirmala UI" w:eastAsia="Nirmala UI" w:cs="Nirmala UI"/>
        </w:rPr>
        <w:t xml:space="preserve"> </w:t>
      </w:r>
      <w:r>
        <w:rPr>
          <w:rFonts w:ascii="Segoe UI" w:hAnsi="Segoe UI" w:eastAsia="Segoe UI" w:cs="Segoe UI"/>
        </w:rPr>
        <w:t>عليها</w:t>
      </w:r>
      <w:r>
        <w:rPr>
          <w:rFonts w:ascii="Nirmala UI" w:hAnsi="Nirmala UI" w:eastAsia="Nirmala UI" w:cs="Nirmala UI"/>
        </w:rPr>
        <w:t xml:space="preserve"> </w:t>
      </w:r>
      <w:r>
        <w:rPr>
          <w:rFonts w:ascii="Segoe UI" w:hAnsi="Segoe UI" w:eastAsia="Segoe UI" w:cs="Segoe UI"/>
        </w:rPr>
        <w:t>أن</w:t>
      </w:r>
      <w:r>
        <w:rPr>
          <w:rFonts w:ascii="Nirmala UI" w:hAnsi="Nirmala UI" w:eastAsia="Nirmala UI" w:cs="Nirmala UI"/>
        </w:rPr>
        <w:t xml:space="preserve"> </w:t>
      </w:r>
      <w:r>
        <w:rPr>
          <w:rFonts w:ascii="Segoe UI" w:hAnsi="Segoe UI" w:eastAsia="Segoe UI" w:cs="Segoe UI"/>
        </w:rPr>
        <w:t>تدوس</w:t>
      </w:r>
      <w:r>
        <w:rPr>
          <w:rFonts w:ascii="Nirmala UI" w:hAnsi="Nirmala UI" w:eastAsia="Nirmala UI" w:cs="Nirmala UI"/>
        </w:rPr>
        <w:t xml:space="preserve"> </w:t>
      </w:r>
      <w:r>
        <w:rPr>
          <w:rFonts w:ascii="Segoe UI" w:hAnsi="Segoe UI" w:eastAsia="Segoe UI" w:cs="Segoe UI"/>
        </w:rPr>
        <w:t>أورشليم،</w:t>
      </w:r>
      <w:r>
        <w:rPr>
          <w:rFonts w:ascii="Nirmala UI" w:hAnsi="Nirmala UI" w:eastAsia="Nirmala UI" w:cs="Nirmala UI"/>
        </w:rPr>
        <w:t xml:space="preserve"> </w:t>
      </w:r>
      <w:r>
        <w:rPr>
          <w:rFonts w:ascii="Segoe UI" w:hAnsi="Segoe UI" w:eastAsia="Segoe UI" w:cs="Segoe UI"/>
        </w:rPr>
        <w:t>وأمّا</w:t>
      </w:r>
      <w:r>
        <w:rPr>
          <w:rFonts w:ascii="Nirmala UI" w:hAnsi="Nirmala UI" w:eastAsia="Nirmala UI" w:cs="Nirmala UI"/>
        </w:rPr>
        <w:t xml:space="preserve"> </w:t>
      </w:r>
      <w:r>
        <w:rPr>
          <w:rFonts w:ascii="Segoe UI" w:hAnsi="Segoe UI" w:eastAsia="Segoe UI" w:cs="Segoe UI"/>
        </w:rPr>
        <w:t>السنة</w:t>
      </w:r>
      <w:r>
        <w:rPr>
          <w:rFonts w:ascii="Nirmala UI" w:hAnsi="Nirmala UI" w:eastAsia="Nirmala UI" w:cs="Nirmala UI"/>
        </w:rPr>
        <w:t xml:space="preserve"> </w:t>
      </w:r>
      <w:r>
        <w:rPr>
          <w:rFonts w:ascii="Segoe UI" w:hAnsi="Segoe UI" w:eastAsia="Segoe UI" w:cs="Segoe UI"/>
        </w:rPr>
        <w:t>والنصف</w:t>
      </w:r>
      <w:r>
        <w:rPr>
          <w:rFonts w:ascii="Nirmala UI" w:hAnsi="Nirmala UI" w:eastAsia="Nirmala UI" w:cs="Nirmala UI"/>
        </w:rPr>
        <w:t xml:space="preserve"> </w:t>
      </w:r>
      <w:r>
        <w:rPr>
          <w:rFonts w:ascii="Segoe UI" w:hAnsi="Segoe UI" w:eastAsia="Segoe UI" w:cs="Segoe UI"/>
        </w:rPr>
        <w:t>فتشير</w:t>
      </w:r>
      <w:r>
        <w:rPr>
          <w:rFonts w:ascii="Nirmala UI" w:hAnsi="Nirmala UI" w:eastAsia="Nirmala UI" w:cs="Nirmala UI"/>
        </w:rPr>
        <w:t xml:space="preserve"> </w:t>
      </w:r>
      <w:r>
        <w:rPr>
          <w:rFonts w:ascii="Segoe UI" w:hAnsi="Segoe UI" w:eastAsia="Segoe UI" w:cs="Segoe UI"/>
        </w:rPr>
        <w:t>إلى</w:t>
      </w:r>
      <w:r>
        <w:rPr>
          <w:rFonts w:ascii="Nirmala UI" w:hAnsi="Nirmala UI" w:eastAsia="Nirmala UI" w:cs="Nirmala UI"/>
        </w:rPr>
        <w:t xml:space="preserve"> </w:t>
      </w:r>
      <w:r>
        <w:rPr>
          <w:rFonts w:ascii="Segoe UI" w:hAnsi="Segoe UI" w:eastAsia="Segoe UI" w:cs="Segoe UI"/>
        </w:rPr>
        <w:t>الإسلام</w:t>
      </w:r>
      <w:r>
        <w:rPr>
          <w:rFonts w:ascii="Nirmala UI" w:hAnsi="Nirmala UI" w:eastAsia="Nirmala UI" w:cs="Nirmala UI"/>
        </w:rPr>
        <w:t xml:space="preserve">. </w:t>
      </w:r>
      <w:r>
        <w:rPr>
          <w:rFonts w:ascii="Segoe UI" w:hAnsi="Segoe UI" w:eastAsia="Segoe UI" w:cs="Segoe UI"/>
        </w:rPr>
        <w:t>إن</w:t>
      </w:r>
      <w:r>
        <w:rPr>
          <w:rFonts w:ascii="Nirmala UI" w:hAnsi="Nirmala UI" w:eastAsia="Nirmala UI" w:cs="Nirmala UI"/>
        </w:rPr>
        <w:t xml:space="preserve"> </w:t>
      </w:r>
      <w:r>
        <w:rPr>
          <w:rFonts w:ascii="Segoe UI" w:hAnsi="Segoe UI" w:eastAsia="Segoe UI" w:cs="Segoe UI"/>
        </w:rPr>
        <w:t>عجلة</w:t>
      </w:r>
      <w:r>
        <w:rPr>
          <w:rFonts w:ascii="Nirmala UI" w:hAnsi="Nirmala UI" w:eastAsia="Nirmala UI" w:cs="Nirmala UI"/>
        </w:rPr>
        <w:t xml:space="preserve"> </w:t>
      </w:r>
      <w:r>
        <w:rPr>
          <w:rFonts w:ascii="Segoe UI" w:hAnsi="Segoe UI" w:eastAsia="Segoe UI" w:cs="Segoe UI"/>
        </w:rPr>
        <w:t>الحساب</w:t>
      </w:r>
      <w:r>
        <w:rPr>
          <w:rFonts w:ascii="Nirmala UI" w:hAnsi="Nirmala UI" w:eastAsia="Nirmala UI" w:cs="Nirmala UI"/>
        </w:rPr>
        <w:t xml:space="preserve"> </w:t>
      </w:r>
      <w:r>
        <w:rPr>
          <w:rFonts w:ascii="Segoe UI" w:hAnsi="Segoe UI" w:eastAsia="Segoe UI" w:cs="Segoe UI"/>
        </w:rPr>
        <w:t>النبوية</w:t>
      </w:r>
      <w:r>
        <w:rPr>
          <w:rFonts w:ascii="Nirmala UI" w:hAnsi="Nirmala UI" w:eastAsia="Nirmala UI" w:cs="Nirmala UI"/>
        </w:rPr>
        <w:t xml:space="preserve"> </w:t>
      </w:r>
      <w:r>
        <w:rPr>
          <w:rFonts w:ascii="Segoe UI" w:hAnsi="Segoe UI" w:eastAsia="Segoe UI" w:cs="Segoe UI"/>
        </w:rPr>
        <w:t>التي</w:t>
      </w:r>
      <w:r>
        <w:rPr>
          <w:rFonts w:ascii="Nirmala UI" w:hAnsi="Nirmala UI" w:eastAsia="Nirmala UI" w:cs="Nirmala UI"/>
        </w:rPr>
        <w:t xml:space="preserve"> </w:t>
      </w:r>
      <w:r>
        <w:rPr>
          <w:rFonts w:ascii="Segoe UI" w:hAnsi="Segoe UI" w:eastAsia="Segoe UI" w:cs="Segoe UI"/>
        </w:rPr>
        <w:t>تُعرِّف</w:t>
      </w:r>
      <w:r>
        <w:rPr>
          <w:rFonts w:ascii="Nirmala UI" w:hAnsi="Nirmala UI" w:eastAsia="Nirmala UI" w:cs="Nirmala UI"/>
        </w:rPr>
        <w:t xml:space="preserve"> </w:t>
      </w:r>
      <w:r>
        <w:rPr>
          <w:rFonts w:ascii="Segoe UI" w:hAnsi="Segoe UI" w:eastAsia="Segoe UI" w:cs="Segoe UI"/>
        </w:rPr>
        <w:t>ثمانية</w:t>
      </w:r>
      <w:r>
        <w:rPr>
          <w:rFonts w:ascii="Nirmala UI" w:hAnsi="Nirmala UI" w:eastAsia="Nirmala UI" w:cs="Nirmala UI"/>
        </w:rPr>
        <w:t xml:space="preserve"> </w:t>
      </w:r>
      <w:r>
        <w:rPr>
          <w:rFonts w:ascii="Segoe UI" w:hAnsi="Segoe UI" w:eastAsia="Segoe UI" w:cs="Segoe UI"/>
        </w:rPr>
        <w:t>عشر</w:t>
      </w:r>
      <w:r>
        <w:rPr>
          <w:rFonts w:ascii="Nirmala UI" w:hAnsi="Nirmala UI" w:eastAsia="Nirmala UI" w:cs="Nirmala UI"/>
        </w:rPr>
        <w:t xml:space="preserve"> </w:t>
      </w:r>
      <w:r>
        <w:rPr>
          <w:rFonts w:ascii="Segoe UI" w:hAnsi="Segoe UI" w:eastAsia="Segoe UI" w:cs="Segoe UI"/>
        </w:rPr>
        <w:t>شهرًا</w:t>
      </w:r>
      <w:r>
        <w:rPr>
          <w:rFonts w:ascii="Nirmala UI" w:hAnsi="Nirmala UI" w:eastAsia="Nirmala UI" w:cs="Nirmala UI"/>
        </w:rPr>
        <w:t xml:space="preserve"> </w:t>
      </w:r>
      <w:r>
        <w:rPr>
          <w:rFonts w:ascii="Segoe UI" w:hAnsi="Segoe UI" w:eastAsia="Segoe UI" w:cs="Segoe UI"/>
        </w:rPr>
        <w:t>تُعرِّف</w:t>
      </w:r>
      <w:r>
        <w:rPr>
          <w:rFonts w:ascii="Nirmala UI" w:hAnsi="Nirmala UI" w:eastAsia="Nirmala UI" w:cs="Nirmala UI"/>
        </w:rPr>
        <w:t xml:space="preserve"> </w:t>
      </w:r>
      <w:r>
        <w:rPr>
          <w:rFonts w:ascii="Segoe UI" w:hAnsi="Segoe UI" w:eastAsia="Segoe UI" w:cs="Segoe UI"/>
        </w:rPr>
        <w:t>بابل،</w:t>
      </w:r>
      <w:r>
        <w:rPr>
          <w:rFonts w:ascii="Nirmala UI" w:hAnsi="Nirmala UI" w:eastAsia="Nirmala UI" w:cs="Nirmala UI"/>
        </w:rPr>
        <w:t xml:space="preserve"> </w:t>
      </w:r>
      <w:r>
        <w:rPr>
          <w:rFonts w:ascii="Segoe UI" w:hAnsi="Segoe UI" w:eastAsia="Segoe UI" w:cs="Segoe UI"/>
        </w:rPr>
        <w:t>وعجلة</w:t>
      </w:r>
      <w:r>
        <w:rPr>
          <w:rFonts w:ascii="Nirmala UI" w:hAnsi="Nirmala UI" w:eastAsia="Nirmala UI" w:cs="Nirmala UI"/>
        </w:rPr>
        <w:t xml:space="preserve"> </w:t>
      </w:r>
      <w:r>
        <w:rPr>
          <w:rFonts w:ascii="Segoe UI" w:hAnsi="Segoe UI" w:eastAsia="Segoe UI" w:cs="Segoe UI"/>
        </w:rPr>
        <w:t>الحساب</w:t>
      </w:r>
      <w:r>
        <w:rPr>
          <w:rFonts w:ascii="Nirmala UI" w:hAnsi="Nirmala UI" w:eastAsia="Nirmala UI" w:cs="Nirmala UI"/>
        </w:rPr>
        <w:t xml:space="preserve"> </w:t>
      </w:r>
      <w:r>
        <w:rPr>
          <w:rFonts w:ascii="Segoe UI" w:hAnsi="Segoe UI" w:eastAsia="Segoe UI" w:cs="Segoe UI"/>
        </w:rPr>
        <w:t>النبوية</w:t>
      </w:r>
      <w:r>
        <w:rPr>
          <w:rFonts w:ascii="Nirmala UI" w:hAnsi="Nirmala UI" w:eastAsia="Nirmala UI" w:cs="Nirmala UI"/>
        </w:rPr>
        <w:t xml:space="preserve"> </w:t>
      </w:r>
      <w:r>
        <w:rPr>
          <w:rFonts w:ascii="Segoe UI" w:hAnsi="Segoe UI" w:eastAsia="Segoe UI" w:cs="Segoe UI"/>
        </w:rPr>
        <w:t>الأخرى</w:t>
      </w:r>
      <w:r>
        <w:rPr>
          <w:rFonts w:ascii="Nirmala UI" w:hAnsi="Nirmala UI" w:eastAsia="Nirmala UI" w:cs="Nirmala UI"/>
        </w:rPr>
        <w:t xml:space="preserve"> </w:t>
      </w:r>
      <w:r>
        <w:rPr>
          <w:rFonts w:ascii="Segoe UI" w:hAnsi="Segoe UI" w:eastAsia="Segoe UI" w:cs="Segoe UI"/>
        </w:rPr>
        <w:t>تُعرِّف</w:t>
      </w:r>
      <w:r>
        <w:rPr>
          <w:rFonts w:ascii="Nirmala UI" w:hAnsi="Nirmala UI" w:eastAsia="Nirmala UI" w:cs="Nirmala UI"/>
        </w:rPr>
        <w:t xml:space="preserve"> </w:t>
      </w:r>
      <w:r>
        <w:rPr>
          <w:rFonts w:ascii="Segoe UI" w:hAnsi="Segoe UI" w:eastAsia="Segoe UI" w:cs="Segoe UI"/>
        </w:rPr>
        <w:t>الإسلام</w:t>
      </w:r>
      <w:r>
        <w:rPr>
          <w:rFonts w:ascii="Nirmala UI" w:hAnsi="Nirmala UI" w:eastAsia="Nirmala UI" w:cs="Nirmala UI"/>
        </w:rPr>
        <w:t xml:space="preserve">. </w:t>
      </w:r>
      <w:r>
        <w:rPr>
          <w:rFonts w:ascii="Segoe UI" w:hAnsi="Segoe UI" w:eastAsia="Segoe UI" w:cs="Segoe UI"/>
        </w:rPr>
        <w:t>لم</w:t>
      </w:r>
      <w:r>
        <w:rPr>
          <w:rFonts w:ascii="Nirmala UI" w:hAnsi="Nirmala UI" w:eastAsia="Nirmala UI" w:cs="Nirmala UI"/>
        </w:rPr>
        <w:t xml:space="preserve"> </w:t>
      </w:r>
      <w:r>
        <w:rPr>
          <w:rFonts w:ascii="Segoe UI" w:hAnsi="Segoe UI" w:eastAsia="Segoe UI" w:cs="Segoe UI"/>
        </w:rPr>
        <w:t>نكن</w:t>
      </w:r>
      <w:r>
        <w:rPr>
          <w:rFonts w:ascii="Nirmala UI" w:hAnsi="Nirmala UI" w:eastAsia="Nirmala UI" w:cs="Nirmala UI"/>
        </w:rPr>
        <w:t xml:space="preserve"> </w:t>
      </w:r>
      <w:r>
        <w:rPr>
          <w:rFonts w:ascii="Segoe UI" w:hAnsi="Segoe UI" w:eastAsia="Segoe UI" w:cs="Segoe UI"/>
        </w:rPr>
        <w:t>قد</w:t>
      </w:r>
      <w:r>
        <w:rPr>
          <w:rFonts w:ascii="Nirmala UI" w:hAnsi="Nirmala UI" w:eastAsia="Nirmala UI" w:cs="Nirmala UI"/>
        </w:rPr>
        <w:t xml:space="preserve"> </w:t>
      </w:r>
      <w:r>
        <w:rPr>
          <w:rFonts w:ascii="Segoe UI" w:hAnsi="Segoe UI" w:eastAsia="Segoe UI" w:cs="Segoe UI"/>
        </w:rPr>
        <w:t>عرضنا</w:t>
      </w:r>
      <w:r>
        <w:rPr>
          <w:rFonts w:ascii="Nirmala UI" w:hAnsi="Nirmala UI" w:eastAsia="Nirmala UI" w:cs="Nirmala UI"/>
        </w:rPr>
        <w:t xml:space="preserve"> </w:t>
      </w:r>
      <w:r>
        <w:rPr>
          <w:rFonts w:ascii="Segoe UI" w:hAnsi="Segoe UI" w:eastAsia="Segoe UI" w:cs="Segoe UI"/>
        </w:rPr>
        <w:t>بعدُ</w:t>
      </w:r>
      <w:r>
        <w:rPr>
          <w:rFonts w:ascii="Nirmala UI" w:hAnsi="Nirmala UI" w:eastAsia="Nirmala UI" w:cs="Nirmala UI"/>
        </w:rPr>
        <w:t xml:space="preserve"> </w:t>
      </w:r>
      <w:r>
        <w:rPr>
          <w:rFonts w:ascii="Segoe UI" w:hAnsi="Segoe UI" w:eastAsia="Segoe UI" w:cs="Segoe UI"/>
        </w:rPr>
        <w:t>تفسيرًا</w:t>
      </w:r>
      <w:r>
        <w:rPr>
          <w:rFonts w:ascii="Nirmala UI" w:hAnsi="Nirmala UI" w:eastAsia="Nirmala UI" w:cs="Nirmala UI"/>
        </w:rPr>
        <w:t xml:space="preserve"> </w:t>
      </w:r>
      <w:r>
        <w:rPr>
          <w:rFonts w:ascii="Segoe UI" w:hAnsi="Segoe UI" w:eastAsia="Segoe UI" w:cs="Segoe UI"/>
        </w:rPr>
        <w:t>لكيفية</w:t>
      </w:r>
      <w:r>
        <w:rPr>
          <w:rFonts w:ascii="Nirmala UI" w:hAnsi="Nirmala UI" w:eastAsia="Nirmala UI" w:cs="Nirmala UI"/>
        </w:rPr>
        <w:t xml:space="preserve"> </w:t>
      </w:r>
      <w:r>
        <w:rPr>
          <w:rFonts w:ascii="Segoe UI" w:hAnsi="Segoe UI" w:eastAsia="Segoe UI" w:cs="Segoe UI"/>
        </w:rPr>
        <w:t>وصولنا</w:t>
      </w:r>
      <w:r>
        <w:rPr>
          <w:rFonts w:ascii="Nirmala UI" w:hAnsi="Nirmala UI" w:eastAsia="Nirmala UI" w:cs="Nirmala UI"/>
        </w:rPr>
        <w:t xml:space="preserve"> </w:t>
      </w:r>
      <w:r>
        <w:rPr>
          <w:rFonts w:ascii="Segoe UI" w:hAnsi="Segoe UI" w:eastAsia="Segoe UI" w:cs="Segoe UI"/>
        </w:rPr>
        <w:t>إلى</w:t>
      </w:r>
      <w:r>
        <w:rPr>
          <w:rFonts w:ascii="Nirmala UI" w:hAnsi="Nirmala UI" w:eastAsia="Nirmala UI" w:cs="Nirmala UI"/>
        </w:rPr>
        <w:t xml:space="preserve"> </w:t>
      </w:r>
      <w:r>
        <w:rPr>
          <w:rFonts w:ascii="Segoe UI" w:hAnsi="Segoe UI" w:eastAsia="Segoe UI" w:cs="Segoe UI"/>
        </w:rPr>
        <w:t>تطبيق</w:t>
      </w:r>
      <w:r>
        <w:rPr>
          <w:rFonts w:ascii="Nirmala UI" w:hAnsi="Nirmala UI" w:eastAsia="Nirmala UI" w:cs="Nirmala UI"/>
        </w:rPr>
        <w:t xml:space="preserve"> </w:t>
      </w:r>
      <w:r>
        <w:rPr>
          <w:rFonts w:ascii="Segoe UI" w:hAnsi="Segoe UI" w:eastAsia="Segoe UI" w:cs="Segoe UI"/>
        </w:rPr>
        <w:t>السنة</w:t>
      </w:r>
      <w:r>
        <w:rPr>
          <w:rFonts w:ascii="Nirmala UI" w:hAnsi="Nirmala UI" w:eastAsia="Nirmala UI" w:cs="Nirmala UI"/>
        </w:rPr>
        <w:t xml:space="preserve"> </w:t>
      </w:r>
      <w:r>
        <w:rPr>
          <w:rFonts w:ascii="Segoe UI" w:hAnsi="Segoe UI" w:eastAsia="Segoe UI" w:cs="Segoe UI"/>
        </w:rPr>
        <w:t>والنصف</w:t>
      </w:r>
      <w:r>
        <w:rPr>
          <w:rFonts w:ascii="Nirmala UI" w:hAnsi="Nirmala UI" w:eastAsia="Nirmala UI" w:cs="Nirmala UI"/>
        </w:rPr>
        <w:t xml:space="preserve"> </w:t>
      </w:r>
      <w:r>
        <w:rPr>
          <w:rFonts w:ascii="Segoe UI" w:hAnsi="Segoe UI" w:eastAsia="Segoe UI" w:cs="Segoe UI"/>
        </w:rPr>
        <w:t>فيما</w:t>
      </w:r>
      <w:r>
        <w:rPr>
          <w:rFonts w:ascii="Nirmala UI" w:hAnsi="Nirmala UI" w:eastAsia="Nirmala UI" w:cs="Nirmala UI"/>
        </w:rPr>
        <w:t xml:space="preserve"> </w:t>
      </w:r>
      <w:r>
        <w:rPr>
          <w:rFonts w:ascii="Segoe UI" w:hAnsi="Segoe UI" w:eastAsia="Segoe UI" w:cs="Segoe UI"/>
        </w:rPr>
        <w:t>يتصل</w:t>
      </w:r>
      <w:r>
        <w:rPr>
          <w:rFonts w:ascii="Nirmala UI" w:hAnsi="Nirmala UI" w:eastAsia="Nirmala UI" w:cs="Nirmala UI"/>
        </w:rPr>
        <w:t xml:space="preserve"> </w:t>
      </w:r>
      <w:r>
        <w:rPr>
          <w:rFonts w:ascii="Segoe UI" w:hAnsi="Segoe UI" w:eastAsia="Segoe UI" w:cs="Segoe UI"/>
        </w:rPr>
        <w:t>بالإسلام،</w:t>
      </w:r>
      <w:r>
        <w:rPr>
          <w:rFonts w:ascii="Nirmala UI" w:hAnsi="Nirmala UI" w:eastAsia="Nirmala UI" w:cs="Nirmala UI"/>
        </w:rPr>
        <w:t xml:space="preserve"> </w:t>
      </w:r>
      <w:r>
        <w:rPr>
          <w:rFonts w:ascii="Segoe UI" w:hAnsi="Segoe UI" w:eastAsia="Segoe UI" w:cs="Segoe UI"/>
        </w:rPr>
        <w:t>غير</w:t>
      </w:r>
      <w:r>
        <w:rPr>
          <w:rFonts w:ascii="Nirmala UI" w:hAnsi="Nirmala UI" w:eastAsia="Nirmala UI" w:cs="Nirmala UI"/>
        </w:rPr>
        <w:t xml:space="preserve"> </w:t>
      </w:r>
      <w:r>
        <w:rPr>
          <w:rFonts w:ascii="Segoe UI" w:hAnsi="Segoe UI" w:eastAsia="Segoe UI" w:cs="Segoe UI"/>
        </w:rPr>
        <w:t>أنّه</w:t>
      </w:r>
      <w:r>
        <w:rPr>
          <w:rFonts w:ascii="Nirmala UI" w:hAnsi="Nirmala UI" w:eastAsia="Nirmala UI" w:cs="Nirmala UI"/>
        </w:rPr>
        <w:t xml:space="preserve"> </w:t>
      </w:r>
      <w:r>
        <w:rPr>
          <w:rFonts w:ascii="Segoe UI" w:hAnsi="Segoe UI" w:eastAsia="Segoe UI" w:cs="Segoe UI"/>
        </w:rPr>
        <w:t>ينبغي</w:t>
      </w:r>
      <w:r>
        <w:rPr>
          <w:rFonts w:ascii="Nirmala UI" w:hAnsi="Nirmala UI" w:eastAsia="Nirmala UI" w:cs="Nirmala UI"/>
        </w:rPr>
        <w:t xml:space="preserve"> </w:t>
      </w:r>
      <w:r>
        <w:rPr>
          <w:rFonts w:ascii="Segoe UI" w:hAnsi="Segoe UI" w:eastAsia="Segoe UI" w:cs="Segoe UI"/>
        </w:rPr>
        <w:t>ملاحظة</w:t>
      </w:r>
      <w:r>
        <w:rPr>
          <w:rFonts w:ascii="Nirmala UI" w:hAnsi="Nirmala UI" w:eastAsia="Nirmala UI" w:cs="Nirmala UI"/>
        </w:rPr>
        <w:t xml:space="preserve"> </w:t>
      </w:r>
      <w:r>
        <w:rPr>
          <w:rFonts w:ascii="Segoe UI" w:hAnsi="Segoe UI" w:eastAsia="Segoe UI" w:cs="Segoe UI"/>
        </w:rPr>
        <w:t>أنّ</w:t>
      </w:r>
      <w:r>
        <w:rPr>
          <w:rFonts w:ascii="Nirmala UI" w:hAnsi="Nirmala UI" w:eastAsia="Nirmala UI" w:cs="Nirmala UI"/>
        </w:rPr>
        <w:t xml:space="preserve"> </w:t>
      </w:r>
      <w:r>
        <w:rPr>
          <w:rFonts w:ascii="Segoe UI" w:hAnsi="Segoe UI" w:eastAsia="Segoe UI" w:cs="Segoe UI"/>
        </w:rPr>
        <w:t>حسابَي</w:t>
      </w:r>
      <w:r>
        <w:rPr>
          <w:rFonts w:ascii="Nirmala UI" w:hAnsi="Nirmala UI" w:eastAsia="Nirmala UI" w:cs="Nirmala UI"/>
        </w:rPr>
        <w:t xml:space="preserve"> </w:t>
      </w:r>
      <w:r>
        <w:rPr>
          <w:rFonts w:ascii="Segoe UI" w:hAnsi="Segoe UI" w:eastAsia="Segoe UI" w:cs="Segoe UI"/>
        </w:rPr>
        <w:t>الزمن</w:t>
      </w:r>
      <w:r>
        <w:rPr>
          <w:rFonts w:ascii="Nirmala UI" w:hAnsi="Nirmala UI" w:eastAsia="Nirmala UI" w:cs="Nirmala UI"/>
        </w:rPr>
        <w:t xml:space="preserve"> </w:t>
      </w:r>
      <w:r>
        <w:rPr>
          <w:rFonts w:ascii="Segoe UI" w:hAnsi="Segoe UI" w:eastAsia="Segoe UI" w:cs="Segoe UI"/>
        </w:rPr>
        <w:t>في</w:t>
      </w:r>
      <w:r>
        <w:rPr>
          <w:rFonts w:ascii="Nirmala UI" w:hAnsi="Nirmala UI" w:eastAsia="Nirmala UI" w:cs="Nirmala UI"/>
        </w:rPr>
        <w:t xml:space="preserve"> </w:t>
      </w:r>
      <w:r>
        <w:rPr>
          <w:rFonts w:ascii="Segoe UI" w:hAnsi="Segoe UI" w:eastAsia="Segoe UI" w:cs="Segoe UI"/>
        </w:rPr>
        <w:t>الدمار</w:t>
      </w:r>
      <w:r>
        <w:rPr>
          <w:rFonts w:ascii="Nirmala UI" w:hAnsi="Nirmala UI" w:eastAsia="Nirmala UI" w:cs="Nirmala UI"/>
        </w:rPr>
        <w:t xml:space="preserve"> </w:t>
      </w:r>
      <w:r>
        <w:rPr>
          <w:rFonts w:ascii="Segoe UI" w:hAnsi="Segoe UI" w:eastAsia="Segoe UI" w:cs="Segoe UI"/>
        </w:rPr>
        <w:t>الذي</w:t>
      </w:r>
      <w:r>
        <w:rPr>
          <w:rFonts w:ascii="Nirmala UI" w:hAnsi="Nirmala UI" w:eastAsia="Nirmala UI" w:cs="Nirmala UI"/>
        </w:rPr>
        <w:t xml:space="preserve"> </w:t>
      </w:r>
      <w:r>
        <w:rPr>
          <w:rFonts w:ascii="Segoe UI" w:hAnsi="Segoe UI" w:eastAsia="Segoe UI" w:cs="Segoe UI"/>
        </w:rPr>
        <w:t>جلبته</w:t>
      </w:r>
      <w:r>
        <w:rPr>
          <w:rFonts w:ascii="Nirmala UI" w:hAnsi="Nirmala UI" w:eastAsia="Nirmala UI" w:cs="Nirmala UI"/>
        </w:rPr>
        <w:t xml:space="preserve"> </w:t>
      </w:r>
      <w:r>
        <w:rPr>
          <w:rFonts w:ascii="Segoe UI" w:hAnsi="Segoe UI" w:eastAsia="Segoe UI" w:cs="Segoe UI"/>
        </w:rPr>
        <w:t>روما</w:t>
      </w:r>
      <w:r>
        <w:rPr>
          <w:rFonts w:ascii="Nirmala UI" w:hAnsi="Nirmala UI" w:eastAsia="Nirmala UI" w:cs="Nirmala UI"/>
        </w:rPr>
        <w:t xml:space="preserve"> </w:t>
      </w:r>
      <w:r>
        <w:rPr>
          <w:rFonts w:ascii="Segoe UI" w:hAnsi="Segoe UI" w:eastAsia="Segoe UI" w:cs="Segoe UI"/>
        </w:rPr>
        <w:t>مرتبطان</w:t>
      </w:r>
      <w:r>
        <w:rPr>
          <w:rFonts w:ascii="Nirmala UI" w:hAnsi="Nirmala UI" w:eastAsia="Nirmala UI" w:cs="Nirmala UI"/>
        </w:rPr>
        <w:t xml:space="preserve"> </w:t>
      </w:r>
      <w:r>
        <w:rPr>
          <w:rFonts w:ascii="Segoe UI" w:hAnsi="Segoe UI" w:eastAsia="Segoe UI" w:cs="Segoe UI"/>
        </w:rPr>
        <w:t>بعجلة</w:t>
      </w:r>
      <w:r>
        <w:rPr>
          <w:rFonts w:ascii="Nirmala UI" w:hAnsi="Nirmala UI" w:eastAsia="Nirmala UI" w:cs="Nirmala UI"/>
        </w:rPr>
        <w:t xml:space="preserve"> </w:t>
      </w:r>
      <w:r>
        <w:rPr>
          <w:rFonts w:ascii="Segoe UI" w:hAnsi="Segoe UI" w:eastAsia="Segoe UI" w:cs="Segoe UI"/>
        </w:rPr>
        <w:t>روما</w:t>
      </w:r>
      <w:r>
        <w:rPr>
          <w:rFonts w:ascii="Nirmala UI" w:hAnsi="Nirmala UI" w:eastAsia="Nirmala UI" w:cs="Nirmala UI"/>
        </w:rPr>
        <w:t xml:space="preserve"> </w:t>
      </w:r>
      <w:r>
        <w:rPr>
          <w:rFonts w:ascii="Segoe UI" w:hAnsi="Segoe UI" w:eastAsia="Segoe UI" w:cs="Segoe UI"/>
        </w:rPr>
        <w:t>النبوية،</w:t>
      </w:r>
      <w:r>
        <w:rPr>
          <w:rFonts w:ascii="Nirmala UI" w:hAnsi="Nirmala UI" w:eastAsia="Nirmala UI" w:cs="Nirmala UI"/>
        </w:rPr>
        <w:t xml:space="preserve"> (</w:t>
      </w:r>
      <w:r>
        <w:rPr>
          <w:rFonts w:ascii="Segoe UI" w:hAnsi="Segoe UI" w:eastAsia="Segoe UI" w:cs="Segoe UI"/>
        </w:rPr>
        <w:t>الوثنية</w:t>
      </w:r>
      <w:r>
        <w:rPr>
          <w:rFonts w:ascii="Nirmala UI" w:hAnsi="Nirmala UI" w:eastAsia="Nirmala UI" w:cs="Nirmala UI"/>
        </w:rPr>
        <w:t xml:space="preserve"> </w:t>
      </w:r>
      <w:r>
        <w:rPr>
          <w:rFonts w:ascii="Segoe UI" w:hAnsi="Segoe UI" w:eastAsia="Segoe UI" w:cs="Segoe UI"/>
        </w:rPr>
        <w:t>والبابوية</w:t>
      </w:r>
      <w:r>
        <w:rPr>
          <w:rFonts w:ascii="Nirmala UI" w:hAnsi="Nirmala UI" w:eastAsia="Nirmala UI" w:cs="Nirmala UI"/>
        </w:rPr>
        <w:t xml:space="preserve"> </w:t>
      </w:r>
      <w:r>
        <w:rPr>
          <w:rFonts w:ascii="Segoe UI" w:hAnsi="Segoe UI" w:eastAsia="Segoe UI" w:cs="Segoe UI"/>
        </w:rPr>
        <w:t>كلتاهما</w:t>
      </w:r>
      <w:r>
        <w:rPr>
          <w:rFonts w:ascii="Nirmala UI" w:hAnsi="Nirmala UI" w:eastAsia="Nirmala UI" w:cs="Nirmala UI"/>
        </w:rPr>
        <w:t>)</w:t>
      </w:r>
      <w:r>
        <w:rPr>
          <w:rFonts w:ascii="Segoe UI" w:hAnsi="Segoe UI" w:eastAsia="Segoe UI" w:cs="Segoe UI"/>
        </w:rPr>
        <w:t>،</w:t>
      </w:r>
      <w:r>
        <w:rPr>
          <w:rFonts w:ascii="Nirmala UI" w:hAnsi="Nirmala UI" w:eastAsia="Nirmala UI" w:cs="Nirmala UI"/>
        </w:rPr>
        <w:t xml:space="preserve"> </w:t>
      </w:r>
      <w:r>
        <w:rPr>
          <w:rFonts w:ascii="Segoe UI" w:hAnsi="Segoe UI" w:eastAsia="Segoe UI" w:cs="Segoe UI"/>
        </w:rPr>
        <w:t>وأنّ</w:t>
      </w:r>
      <w:r>
        <w:rPr>
          <w:rFonts w:ascii="Nirmala UI" w:hAnsi="Nirmala UI" w:eastAsia="Nirmala UI" w:cs="Nirmala UI"/>
        </w:rPr>
        <w:t xml:space="preserve"> </w:t>
      </w:r>
      <w:r>
        <w:rPr>
          <w:rFonts w:ascii="Segoe UI" w:hAnsi="Segoe UI" w:eastAsia="Segoe UI" w:cs="Segoe UI"/>
        </w:rPr>
        <w:t>الحساب</w:t>
      </w:r>
      <w:r>
        <w:rPr>
          <w:rFonts w:ascii="Nirmala UI" w:hAnsi="Nirmala UI" w:eastAsia="Nirmala UI" w:cs="Nirmala UI"/>
        </w:rPr>
        <w:t xml:space="preserve"> </w:t>
      </w:r>
      <w:r>
        <w:rPr>
          <w:rFonts w:ascii="Segoe UI" w:hAnsi="Segoe UI" w:eastAsia="Segoe UI" w:cs="Segoe UI"/>
        </w:rPr>
        <w:t>الآخر</w:t>
      </w:r>
      <w:r>
        <w:rPr>
          <w:rFonts w:ascii="Nirmala UI" w:hAnsi="Nirmala UI" w:eastAsia="Nirmala UI" w:cs="Nirmala UI"/>
        </w:rPr>
        <w:t xml:space="preserve"> </w:t>
      </w:r>
      <w:r>
        <w:rPr>
          <w:rFonts w:ascii="Segoe UI" w:hAnsi="Segoe UI" w:eastAsia="Segoe UI" w:cs="Segoe UI"/>
        </w:rPr>
        <w:t>مرتبط</w:t>
      </w:r>
      <w:r>
        <w:rPr>
          <w:rFonts w:ascii="Nirmala UI" w:hAnsi="Nirmala UI" w:eastAsia="Nirmala UI" w:cs="Nirmala UI"/>
        </w:rPr>
        <w:t xml:space="preserve"> </w:t>
      </w:r>
      <w:r>
        <w:rPr>
          <w:rFonts w:ascii="Segoe UI" w:hAnsi="Segoe UI" w:eastAsia="Segoe UI" w:cs="Segoe UI"/>
        </w:rPr>
        <w:t>بعجلة</w:t>
      </w:r>
      <w:r>
        <w:rPr>
          <w:rFonts w:ascii="Nirmala UI" w:hAnsi="Nirmala UI" w:eastAsia="Nirmala UI" w:cs="Nirmala UI"/>
        </w:rPr>
        <w:t xml:space="preserve"> </w:t>
      </w:r>
      <w:r>
        <w:rPr>
          <w:rFonts w:ascii="Segoe UI" w:hAnsi="Segoe UI" w:eastAsia="Segoe UI" w:cs="Segoe UI"/>
        </w:rPr>
        <w:t>الإسلام</w:t>
      </w:r>
      <w:r>
        <w:rPr>
          <w:rFonts w:ascii="Nirmala UI" w:hAnsi="Nirmala UI" w:eastAsia="Nirmala UI" w:cs="Nirmala UI"/>
        </w:rPr>
        <w:t xml:space="preserve"> </w:t>
      </w:r>
      <w:r>
        <w:rPr>
          <w:rFonts w:ascii="Segoe UI" w:hAnsi="Segoe UI" w:eastAsia="Segoe UI" w:cs="Segoe UI"/>
        </w:rPr>
        <w:t>النبوية</w:t>
      </w:r>
      <w:r>
        <w:rPr>
          <w:rFonts w:ascii="Nirmala UI" w:hAnsi="Nirmala UI" w:eastAsia="Nirmala UI" w:cs="Nirmala UI"/>
        </w:rPr>
        <w:t xml:space="preserve">. </w:t>
      </w:r>
      <w:r>
        <w:rPr>
          <w:rFonts w:ascii="Segoe UI" w:hAnsi="Segoe UI" w:eastAsia="Segoe UI" w:cs="Segoe UI"/>
        </w:rPr>
        <w:t>وهذه</w:t>
      </w:r>
      <w:r>
        <w:rPr>
          <w:rFonts w:ascii="Nirmala UI" w:hAnsi="Nirmala UI" w:eastAsia="Nirmala UI" w:cs="Nirmala UI"/>
        </w:rPr>
        <w:t xml:space="preserve"> </w:t>
      </w:r>
      <w:r>
        <w:rPr>
          <w:rFonts w:ascii="Segoe UI" w:hAnsi="Segoe UI" w:eastAsia="Segoe UI" w:cs="Segoe UI"/>
        </w:rPr>
        <w:t>الخصائص</w:t>
      </w:r>
      <w:r>
        <w:rPr>
          <w:rFonts w:ascii="Nirmala UI" w:hAnsi="Nirmala UI" w:eastAsia="Nirmala UI" w:cs="Nirmala UI"/>
        </w:rPr>
        <w:t xml:space="preserve"> </w:t>
      </w:r>
      <w:r>
        <w:rPr>
          <w:rFonts w:ascii="Segoe UI" w:hAnsi="Segoe UI" w:eastAsia="Segoe UI" w:cs="Segoe UI"/>
        </w:rPr>
        <w:t>توجد</w:t>
      </w:r>
      <w:r>
        <w:rPr>
          <w:rFonts w:ascii="Nirmala UI" w:hAnsi="Nirmala UI" w:eastAsia="Nirmala UI" w:cs="Nirmala UI"/>
        </w:rPr>
        <w:t xml:space="preserve"> </w:t>
      </w:r>
      <w:r>
        <w:rPr>
          <w:rFonts w:ascii="Segoe UI" w:hAnsi="Segoe UI" w:eastAsia="Segoe UI" w:cs="Segoe UI"/>
        </w:rPr>
        <w:t>في</w:t>
      </w:r>
      <w:r>
        <w:rPr>
          <w:rFonts w:ascii="Nirmala UI" w:hAnsi="Nirmala UI" w:eastAsia="Nirmala UI" w:cs="Nirmala UI"/>
        </w:rPr>
        <w:t xml:space="preserve"> </w:t>
      </w:r>
      <w:r>
        <w:rPr>
          <w:rFonts w:ascii="Segoe UI" w:hAnsi="Segoe UI" w:eastAsia="Segoe UI" w:cs="Segoe UI"/>
        </w:rPr>
        <w:t>كلٍّ</w:t>
      </w:r>
      <w:r>
        <w:rPr>
          <w:rFonts w:ascii="Nirmala UI" w:hAnsi="Nirmala UI" w:eastAsia="Nirmala UI" w:cs="Nirmala UI"/>
        </w:rPr>
        <w:t xml:space="preserve"> </w:t>
      </w:r>
      <w:r>
        <w:rPr>
          <w:rFonts w:ascii="Segoe UI" w:hAnsi="Segoe UI" w:eastAsia="Segoe UI" w:cs="Segoe UI"/>
        </w:rPr>
        <w:t>من</w:t>
      </w:r>
      <w:r>
        <w:rPr>
          <w:rFonts w:ascii="Nirmala UI" w:hAnsi="Nirmala UI" w:eastAsia="Nirmala UI" w:cs="Nirmala UI"/>
        </w:rPr>
        <w:t xml:space="preserve"> </w:t>
      </w:r>
      <w:r>
        <w:rPr>
          <w:rFonts w:ascii="Segoe UI" w:hAnsi="Segoe UI" w:eastAsia="Segoe UI" w:cs="Segoe UI"/>
        </w:rPr>
        <w:t>خرابي</w:t>
      </w:r>
      <w:r>
        <w:rPr>
          <w:rFonts w:ascii="Nirmala UI" w:hAnsi="Nirmala UI" w:eastAsia="Nirmala UI" w:cs="Nirmala UI"/>
        </w:rPr>
        <w:t xml:space="preserve"> </w:t>
      </w:r>
      <w:r>
        <w:rPr>
          <w:rFonts w:ascii="Segoe UI" w:hAnsi="Segoe UI" w:eastAsia="Segoe UI" w:cs="Segoe UI"/>
        </w:rPr>
        <w:t>أورشليم</w:t>
      </w:r>
      <w:r>
        <w:rPr>
          <w:rFonts w:ascii="Nirmala UI" w:hAnsi="Nirmala UI" w:eastAsia="Nirmala UI" w:cs="Nirmala UI"/>
        </w:rPr>
        <w:t xml:space="preserve">: </w:t>
      </w:r>
      <w:r>
        <w:rPr>
          <w:rFonts w:ascii="Segoe UI" w:hAnsi="Segoe UI" w:eastAsia="Segoe UI" w:cs="Segoe UI"/>
        </w:rPr>
        <w:t>الألفا</w:t>
      </w:r>
      <w:r>
        <w:rPr>
          <w:rFonts w:ascii="Nirmala UI" w:hAnsi="Nirmala UI" w:eastAsia="Nirmala UI" w:cs="Nirmala UI"/>
        </w:rPr>
        <w:t xml:space="preserve"> </w:t>
      </w:r>
      <w:r>
        <w:rPr>
          <w:rFonts w:ascii="Segoe UI" w:hAnsi="Segoe UI" w:eastAsia="Segoe UI" w:cs="Segoe UI"/>
        </w:rPr>
        <w:t>والأوميغا</w:t>
      </w:r>
      <w:r>
        <w:rPr>
          <w:rFonts w:ascii="Nirmala UI" w:hAnsi="Nirmala UI" w:eastAsia="Nirmala UI" w:cs="Nirmala UI"/>
        </w:rPr>
        <w:t>.</w:t>
      </w:r>
    </w:p>
    <w:p>
      <w:pPr>
        <w:pStyle w:val="ArticleBody"/>
        <w:jc w:val="left"/>
      </w:pPr>
      <w:r>
        <w:rPr>
          <w:rFonts w:ascii="Sylfaen" w:hAnsi="Sylfaen" w:eastAsia="Sylfaen" w:cs="Sylfaen"/>
        </w:rPr>
        <w:t>Նորսամյա</w:t>
      </w:r>
      <w:r>
        <w:rPr>
          <w:rFonts w:ascii="Nirmala UI" w:hAnsi="Nirmala UI" w:eastAsia="Nirmala UI" w:cs="Nirmala UI"/>
        </w:rPr>
        <w:t xml:space="preserve"> </w:t>
      </w:r>
      <w:r>
        <w:rPr>
          <w:rFonts w:ascii="Sylfaen" w:hAnsi="Sylfaen" w:eastAsia="Sylfaen" w:cs="Sylfaen"/>
        </w:rPr>
        <w:t>պաշարումը</w:t>
      </w:r>
      <w:r>
        <w:rPr>
          <w:rFonts w:ascii="Nirmala UI" w:hAnsi="Nirmala UI" w:eastAsia="Nirmala UI" w:cs="Nirmala UI"/>
        </w:rPr>
        <w:t xml:space="preserve"> </w:t>
      </w:r>
      <w:r>
        <w:rPr>
          <w:rFonts w:ascii="Sylfaen" w:hAnsi="Sylfaen" w:eastAsia="Sylfaen" w:cs="Sylfaen"/>
        </w:rPr>
        <w:t>Երուսաղեմի՝</w:t>
      </w:r>
      <w:r>
        <w:rPr>
          <w:rFonts w:ascii="Nirmala UI" w:hAnsi="Nirmala UI" w:eastAsia="Nirmala UI" w:cs="Nirmala UI"/>
        </w:rPr>
        <w:t xml:space="preserve"> </w:t>
      </w:r>
      <w:r>
        <w:rPr>
          <w:rFonts w:ascii="Sylfaen" w:hAnsi="Sylfaen" w:eastAsia="Sylfaen" w:cs="Sylfaen"/>
        </w:rPr>
        <w:t>Կեստիոսի</w:t>
      </w:r>
      <w:r>
        <w:rPr>
          <w:rFonts w:ascii="Nirmala UI" w:hAnsi="Nirmala UI" w:eastAsia="Nirmala UI" w:cs="Nirmala UI"/>
        </w:rPr>
        <w:t xml:space="preserve"> </w:t>
      </w:r>
      <w:r>
        <w:rPr>
          <w:rFonts w:ascii="Sylfaen" w:hAnsi="Sylfaen" w:eastAsia="Sylfaen" w:cs="Sylfaen"/>
        </w:rPr>
        <w:t>և</w:t>
      </w:r>
      <w:r>
        <w:rPr>
          <w:rFonts w:ascii="Nirmala UI" w:hAnsi="Nirmala UI" w:eastAsia="Nirmala UI" w:cs="Nirmala UI"/>
        </w:rPr>
        <w:t xml:space="preserve"> </w:t>
      </w:r>
      <w:r>
        <w:rPr>
          <w:rFonts w:ascii="Sylfaen" w:hAnsi="Sylfaen" w:eastAsia="Sylfaen" w:cs="Sylfaen"/>
        </w:rPr>
        <w:t>Տիտոսի</w:t>
      </w:r>
      <w:r>
        <w:rPr>
          <w:rFonts w:ascii="Nirmala UI" w:hAnsi="Nirmala UI" w:eastAsia="Nirmala UI" w:cs="Nirmala UI"/>
        </w:rPr>
        <w:t xml:space="preserve"> </w:t>
      </w:r>
      <w:r>
        <w:rPr>
          <w:rFonts w:ascii="Sylfaen" w:hAnsi="Sylfaen" w:eastAsia="Sylfaen" w:cs="Sylfaen"/>
        </w:rPr>
        <w:t>հետ</w:t>
      </w:r>
      <w:r>
        <w:rPr>
          <w:rFonts w:ascii="Nirmala UI" w:hAnsi="Nirmala UI" w:eastAsia="Nirmala UI" w:cs="Nirmala UI"/>
        </w:rPr>
        <w:t xml:space="preserve">, </w:t>
      </w:r>
      <w:r>
        <w:rPr>
          <w:rFonts w:ascii="Sylfaen" w:hAnsi="Sylfaen" w:eastAsia="Sylfaen" w:cs="Sylfaen"/>
        </w:rPr>
        <w:t>ներկայացնում</w:t>
      </w:r>
      <w:r>
        <w:rPr>
          <w:rFonts w:ascii="Nirmala UI" w:hAnsi="Nirmala UI" w:eastAsia="Nirmala UI" w:cs="Nirmala UI"/>
        </w:rPr>
        <w:t xml:space="preserve"> </w:t>
      </w:r>
      <w:r>
        <w:rPr>
          <w:rFonts w:ascii="Sylfaen" w:hAnsi="Sylfaen" w:eastAsia="Sylfaen" w:cs="Sylfaen"/>
        </w:rPr>
        <w:t>է</w:t>
      </w:r>
      <w:r>
        <w:rPr>
          <w:rFonts w:ascii="Nirmala UI" w:hAnsi="Nirmala UI" w:eastAsia="Nirmala UI" w:cs="Nirmala UI"/>
        </w:rPr>
        <w:t xml:space="preserve"> </w:t>
      </w:r>
      <w:r>
        <w:rPr>
          <w:rFonts w:ascii="Sylfaen" w:hAnsi="Sylfaen" w:eastAsia="Sylfaen" w:cs="Sylfaen"/>
        </w:rPr>
        <w:t>մարգարեական</w:t>
      </w:r>
      <w:r>
        <w:rPr>
          <w:rFonts w:ascii="Nirmala UI" w:hAnsi="Nirmala UI" w:eastAsia="Nirmala UI" w:cs="Nirmala UI"/>
        </w:rPr>
        <w:t xml:space="preserve"> </w:t>
      </w:r>
      <w:r>
        <w:rPr>
          <w:rFonts w:ascii="Sylfaen" w:hAnsi="Sylfaen" w:eastAsia="Sylfaen" w:cs="Sylfaen"/>
        </w:rPr>
        <w:t>մի</w:t>
      </w:r>
      <w:r>
        <w:rPr>
          <w:rFonts w:ascii="Nirmala UI" w:hAnsi="Nirmala UI" w:eastAsia="Nirmala UI" w:cs="Nirmala UI"/>
        </w:rPr>
        <w:t xml:space="preserve"> </w:t>
      </w:r>
      <w:r>
        <w:rPr>
          <w:rFonts w:ascii="Sylfaen" w:hAnsi="Sylfaen" w:eastAsia="Sylfaen" w:cs="Sylfaen"/>
        </w:rPr>
        <w:t>գծի</w:t>
      </w:r>
      <w:r>
        <w:rPr>
          <w:rFonts w:ascii="Nirmala UI" w:hAnsi="Nirmala UI" w:eastAsia="Nirmala UI" w:cs="Nirmala UI"/>
        </w:rPr>
        <w:t xml:space="preserve"> </w:t>
      </w:r>
      <w:r>
        <w:rPr>
          <w:rFonts w:ascii="Sylfaen" w:hAnsi="Sylfaen" w:eastAsia="Sylfaen" w:cs="Sylfaen"/>
        </w:rPr>
        <w:t>ավարտը</w:t>
      </w:r>
      <w:r>
        <w:rPr>
          <w:rFonts w:ascii="Nirmala UI" w:hAnsi="Nirmala UI" w:eastAsia="Nirmala UI" w:cs="Nirmala UI"/>
        </w:rPr>
        <w:t xml:space="preserve">, </w:t>
      </w:r>
      <w:r>
        <w:rPr>
          <w:rFonts w:ascii="Sylfaen" w:hAnsi="Sylfaen" w:eastAsia="Sylfaen" w:cs="Sylfaen"/>
        </w:rPr>
        <w:t>որը</w:t>
      </w:r>
      <w:r>
        <w:rPr>
          <w:rFonts w:ascii="Nirmala UI" w:hAnsi="Nirmala UI" w:eastAsia="Nirmala UI" w:cs="Nirmala UI"/>
        </w:rPr>
        <w:t xml:space="preserve"> </w:t>
      </w:r>
      <w:r>
        <w:rPr>
          <w:rFonts w:ascii="Sylfaen" w:hAnsi="Sylfaen" w:eastAsia="Sylfaen" w:cs="Sylfaen"/>
        </w:rPr>
        <w:t>սկսվել</w:t>
      </w:r>
      <w:r>
        <w:rPr>
          <w:rFonts w:ascii="Nirmala UI" w:hAnsi="Nirmala UI" w:eastAsia="Nirmala UI" w:cs="Nirmala UI"/>
        </w:rPr>
        <w:t xml:space="preserve"> </w:t>
      </w:r>
      <w:r>
        <w:rPr>
          <w:rFonts w:ascii="Sylfaen" w:hAnsi="Sylfaen" w:eastAsia="Sylfaen" w:cs="Sylfaen"/>
        </w:rPr>
        <w:t>էր</w:t>
      </w:r>
      <w:r>
        <w:rPr>
          <w:rFonts w:ascii="Nirmala UI" w:hAnsi="Nirmala UI" w:eastAsia="Nirmala UI" w:cs="Nirmala UI"/>
        </w:rPr>
        <w:t xml:space="preserve"> </w:t>
      </w:r>
      <w:r>
        <w:rPr>
          <w:rFonts w:ascii="Sylfaen" w:hAnsi="Sylfaen" w:eastAsia="Sylfaen" w:cs="Sylfaen"/>
        </w:rPr>
        <w:t>երեսունութամյա</w:t>
      </w:r>
      <w:r>
        <w:rPr>
          <w:rFonts w:ascii="Nirmala UI" w:hAnsi="Nirmala UI" w:eastAsia="Nirmala UI" w:cs="Nirmala UI"/>
        </w:rPr>
        <w:t xml:space="preserve"> </w:t>
      </w:r>
      <w:r>
        <w:rPr>
          <w:rFonts w:ascii="Sylfaen" w:hAnsi="Sylfaen" w:eastAsia="Sylfaen" w:cs="Sylfaen"/>
        </w:rPr>
        <w:t>մի</w:t>
      </w:r>
      <w:r>
        <w:rPr>
          <w:rFonts w:ascii="Nirmala UI" w:hAnsi="Nirmala UI" w:eastAsia="Nirmala UI" w:cs="Nirmala UI"/>
        </w:rPr>
        <w:t xml:space="preserve"> </w:t>
      </w:r>
      <w:r>
        <w:rPr>
          <w:rFonts w:ascii="Sylfaen" w:hAnsi="Sylfaen" w:eastAsia="Sylfaen" w:cs="Sylfaen"/>
        </w:rPr>
        <w:t>ժամանակաշրջանով</w:t>
      </w:r>
      <w:r>
        <w:rPr>
          <w:rFonts w:ascii="Nirmala UI" w:hAnsi="Nirmala UI" w:eastAsia="Nirmala UI" w:cs="Nirmala UI"/>
        </w:rPr>
        <w:t xml:space="preserve">, </w:t>
      </w:r>
      <w:r>
        <w:rPr>
          <w:rFonts w:ascii="Sylfaen" w:hAnsi="Sylfaen" w:eastAsia="Sylfaen" w:cs="Sylfaen"/>
        </w:rPr>
        <w:t>որն</w:t>
      </w:r>
      <w:r>
        <w:rPr>
          <w:rFonts w:ascii="Nirmala UI" w:hAnsi="Nirmala UI" w:eastAsia="Nirmala UI" w:cs="Nirmala UI"/>
        </w:rPr>
        <w:t xml:space="preserve"> </w:t>
      </w:r>
      <w:r>
        <w:rPr>
          <w:rFonts w:ascii="Sylfaen" w:hAnsi="Sylfaen" w:eastAsia="Sylfaen" w:cs="Sylfaen"/>
        </w:rPr>
        <w:t>ավարտվեց</w:t>
      </w:r>
      <w:r>
        <w:rPr>
          <w:rFonts w:ascii="Nirmala UI" w:hAnsi="Nirmala UI" w:eastAsia="Nirmala UI" w:cs="Nirmala UI"/>
        </w:rPr>
        <w:t xml:space="preserve"> </w:t>
      </w:r>
      <w:r>
        <w:rPr>
          <w:rFonts w:ascii="Sylfaen" w:hAnsi="Sylfaen" w:eastAsia="Sylfaen" w:cs="Sylfaen"/>
        </w:rPr>
        <w:t>նորսամյա</w:t>
      </w:r>
      <w:r>
        <w:rPr>
          <w:rFonts w:ascii="Nirmala UI" w:hAnsi="Nirmala UI" w:eastAsia="Nirmala UI" w:cs="Nirmala UI"/>
        </w:rPr>
        <w:t xml:space="preserve"> </w:t>
      </w:r>
      <w:r>
        <w:rPr>
          <w:rFonts w:ascii="Sylfaen" w:hAnsi="Sylfaen" w:eastAsia="Sylfaen" w:cs="Sylfaen"/>
        </w:rPr>
        <w:t>պաշարմամբ՝</w:t>
      </w:r>
      <w:r>
        <w:rPr>
          <w:rFonts w:ascii="Nirmala UI" w:hAnsi="Nirmala UI" w:eastAsia="Nirmala UI" w:cs="Nirmala UI"/>
        </w:rPr>
        <w:t xml:space="preserve"> </w:t>
      </w:r>
      <w:r>
        <w:rPr>
          <w:rFonts w:ascii="Sylfaen" w:hAnsi="Sylfaen" w:eastAsia="Sylfaen" w:cs="Sylfaen"/>
        </w:rPr>
        <w:t>խորհրդանշելով</w:t>
      </w:r>
      <w:r>
        <w:rPr>
          <w:rFonts w:ascii="Nirmala UI" w:hAnsi="Nirmala UI" w:eastAsia="Nirmala UI" w:cs="Nirmala UI"/>
        </w:rPr>
        <w:t xml:space="preserve"> </w:t>
      </w:r>
      <w:r>
        <w:rPr>
          <w:rFonts w:ascii="Sylfaen" w:hAnsi="Sylfaen" w:eastAsia="Sylfaen" w:cs="Sylfaen"/>
        </w:rPr>
        <w:t>իսլամի</w:t>
      </w:r>
      <w:r>
        <w:rPr>
          <w:rFonts w:ascii="Nirmala UI" w:hAnsi="Nirmala UI" w:eastAsia="Nirmala UI" w:cs="Nirmala UI"/>
        </w:rPr>
        <w:t xml:space="preserve"> </w:t>
      </w:r>
      <w:r>
        <w:rPr>
          <w:rFonts w:ascii="Sylfaen" w:hAnsi="Sylfaen" w:eastAsia="Sylfaen" w:cs="Sylfaen"/>
        </w:rPr>
        <w:t>բարձրացումը</w:t>
      </w:r>
      <w:r>
        <w:rPr>
          <w:rFonts w:ascii="Nirmala UI" w:hAnsi="Nirmala UI" w:eastAsia="Nirmala UI" w:cs="Nirmala UI"/>
        </w:rPr>
        <w:t xml:space="preserve">, </w:t>
      </w:r>
      <w:r>
        <w:rPr>
          <w:rFonts w:ascii="Sylfaen" w:hAnsi="Sylfaen" w:eastAsia="Sylfaen" w:cs="Sylfaen"/>
        </w:rPr>
        <w:t>իսկ</w:t>
      </w:r>
      <w:r>
        <w:rPr>
          <w:rFonts w:ascii="Nirmala UI" w:hAnsi="Nirmala UI" w:eastAsia="Nirmala UI" w:cs="Nirmala UI"/>
        </w:rPr>
        <w:t xml:space="preserve"> </w:t>
      </w:r>
      <w:r>
        <w:rPr>
          <w:rFonts w:ascii="Sylfaen" w:hAnsi="Sylfaen" w:eastAsia="Sylfaen" w:cs="Sylfaen"/>
        </w:rPr>
        <w:t>նույն</w:t>
      </w:r>
      <w:r>
        <w:rPr>
          <w:rFonts w:ascii="Nirmala UI" w:hAnsi="Nirmala UI" w:eastAsia="Nirmala UI" w:cs="Nirmala UI"/>
        </w:rPr>
        <w:t xml:space="preserve"> </w:t>
      </w:r>
      <w:r>
        <w:rPr>
          <w:rFonts w:ascii="Sylfaen" w:hAnsi="Sylfaen" w:eastAsia="Sylfaen" w:cs="Sylfaen"/>
        </w:rPr>
        <w:t>այդ</w:t>
      </w:r>
      <w:r>
        <w:rPr>
          <w:rFonts w:ascii="Nirmala UI" w:hAnsi="Nirmala UI" w:eastAsia="Nirmala UI" w:cs="Nirmala UI"/>
        </w:rPr>
        <w:t xml:space="preserve"> </w:t>
      </w:r>
      <w:r>
        <w:rPr>
          <w:rFonts w:ascii="Sylfaen" w:hAnsi="Sylfaen" w:eastAsia="Sylfaen" w:cs="Sylfaen"/>
        </w:rPr>
        <w:t>գծում</w:t>
      </w:r>
      <w:r>
        <w:rPr>
          <w:rFonts w:ascii="Nirmala UI" w:hAnsi="Nirmala UI" w:eastAsia="Nirmala UI" w:cs="Nirmala UI"/>
        </w:rPr>
        <w:t xml:space="preserve"> </w:t>
      </w:r>
      <w:r>
        <w:rPr>
          <w:rFonts w:ascii="Sylfaen" w:hAnsi="Sylfaen" w:eastAsia="Sylfaen" w:cs="Sylfaen"/>
        </w:rPr>
        <w:t>վերջին</w:t>
      </w:r>
      <w:r>
        <w:rPr>
          <w:rFonts w:ascii="Nirmala UI" w:hAnsi="Nirmala UI" w:eastAsia="Nirmala UI" w:cs="Nirmala UI"/>
        </w:rPr>
        <w:t xml:space="preserve"> </w:t>
      </w:r>
      <w:r>
        <w:rPr>
          <w:rFonts w:ascii="Sylfaen" w:hAnsi="Sylfaen" w:eastAsia="Sylfaen" w:cs="Sylfaen"/>
        </w:rPr>
        <w:t>նորսամյա</w:t>
      </w:r>
      <w:r>
        <w:rPr>
          <w:rFonts w:ascii="Nirmala UI" w:hAnsi="Nirmala UI" w:eastAsia="Nirmala UI" w:cs="Nirmala UI"/>
        </w:rPr>
        <w:t xml:space="preserve"> </w:t>
      </w:r>
      <w:r>
        <w:rPr>
          <w:rFonts w:ascii="Sylfaen" w:hAnsi="Sylfaen" w:eastAsia="Sylfaen" w:cs="Sylfaen"/>
        </w:rPr>
        <w:t>ժամանակաշրջանը</w:t>
      </w:r>
      <w:r>
        <w:rPr>
          <w:rFonts w:ascii="Nirmala UI" w:hAnsi="Nirmala UI" w:eastAsia="Nirmala UI" w:cs="Nirmala UI"/>
        </w:rPr>
        <w:t xml:space="preserve"> </w:t>
      </w:r>
      <w:r>
        <w:rPr>
          <w:rFonts w:ascii="Sylfaen" w:hAnsi="Sylfaen" w:eastAsia="Sylfaen" w:cs="Sylfaen"/>
        </w:rPr>
        <w:t>ներկայացնում</w:t>
      </w:r>
      <w:r>
        <w:rPr>
          <w:rFonts w:ascii="Nirmala UI" w:hAnsi="Nirmala UI" w:eastAsia="Nirmala UI" w:cs="Nirmala UI"/>
        </w:rPr>
        <w:t xml:space="preserve"> </w:t>
      </w:r>
      <w:r>
        <w:rPr>
          <w:rFonts w:ascii="Sylfaen" w:hAnsi="Sylfaen" w:eastAsia="Sylfaen" w:cs="Sylfaen"/>
        </w:rPr>
        <w:t>է</w:t>
      </w:r>
      <w:r>
        <w:rPr>
          <w:rFonts w:ascii="Nirmala UI" w:hAnsi="Nirmala UI" w:eastAsia="Nirmala UI" w:cs="Nirmala UI"/>
        </w:rPr>
        <w:t xml:space="preserve"> </w:t>
      </w:r>
      <w:r>
        <w:rPr>
          <w:rFonts w:ascii="Sylfaen" w:hAnsi="Sylfaen" w:eastAsia="Sylfaen" w:cs="Sylfaen"/>
        </w:rPr>
        <w:t>հարյուր</w:t>
      </w:r>
      <w:r>
        <w:rPr>
          <w:rFonts w:ascii="Nirmala UI" w:hAnsi="Nirmala UI" w:eastAsia="Nirmala UI" w:cs="Nirmala UI"/>
        </w:rPr>
        <w:t xml:space="preserve"> </w:t>
      </w:r>
      <w:r>
        <w:rPr>
          <w:rFonts w:ascii="Sylfaen" w:hAnsi="Sylfaen" w:eastAsia="Sylfaen" w:cs="Sylfaen"/>
        </w:rPr>
        <w:t>քառասունչորս</w:t>
      </w:r>
      <w:r>
        <w:rPr>
          <w:rFonts w:ascii="Nirmala UI" w:hAnsi="Nirmala UI" w:eastAsia="Nirmala UI" w:cs="Nirmala UI"/>
        </w:rPr>
        <w:t xml:space="preserve"> </w:t>
      </w:r>
      <w:r>
        <w:rPr>
          <w:rFonts w:ascii="Sylfaen" w:hAnsi="Sylfaen" w:eastAsia="Sylfaen" w:cs="Sylfaen"/>
        </w:rPr>
        <w:t>հազարի</w:t>
      </w:r>
      <w:r>
        <w:rPr>
          <w:rFonts w:ascii="Nirmala UI" w:hAnsi="Nirmala UI" w:eastAsia="Nirmala UI" w:cs="Nirmala UI"/>
        </w:rPr>
        <w:t xml:space="preserve"> </w:t>
      </w:r>
      <w:r>
        <w:rPr>
          <w:rFonts w:ascii="Sylfaen" w:hAnsi="Sylfaen" w:eastAsia="Sylfaen" w:cs="Sylfaen"/>
        </w:rPr>
        <w:t>դրոշի</w:t>
      </w:r>
      <w:r>
        <w:rPr>
          <w:rFonts w:ascii="Nirmala UI" w:hAnsi="Nirmala UI" w:eastAsia="Nirmala UI" w:cs="Nirmala UI"/>
        </w:rPr>
        <w:t xml:space="preserve"> </w:t>
      </w:r>
      <w:r>
        <w:rPr>
          <w:rFonts w:ascii="Sylfaen" w:hAnsi="Sylfaen" w:eastAsia="Sylfaen" w:cs="Sylfaen"/>
        </w:rPr>
        <w:t>բարձրացումը։</w:t>
      </w:r>
    </w:p>
    <w:p>
      <w:pPr>
        <w:pStyle w:val="ArticleBody"/>
        <w:jc w:val="left"/>
      </w:pPr>
      <w:r>
        <w:rPr>
          <w:rFonts w:ascii="Nirmala UI" w:hAnsi="Nirmala UI" w:eastAsia="Nirmala UI" w:cs="Nirmala UI"/>
        </w:rPr>
        <w:t>Ngenebhwa oku kuniingilira mu iyandiko lyokulonda.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لم تُحدَّد اللغة الهدف. يرجى إرسال اللغة التي تريد الترجمة إليها.</dc:title>
  <dc:subject>حزقیال شماره پنج</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