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ਚਾਲੀਵੇਂ ਪਦ ਦਾ ਲੁਕਿਆ ਹੋਇਆ ਇਤਿਹਾਸ - ਤੇਈਂਵਾਂ ਭਾਗ</w:t>
      </w:r>
    </w:p>
    <w:p>
      <w:pPr>
        <w:pStyle w:val="ArticleSubtitle"/>
        <w:jc w:val="left"/>
      </w:pPr>
      <w:r>
        <w:rPr>
          <w:rFonts w:ascii="Nirmala UI" w:hAnsi="Nirmala UI" w:eastAsia="Nirmala UI" w:cs="Nirmala UI"/>
        </w:rPr>
        <w:t>ਹਿਜ਼ਕੀਏਲ ਨੰਬਰ ਚਾਰ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ਹਿਜ਼ਕੀਏਲ ਨੂੰ “ਵਿਲਾਪ ਕਰਨ ਵਾਲਾ ਨਬੀ” ਕਿਹਾ ਜਾਂਦਾ ਹੈ, ਕਿਉਂਕਿ ਉਹ ਇੱਕ ਲੱਖ ਚੁਆਲੀਹ ਹਜ਼ਾਰਾਂ ਦਾ ਪ੍ਰਤੀਕ ਹੈ, ਜੋ ਉਸ ਦੀ ਪੁਸਤਕ ਦੇ ਨਵੇਂ ਅਧਿਆਇ ਵਿੱਚ ਦੇਸ਼ ਅਤੇ ਕਲੀਸੀਆ ਵਿੱਚ ਕੀਤੀਆਂ ਗਈਆਂ ਘਿਣਾਉਣੀਆਂ ਕਰਤੂਤਾਂ ਦੇ ਕਾਰਨ ਸੋਗ ਕਰ ਰਹੇ ਹਨ (ਆਹਾਂ ਭਰਦੇ ਅਤੇ ਰੋਂਦੇ ਹਨ)। ਟੈਸਟਿਮੋਨੀਜ਼ ਵਿੱਚੋਂ ਉਸ ਹਵਾਲੇ ਵਿੱਚ, ਜਿਸ ਦਾ ਅਸੀਂ ਪਿਛਲੇ ਲੇਖ ਵਿੱਚ ਉਲੇਖ ਕੀਤਾ ਸੀ, ਸਿਸਟਰ ਵਾਈਟ ਨੇ ਲਿਖਿਆ, “ਨਬੀ ਆਪ ਹੀ ਇੱਕ ਅਜਾਣ ਦੇਸ਼ ਵਿੱਚ ਪਰਦੇਸੀ ਸੀ, ਜਿੱਥੇ ਅਸੀਮ ਲਾਲਸਾ ਅਤੇ ਕ੍ਰੂਰ ਬੇਰਹਮੀ ਸਰਵੋਚ ਰਾਜ ਕਰਦੇ ਸਨ। ਜੋ ਕੁਝ ਉਸ ਨੇ ਮਨੁੱਖੀ ਜ਼ੁਲਮ ਅਤੇ ਅਨਿਆਇ ਬਾਰੇ ਵੇਖਿਆ ਅਤੇ ਸੁਣਿਆ, ਉਸ ਨੇ ਉਸ ਦੀ ਆਤਮਾ ਨੂੰ ਦੁਖੀ ਕੀਤਾ, ਅਤੇ ਉਹ ਦਿਨ ਰਾਤ ਕੌੜੇ ਦੁੱਖ ਨਾਲ ਵਿਲਾਪ ਕਰਦਾ ਰਿਹਾ।”</w:t>
      </w:r>
    </w:p>
    <w:p>
      <w:pPr>
        <w:pStyle w:val="ArticleBody"/>
        <w:jc w:val="left"/>
      </w:pPr>
      <w:r>
        <w:rPr>
          <w:rFonts w:ascii="Nirmala UI" w:hAnsi="Nirmala UI" w:eastAsia="Nirmala UI" w:cs="Nirmala UI"/>
        </w:rPr>
        <w:t>ਇੱਕ ਲੱਖ ਚੁਤਾਲੀ ਹਜ਼ਾਰ “ਇਸਰਾਏਲ ਦੇ ਨਿਕਾਲੇ ਹੋਏ” ਹਨ, ਜੋ ਛਿੱਤਰ-ਬਿੱਤਰ ਕਰ ਦਿੱਤੇ ਗਏ ਸਨ, ਜਿਵੇਂ ਕਿ ਹਿਜ਼ਕੀਏਲ ਦੇ ਬੰਦੀ ਬਣਾਏ ਜਾਣ ਦੁਆਰਾ ਦਰਸਾਇਆ ਗਿਆ ਹੈ। ਹਿਜ਼ਕੀਏਲ 9 ਵਿੱਚ ਦਰਸਾਈ ਗਈ ਮੁਹਰ ਲਗਾਉਣ ਦੀ ਪ੍ਰਕਿਰਿਆ ਉਹੀ ਹੈ ਜੋ ਪਰਕਾਸ਼ ਦੀ ਪੁਸਤਕ 7 ਵਿੱਚ ਹੈ, ਅਤੇ ਇਹ ਦੋਵੇਂ ਅਧਿਆਇ ਅੰਤਿਮ ਦਿਨਾਂ ਵਿੱਚ ਹੋਣ ਵਾਲੇ ਵਜੋਂ ਦਰਸਾਏ ਗਏ ਹਨ।</w:t>
      </w:r>
    </w:p>
    <w:p>
      <w:pPr>
        <w:pStyle w:val="ArticleScripture"/>
        <w:jc w:val="left"/>
      </w:pPr>
      <w:r>
        <w:rPr>
          <w:rFonts w:ascii="Nirmala UI" w:hAnsi="Nirmala UI" w:eastAsia="Nirmala UI" w:cs="Nirmala UI"/>
        </w:rPr>
        <w:t>“ਇਹ ਪਰਮੇਸ਼ੁਰ ਦੇ ਸੇਵਕਾਂ ਦੀ ਮੋਹਰ ਲਗਾਈ ਜਾਣਾ ਉਹੀ ਹੈ ਜੋ ਹਿਜ਼ਕੀਏਲ ਨੂੰ ਦਰਸ਼ਨ ਵਿੱਚ ਵਿਖਾਇਆ ਗਿਆ ਸੀ।” Testimonies to Ministers, 445.</w:t>
      </w:r>
    </w:p>
    <w:p>
      <w:pPr>
        <w:pStyle w:val="ArticleBody"/>
        <w:jc w:val="left"/>
      </w:pPr>
      <w:r>
        <w:rPr>
          <w:rFonts w:ascii="Nirmala UI" w:hAnsi="Nirmala UI" w:eastAsia="Nirmala UI" w:cs="Nirmala UI"/>
        </w:rPr>
        <w:t>ਸਿੰਹਾਸਨ ਤੋਂ ਪਰਮੇਸ਼ੁਰ ਕਰੂਬੀਆਂ ਨੂੰ ਦਿਸ਼ਾ ਦਿੰਦਾ ਹੈ, ਅਤੇ ਉਹ ਵਾਰੀ-ਵਾਰ ਪਹੀਆਂ ਨੂੰ ਸੰਭਾਲਦੇ ਹਨ। ਹਿਜ਼ਕੀਏਲ ਨੂੰ ਇਸ ਦਰਸ਼ਨ ਤੋਂ ਇਹ ਸਮਝਣਾ ਸੀ ਕਿ ਪਰਮੇਸ਼ੁਰ ਹੀ ਨਿਯੰਤਰਣ ਵਿੱਚ ਸੀ, ਇੱਥੋਂ ਤੱਕ ਕਿ ਉਸ ਸਮੇਂ ਵੀ ਜਦੋਂ ਸਭ ਕੁਝ ਉਲਝਣ ਵਿੱਚ ਦਿੱਸਦਾ ਸੀ। ਸਿਸਟਰ ਵਾਈਟ ਪਰਮੇਸ਼ੁਰ ਦੀ ਉਸ ਰਚਨਾ ਨੂੰ, ਜੋ ਸਿੰਹਾਸਨ ਉੱਤੇ ਬਿਰਾਜਮਾਨ ਹੈ ਅਤੇ ਉਹਨਾਂ ਕਰੂਬੀਆਂ ਨੂੰ ਦਿਸ਼ਾ ਦਿੰਦੀ ਹੈ ਜੋ ਧਰਤੀ ਦੇ ਕਾਰਜਾਂ ਦਾ ਪ੍ਰਬੰਧ ਕਰਦੇ ਹਨ, ਪ੍ਰਸਤੁਤ ਕਰਨ ਤੋਂ ਬਾਅਦ “ਇਸੇ ਤਰ੍ਹਾਂ” ਕਹਿੰਦੀ ਹੈ, ਜਿਵੇਂ ਉਹ ਯੂਹੰਨਾ ਦਾ ਵਰਣਨ ਕਰਦੀ ਹੈ ਜੋ ਪਵਿੱਤਰ ਸਥਾਨ ਵਿੱਚ ਸੀ, ਜਿੱਥੇ ਮਸੀਹ ਸੱਤ ਕਲੀਸਿਆਵਾਂ ਦੇ ਵਿਚਕਾਰ ਤੁਰਦਾ ਸੀ। ਹਿਜ਼ਕੀਏਲ ਅਤੇ ਯੂਹੰਨਾ ਉਹਨਾਂ ਲੋਕਾਂ ਦੇ ਪ੍ਰਤੀਕ ਹਨ ਜੋ ਇੱਕ ਲੱਖ ਚੁਆਲੀਹ ਹਜ਼ਾਰ ਦੀ ਮੁਹਰਬੰਦੀ ਦੇ ਸਮੇਂ ਵਿੱਚ ਜੀਊਂਦੇ ਹਨ, ਜਿਨ੍ਹਾਂ ਬਾਰੇ ਪ੍ਰੇਰਣਾ ਇਸ ਪ੍ਰਕਾਰ ਦਰਜ ਕਰਦੀ ਹੈ, “ਸਾਡੇ ਸੰਸਾਰ ਵਿੱਚ ਜੋ ਦ੍ਰਿਸ਼ ਘਟਿਤ ਹੋਣ ਵਾਲੇ ਹਨ, ਉਹ ਅਜੇ ਤੱਕ ਸੁਪਨੇ ਵਿੱਚ ਵੀ ਨਹੀਂ ਸੋਚੇ ਗਏ।”</w:t>
      </w:r>
    </w:p>
    <w:p>
      <w:pPr>
        <w:pStyle w:val="ArticleBody"/>
        <w:jc w:val="left"/>
      </w:pPr>
      <w:r>
        <w:rPr>
          <w:rFonts w:ascii="Nirmala UI" w:hAnsi="Nirmala UI" w:eastAsia="Nirmala UI" w:cs="Nirmala UI"/>
        </w:rPr>
        <w:t>ਨਿਸ਼ਚਿਤ ਹੀ, ਜਦੋਂ ਸਿਸਟਰ ਵਾਈਟ ਨੇ ਉਹ ਸ਼ਬਦ ਲਿਖੇ ਸਨ, ਤਦੋਂ ਉਹ ਸ਼ਬਦ ਸੱਚੇ ਸਨ; ਪਰ ਮੋਹਰਬੰਦੀ ਦੇ ਸਮੇਂ ਵਿੱਚ ਉਹ ਆਪਣੀ ਸੰਪੂਰਨ ਪੂਰਤੀ ਨੂੰ ਪ੍ਰਾਪਤ ਕਰਦੇ ਹਨ। ਲਗਭਗ ਵੀਹ ਸਾਲ ਪਹਿਲਾਂ, ਕੀ ਤੁਸੀਂ ਕਦੇ ਸੋਚਿਆ ਹੋਵੇਗਾ ਕਿ ਜੋ ਕੁਝ ਹੁਣ ਸੰਸਾਰ ਵਿੱਚ ਇਸਲਾਮ ਦੇ ਟਿੱਡਿਆਂ ਦੇ ਝੁੰਡਾਂ ਨਾਲ ਸੰਬੰਧਿਤ ਹੋ ਕੇ ਘਟਿਤ ਹੋ ਰਿਹਾ ਹੈ, ਉਹ ਐਸਾ ਹੋਵੇਗਾ? ਪ੍ਰਕਾਸ਼ ਦੀ ਪੁਸਤਕ ਦੇ ਨੌਵੇਂ ਅਧਿਆਇ ਵਿੱਚ ਇਸਲਾਮ ਦੇ ਪ੍ਰਤੀਕ ਵਜੋਂ ਟਿੱਡੇ, ਕੁਦਰਤ ਵਿੱਚ ਉੱਤਰੀ ਅਫ਼ਰੀਕਾ ਦੇ ਟਿੱਡਿਆਂ ਦੇ ਪ੍ਰਵਾਸ ਨੂੰ ਵੀ ਸ਼ਾਮਲ ਕਰਦੇ ਹਨ। ਅਫ਼ਰੀਕਾ ਦੇ ਉਹ ਝੁੰਡਾਂ ਵਿੱਚ ਚਲਣ ਵਾਲੇ ਟਿੱਡਿਆਂ ਦਾ ਪ੍ਰਵਾਸੀ ਮਾਰਗ ਉਸ ਭੂਗੋਲ ਨਾਲ ਮਿਲਦਾ ਹੈ ਜਿਸ ਉੱਤੇ ਇਸਲਾਮ ਨੇ ਕਬਜ਼ਾ ਕਰ ਲਿਆ ਸੀ। ਇਸਲਾਮ ਇਸਮਾਏਲ ਦੀ ਸੰਤਾਨ ਹੈ, ਅਤੇ ਇਸਮਾਏਲ ਦੀ ਮਾਤਾ ਹਾਜਰ ਸੀ। “ਹਾਜਰ” ਦਾ ਅਰਥ “ਉਡਾਣ” ਜਾਂ “ਭੱਜ ਜਾਣਾ” ਹੈ। ਅਰਬੀ ਵਿੱਚ ਇਹ ਨਾਮ ਆਮ ਤੌਰ 'ਤੇ ਹਾਜਰ (</w:t>
      </w:r>
      <w:r>
        <w:rPr>
          <w:rFonts w:ascii="Segoe UI" w:hAnsi="Segoe UI" w:eastAsia="Segoe UI" w:cs="Segoe UI"/>
        </w:rPr>
        <w:t>هاجر</w:t>
      </w:r>
      <w:r>
        <w:rPr>
          <w:rFonts w:ascii="Nirmala UI" w:hAnsi="Nirmala UI" w:eastAsia="Nirmala UI" w:cs="Nirmala UI"/>
        </w:rPr>
        <w:t>) ਰੂਪ ਵਿੱਚ ਲਿਖਿਆ ਜਾਂਦਾ ਹੈ, ਅਤੇ ਇਹ ਉਸੇ ਧਾਤੁ ਨਾਲ ਸੰਬੰਧਿਤ ਹੈ ਜਿਸ ਤੋਂ “ਹਿਜਰਤ” (ਮੁਹੰਮਦ ਦੀ ਪ੍ਰਵਾਸ/ਉਡਾਣ) ਸ਼ਬਦ ਮਿਲਦਾ ਹੈ। ਇਸਲਾਮ ਦੀਆਂ ਜੜਾਂ ਸਿਰਫ਼ ਟਿੱਡਿਆਂ ਦੇ ਝੁੰਡਾਂ ਨਾਲ ਹੀ ਸੰਬੰਧਿਤ ਨਹੀਂ ਹਨ, ਸਗੋਂ ਉਨ੍ਹਾਂ ਜੜਾਂ ਵਿੱਚ ਪ੍ਰਵਾਸ ਦਾ ਅਰਥ ਵੀ ਸ਼ਾਮਲ ਹੈ। ਕੀ ਕਿਸੇ ਨੇ ਕਦੇ ਇਹ ਕਲਪਨਾ ਕੀਤੀ ਸੀ ਕਿ ਗੈਰਕਾਨੂੰਨੀ ਪ੍ਰਵਾਸ ਇਸਲਾਮ ਦੇ ਟਿੱਡੇ ਦੀ ਇੱਕ ਅਭਿਵ੍ਯਕਤੀ ਸੀ?</w:t>
      </w:r>
    </w:p>
    <w:p>
      <w:pPr>
        <w:pStyle w:val="ArticleBody"/>
        <w:jc w:val="left"/>
      </w:pPr>
      <w:r>
        <w:rPr>
          <w:rFonts w:ascii="Nirmala UI" w:hAnsi="Nirmala UI" w:eastAsia="Nirmala UI" w:cs="Nirmala UI"/>
        </w:rPr>
        <w:t>ਕੀ ਕਿਸੇ ਨੇ ਇਹ ਸੁਪਨਾ ਦੇਖਿਆ ਸੀ ਕਿ ਵਿਸ਼ਵਵਿਆਪੀ ਕਮਿਊਨਿਸਟ ਇਸਲਾਮੀ ਹਜੂਮਾਂ ਨਾਲ ਗਠਜੋੜ ਕਰ ਲੈਣਗੇ? ਇਸਲਾਮ ਅਤੇ ਵਿਸ਼ਵਵਾਦੀਆਂ ਦੀ ਅਜਗਰੀ ਸ਼ਕਤੀ ਦੋਵੇਂ ਹੀ ਕ੍ਰਮਵਾਰ ਪ੍ਰਕਾਸ਼ ਦੀ ਪੋਥੀ 9/11 ਵਿੱਚ ਅਥਾਹ ਕੁੰਡ ਵਿੱਚੋਂ ਉੱਪਰ ਚੜ੍ਹਦੇ ਹਨ, ਅਤੇ ਅਥਾਹ ਕੁੰਡ ਸ਼ੈਤਾਨੀ ਸ਼ਕਤੀ ਦੇ ਇੱਕ ਪ੍ਰਗਟਾਵੇ ਨੂੰ ਦਰਸਾਉਂਦਾ ਹੈ। ਸੱਚਾਈ ਦੇ ਧਰਮਗ੍ਰੰਥਾਂ ਅਨੁਸਾਰ, ਇਹ ਦੋਵੇਂ ਮੌਜੂਦਾ ਸਾਥੀ ਸ਼ੈਤਾਨ ਦੇ ਸਾਧਨ ਹਨ।</w:t>
      </w:r>
    </w:p>
    <w:p>
      <w:pPr>
        <w:pStyle w:val="ArticleScripture"/>
        <w:jc w:val="left"/>
      </w:pPr>
      <w:r>
        <w:rPr>
          <w:rFonts w:ascii="Nirmala UI" w:hAnsi="Nirmala UI" w:eastAsia="Nirmala UI" w:cs="Nirmala UI"/>
        </w:rPr>
        <w:t>“‘ਜਦੋਂ ਉਹ ਆਪਣੀ ਗਵਾਹੀ ਪੂਰੀ ਕਰ ਲੈਣਗੇ [ਪੂਰੀ ਕਰ ਰਹੇ ਹੋਣਗੇ]।’ ਉਹ ਅਵਧੀ, ਜਿਸ ਦੌਰਾਨ ਦੋ ਗਵਾਹ ਟਾਟ ਓੜ੍ਹੇ ਹੋਏ ਭਵਿੱਖਬਾਣੀ ਕਰਨ ਵਾਲੇ ਸਨ, 1798 ਵਿੱਚ ਸਮਾਪਤ ਹੋ ਗਈ। ਜਦੋਂ ਉਹ ਅਸਪਸ਼ਟਤਾ ਵਿੱਚ ਆਪਣੇ ਕੰਮ ਦੇ ਅੰਤ ਦੇ ਨੇੜੇ ਪਹੁੰਚ ਰਹੇ ਸਨ, ਤਾਂ ਉਸ ਸ਼ਕਤੀ ਵੱਲੋਂ ਉਨ੍ਹਾਂ ਉੱਤੇ ਯੁੱਧ ਕੀਤਾ ਜਾਣਾ ਸੀ, ਜਿਸ ਨੂੰ ‘ਉਹ ਜਾਨਵਰ ਜੋ ਅਥਾਹ ਖੱਡ ਵਿਚੋਂ ਚੜ੍ਹਦਾ ਹੈ’ ਦੇ ਰੂਪ ਵਿੱਚ ਦਰਸਾਇਆ ਗਿਆ ਹੈ। ਯੂਰਪ ਦੇ ਬਹੁਤ ਸਾਰੇ ਰਾਸ਼ਟਰਾਂ ਵਿੱਚ ਕਲੀਸੀਆ ਅਤੇ ਰਾਜ ਵਿੱਚ ਰਾਜ ਕਰਨ ਵਾਲੀਆਂ ਸ਼ਕਤੀਆਂ ਸਦੀਾਂ ਤੱਕ ਪਾਪਾਈ ਦੇ ਮਾਧਿਅਮ ਰਾਹੀਂ ਸ਼ੈਤਾਨ ਦੇ ਨਿਯੰਤਰਣ ਹੇਠ ਰਹੀਆਂ ਸਨ। ਪਰ ਇੱਥੇ ਸ਼ੈਤਾਨੀ ਸ਼ਕਤੀ ਦੇ ਇਕ ਨਵੇਂ ਪ੍ਰਗਟਾਵੇ ਨੂੰ ਦ੍ਰਿਸ਼ਟਿਗੋਚਰ ਕੀਤਾ ਗਿਆ ਹੈ।” The Great Controversy, 268.</w:t>
      </w:r>
    </w:p>
    <w:p>
      <w:pPr>
        <w:pStyle w:val="ArticleBody"/>
        <w:jc w:val="left"/>
      </w:pPr>
      <w:r>
        <w:rPr>
          <w:rFonts w:ascii="Nirmala UI" w:hAnsi="Nirmala UI" w:eastAsia="Nirmala UI" w:cs="Nirmala UI"/>
        </w:rPr>
        <w:t>ਇੱਥੇ ਸਿਸਟਰ ਵਾਈਟ ਫਰਾਂਸੀਸੀ ਕ੍ਰਾਂਤੀ ਦੇ ਸਮੇਂ ਵਿੱਚ ਸਮਾਜਵਾਦ ਦੇ ਆਗਮਨ ਦੀ ਪਹਿਚਾਣ ਕਰਦੀ ਹੈ, ਅਤੇ ਨਾਲ ਹੀ ਇਹ ਵੀ ਦਰਸਾਉਂਦੀ ਹੈ ਕਿ ਸ਼ੈਤਾਨ ਪਾਪਾਈ ਸ਼ਕਤੀ ਨੂੰ ਵੀ ਨਿਯੰਤਰਿਤ ਕਰਦਾ ਹੈ। ਪਾਪਾਈ ਸ਼ਕਤੀ ਵੀ ਪ੍ਰਕਾਸ਼ ਦੀ ਪੋਥੀ ਅਧਿਆਇ ਸਤਾਰ੍ਹਾਂ ਵਿੱਚ ਅਥਾਹ ਕੁੰਡ ਵਿੱਚੋਂ ਨਿਕਲਦੀ ਹੈ, ਅਤੇ ਪ੍ਰਕਾਸ਼ ਦੀ ਪੋਥੀ ਦੇ ਅਧਿਆਇ ਨੌਂ ਵਿੱਚ ਇਸਲਾਮ ਉਹ ਧੂੰਆਂ ਹੈ ਜੋ ਅਥਾਹ ਕੁੰਡ ਵਿੱਚੋਂ ਉੱਠਿਆ। ਮੁੱਦਾ ਫਿਰ ਵੀ ਉਹੀ ਬਣਿਆ ਰਹਿੰਦਾ ਹੈ; ਕੀ ਪ੍ਰੇਰਣਾ ਦਾ ਅਸਲ ਅਰਥ ਸੱਚਮੁੱਚ ਇਹ ਸੀ ਕਿ, “ਸਾਡੇ ਸੰਸਾਰ ਵਿੱਚ ਜਿਹੜੇ ਦ੍ਰਿਸ਼ ਅਮਲ ਵਿੱਚ ਆਉਣੇ ਹਨ, ਉਹ ਅਜੇ ਤੱਕ ਸੁਪਨੇ ਵਿੱਚ ਵੀ ਨਹੀਂ ਸੋਚੇ ਗਏ?” ਕਿਸ ਨੇ ਸੁਪਨੇ ਵਿੱਚ ਸੋਚਿਆ ਸੀ ਕਿ ਇਸਲਾਮ ਹੁਣ ਯੂਰਪ ਭਰ ਵਿੱਚ ਫੈਲਾਇਆ ਜਾਵੇਗਾ ਅਤੇ ਹੁਣ ਅਮਰੀਕਾਵਾਂ ਉੱਤੇ ਉਤਰਦਾ ਆ ਰਿਹਾ ਹੋਵੇਗਾ? ਕੀ ਤੁਸੀਂ ਸੁਪਨੇ ਵਿੱਚ ਸੋਚਿਆ ਸੀ ਕਿ ਟਿੱਡੀਆਂ ਸੰਯੁਕਤ ਰਾਸ਼ਟਰ, ਯੂਰਪੀ ਸੰਘ ਅਤੇ ਸੰਯੁਕਤ ਰਾਜ ਅਮਰੀਕਾ ਦੀ ਡੈਮੋਕ੍ਰੈਟਿਕ ਪਾਰਟੀ ਦੇ ਵਿਸ਼ਵਵਾਦੀਆਂ ਦੁਆਰਾ ਸੰਸਾਰ ਭਰ ਵਿੱਚ ਫੈਲਾਈਆਂ ਜਾਣਗੀਆਂ?</w:t>
      </w:r>
    </w:p>
    <w:p>
      <w:pPr>
        <w:pStyle w:val="ArticleBody"/>
        <w:jc w:val="left"/>
      </w:pPr>
      <w:r>
        <w:rPr>
          <w:rFonts w:ascii="Nirmala UI" w:hAnsi="Nirmala UI" w:eastAsia="Nirmala UI" w:cs="Nirmala UI"/>
        </w:rPr>
        <w:t>ਕਿਸ ਨੇ ਇਹ ਸੁਪਨਾ ਵੀ ਵੇਖਿਆ ਸੀ ਕਿ ਸਿੱਖਿਆ ਸੰਸਥਾਵਾਂ ਨੂੰ ਕਮਿਊਨਿਸਟ ਅਤੇ ਇਸਲਾਮਿਕ ਗਠਜੋੜ ਵੱਲੋਂ ਵੱਸ ਵਿੱਚ ਕਰ ਲਿਆ ਜਾਵੇਗਾ, ਜਿਸ ਨੂੰ ਹੁਣ ਉਹਨਾਂ ਨਾਗਰਿਕਾਂ ਦੇ ਕਰਾਂ ਦੇ ਡਾਲਰਾਂ ਨਾਲ ਵਿੱਤ ਪ੍ਰਾਪਤ ਹੋ ਰਿਹਾ ਹੈ ਜਿਨ੍ਹਾਂ ਨੇ ਕਦੇ ਇਹ ਮਨਸ਼ਾ ਨਹੀਂ ਰੱਖੀ ਸੀ ਕਿ ਉਹਨਾਂ ਦੇ ਕਰਾਂ ਦੇ ਡਾਲਰ ਉਸੇ ਰਾਸ਼ਟਰ ਨੂੰ ਨਸ਼ਟ ਕਰਨ ਲਈ ਵਰਤੇ ਜਾਣ ਜੋ ਉਹ ਕਰਾਂ ਦੇ ਡਾਲਰ ਪ੍ਰਦਾਨ ਕਰਦਾ ਹੈ।</w:t>
      </w:r>
    </w:p>
    <w:p>
      <w:pPr>
        <w:pStyle w:val="ArticleBody"/>
        <w:jc w:val="left"/>
      </w:pPr>
      <w:r>
        <w:rPr>
          <w:rFonts w:ascii="Nirmala UI" w:hAnsi="Nirmala UI" w:eastAsia="Nirmala UI" w:cs="Nirmala UI"/>
        </w:rPr>
        <w:t>ਕਿਸ ਨੇ ਸੁਪਨੇ ਵਿੱਚ ਵੀ ਸੋਚਿਆ ਹੋਵੇਗਾ ਕਿ ਗ੍ਰੇਟ ਬ੍ਰਿਟੇਨ ਇਸਲਾਮ ਦੁਆਰਾ ਗੋਰੀਆਂ ਕੁੜੀਆਂ ਨਾਲ ਸਮੂਹਿਕ ਬਲਾਤਕਾਰ, ਉਨ੍ਹਾਂ ਦੇ ਅਗਵਾ, ਕੈਦ ਅਤੇ ਕਤਲ ਨੂੰ ਪ੍ਰੋਤਸਾਹਿਤ ਕਰੇਗਾ ਅਤੇ ਉਸਨੂੰ ਕਾਇਮ ਰੱਖੇਗਾ? ਬਹੁਤੇ ਲੋਕ ਇਸ ਗੱਲ ਵੱਲ ਇਸ਼ਾਰਾ ਕਰਦੇ ਹਨ ਕਿ ਮਨੁੱਖੀ ਇਤਿਹਾਸ ਵਿੱਚ ਜਿੱਥੇ ਵੀ ਹਰ ਕਮਿਊਨਿਸਟ ਪ੍ਰਣਾਲੀ ਕਾਇਮ ਹੋਈ ਹੈ, ਉਹ ਪੂਰੀ ਤਰ੍ਹਾਂ ਅਸਫਲ ਰਹੀ ਹੈ; ਪਰ ਬ੍ਰਿਟੇਨ ਦੇ ਸਮਾਜਵਾਦ ਦਾ ਫਲ ਸਮਾਜਵਾਦ ਦੀ ਉਤਨੀ ਹੀ ਕੜੀ ਨਿੰਦਾ ਹੈ, ਜਿੰਨੀ ਉਸ ਪ੍ਰਣਾਲੀ ਦੀਆਂ ਆਰਥਿਕ ਅਤੇ ਰਾਜਨੀਤਿਕ ਦਰਸ਼ਨਧਾਰਾਵਾਂ ਦੀ ਅਸਫਲਤਾ ਹੈ।</w:t>
      </w:r>
    </w:p>
    <w:p>
      <w:pPr>
        <w:pStyle w:val="ArticleBody"/>
        <w:jc w:val="left"/>
      </w:pPr>
      <w:r>
        <w:rPr>
          <w:rFonts w:ascii="Nirmala UI" w:hAnsi="Nirmala UI" w:eastAsia="Nirmala UI" w:cs="Nirmala UI"/>
        </w:rPr>
        <w:t>ਕੌਣ ਸੁਪਨੇ ਵਿੱਚ ਵੀ ਸੋਚ ਸਕਦਾ ਸੀ ਕਿ ਧਰਤੀ ਦੇ ਵਪਾਰੀਆਂ ਨੂੰ ਇਹ ਆਗਿਆ ਮਿਲੇਗੀ ਕਿ ਉਹ ਵਿਸ਼ ਲਿਆ ਕੇ ਸਤਾਰ੍ਹਾਂ ਮਿਲੀਅਨ ਤੋਂ ਵੱਧ ਲੋਕਾਂ ਦੀ ਸਮੂਹਿਕ ਹੱਤਿਆ ਕਰ ਸਕਣ?</w:t>
      </w:r>
    </w:p>
    <w:p>
      <w:pPr>
        <w:pStyle w:val="ArticleBody"/>
        <w:jc w:val="left"/>
      </w:pPr>
      <w:r>
        <w:rPr>
          <w:rFonts w:ascii="Nirmala UI" w:hAnsi="Nirmala UI" w:eastAsia="Nirmala UI" w:cs="Nirmala UI"/>
        </w:rPr>
        <w:t>ਕਿਸ ਨੇ ਕਦੇ ਸੋਚਿਆ ਸੀ ਕਿ ਜਾਰਜ ਸੋਰੋਸ, ਬਿਲ ਗੇਟਸ ਅਤੇ ਐਂਥਨੀ ਫਾਊਚੀ ਵਰਗੇ ਮਨੁੱਖਾਂ ਨੂੰ ਆਪਣੇ ਦੈਤਿਕ ਦੁਸ਼ਟ ਕਰਤੱਬ ਬਿਲਕੁਲ ਬਿਨਾ ਕਿਸੇ ਪਰਿਣਾਮ ਦੇ ਪੂਰੇ ਕਰਨ ਦੀ ਆਗਿਆ ਮਿਲ ਜਾਵੇਗੀ?</w:t>
      </w:r>
    </w:p>
    <w:p>
      <w:pPr>
        <w:pStyle w:val="ArticleBody"/>
        <w:jc w:val="left"/>
      </w:pPr>
      <w:r>
        <w:rPr>
          <w:rFonts w:ascii="Nirmala UI" w:hAnsi="Nirmala UI" w:eastAsia="Nirmala UI" w:cs="Nirmala UI"/>
        </w:rPr>
        <w:t>ਜਦੋਂ ਸਿਸਟਰ ਵਾਈਟ ਨੇ ਕਿਹਾ ਕਿ ਜੋ ਦ੍ਰਿਸ਼ ਅੰਜਾਮ ਦਿੱਤੇ ਜਾਣਗੇ, ਉਹਨਾਂ ਦੀ ਤਾਂ ਕਦੇ ਕਲਪਨਾ ਵੀ ਨਹੀਂ ਕੀਤੀ ਜਾਵੇਗੀ, ਤਦੋਂ ਉਹ ਇਹ ਗੱਲ ਇੱਕ ਲੱਖ ਚੁਵਾਲੀਹ ਹਜ਼ਾਰ ਦੇ ਮੋਹਰ ਲਗਣ ਦੇ ਸਮੇਂ ਦੇ ਸੰਦਰਭ ਵਿੱਚ ਕਹਿ ਰਹੀ ਸੀ। ਉਹ ਮੱਤੀ ਚੌਵੀ ਵਿੱਚ ਮਸੀਹ ਦੀ ਚੇਤਾਵਨੀ ਬਾਰੇ ਆਪਣੀਆਂ ਟਿੱਪਣੀਆਂ ਨੂੰ ਅੱਗੇ ਵਧਾ ਰਹੀ ਸੀ, ਜਿੱਥੇ ਉਸ ਨੇ ਲਿਖਿਆ, “ਇਹ ਸਿੱਖਿਆਵਾਂ ਸਾਡੇ ਲਾਭ ਲਈ ਹਨ। ਸਾਨੂੰ ਆਪਣਾ ਵਿਸ਼ਵਾਸ ਪਰਮੇਸ਼ੁਰ ਉੱਤੇ ਅਡੋਲ ਟਿਕਾਉਣਾ ਹੈ, ਕਿਉਂਕਿ ਸਾਡੇ ਬਿਲਕੁਲ ਅੱਗੇ ਅਜਿਹਾ ਸਮਾਂ ਹੈ ਜੋ ਮਨੁੱਖਾਂ ਦੀਆਂ ਆਤਮਾਵਾਂ ਨੂੰ ਪਰਖੇਗਾ। ਮਸੀਹ ਨੇ, ਜ਼ੈਤੂਨ ਦੇ ਪਹਾੜ ਉੱਤੇ, ਉਹ ਭਿਆਨਕ ਨਿਆਂ-ਦੰਡ ਵਰਣਨ ਕੀਤੇ ਜੋ ਉਸ ਦੇ ਦੂਜੇ ਆਉਣ ਤੋਂ ਪਹਿਲਾਂ ਹੋਣੇ ਸਨ।”</w:t>
      </w:r>
    </w:p>
    <w:p>
      <w:pPr>
        <w:pStyle w:val="ArticleBody"/>
        <w:jc w:val="left"/>
      </w:pPr>
      <w:r>
        <w:rPr>
          <w:rFonts w:ascii="Nirmala UI" w:hAnsi="Nirmala UI" w:eastAsia="Nirmala UI" w:cs="Nirmala UI"/>
        </w:rPr>
        <w:t>ਜਿਨ੍ਹਾਂ ਪਾਠਾਂ ਦਾ ਉਸ ਨੇ ਹੁਣੇ ਹੀ ਜ਼ਿਕਰ ਕੀਤਾ ਸੀ, ਉਹ ਪਵਿੱਤਰ ਅਸਥਾਨ ਵਿੱਚ ਹਿਜ਼ਕੀਏਲ ਅਤੇ ਯੂਹੰਨਾ ਦੋਹਾਂ ਦੀਆਂ ਉਹ ਰੂਪਕ-ਚਿੱਤਰਾਵਲੀਆਂ ਸਨ, ਜਿਨ੍ਹਾਂ ਰਾਹੀਂ ਉਹ ਇਹ ਸਮਝਣ ਲੱਗੇ ਕਿ ਪਰਮੇਸ਼ੁਰ ਸਭ ਕੁਝ ਆਪਣੇ ਅਧੀਨ ਰੱਖਦਾ ਹੈ। ਇਸ ਉਲਝਣ ਅਤੇ ਬਗਾਵਤ ਵਿੱਚ ਜੋ ਹੁਣ ਚੱਲ ਰਹੀ ਹੈ—ਇੱਕ ਐਸੀ ਉਲਝਣ ਅਤੇ ਬਗਾਵਤ ਜੋ ਇਤਿਹਾਸ ਦੇ ਅੱਗੇ ਵਧਣ ਨਾਲ ਕੇਵਲ ਹੋਰ ਵਧਦੀ ਹੀ ਜਾਵੇਗੀ—ਜੋ ਲੋਕ ਪਰਮੇਸ਼ੁਰ ਦੇ ਸੰਦੇਸ਼ਵਾਹਕ ਹਨ, ਜਿਵੇਂ ਕਿ ਮੰਦਰ ਵਿੱਚ ਕੇਵਲ ਹਿਜ਼ਕੀਏਲ ਅਤੇ ਯੂਹੰਨਾ ਹੀ ਨਹੀਂ, ਸਗੋਂ ਯਸਾਯਾਹ ਵੀ ਦਰਸਾਉਂਦੇ ਹਨ, ਉਹ ਇਤਿਹਾਸ ਦੇ ਰਾਹ ਵਿੱਚ ਕੇਵਲ ਤਦ ਹੀ ਇਸ ਢੰਗ ਨਾਲ ਚੱਲਣਗੇ ਜੋ ਪ੍ਰਭੂ ਦੀ ਮਹਿਮਾ ਕਰੇ, ਜੇ ਉਹ ਇਹ ਸਮਝਣ ਕਿ ਜਿਨ੍ਹਾਂ ਗੱਲਾਂ ਦਾ ਅਸੀਂ ਕਦੇ ਸੁਪਨਾ ਵੀ ਨਹੀਂ ਦੇਖਿਆ, ਉਹ ਵੀ ਅਜੇ ਤੱਕ ਪਰਮੇਸ਼ੁਰ ਦੇ ਹੀ ਨਿਯੰਤਰਣ ਹੇਠ ਹਨ।</w:t>
      </w:r>
    </w:p>
    <w:p>
      <w:pPr>
        <w:pStyle w:val="ArticleBody"/>
        <w:jc w:val="left"/>
      </w:pPr>
      <w:r>
        <w:rPr>
          <w:rFonts w:ascii="Nirmala UI" w:hAnsi="Nirmala UI" w:eastAsia="Nirmala UI" w:cs="Nirmala UI"/>
        </w:rPr>
        <w:t>ਉਹ ਪਹੀਏ ਜੋ ਹੋਰ ਪਹੀਿਆਂ ਨੂੰ ਕੱਟਦੇ ਹੋਏ ਲੰਘਦੇ ਹਨ, ਉਹਨਾਂ ਵਿੱਚ ਉਹ ਘਟਨਾਵਾਂ ਸ਼ਾਮਲ ਹਨ ਜਿਨ੍ਹਾਂ ਦਾ ਕਦੇ ਸੁਪਨੇ ਵਿੱਚ ਵੀ ਖ਼ਿਆਲ ਨਹੀਂ ਕੀਤਾ ਗਿਆ ਸੀ; ਅਤੇ ਇਹ ਉਹੀ ਘਟਨਾਵਾਂ ਹਨ ਜੋ ਉਸ ਮੋਹਰਬੰਦੀ ਦੇ ਸਮੇਂ ਵਿੱਚ ਵਾਪਰਦੀਆਂ ਹਨ ਜੋ 9/11 ਤੋਂ ਆਰੰਭ ਹੋਇਆ। ਜਿਨ੍ਹਾਂ ਪਾਠਾਂ ਨੂੰ ਸਿੱਖਿਆ ਜਾਣਾ ਹੈ, ਉਹ ਕੇਵਲ ਉਹਨਾਂ ਹੀ ਵੱਲੋਂ ਸਿੱਖੇ ਜਾਂਦੇ ਹਨ ਜੋ ਵਿਸ਼ਵਾਸ ਦੁਆਰਾ ਮਹਾਂਪਵਿੱਤਰ ਸਥਾਨ ਵਿੱਚ ਪ੍ਰਵੇਸ਼ ਕਰਦੇ ਹਨ ਅਤੇ ਮਸੀਹ ਨੂੰ ਅਤੇ ਉਸ ਦੀ ਰੌਸ਼ਨੀ ਨੂੰ ਸੰਦੂਕ ਵਿੱਚੋਂ ਚਮਕਦੇ ਹੋਏ ਵੇਖਦੇ ਹਨ। ਜਦੋਂ ਉਸ ਮਹਿਮਾ ਨੂੰ ਦਸਵੇਂ ਅਧਿਆਇ ਵਿੱਚ ਦਾਨੀਏਲ ਦੁਆਰਾ ਦਰਸਾਈ ਗਈ ਤਰ੍ਹਾਂ ਦੇਖਿਆ ਜਾਂਦਾ ਹੈ, ਤਦ ਜੋ ਵਰਗ ਉਸ ਰੌਸ਼ਨੀ ਤੋਂ ਲਾਭ ਪ੍ਰਾਪਤ ਕਰਦਾ ਹੈ ਉਹ ਉਹਨਾਂ ਤੋਂ ਵੱਖ ਕਰ ਦਿੱਤਾ ਜਾਂਦਾ ਹੈ ਜੋ ਉਸ ਦਰਸ਼ਨ ਤੋਂ ਭੱਜ ਗਏ ਸਨ।</w:t>
      </w:r>
    </w:p>
    <w:p>
      <w:pPr>
        <w:pStyle w:val="ArticleScripture"/>
        <w:jc w:val="left"/>
      </w:pPr>
      <w:r>
        <w:rPr>
          <w:rFonts w:ascii="Nirmala UI" w:hAnsi="Nirmala UI" w:eastAsia="Nirmala UI" w:cs="Nirmala UI"/>
        </w:rPr>
        <w:t>ਅਤੇ ਮੈਂ ਦਾਨੀਏਲ ਨੇ ਇਕੱਲੇ ਹੀ ਉਹ ਦਰਸ਼ਨ ਵੇਖਿਆ; ਕਿਉਂਕਿ ਜੋ ਮਨੁੱਖ ਮੇਰੇ ਨਾਲ ਸਨ, ਉਨ੍ਹਾਂ ਨੇ ਉਹ ਦਰਸ਼ਨ ਨਾ ਵੇਖਿਆ; ਪਰ ਉਨ੍ਹਾਂ ਉੱਤੇ ਇਕ ਵੱਡਾ ਕੰਬਣ ਆ ਪਿਆ, ਇਸ ਲਈ ਉਹ ਆਪਣੇ ਆਪ ਨੂੰ ਲੁਕਾਉਣ ਲਈ ਭੱਜ ਗਏ। ਦਾਨੀਏਲ 10:7।</w:t>
      </w:r>
    </w:p>
    <w:p>
      <w:pPr>
        <w:pStyle w:val="ArticleBody"/>
        <w:jc w:val="left"/>
      </w:pPr>
      <w:r>
        <w:rPr>
          <w:rFonts w:ascii="Nirmala UI" w:hAnsi="Nirmala UI" w:eastAsia="Nirmala UI" w:cs="Nirmala UI"/>
        </w:rPr>
        <w:t>ਪਿਛਲੇ ਲੇਖ ਦੇ ਇਸ ਅੰਸ਼ ਵਿਚੋਂ ਹੋਰ ਵੀ ਬਹੁਤ ਕੁਝ ਪ੍ਰਾਪਤ ਕੀਤਾ ਜਾ ਸਕਦਾ ਹੈ, ਪਰ ਇਸ ਲੇਖ ਦਾ ਸਮਾਪਨ ਕਰਦੇ ਹੋਏ ਅਸੀਂ ਇਕ ਚੱਕਰ ਬਾਰੇ ਵਿਚਾਰ ਕਰਾਂਗੇ। ਪਿਛਲੇ ਲੇਖ ਵਿੱਚ ਅਸੀਂ ਪੱਚੀਸ ਅੰਕ ਦੇ ਪ੍ਰਤੀਕਾਤਮਕ ਅਰਥ ਨੂੰ ਨੋਟ ਕੀਤਾ ਸੀ, ਅਤੇ ਉਸ ਤੋਂ ਪਹਿਲਾਂ ਅਸੀਂ ਤੀਹ ਅੰਕ ਉੱਤੇ ਵੀ ਸਮਾਂ ਬਿਤਾਇਆ ਸੀ। ਹਿਜ਼ਕੀਏਲ ਦੀ ਪੁਸਤਕ ਤੋਂ ਮਿਲਣ ਵਾਲੀ ਜੋਤ ਕੇਵਲ ਪ੍ਰਤੀਕਾਤਮਕ ਅੰਕਾਂ ਤੱਕ ਹੀ ਸੀਮਿਤ ਨਹੀਂ ਹੈ, ਪਰੰਤੂ ਉਲਝਣ ਵਿਚੋਂ ਕੁਝ ਸਪਸ਼ਟਤਾ ਪ੍ਰਗਟ ਕਰਨੀ ਸ਼ੁਰੂ ਕਰਨ ਤੋਂ ਪਹਿਲਾਂ, ਇਨ੍ਹਾਂ ਅੰਕੀ ਪ੍ਰਤੀਕਾਂ ਵਿੱਚੋਂ ਕੁਝ ਨਾਲ ਪਹਿਲਾਂ ਜਾਣ-ਪਛਾਣ ਕਰ ਲੈਣਾ ਲਾਭਕਾਰੀ ਹੈ।</w:t>
      </w:r>
    </w:p>
    <w:p>
      <w:pPr>
        <w:pStyle w:val="ArticleHeading"/>
        <w:jc w:val="left"/>
      </w:pPr>
      <w:r>
        <w:rPr>
          <w:rFonts w:ascii="Nirmala UI" w:hAnsi="Nirmala UI" w:eastAsia="Nirmala UI" w:cs="Nirmala UI"/>
        </w:rPr>
        <w:t>ਸਤਾਰਾਂ</w:t>
      </w:r>
    </w:p>
    <w:p>
      <w:pPr>
        <w:pStyle w:val="ArticleBody"/>
        <w:jc w:val="left"/>
      </w:pPr>
      <w:r>
        <w:rPr>
          <w:rFonts w:ascii="Nirmala UI" w:hAnsi="Nirmala UI" w:eastAsia="Nirmala UI" w:cs="Nirmala UI"/>
        </w:rPr>
        <w:t>ਦੋ ਸੌ ਪੰਜਾਹ ਸਾਲਾਂ ਦੀਆਂ ਤਿੰਨ ਭਵਿੱਖਬਾਣੀਆਂ ਇੱਕ ਸਤਾਰਾਂ ਸਾਲਾਂ ਦੇ ਅਰਸੇ ਦੀ ਪਹਿਚਾਣ ਕਰਦੀਆਂ ਹਨ, ਜੋ ਸਮੁਰਨਾ ਦੀ ਕਲੀਸਿਆ ਦੇ ਇਤਿਹਾਸ ਦੇ ਅੰਤ ਤੇ ਸ਼ੁਰੂ ਹੁੰਦਾ ਹੈ। 313 ਤੋਂ 330 ਤੱਕ ਦੇ ਸਤਾਰਾਂ ਸਾਲ ਦਰਿੰਦੇ ਦੀ ਮੂਰਤ ਦੀ ਸਥਾਪਨਾ ਦਾ ਪ੍ਰਤੀਕ ਹਨ।</w:t>
      </w:r>
    </w:p>
    <w:p>
      <w:pPr>
        <w:pStyle w:val="ArticleBody"/>
        <w:jc w:val="left"/>
      </w:pPr>
      <w:r>
        <w:rPr>
          <w:rFonts w:ascii="Nirmala UI" w:hAnsi="Nirmala UI" w:eastAsia="Nirmala UI" w:cs="Nirmala UI"/>
        </w:rPr>
        <w:t>ਈਸਾ ਪੂਰਵ 457 ਵਿੱਚ ਸ਼ੁਰੂ ਹੋਏ ਦੋ ਸੌ ਪੰਜਾਹ ਸਾਲ ਈਸਾ ਪੂਰਵ 207 ਵਿੱਚ ਸਮਾਪਤ ਹੋਏ, ਜੋ ਰਾਫੀਆ ਦੀ ਲੜਾਈ ਤੋਂ ਸੱਤ ਸਾਲ ਬਾਅਦ ਅਤੇ ਪੈਨਿਯਮ ਦੀ ਲੜਾਈ ਤੋਂ ਦਸ ਸਾਲ ਪਹਿਲਾਂ ਸੀ। ਰਾਫੀਆ ਤੋਂ ਪੈਨਿਯਮ ਤੱਕ ਸਤਾਰਾਂ ਸਾਲ ਸਨ, ਅਤੇ ਇਹ ਦਾਨੀਏਲ 11 ਦੀਆਂ ਆਯਤਾਂ 11 ਤੋਂ 15 ਵਿੱਚ ਪ੍ਰਸਤੁਤ ਕੀਤੇ ਅਨੁਸਾਰ ਆਯਤ 40 ਦੇ ਲੁਕੇ ਹੋਏ ਇਤਿਹਾਸ ਦੀ ਨੁਮਾਇੰਦਗੀ ਕਰਦਾ ਹੈ।</w:t>
      </w:r>
    </w:p>
    <w:p>
      <w:pPr>
        <w:pStyle w:val="ArticleBody"/>
        <w:jc w:val="left"/>
      </w:pPr>
      <w:r>
        <w:rPr>
          <w:rFonts w:ascii="Nirmala UI" w:hAnsi="Nirmala UI" w:eastAsia="Nirmala UI" w:cs="Nirmala UI"/>
        </w:rPr>
        <w:t>ਟੋਲਮੀ ਚੌਥਾ ਫਿਲੋਪੇਟਰ (ਜਿਸ ਨੂੰ ਟੋਲਮੀ ਚੌਥਾ ਵੀ ਕਿਹਾ ਜਾਂਦਾ ਹੈ) ਉਹ ਸ਼ਾਸਕ ਸੀ ਜਿਸ ਨੇ 217 ਈਸਾ ਪੂਰਵ ਵਿੱਚ ਰਾਫੀਆ ਦੀ ਲੜਾਈ ਜਿੱਤੀ ਸੀ। ਉਸ ਨੇ 221 ਈਸਾ ਪੂਰਵ ਤੋਂ 204 ਈਸਾ ਪੂਰਵ ਤੱਕ ਪਟੋਲੇਮਿਕ ਮਿਸਰ ਦੇ ਰਾਜੇ (ਅਤੇ ਫਿਰਔਨ) ਵਜੋਂ ਰਾਜ ਕੀਤਾ; ਇਸ ਤਰ੍ਹਾਂ, ਉਸ ਦਾ ਰਾਜ ਸਤਾਰਾਂ ਸਾਲ ਚੱਲਿਆ। ਉਸ ਨੇ ਆਪਣਾ ਰਾਜ ਰਾਫੀਆ ਦੀ ਲੜਾਈ ਤੋਂ ਪਹਿਲਾਂ ਆਰੰਭ ਕੀਤਾ ਸੀ, ਪਰ ਪੇਨੀਅਮ ਦੀ ਲੜਾਈ ਤੋਂ ਪਹਿਲਾਂ ਹੀ ਉਸ ਦੀ ਮੌਤ ਹੋ ਗਈ ਸੀ।</w:t>
      </w:r>
    </w:p>
    <w:p>
      <w:pPr>
        <w:pStyle w:val="ArticleBody"/>
        <w:jc w:val="left"/>
      </w:pPr>
      <w:r>
        <w:rPr>
          <w:rFonts w:ascii="Nirmala UI" w:hAnsi="Nirmala UI" w:eastAsia="Nirmala UI" w:cs="Nirmala UI"/>
        </w:rPr>
        <w:t>ਰਾਫੀਆ ਦੀ ਲੜਾਈ, ਜੋ ਯੂਕਰੇਨੀ ਜੰਗ ਦੀ ਨੁਮਾਇੰਦਗੀ ਕਰਦੀ ਹੈ, 2014 ਵਿੱਚ ਸ਼ੁਰੂ ਹੋਈ, ਜਦੋਂ ਸੰਯੁਕਤ ਰਾਜ ਨੇ ਯੂਕਰੇਨ ਵਿੱਚ ਇੱਕ ਰੰਗ-ਕ੍ਰਾਂਤੀ ਕਰਵਾਈ। ਦੱਖਣ ਦਾ ਰਾਜਾ ਪਟੋਲਮੀ ਚੌਥਾ ਵਲਾਦੀਮੀਰ ਪੁਤਿਨ ਦਾ ਪ੍ਰਤੀਕ ਹੈ, ਜਿਸ ਨੇ ਆਪਣਾ ਰਾਜ 2000 ਵਿੱਚ ਸ਼ੁਰੂ ਕੀਤਾ, ਅਰਥਾਤ ਉਸ ਸਾਲ ਤੋਂ ਇੱਕ ਵਰ੍ਹਾ ਪਹਿਲਾਂ ਜਦੋਂ 2001 ਵਿੱਚ ਇੱਕ ਲੱਖ ਚੁਆਲੀਹ ਹਜ਼ਾਰ ਦੀ ਮੁਹਰਬੰਦੀ ਸ਼ੁਰੂ ਹੋਈ। ਪਟੋਲਮੀ ਦੀ ਤਰ੍ਹਾਂ ਹੀ, ਪੁਤਿਨ ਨੇ ਵੀ ਯੂਕਰੇਨੀ ਜੰਗ ਤੋਂ ਪਹਿਲਾਂ ਰਾਜ ਕਰਨਾ ਸ਼ੁਰੂ ਕੀਤਾ, ਜਿਸ ਦੀ ਨੁਮਾਇੰਦਗੀ 2014 ਵਿੱਚ ਸ਼ੁਰੂ ਹੋਈ ਰਾਫੀਆ ਦੀ ਲੜਾਈ ਕਰਦੀ ਹੈ। ਪੇਨੀਅਮ ਤੋਂ ਪਹਿਲਾਂ, ਪੁਤਿਨ ਨੂੰ, ਜਿਵੇਂ ਪਟੋਲਮੀ ਦੁਆਰਾ ਪ੍ਰਤੀਕਿਤ ਕੀਤਾ ਗਿਆ ਹੈ, ਹਟਾਇਆ ਜਾਂਦਾ ਹੈ। ਪੁਤਿਨ ਨੇ 2000 ਵਿੱਚ ਰਾਜ ਕਰਨਾ ਸ਼ੁਰੂ ਕੀਤਾ, ਇਸ ਤਰ੍ਹਾਂ ਉਹ ਉਸ ਮੁਹਰਬੰਦੀ ਦੇ ਸਮੇਂ ਦੀ ਸ਼ੁਰੂਆਤ ਨਾਲ ਅਨੁਰੂਪ ਹੋ ਜਾਂਦਾ ਹੈ ਜੋ ਅਗਲੇ ਸਾਲ 2001 ਵਿੱਚ ਸ਼ੁਰੂ ਹੋਇਆ। ਪਟੋਲਮੀ ਦੁਆਰਾ ਦਰਸਾਏ ਗਏ ਪ੍ਰਤੀਕਾਤਮਕ ਸਤਾਰਾਂ ਵਰ੍ਹੇ ਉਸ ਅਵਧੀ ਦੀ ਪਹਿਚਾਣ ਕਰਦੇ ਹਨ ਜਿਸ ਦੌਰਾਨ ਪੁਤਿਨ ਰਾਜ ਕਰਦਾ ਹੈ, ਅਤੇ ਉਹ ਇਹ ਮੁਹਰਬੰਦੀ ਦੇ ਸਮੇਂ ਦੌਰਾਨ ਕਰਦਾ ਹੈ।</w:t>
      </w:r>
    </w:p>
    <w:p>
      <w:pPr>
        <w:pStyle w:val="ArticleBody"/>
        <w:jc w:val="left"/>
      </w:pPr>
      <w:r>
        <w:rPr>
          <w:rFonts w:ascii="Nirmala UI" w:hAnsi="Nirmala UI" w:eastAsia="Nirmala UI" w:cs="Nirmala UI"/>
        </w:rPr>
        <w:t>457 ਈਸਾ ਪੂਰਵ ਵਿੱਚ ਆਰੰਭ ਹੋਏ ਦੋ ਸੌ ਪੰਜਾਹ ਸਾਲਾਂ ਦੇ ਸਮਾਪਤ ਹੋਣ ਦੁਆਰਾ ਪ੍ਰਤੀਕਿਤ ਟਰੰਪ ਉਸੇ ਗੁਪਤ ਇਤਿਹਾਸ ਵਿੱਚ ਸਥਿਤ ਹੈ ਜਿਸ ਵਿੱਚ ਪੂਤਿਨ ਹੈ, ਅਤੇ ਉਹ ਇਤਿਹਾਸ ਰਾਫੀਆ ਦੀ ਲੜਾਈ ਤੋਂ ਆਰੰਭ ਹੋਣ ਵਾਲੇ ਸਤਰਾਂ ਸਾਲਾਂ ਦਾ ਹੈ। ਅਜਗਰ (ਪੂਤਿਨ) ਅਤੇ ਝੂਠਾ ਨਬੀ (ਟਰੰਪ) ਉਸ ਗੁਪਤ ਇਤਿਹਾਸ ਦੇ ਅੰਦਰ ਸਥਿਤ ਹਨ। ਉਸ ਇਤਿਹਾਸ ਵਿੱਚ ਦਰਿੰਦਾ, ਜੋ “ਤੇਰੇ ਲੋਕਾਂ ਦੇ ਲੁਟੇਰਿਆਂ” ਵਜੋਂ ਦਰਸਾਇਆ ਗਿਆ ਹੈ ਅਤੇ ਜੋ ਪਾਪਾਈ ਸ਼ਕਤੀ ਦਾ ਪ੍ਰਤੀਕ ਹੈ, ਰਾਫੀਆ ਤੋਂ ਪਾਨਿਯਮ ਤੱਕ ਦੇ ਸਤਰਾਂ ਸਾਲਾਂ ਦੇ ਅੰਤ ‘ਤੇ ਸਥਿਤ ਹੈ।</w:t>
      </w:r>
    </w:p>
    <w:p>
      <w:pPr>
        <w:pStyle w:val="ArticleBody"/>
        <w:jc w:val="left"/>
      </w:pPr>
      <w:r>
        <w:rPr>
          <w:rFonts w:ascii="Nirmala UI" w:hAnsi="Nirmala UI" w:eastAsia="Nirmala UI" w:cs="Nirmala UI"/>
        </w:rPr>
        <w:t>ਸਾਲ 321 ਸੰਯੁਕਤ ਰਾਜ ਅਮਰੀਕਾ ਵਿੱਚ ਐਤਵਾਰ ਦੇ ਕਾਨੂੰਨ ਨੂੰ ਦਰਸਾਉਂਦਾ ਹੈ, ਅਤੇ 321, 313 ਵਿੱਚ ਮਿਲਾਨ ਦੇ ਫਰਮਾਨ ਤੋਂ ਲੈ ਕੇ 330 ਵਿੱਚ ਸਮਰਾਜ ਦੇ ਵੰਡੇ ਜਾਣ ਤੱਕ ਦੇ ਸਤਾਰਾਂ ਸਾਲਾਂ ਦੇ ਅਰਸੇ ਦੇ ਅੰਦਰ ਸਥਿਤ ਹੈ।</w:t>
      </w:r>
    </w:p>
    <w:p>
      <w:pPr>
        <w:pStyle w:val="ArticleBody"/>
        <w:jc w:val="left"/>
      </w:pPr>
      <w:r>
        <w:rPr>
          <w:rFonts w:ascii="Nirmala UI" w:hAnsi="Nirmala UI" w:eastAsia="Nirmala UI" w:cs="Nirmala UI"/>
        </w:rPr>
        <w:t>ਯੋਸ਼ੀਆਹ ਦੇ ਉਸ ਮਹਾਨ ਪਸਾਹ ਤੋਂ, ਜਿਸ ਨੂੰ ਇਸੇ ਨਾਮ ਨਾਲ ਬੁਲਾਇਆ ਜਾਂਦਾ ਹੈ, ਪ੍ਰਤਿਨਿਧਿਤ ਕੀਤਾ ਗਿਆ ਇਤਿਹਾਸ ਯਹੂਦੀਆਂ ਦੇ ਸਤਾਰਵੇਂ ਯੂਬਲੀ ਚੱਕਰ ਦੀ ਸ਼ੁਰੂਆਤ ਕਰਦਾ ਹੈ। ਯੋਸ਼ੀਆਹ ਦੇ ਪਸਾਹ ਤੋਂ, ਜੋ ਪੁਰਾਣੇ ਨੇਮ ਵਿੱਚ ਸਭ ਤੋਂ ਮਹਾਨ ਜਾਗਰਤੀ ਹੈ, 22 ਅਕਤੂਬਰ ਤੱਕ ਦਾ ਇਤਿਹਾਸ 11 ਅਗਸਤ, 1840 ਤੋਂ 22 ਅਕਤੂਬਰ, 1844 ਤੱਕ ਦੇ ਮਿਲਰਾਈਟ ਇਤਿਹਾਸ ਨੂੰ ਦਰਸਾਉਂਦਾ ਹੈ; ਪਰ ਇਸ ਤੋਂ ਵੀ ਵੱਧ ਮਹੱਤਵਪੂਰਣ ਰੂਪ ਵਿੱਚ ਇਹ 9/11 ਤੋਂ ਐਤਵਾਰ ਦੇ ਕਾਨੂੰਨ ਤੱਕ ਦੇ ਇਤਿਹਾਸ ਨੂੰ ਪ੍ਰਤਿਨਿਧਿਤ ਕਰਦਾ ਹੈ। ਇੱਕ ਲੱਖ ਚੁਆਲੀਹ ਹਜ਼ਾਰਾਂ ਦੀ ਮੁਹਰਬੰਦੀ ਦਾ ਸਮਾਂ ਯੋਸ਼ੀਆਹ ਤੋਂ 22 ਅਕਤੂਬਰ ਤੱਕ ਦੇ ਸਤਾਰਵੇਂ ਯੂਬਲੀ ਚੱਕਰ ਦੁਆਰਾ ਪ੍ਰਤਿਨਿਧਿਤ ਕੀਤਾ ਗਿਆ ਹੈ। ਸਤਾਰਾਂ ਇੱਕ ਐਸਾ ਪ੍ਰਤੀਕ ਹੈ ਜੋ ਮੁਹਰਬੰਦੀ ਦੇ ਸਮੇਂ ਦੀਆਂ ਮੁੱਖ ਘਟਨਾਵਾਂ ਨਾਲ ਸੰਬੰਧਿਤ ਹੈ, ਅਤੇ ਗਿਣਤੀ ਸਤਾਰਾਂ ਉਹ ਬਿੰਦੂ ਹੈ ਜਿੱਥੇ ਹਿਜ਼ਕੀਏਲ ਦੇ ਪਹੀਏ ਇਕ-ਦੂਜੇ ਨੂੰ ਕੱਟਦੇ ਹਨ।</w:t>
      </w:r>
    </w:p>
    <w:p>
      <w:pPr>
        <w:pStyle w:val="ArticleBody"/>
        <w:jc w:val="left"/>
      </w:pPr>
      <w:r>
        <w:rPr>
          <w:rFonts w:ascii="Nirmala UI" w:hAnsi="Nirmala UI" w:eastAsia="Nirmala UI" w:cs="Nirmala UI"/>
        </w:rPr>
        <w:t>ਦਾਨੀਏਲ ਦੇ ਚਾਲੀਵੇਂ ਪਦ ਦੇ ਗੁਪਤ ਇਤਿਹਾਸ ਵਿੱਚ, ਜਿਵੇਂ ਕਿ ਉਸੇ ਅਧਿਆਇ ਦੇ ਪਦ ਦਸ ਤੋਂ ਪੰਦਰਾਂ ਵਿੱਚ ਦਰਸਾਇਆ ਗਿਆ ਹੈ, ਅਜਗਰ ਦਾ ਸੰਬੰਧ ਪਟੋਲਮੀ ਦੇ ਰਾਜਕਾਲ ਰਾਹੀਂ “17” ਸੰਖਿਆ ਨਾਲ ਜੋੜਿਆ ਜਾਂਦਾ ਹੈ। ਪਦ ਗਿਆਰਾਂ ਦੀ ਰਾਫੀਆ ਦੀ ਲੜਾਈ ਤੋਂ ਲੈ ਕੇ ਪਦ ਪੰਦਰਾਂ ਦੀ ਰਾਫੀਆ ਦੀ ਲੜਾਈ ਤੱਕ ਦਾ ਇਤਿਹਾਸ “17” ਸਾਲਾਂ ਦਾ ਹੈ। ਉਹ ਇਤਿਹਾਸ ਡੋਨਾਲਡ ਟਰੰਪ ਨੂੰ ਉਨ੍ਹਾਂ ਦੋ ਲੜਾਈਆਂ ਦੁਆਰਾ ਪ੍ਰਤੀਕਿਤ ਸਤਾਰਾਂ ਸਾਲਾਂ ਦੇ ਮੱਧ ਵਿੱਚ ਰੱਖਦਾ ਹੈ। ਦਰਿੰਦੇ ਦੀ ਜੋ ਮੂਰਤ ਟਰੰਪ ਦੁਆਰਾ ਸੰਯੁਕਤ ਰਾਜ ਵਿੱਚ ਬਣਾਈ ਅਤੇ ਸਥਾਪਿਤ ਕੀਤੀ ਜਾਂਦੀ ਹੈ, ਉਹ 313 ਤੋਂ 330 ਤੱਕ ਦੇ “17” ਸਾਲਾਂ ਦੁਆਰਾ ਪ੍ਰਤੀਕਿਤ ਹੈ। ਅਧਿਆਇ ਇੱਕ ਦੇ ਪਦ ਇੱਕ ਵਿੱਚ ਹਿਜ਼ਕੀਏਲ “17ਵੇਂ” ਯੂਬਲੀ ਚੱਕਰ ਦੇ ਤੀਹਵੇਂ ਸਾਲ ਵਿੱਚ ਹੈ। ਕੀ ਤੁਸੀਂ ਕਦੇ ਇਹ ਸੁਪਨਾ ਦੇਖਿਆ ਸੀ ਕਿ ਸਤਾਰਾਂ ਦੀ ਸੰਖਿਆ ਉਨ੍ਹਾਂ ਪਹੀਆਂ ਵਿੱਚੋਂ ਇੱਕ ਦਾ ਪ੍ਰਤੀਕ ਸੀ, ਜੋ ਹਿਜ਼ਕੀਏਲ ਨੇ ਪਰਮ ਪਵਿੱਤਰ ਸਥਾਨ ਵਿੱਚ ਵੇਖੇ ਸਨ?</w:t>
      </w:r>
    </w:p>
    <w:p>
      <w:pPr>
        <w:pStyle w:val="ArticleBody"/>
        <w:jc w:val="left"/>
      </w:pPr>
      <w:r>
        <w:rPr>
          <w:rFonts w:ascii="Nirmala UI" w:hAnsi="Nirmala UI" w:eastAsia="Nirmala UI" w:cs="Nirmala UI"/>
        </w:rPr>
        <w:t>ਹਿਜ਼ਕੀਏਲ ਉਨ੍ਹਾਂ ਲੋਕਾਂ ਦਾ ਪ੍ਰਤੀਕ ਹੈ ਜੋ ਮੁਹਰ ਲਗਣ ਦੇ ਸਮੇਂ ਵਿਸ਼ਵਾਸ ਦੇ ਦੁਆਰਾ ਅਤਿ ਪਵਿੱਤਰ ਸਥਾਨ ਵਿੱਚ ਪ੍ਰਵੇਸ਼ ਕਰ ਚੁੱਕੇ ਹਨ। ਉਹ ਪਤਰਸ ਦੇ ਯਾਜਕ ਹਨ।</w:t>
      </w:r>
    </w:p>
    <w:p>
      <w:pPr>
        <w:pStyle w:val="ArticleScripture"/>
        <w:jc w:val="left"/>
      </w:pPr>
      <w:r>
        <w:rPr>
          <w:rFonts w:ascii="Nirmala UI" w:hAnsi="Nirmala UI" w:eastAsia="Nirmala UI" w:cs="Nirmala UI"/>
        </w:rPr>
        <w:t>ਤੁਸੀਂ ਵੀ, ਜੀਊਂਦੇ ਪੱਥਰਾਂ ਵਾਂਗ, ਇੱਕ ਆਤਮਕ ਘਰ ਅਤੇ ਇੱਕ ਪਵਿੱਤਰ ਯਾਜਕਾਈ ਵਜੋਂ ਬਣਾਏ ਜਾਂਦੇ ਹੋ, ਤਾਂ ਜੋ ਯਿਸੂ ਮਸੀਹ ਦੇ ਰਾਹੀਂ ਪਰਮੇਸ਼ੁਰ ਨੂੰ ਮਨਭਾਵਨ ਆਤਮਕ ਬਲੀਆਂ ਅਰਪਿਤ ਕਰੋ। 1 Peter 2:5.</w:t>
      </w:r>
    </w:p>
    <w:p>
      <w:pPr>
        <w:pStyle w:val="ArticleBody"/>
        <w:jc w:val="left"/>
      </w:pPr>
      <w:r>
        <w:rPr>
          <w:rFonts w:ascii="Nirmala UI" w:hAnsi="Nirmala UI" w:eastAsia="Nirmala UI" w:cs="Nirmala UI"/>
        </w:rPr>
        <w:t>ਉਹਨਾਂ ਨੂੰ ਇਹ ਜ਼ਿੰਮੇਵਾਰੀ ਸੌਂਪੀ ਗਈ ਹੈ ਕਿ ਉਹ ਪਰਮੇਸ਼ੁਰ ਦੇ ਪੂਰਵ ਵਾਚਾ-ਲੋਕਾਂ ਅੱਗੇ ਇੱਕ ਸੰਦੇਸ਼ ਪੇਸ਼ ਕਰਨ, ਜੋ ਉਸ ਵੇਲੇ ਪਾਸੇ ਕਰ ਦਿੱਤੇ ਜਾ ਰਹੇ ਹਨ, ਭਾਵੇਂ ਉਹ ਪਹਿਲਾਂ ਹੀ ਚੇਤਾਵਨੀ ਦੇ ਚੁੱਕੇ ਹਨ ਕਿ ਪਰਮੇਸ਼ੁਰ ਦੇ ਪੂਰਵ ਵਾਚਾ-ਲੋਕ ਨਾ ਤਾਂ ਦੇਖਣਗੇ ਅਤੇ ਨਾ ਹੀ ਸੁਣਣਗੇ।</w:t>
      </w:r>
    </w:p>
    <w:p>
      <w:pPr>
        <w:pStyle w:val="ArticleScripture"/>
        <w:jc w:val="left"/>
      </w:pPr>
      <w:r>
        <w:rPr>
          <w:rFonts w:ascii="Nirmala UI" w:hAnsi="Nirmala UI" w:eastAsia="Nirmala UI" w:cs="Nirmala UI"/>
        </w:rPr>
        <w:t>ਅਤੇ ਉਸ ਨੇ ਮੈਨੂੰ ਆਖਿਆ, ਹੇ ਮਨੁੱਖ ਦੇ ਪੁੱਤਰ, ਆਪਣਾ ਪੇਟ ਖਵਾਓ ਅਤੇ ਇਸ ਪੁਸਤਕ-ਪੜਚੇ ਨਾਲ ਆਪਣੀਆਂ ਅੰਤੜੀਆਂ ਭਰ ਲੈ, ਜੋ ਮੈਂ ਤੈਨੂੰ ਦਿੰਦਾ ਹਾਂ। ਤਦ ਮੈਂ ਉਸ ਨੂੰ ਖਾ ਲਿਆ; ਅਤੇ ਉਹ ਮੇਰੇ ਮੂੰਹ ਵਿੱਚ ਮਿਠਾਸ ਲਈ ਸ਼ਹਿਦ ਵਰਗਾ ਸੀ। ਅਤੇ ਉਸ ਨੇ ਮੈਨੂੰ ਆਖਿਆ, ਹੇ ਮਨੁੱਖ ਦੇ ਪੁੱਤਰ, ਜਾ, ਇਸਰਾਏਲ ਦੇ ਘਰਾਣੇ ਕੋਲ ਜਾ ਅਤੇ ਉਨ੍ਹਾਂ ਨਾਲ ਮੇਰੇ ਬਚਨ ਬੋਲ। ਕਿਉਂਕਿ ਤੈਨੂੰ ਕਿਸੇ ਅਜਿਹੀ ਕੌਮ ਕੋਲ ਨਹੀਂ ਭੇਜਿਆ ਗਿਆ ਜਿਸ ਦੀ ਬੋਲੀ ਅਜਾਣੀ ਹੋਵੇ ਅਤੇ ਜਿਸ ਦੀ ਭਾਸ਼ਾ ਕਠਿਨ ਹੋਵੇ, ਪਰ ਇਸਰਾਏਲ ਦੇ ਘਰਾਣੇ ਕੋਲ; ਨਾ ਹੀ ਬਹੁਤ ਸਾਰੀਆਂ ਅਜਿਹੀਆਂ ਕੌਮਾਂ ਕੋਲ ਜਿਨ੍ਹਾਂ ਦੀ ਬੋਲੀ ਅਜਾਣੀ ਹੋਵੇ ਅਤੇ ਭਾਸ਼ਾ ਕਠਿਨ ਹੋਵੇ, ਜਿਨ੍ਹਾਂ ਦੇ ਬਚਨ ਤੂੰ ਸਮਝ ਨਾ ਸਕੇਂ। ਨਿਸ਼ਚੇ ਹੀ, ਜੇ ਮੈਂ ਤੈਨੂੰ ਉਨ੍ਹਾਂ ਕੋਲ ਭੇਜਿਆ ਹੁੰਦਾ, ਤਾਂ ਉਹ ਤੇਰੀ ਸੁਣਦੇ। ਪਰ ਇਸਰਾਏਲ ਦਾ ਘਰਾਣਾ ਤੇਰੀ ਨਹੀਂ ਸੁਣੇਗਾ; ਕਿਉਂਕਿ ਉਹ ਮੇਰੀ ਨਹੀਂ ਸੁਣਦੇ; ਕਿਉਂਕਿ ਸਾਰਾ ਇਸਰਾਏਲ ਦਾ ਘਰਾਣਾ ਢੀਠ ਅਤੇ ਕਠੋਰ-ਦਿਲ ਹੈ। ਵੇਖ, ਮੈਂ ਤੇਰਾ ਚਿਹਰਾ ਉਨ੍ਹਾਂ ਦੇ ਚਿਹਰਿਆਂ ਦੇ ਵਿਰੁੱਧ ਦ੍ਰਿੜ੍ਹ ਕਰ ਦਿੱਤਾ ਹੈ, ਅਤੇ ਤੇਰਾ ਮੱਥਾ ਉਨ੍ਹਾਂ ਦੇ ਮੱਥਿਆਂ ਦੇ ਵਿਰੁੱਧ ਦ੍ਰਿੜ੍ਹ ਕਰ ਦਿੱਤਾ ਹੈ। ਚਕਮਕ ਨਾਲੋਂ ਵੀ ਕਠੋਰ ਹੀਰੇ ਵਰਗਾ ਮੈਂ ਤੇਰਾ ਮੱਥਾ ਕਰ ਦਿੱਤਾ ਹੈ; ਉਨ੍ਹਾਂ ਤੋਂ ਨਾ ਡਰ ਅਤੇ ਨਾ ਹੀ ਉਨ੍ਹਾਂ ਦੀਆਂ ਸ਼ਕਲਾਂ ਦੇ ਕਾਰਨ ਘਬਰਾ, ਭਾਵੇਂ ਉਹ ਬਗਾਵਤੀ ਘਰਾਣਾ ਹੀ ਕਿਉਂ ਨਾ ਹੋਣ। ਹਿਜ਼ਕੀਏਲ 3:3–9.</w:t>
      </w:r>
    </w:p>
    <w:p>
      <w:pPr>
        <w:pStyle w:val="ArticleBody"/>
        <w:jc w:val="left"/>
      </w:pPr>
      <w:r>
        <w:rPr>
          <w:rFonts w:ascii="Nirmala UI" w:hAnsi="Nirmala UI" w:eastAsia="Nirmala UI" w:cs="Nirmala UI"/>
        </w:rPr>
        <w:t>ਹਿਜ਼ਕੀਏਲ ਨੂੰ ਇਹ ਆਦੇਸ਼ ਦਿੱਤਾ ਗਿਆ ਹੈ ਕਿ ਉਹ ਪਹਿਲਾਂ ਦੇ ਵਾਅਦੇ ਦੇ ਲੋਕਾਂ ਲਈ ਇੱਕ ਸੰਦੇਸ਼ ਦਾ ਪ੍ਰਚਾਰ ਕਰੇ, ਜਿਨ੍ਹਾਂ ਦੀ ਪ੍ਰਤੀਨਿਧਤਾ ਮਿਲਰਾਈਟ ਇਤਿਹਾਸ ਦੇ ਪ੍ਰੋਟੈਸਟੈਂਟਾਂ ਅਤੇ ਅੰਤਿਮ ਦਿਨਾਂ ਦੀ ਲਾਓਦੀਕੀਆਈ ਸੱਤਵੇਂ-ਦਿਨ ਐਡਵੈਂਟਿਸਟ ਕਲੀਸਿਆ ਦੁਆਰਾ ਕੀਤੀ ਜਾਂਦੀ ਹੈ। ਜੇ ਉਹ ਇਸ ਸੰਦੇਸ਼ ਦਾ ਪ੍ਰਚਾਰ ਕਰਨ ਤੋਂ ਇਨਕਾਰ ਕਰੇ, ਤਾਂ ਜਿਨ੍ਹਾਂ ਨੂੰ ਚੇਤਾਵਨੀ ਨਾ ਦਿੱਤੀ ਗਈ ਹੋਵੇਗੀ ਉਨ੍ਹਾਂ ਦਾ ਲਹੂ ਉਸ ਉੱਤੇ ਹੋਵੇਗਾ।</w:t>
      </w:r>
    </w:p>
    <w:p>
      <w:pPr>
        <w:pStyle w:val="ArticleScripture"/>
        <w:jc w:val="left"/>
      </w:pPr>
      <w:r>
        <w:rPr>
          <w:rFonts w:ascii="Nirmala UI" w:hAnsi="Nirmala UI" w:eastAsia="Nirmala UI" w:cs="Nirmala UI"/>
        </w:rPr>
        <w:t>ਹੇ ਮਨੁੱਖ ਦੇ ਪੁੱਤਰ, ਮੈਂ ਤੈਨੂੰ ਇਸਰਾਏਲ ਦੇ ਘਰਾਣੇ ਲਈ ਇੱਕ ਪਹਿਰੇਦਾਰ ਠਹਿਰਾਇਆ ਹੈ; ਇਸ ਲਈ ਤੂੰ ਮੇਰੇ ਮੂੰਹੋਂ ਬਚਨ ਸੁਣ ਅਤੇ ਮੇਰੀ ਓਰੋਂ ਉਨ੍ਹਾਂ ਨੂੰ ਚੇਤਾਵਨੀ ਦੇ। ਜਦੋਂ ਮੈਂ ਦੁਸ਼ਟ ਨੂੰ ਆਖਾਂ, ਤੂੰ ਨਿਸ਼ਚਤ ਹੀ ਮਰੈਂਗਾ; ਅਤੇ ਤੂੰ ਉਸ ਨੂੰ ਚੇਤਾਵਨੀ ਨਾ ਦੇਵੇਂ, ਨਾ ਹੀ ਦੁਸ਼ਟ ਨੂੰ ਉਸ ਦੇ ਦੁਸ਼ਟ ਮਾਰਗ ਤੋਂ ਮੁੜਣ ਲਈ ਬੋਲੇਂ ਤਾਂ ਜੋ ਉਸ ਦੀ ਜਾਨ ਬਚੇ; ਉਹੀ ਦੁਸ਼ਟ ਮਨੁੱਖ ਆਪਣੇ ਅਪਰਾਧ ਵਿੱਚ ਮਰ ਜਾਵੇਗਾ; ਪਰ ਉਸ ਦਾ ਲਹੂ ਮੈਂ ਤੇਰੇ ਹੱਥੋਂ ਮੰਗਾਂਗਾ। ਤੌਭੀ ਜੇ ਤੂੰ ਦੁਸ਼ਟ ਨੂੰ ਚੇਤਾਵਨੀ ਦੇਵੇਂ, ਅਤੇ ਉਹ ਆਪਣੀ ਦੁਸ਼ਟਤਾ ਤੋਂ ਅਤੇ ਆਪਣੇ ਦੁਸ਼ਟ ਮਾਰਗ ਤੋਂ ਨਾ ਮੁੜੇ, ਤਾਂ ਉਹ ਆਪਣੇ ਅਪਰਾਧ ਵਿੱਚ ਮਰ ਜਾਵੇਗਾ; ਪਰ ਤੂੰ ਆਪਣੀ ਜਾਨ ਛੁਡਾ ਲਈ ਹੋਵੇਂਗਾ। ਫਿਰ, ਜਦੋਂ ਕੋਈ ਧਰਮੀ ਮਨੁੱਖ ਆਪਣੀ ਧਰਮਿਕਤਾ ਤੋਂ ਮੁੜ ਜਾਵੇ ਅਤੇ ਅਧਰਮ ਕਰੇ, ਅਤੇ ਮੈਂ ਉਸ ਦੇ ਅੱਗੇ ਠੋਕਰ ਦਾ ਕਾਰਣ ਰੱਖਾਂ, ਤਾਂ ਉਹ ਮਰ ਜਾਵੇਗਾ; ਕਿਉਂਕਿ ਤੂੰ ਉਸ ਨੂੰ ਚੇਤਾਵਨੀ ਨਹੀਂ ਦਿੱਤੀ, ਉਹ ਆਪਣੇ ਪਾਪ ਵਿੱਚ ਮਰ ਜਾਵੇਗਾ, ਅਤੇ ਉਸ ਦੇ ਕੀਤੇ ਹੋਏ ਧਰਮਿਕ ਕਰਮ ਯਾਦ ਨਾ ਕੀਤੇ ਜਾਣਗੇ; ਪਰ ਉਸ ਦਾ ਲਹੂ ਮੈਂ ਤੇਰੇ ਹੱਥੋਂ ਮੰਗਾਂਗਾ। ਤਥਾਪਿ ਜੇ ਤੂੰ ਧਰਮੀ ਮਨੁੱਖ ਨੂੰ ਚੇਤਾਵਨੀ ਦੇਵੇਂ ਕਿ ਧਰਮੀ ਪਾਪ ਨਾ ਕਰੇ, ਅਤੇ ਉਹ ਪਾਪ ਨਾ ਕਰੇ, ਤਾਂ ਉਹ ਨਿਸ਼ਚਤ ਹੀ ਜੀਊਂਦਾ ਰਹੇਗਾ, ਕਿਉਂਕਿ ਉਸ ਨੂੰ ਚੇਤਾਵਨੀ ਦਿੱਤੀ ਗਈ ਹੈ; ਅਤੇ ਤੂੰ ਵੀ ਆਪਣੀ ਜਾਨ ਛੁਡਾ ਲਈ ਹੋਵੇਂਗਾ। ਹਿਜ਼ਕੀਏਲ 3:17–21.</w:t>
      </w:r>
    </w:p>
    <w:p>
      <w:pPr>
        <w:pStyle w:val="ArticleBody"/>
        <w:jc w:val="left"/>
      </w:pPr>
      <w:r>
        <w:rPr>
          <w:rFonts w:ascii="Nirmala UI" w:hAnsi="Nirmala UI" w:eastAsia="Nirmala UI" w:cs="Nirmala UI"/>
        </w:rPr>
        <w:t>ਹਿਜ਼ਕੀਏਲ ਦੀਆਂ ਪਹਿਲੀਆਂ ‘ਗਿਆਰਾਂ’ ਅਧਿਆਇਆਂ ਵਿੱਚ ਉਸ ਨੂੰ ਯਰੂਸ਼ਲਮ ਦੀ ਨਾਸ਼ਤਾ ਦਿਖਾਈ ਜਾਂਦੀ ਹੈ, ਜਿਸ ਦੀ ਤਸਵੀਰ ਖੇਬਾਰ ਦਰਿਆ ਦੇ ਕੋਲ, ਮੈਦਾਨ ਵਿੱਚ ਅਤੇ ਯਰੂਸ਼ਲਮ ਵਿੱਚ ਦਿੱਤੀਆਂ ਗਈਆਂ ਦਰਸ਼ਨਾਂ ਰਾਹੀਂ ਕੀਤੀ ਗਈ ਹੈ। ਉਸ ਨੂੰ ਇਹ ਅਧਿਕਾਰ ਦਿੱਤਾ ਜਾਂਦਾ ਹੈ ਕਿ ਉਹ ਯਰੂਸ਼ਲਮ ਉੱਤੇ ਆਉਣ ਵਾਲੇ ਨਿਕਟਵਰਤੀ ਨਿਆਂ ਬਾਰੇ ਇੱਕ ਚੇਤਾਵਨੀ ਦਾ ਪ੍ਰਚਾਰ ਕਰੇ। ਯਰੂਸ਼ਲਮ ਉੱਤੇ ਆਉਣ ਵਾਲੇ ਨਿਕਟਵਰਤੀ ਨਿਆਂ ਦੀ ਇਹ ਚੇਤਾਵਨੀ ਦਾ ਸੰਦੇਸ਼ ਉਹੀ ਚੇਤਾਵਨੀ ਹੈ ਜੋ ਸਭ ਤੋਂ ਪਹਿਲਾਂ ਲਾਓਦੀਕੀਆਈ ਸੱਤਵੇਂ-ਦਿਨ ਐਡਵੈਂਟਿਸਟ ਕਲੀਸੀਆ ਨੂੰ ਦਿੱਤੀ ਜਾਂਦੀ ਹੈ। ਇਹ ਚੇਤਾਵਨੀ ਯਰੂਸ਼ਲਮ ਵਿੱਚ ਪਰਮੇਸ਼ੁਰ ਦੇ ਉਹਨਾਂ ਲੋਕਾਂ ਦੇ ਨਿਆਂ ਅਤੇ ਅਸਵੀਕ੍ਰਿਤੀ ਦੀ ਪਹਿਚਾਣ ਕਰਦੀ ਹੈ ਜਿਨ੍ਹਾਂ ਕੋਲ ਪਰਮੇਸ਼ੁਰ ਦੀ ਮੁਹਰ ਨਹੀਂ ਹੈ। ਹਿਜ਼ਕੀਏਲ ਦੁਆਰਾ ਪ੍ਰਤੀਕਿਤ ਇਹ ਚੇਤਾਵਨੀ ਜਲਦੀ ਆਉਣ ਵਾਲੇ ਐਤਵਾਰ ਦੇ ਕਾਨੂੰਨ ਦੀ ਚੇਤਾਵਨੀ ਹੈ।</w:t>
      </w:r>
    </w:p>
    <w:p>
      <w:pPr>
        <w:pStyle w:val="ArticleBody"/>
        <w:jc w:val="left"/>
      </w:pPr>
      <w:r>
        <w:rPr>
          <w:rFonts w:ascii="Nirmala UI" w:hAnsi="Nirmala UI" w:eastAsia="Nirmala UI" w:cs="Nirmala UI"/>
        </w:rPr>
        <w:t>ਉਹਨਾਂ ਪਹਿਲਿਆਂ ਗਿਆਰਾਂ ਅਧਿਆਇਆਂ ਵਿੱਚ, ਜਿੱਥੇ ਇਹ ਸੱਚਾਈਆਂ ਪ੍ਰਗਟ ਕੀਤੀਆਂ ਗਈਆਂ ਹਨ, ਹਿਜ਼ਕੀਏਲ ਨੂੰ ਗੂੰਗਾ ਕਰ ਦਿੱਤਾ ਜਾਂਦਾ ਹੈ, ਅਤੇ ਇਸ ਤੋਂ ਬਾਅਦ ਉਹ ਕੇਵਲ ਤਦ ਹੀ ਬੋਲਦਾ ਹੈ ਜਦੋਂ ਪਰਮੇਸ਼ੁਰ ਖ਼ਾਸ ਤੌਰ ਤੇ ਉਸ ਦਾ ਮੂੰਹ ਖੋਲ੍ਹਦਾ ਹੈ; ਅਤੇ ਇਹ ਹਾਲਤ ਯਰੂਸ਼ਲਮ ਦੇ ਨਾਸ ਹੋਣ ਤੱਕ ਜਾਰੀ ਰਹਿੰਦੀ ਹੈ, ਜਿਸ ਵੇਲੇ ਉਹ ਮੁੜ ਬੋਲ ਸਕਦਾ ਹੈ।</w:t>
      </w:r>
    </w:p>
    <w:p>
      <w:pPr>
        <w:pStyle w:val="ArticleScripture"/>
        <w:jc w:val="left"/>
      </w:pPr>
      <w:r>
        <w:rPr>
          <w:rFonts w:ascii="Nirmala UI" w:hAnsi="Nirmala UI" w:eastAsia="Nirmala UI" w:cs="Nirmala UI"/>
        </w:rPr>
        <w:t>ਤਦ ਆਤਮਾ ਮੇਰੇ ਅੰਦਰ ਪ੍ਰਵੇਸ਼ ਕਰ ਗਿਆ, ਅਤੇ ਮੈਨੂੰ ਮੇਰੇ ਪੈਰਾਂ ਉੱਤੇ ਖੜਾ ਕੀਤਾ, ਅਤੇ ਮੇਰੇ ਨਾਲ ਬੋਲਿਆ, ਅਤੇ ਮੈਨੂੰ ਕਿਹਾ, ਜਾ, ਆਪਣੇ ਆਪ ਨੂੰ ਆਪਣੇ ਘਰ ਦੇ ਅੰਦਰ ਬੰਦ ਕਰ ਲੈ। ਪਰ ਤੂੰ, ਹੇ ਮਨੁੱਖ ਦੇ ਪੁੱਤਰ, ਵੇਖ, ਉਹ ਤੇਰੇ ਉੱਤੇ ਬੰਧਨ ਪਾਉਣਗੇ, ਅਤੇ ਉਨ੍ਹਾਂ ਨਾਲ ਤੈਨੂੰ ਬੰਨ੍ਹਣਗੇ, ਅਤੇ ਤੂੰ ਉਨ੍ਹਾਂ ਦੇ ਵਿਚਕਾਰ ਬਾਹਰ ਨਹੀਂ ਜਾਵੇਂਗਾ। ਅਤੇ ਮੈਂ ਤੇਰੀ ਜੀਭ ਨੂੰ ਤੇਰੇ ਮੂੰਹ ਦੀ ਛੱਤ ਨਾਲ ਚੰਬੜਾ ਦਿਆਂਗਾ, ਤਾਂ ਜੋ ਤੂੰ ਗੂੰਗਾ ਹੋ ਜਾਵੇਂ, ਅਤੇ ਉਨ੍ਹਾਂ ਲਈ ਝਿੜਕਣ ਵਾਲਾ ਨਾ ਰਹੇਂ; ਕਿਉਂਕਿ ਉਹ ਬਾਗ਼ੀ ਘਰਾਨਾ ਹਨ। ਪਰ ਜਦੋਂ ਮੈਂ ਤੇਰੇ ਨਾਲ ਬੋਲਾਂਗਾ, ਮੈਂ ਤੇਰਾ ਮੂੰਹ ਖੋਲ੍ਹ ਦਿਆਂਗਾ, ਅਤੇ ਤੂੰ ਉਨ੍ਹਾਂ ਨੂੰ ਕਹੇਂਗਾ, ਪ੍ਰਭੂ ਯਹੋਵਾਹ ਇਉਂ ਆਖਦਾ ਹੈ; ਜੋ ਸੁਣਦਾ ਹੈ, ਉਹ ਸੁਣੇ; ਅਤੇ ਜੋ ਇਨਕਾਰ ਕਰਦਾ ਹੈ, ਉਹ ਇਨਕਾਰ ਕਰੇ; ਕਿਉਂਕਿ ਉਹ ਬਾਗ਼ੀ ਘਰਾਨਾ ਹਨ। ਹਿਜ਼ਕੀਏਲ 3:24–27.</w:t>
      </w:r>
    </w:p>
    <w:p>
      <w:pPr>
        <w:pStyle w:val="ArticleBody"/>
        <w:jc w:val="left"/>
      </w:pPr>
      <w:r>
        <w:rPr>
          <w:rFonts w:ascii="Nirmala UI" w:hAnsi="Nirmala UI" w:eastAsia="Nirmala UI" w:cs="Nirmala UI"/>
        </w:rPr>
        <w:t>ਜਦੋਂ ਯਰੂਸ਼ਲਮ ਡਿੱਗ ਪਿਆ, ਤਦ ਹਿਜ਼ਕੀਏਲ ਮੁੜ ਇੱਕ ਵਾਰ ਬੋਲ ਸਕਿਆ।</w:t>
      </w:r>
    </w:p>
    <w:p>
      <w:pPr>
        <w:pStyle w:val="ArticleScripture"/>
        <w:jc w:val="left"/>
      </w:pPr>
      <w:r>
        <w:rPr>
          <w:rFonts w:ascii="Nirmala UI" w:hAnsi="Nirmala UI" w:eastAsia="Nirmala UI" w:cs="Nirmala UI"/>
        </w:rPr>
        <w:t>ਅਤੇ ਇਹ ਹੋਇਆ ਕਿ ਸਾਡੀ ਕੈਦ ਦੇ ਬਾਰ੍ਹਵੇਂ ਸਾਲ ਵਿੱਚ, ਦਸਵੇਂ ਮਹੀਨੇ ਦੀ ਪੰਜਵੀਂ ਤਾਰੀਖ ਨੂੰ, ਇੱਕ ਮਨੁੱਖ ਜੋ ਯਰੂਸ਼ਲਮ ਵਿੱਚੋਂ ਬਚ ਨਿਕਲਿਆ ਸੀ ਮੇਰੇ ਕੋਲ ਆਇਆ ਅਤੇ ਕਿਹਾ, “ਸ਼ਹਿਰ ਮਾਰਿਆ ਗਿਆ ਹੈ।” ਹੁਣ ਉਸ ਭੱਜ ਕੇ ਆਏ ਹੋਏ ਦੇ ਆਉਣ ਤੋਂ ਪਹਿਲਾਂ ਹੀ ਸਾਂਝ ਵੇਲੇ ਪ੍ਰਭੂ ਦਾ ਹੱਥ ਮੇਰੇ ਉੱਤੇ ਸੀ; ਅਤੇ ਸਵੇਰੇ ਉਸ ਦੇ ਮੇਰੇ ਕੋਲ ਆਉਣ ਤੱਕ ਉਸ ਨੇ ਮੇਰਾ ਮੂੰਹ ਖੋਲ੍ਹ ਦਿੱਤਾ ਸੀ; ਇਸ ਤਰ੍ਹਾਂ ਮੇਰਾ ਮੂੰਹ ਖੁੱਲ ਗਿਆ ਅਤੇ ਮੈਂ ਹੋਰ ਗੂੰਗਾ ਨਾ ਰਿਹਾ। ਹਿਜ਼ਕੀਏਲ 33:21, 22.</w:t>
      </w:r>
    </w:p>
    <w:p>
      <w:pPr>
        <w:pStyle w:val="ArticleBody"/>
        <w:jc w:val="left"/>
      </w:pPr>
      <w:r>
        <w:rPr>
          <w:rFonts w:ascii="Nirmala UI" w:hAnsi="Nirmala UI" w:eastAsia="Nirmala UI" w:cs="Nirmala UI"/>
        </w:rPr>
        <w:t>ਯਰੂਸ਼ਲਮ ਦਾ ਪਤਨ ਅੰਤਿਮ ਦਿਨਾਂ ਵਿੱਚ ਲਾਓਦੀਕੀਆ ਦੀ ਸੱਤਵੇਂ-ਦਿਨ ਐਡਵੈਂਟਿਸਟ ਕਲੀਸੀਆ ਦੇ ਪਤਨ ਦਾ ਪ੍ਰਤੀਕ ਹੈ। ਉਹ ਪਤਨ ਉਸ ਵੇਲੇ ਹੁੰਦਾ ਹੈ ਜਦੋਂ ਨੌਵੇਂ ਅਧਿਆਇ ਵਿੱਚ ਯਰੂਸ਼ਲਮ ਅੰਦਰ ਮੋਹਰ ਲਗਾਏ ਹੋਏ ਲੋਕ ਉਸ ਤੋਂ ਬਾਅਦ ਜਿੱਤੂ ਕਲੀਸੀਆ ਵਜੋਂ ਉੱਚੇ ਉਠਾਏ ਜਾਂਦੇ ਹਨ। ਯਰੂਸ਼ਲਮ ਦੇ ਅੰਦਰਲੇ ਲਾਓਦੀਕੀਏ ਕੱਢੇ ਜਾਂਦੇ ਹਨ, ਅਤੇ ਇੱਕ ਲੱਖ ਚੁਆਲੀ ਹਜ਼ਾਰ ਉੱਚੇ ਉਠਾਏ ਜਾਂਦੇ ਹਨ, ਜਿਵੇਂ ਮਹਿਮਾ ਦਾ ਰਾਜ ਸਥਾਪਿਤ ਹੁੰਦਾ ਹੈ। ਉਸ ਮਹਿਮਾ ਦੇ ਰਾਜ ਦਾ ਪ੍ਰਤੀਕ ਸਲੀਬ ਉੱਤੇ ਕਿਰਪਾ ਦੇ ਰਾਜ ਦੀ ਸਥਾਪਨਾ ਦੁਆਰਾ ਦਰਸਾਇਆ ਗਿਆ ਸੀ। ਸਲੀਬ ਉੱਤੇ ਕਿਰਪਾ ਦਾ ਰਾਜ ਐਤਵਾਰ ਦੇ ਕਾਨੂੰਨ ਸਮੇਂ ਮਹਿਮਾ ਦੇ ਰਾਜ ਨਾਲ ਮੇਲ ਖਾਂਦਾ ਹੈ, ਅਤੇ ਇਹ ਦੋਵੇਂ ਰਾਜ ਭਵਿੱਖਬਾਣੀ ਦੇ ਇਤਿਹਾਸ ਦੀ ਉਸ ਲੜੀ ਵਿੱਚ ਰੱਖੇ ਗਏ ਹਨ ਜੋ ਹਿਜ਼ਕੀਏਲ ਦੀ ਪੁਸਤਕ ਵਿੱਚ ਮਿਲਦੀ ਹੈ। ਪਹਿਲੇ ਗਿਆਰਾਂ ਅਧਿਆਇ, ਜਦੋਂ ਹਿਜ਼ਕੀਏਲ ਨੂੰ ਪਵਿੱਤਰ ਅਸਥਾਨ ਦੇ ਸੰਦਰਭ ਵਿੱਚ ਰੱਖਿਆ ਜਾਂਦਾ ਹੈ, ਤਾਂ ਪਰਮੇਸ਼ੁਰ ਦੀ ਕਲੀਸੀਆ ਦੀ ਸ਼ੁੱਧੀਕਰਨ ਬਾਰੇ ਹਨ, ਜਿਵੇਂ ਉਸ ਦੇ ਲੋਕ ਯੁੱਧਰਤ ਕਲੀਸੀਆ ਤੋਂ—ਜਿਸ ਦੀ ਪਰਿਭਾਸ਼ਾ ਕਣਕ ਅਤੇ ਜੰਗਲੀ ਘਾਹ ਦੇ ਮਿਲੇ-ਝੁਲੇ ਸਮੂਹ ਵਜੋਂ ਕੀਤੀ ਜਾਂਦੀ ਹੈ—ਜਿੱਤੂ ਕਲੀਸੀਆ ਵਿੱਚ ਬਦਲੇ ਜਾਂਦੇ ਹਨ, ਜੋ ਪੈਂਤਕੁਸਤ ਦੀ ਕਣਕ ਦੀ ਭੇਟ ਤੋਂ ਬਣੀ ਹੋਈ ਹੈ।</w:t>
      </w:r>
    </w:p>
    <w:p>
      <w:pPr>
        <w:pStyle w:val="ArticleScripture"/>
        <w:jc w:val="left"/>
      </w:pPr>
      <w:r>
        <w:rPr>
          <w:rFonts w:ascii="Nirmala UI" w:hAnsi="Nirmala UI" w:eastAsia="Nirmala UI" w:cs="Nirmala UI"/>
        </w:rPr>
        <w:t>ਅਤੇ ਹੇ ਇਸਰਾਏਲ ਦੇ ਅਪਵਿਤ੍ਰ ਦੁਸਟ ਰਾਜਕੁਮਾਰ, ਜਿਸ ਦਾ ਦਿਨ ਆ ਪਹੁੰਚਿਆ ਹੈ, ਜਦੋਂ ਅਪਰਾਧ ਦਾ ਅੰਤ ਹੋਵੇਗਾ, ਪ੍ਰਭੂ ਯਹੋਵਾਹ ਇਹ ਆਖਦਾ ਹੈ: ਮੁਕਟ ਹਟਾ ਦੇ, ਅਤੇ ਤਾਜ ਉਤਾਰ ਦੇ; ਇਹ ਪਹਿਲਾਂ ਵਰਗਾ ਨਹੀਂ ਰਹੇਗਾ: ਜੋ ਨੀਵਾ ਹੈ ਉਸ ਨੂੰ ਉੱਚਾ ਕਰ, ਅਤੇ ਜੋ ਉੱਚਾ ਹੈ ਉਸ ਨੂੰ ਨੀਵਾ ਕਰ। ਮੈਂ ਇਸ ਨੂੰ ਉਲਟਾਂਗਾ, ਉਲਟਾਂਗਾ, ਉਲਟਾਂਗਾ; ਅਤੇ ਇਹ ਫਿਰ ਨਾ ਰਹੇਗਾ, ਜਦ ਤੱਕ ਉਹ ਨਾ ਆਵੇ ਜਿਸ ਦਾ ਇਸ ਉੱਤੇ ਅਧਿਕਾਰ ਹੈ; ਅਤੇ ਮੈਂ ਇਹ ਉਸ ਨੂੰ ਦੇਵਾਂਗਾ। ਹਿਜ਼ਕੀਏਲ 21:25–27.</w:t>
      </w:r>
    </w:p>
    <w:p>
      <w:pPr>
        <w:pStyle w:val="ArticleBody"/>
        <w:jc w:val="left"/>
      </w:pPr>
      <w:r>
        <w:rPr>
          <w:rFonts w:ascii="Nirmala UI" w:hAnsi="Nirmala UI" w:eastAsia="Nirmala UI" w:cs="Nirmala UI"/>
        </w:rPr>
        <w:t>ਜ਼ਦਕੀਆਹ ਯਹੂਦਾਹ ਦਾ ਆਖਰੀ ਰਾਜਾ ਸੀ, ਅਤੇ ਉਹੀ ਇਨ੍ਹਾਂ ਆਯਤਾਂ ਵਿੱਚ “ਇਸਰਾਏਲ ਦਾ ਦੁਰਾਚਾਰੀ ਸਰਦਾਰ, ਜਿਸ ਦਾ ਦਿਨ ਆ ਪਹੁੰਚਿਆ ਹੈ” ਹੈ। ਨਬੂਕਦਨੱਸਰ ਯਰੂਸ਼ਲਮ ਨੂੰ ਜਿੱਤਣ ਵਾਲਾ ਸੀ, ਅਤੇ ਜ਼ਦਕੀਆਹ ਦਾ ਮੁਕਟ ਬਾਬਲ ਵੱਲੋਂ ਹਟਾਇਆ ਜਾਣਾ ਸੀ; ਬਾਬਲ ਨੂੰ ਮਾਦੀਆਂ ਅਤੇ ਫ਼ਾਰਸੀਆਂ ਵੱਲੋਂ ਉਲਟਾਇਆ ਜਾਣਾ ਸੀ; ਉਨ੍ਹਾਂ ਨੂੰ ਫਿਰ ਯੂਨਾਨੀਆਂ ਵੱਲੋਂ ਉਲਟਾਇਆ ਜਾਣਾ ਸੀ; ਅਤੇ ਯੂਨਾਨੀਆਂ ਨੂੰ ਰੋਮ ਵੱਲੋਂ ਉਲਟਾਇਆ ਜਾਣਾ ਸੀ। ਤੀਜੀ ਉਲਟ-ਫੇਰ ਰੋਮ ਉੱਤੇ ਆ ਕੇ ਪਹੁੰਚਦੀ ਹੈ, ਜੋ ਉਹ ਇਤਿਹਾਸਕ ਘੜੀ ਹੈ ਜਦੋਂ ਉਹ ਰਾਜਾ “ਜਿਸ ਦਾ ਹੱਕ ਹੈ” ਸਲੀਬ ਉੱਤੇ ਉਸ ਰਾਜ ਦੀ ਸਥਾਪਨਾ ਵੇਲੇ ਕਿਰਪਾ ਦੇ ਰਾਜ ਦਾ ਮੁਕਟ ਪ੍ਰਾਪਤ ਕਰੇਗਾ।</w:t>
      </w:r>
    </w:p>
    <w:p>
      <w:pPr>
        <w:pStyle w:val="ArticleScripture"/>
        <w:jc w:val="left"/>
      </w:pPr>
      <w:r>
        <w:rPr>
          <w:rFonts w:ascii="Nirmala UI" w:hAnsi="Nirmala UI" w:eastAsia="Nirmala UI" w:cs="Nirmala UI"/>
        </w:rPr>
        <w:t>‘ਅਪਵਿਤ੍ਰ ਦੁਸ਼ਟ ਰਾਜਕੁਮਾਰ’ ਲਈ ਅੰਤਿਮ ਹਿਸਾਬ-ਕਿਤਾਬ ਦਾ ਦਿਨ ਆ ਪਹੁੰਚਿਆ ਸੀ। ਪ੍ਰਭੂ ਨੇ ਇਹ ਫ਼ਰਮਾਨ ਕੀਤਾ: ‘ਮੁਕਟ-ਚਿੰਨ੍ਹ ਹਟਾ ਦੇ, ਅਤੇ ਤਾਜ ਉਤਾਰ ਦੇ।’ ਜਦ ਤੱਕ ਮਸੀਹ ਆਪ ਆਪਣਾ ਰਾਜ ਸਥਾਪਿਤ ਨਾ ਕਰੇ, ਤਦ ਤੱਕ ਯਹੂਦਾ ਨੂੰ ਮੁੜ ਰਾਜਾ ਰੱਖਣ ਦੀ ਆਗਿਆ ਨਹੀਂ ਹੋਣੀ ਸੀ। ਦਾਊਦ ਦੇ ਘਰਾਣੇ ਦੇ ਸਿੰਘਾਸਨ ਬਾਰੇ ਇਹ ਦਿਵਯ ਆਦੇਸ਼ ਸੀ: ‘ਮੈਂ ਇਸ ਨੂੰ ਢਾਹ ਦਿਆਂਗਾ, ਢਾਹ ਦਿਆਂਗਾ, ਢਾਹ ਦਿਆਂਗਾ’; ‘ਅਤੇ ਇਹ ਫਿਰ ਨਹੀਂ ਰਹੇਗਾ, ਜਦ ਤੱਕ ਉਹ ਨਾ ਆਵੇ ਜਿਸ ਦਾ ਇਸ ਉੱਤੇ ਅਧਿਕਾਰ ਹੈ; ਅਤੇ ਮੈਂ ਇਹ ਉਸ ਨੂੰ ਦੇਵਾਂਗਾ।’ ਹਿਜ਼ਕੀਏਲ 21:25–27. Prophets and Kings, 451.</w:t>
      </w:r>
    </w:p>
    <w:p>
      <w:pPr>
        <w:pStyle w:val="ArticleBody"/>
        <w:jc w:val="left"/>
      </w:pPr>
      <w:r>
        <w:rPr>
          <w:rFonts w:ascii="Nirmala UI" w:hAnsi="Nirmala UI" w:eastAsia="Nirmala UI" w:cs="Nirmala UI"/>
        </w:rPr>
        <w:t>ਅੰਤਿਮ ਵਰਖਾ ਦੇ ਸਮੇਂ ਵਿੱਚ, ਜੋ ਉਸ ਵੇਲੇ ਸ਼ੁਰੂ ਹੋਈ ਜਦੋਂ 9/11 ਨੂੰ ਜੀਊਂਦਿਆਂ ਦਾ ਨਿਆਂ ਸ਼ੁਰੂ ਹੋਇਆ, ਮਸੀਹ ਆਪਣੇ ਮਹਿਮਾ ਦੇ ਰਾਜ ਨੂੰ ਸਥਾਪਿਤ ਕਰਦਾ ਹੈ।</w:t>
      </w:r>
    </w:p>
    <w:p>
      <w:pPr>
        <w:pStyle w:val="ArticleScripture"/>
        <w:jc w:val="left"/>
      </w:pPr>
      <w:r>
        <w:rPr>
          <w:rFonts w:ascii="Nirmala UI" w:hAnsi="Nirmala UI" w:eastAsia="Nirmala UI" w:cs="Nirmala UI"/>
        </w:rPr>
        <w:t>“ਜਦੋਂ ਚਾਰ ਦੂਤ ਛੱਡ ਦੇਣਗੇ, ਤਦ ਮਸੀਹ ਆਪਣਾ ਰਾਜ ਸਥਾਪਿਤ ਕਰੇਗਾ।” Spalding and Magan, 3.</w:t>
      </w:r>
    </w:p>
    <w:p>
      <w:pPr>
        <w:pStyle w:val="ArticleBody"/>
        <w:jc w:val="left"/>
      </w:pPr>
      <w:r>
        <w:rPr>
          <w:rFonts w:ascii="Nirmala UI" w:hAnsi="Nirmala UI" w:eastAsia="Nirmala UI" w:cs="Nirmala UI"/>
        </w:rPr>
        <w:t>ਤਿਆਰੀ ਦਾ ਇੱਕ ਸਮਾਂ 9/11 ਤੋਂ ਸ਼ੁਰੂ ਹੁੰਦਾ ਹੈ, ਅਤੇ ਐਤਵਾਰ ਦੇ ਕਾਨੂੰਨ ਦੇ ਸਮੇਂ ਉਹ ਮਹਿਮਾਮਈ ਪਵਿੱਤਰ ਪਹਾੜੀ ਸਭ ਟਿੱਬਿਆਂ ਅਤੇ ਪਹਾੜਾਂ ਤੋਂ ਉੱਚੀ ਉਠਾਈ ਜਾਂਦੀ ਹੈ।</w:t>
      </w:r>
    </w:p>
    <w:p>
      <w:pPr>
        <w:pStyle w:val="ArticleScripture"/>
        <w:jc w:val="left"/>
      </w:pPr>
      <w:r>
        <w:rPr>
          <w:rFonts w:ascii="Nirmala UI" w:hAnsi="Nirmala UI" w:eastAsia="Nirmala UI" w:cs="Nirmala UI"/>
        </w:rPr>
        <w:t>ਯਹੂਦਾਹ ਅਤੇ ਯਰੂਸ਼ਲਮ ਦੇ ਵਿਸ਼ੇ ਵਿੱਚ ਉਹ ਬਚਨ ਜੋ ਆਮੋਜ਼ ਦੇ ਪੁੱਤਰ ਯਸਾਯਾਹ ਨੇ ਦਰਸ਼ਨ ਵਿੱਚ ਵੇਖਿਆ। ਅਤੇ ਅੰਤਲੇ ਦਿਨਾਂ ਵਿੱਚ ਇਹ ਹੋਵੇਗਾ ਕਿ ਯਹੋਵਾਹ ਦੇ ਭਵਨ ਦਾ ਪਹਾੜ ਪਹਾੜਾਂ ਦੀਆਂ ਚੋਟੀਆਂ ਉੱਤੇ ਅਡੋਲ ਠਹਿਰਾਇਆ ਜਾਵੇਗਾ, ਅਤੇ ਟੇਕਰੀਆਂ ਤੋਂ ਉੱਚਾ ਕੀਤਾ ਜਾਵੇਗਾ; ਅਤੇ ਸਭ ਜਾਤੀਆਂ ਉਸ ਵੱਲ ਧਾਰਾ ਵਾਂਗ ਆਉਣਗੀਆਂ। ਅਤੇ ਬਹੁਤ ਲੋਕ ਜਾ ਕੇ ਕਹਿਣਗੇ, ਆਓ, ਅਸੀਂ ਯਹੋਵਾਹ ਦੇ ਪਹਾੜ ਉੱਤੇ, ਯਾਕੂਬ ਦੇ ਪਰਮੇਸ਼ੁਰ ਦੇ ਭਵਨ ਵਿੱਚ ਚੜ੍ਹੀਏ; ਅਤੇ ਉਹ ਸਾਨੂੰ ਆਪਣੇ ਮਾਰਗਾਂ ਦੀ ਸਿੱਖਿਆ ਦੇਵੇਗਾ, ਅਤੇ ਅਸੀਂ ਉਸ ਦੀਆਂ ਰਾਹਾਂ ਵਿੱਚ ਚੱਲਾਂਗੇ; ਕਿਉਂਕਿ ਸਿਓਨ ਤੋਂ ਵਿਵਸਥਾ ਨਿਕਲੇਗੀ, ਅਤੇ ਯਰੂਸ਼ਲਮ ਤੋਂ ਯਹੋਵਾਹ ਦਾ ਬਚਨ। ਯਸਾਯਾਹ 2:1–3.</w:t>
      </w:r>
    </w:p>
    <w:p>
      <w:pPr>
        <w:pStyle w:val="ArticleBody"/>
        <w:jc w:val="left"/>
      </w:pPr>
      <w:r>
        <w:rPr>
          <w:rFonts w:ascii="Nirmala UI" w:hAnsi="Nirmala UI" w:eastAsia="Nirmala UI" w:cs="Nirmala UI"/>
        </w:rPr>
        <w:t>9/11 ਨੂੰ ਹਵਾਵਾਂ ਛੱਡੀਆਂ ਗਈਆਂ ਅਤੇ ਫਿਰ ਰੋਕ ਦਿੱਤੀਆਂ ਗਈਆਂ; ਇਸ ਤਰ੍ਹਾਂ ਦਾਨੀਏਲ ਦੋ ਦੇ ਰਾਜ ਦੀ ਸਥਾਪਨਾ ਦੇ ਆਰੰਭ ਨੂੰ ਚਿੰਨ੍ਹਿਤ ਕੀਤਾ ਗਿਆ, ਜੋ ਉਸ ਪੱਥਰ ਵਜੋਂ ਦਰਸਾਇਆ ਗਿਆ ਹੈ ਜੋ ਪਹਾੜ ਵਿੱਚੋਂ ਕੱਟਿਆ ਗਿਆ ਅਤੇ ਸਾਰੀ ਧਰਤੀ ਨੂੰ ਭਰ ਦਿੰਦਾ ਹੈ।</w:t>
      </w:r>
    </w:p>
    <w:p>
      <w:pPr>
        <w:pStyle w:val="ArticleScripture"/>
        <w:jc w:val="left"/>
      </w:pPr>
      <w:r>
        <w:rPr>
          <w:rFonts w:ascii="Nirmala UI" w:hAnsi="Nirmala UI" w:eastAsia="Nirmala UI" w:cs="Nirmala UI"/>
        </w:rPr>
        <w:t>“ਇਹ ਦਰਸ਼ਨ 1847 ਵਿੱਚ ਦਿੱਤਾ ਗਿਆ ਸੀ, ਜਦੋਂ ਸਬਤ ਮਨਾਉਣ ਵਾਲੇ ਐਡਵੈਂਟ ਭਰਾਵਾਂ ਦੀ ਗਿਣਤੀ ਬਹੁਤ ਹੀ ਥੋੜ੍ਹੀ ਸੀ, ਅਤੇ ਉਨ੍ਹਾਂ ਵਿੱਚੋਂ ਵੀ ਕੇਵਲ ਕੁਝ ਹੀ ਇਹ ਸਮਝਦੇ ਸਨ ਕਿ ਇਸ ਦੀ ਪਾਲਣਾ ਇਤਨੀ ਮਹੱਤਵਪੂਰਣ ਹੈ ਕਿ ਉਹ ਪਰਮੇਸ਼ੁਰ ਦੇ ਲੋਕਾਂ ਅਤੇ ਅਵਿਸ਼ਵਾਸੀਆਂ ਵਿਚਕਾਰ ਇਕ ਰੇਖਾ ਖਿੱਚ ਦੇਵੇ। ਹੁਣ ਉਸ ਦਰਸ਼ਨ ਦੀ ਪੂਰਤੀ ਦਿਖਾਈ ਦੇਣੀ ਸ਼ੁਰੂ ਹੋ ਰਹੀ ਹੈ। ਇੱਥੇ ਜ਼ਿਕਰ ਕੀਤੇ ‘ਉਸ ਕਲੇਸ਼ ਦੇ ਸਮੇਂ ਦੀ ਸ਼ੁਰੂਆਤ’ ਦਾ ਅਰਥ ਉਸ ਵੇਲੇ ਨਾਲ ਨਹੀਂ ਹੈ ਜਦੋਂ ਬਲਾਵਾਂ ਢਾਲੀਆਂ ਜਾਣ ਲੱਗਣਗੀਆਂ, ਪਰ ਉਸ ਤੋਂ ਥੋੜ੍ਹਾ ਪਹਿਲਾਂ ਦੇ ਇਕ ਛੋਟੇ ਸਮੇਂ ਨਾਲ ਹੈ, ਜਦੋਂ ਮਸੀਹ ਪਵਿੱਤਰ ਅਸਥਾਨ ਵਿੱਚ ਹੈ। ਉਸ ਸਮੇਂ, ਜਦੋਂ ਮੁਕਤੀ ਦਾ ਕੰਮ ਸਮਾਪਤੀ ਵੱਲ ਹੋਵੇਗਾ, ਧਰਤੀ ਉੱਤੇ ਕਲੇਸ਼ ਆ ਰਿਹਾ ਹੋਵੇਗਾ, ਅਤੇ ਕੌਮਾਂ ਕ੍ਰੋਧਿਤ ਹੋਣਗੀਆਂ, ਤਾਂ ਵੀ ਉਨ੍ਹਾਂ ਨੂੰ ਰੋਕਿਆ ਰੱਖਿਆ ਜਾਵੇਗਾ ਤਾਂ ਜੋ ਤੀਜੇ ਦੂਤ ਦੇ ਕੰਮ ਵਿੱਚ ਰੁਕਾਵਟ ਨਾ ਪਵੇ। ਉਸੇ ਸਮੇਂ ‘ਪਿਛਲੀ ਵਰਖਾ,’ ਜਾਂ ਪ੍ਰਭੂ ਦੀ ਹਾਜ਼ਰੀ ਵਲੋਂ ਤਾਜ਼ਗੀ, ਆਵੇਗੀ, ਤਾਂ ਜੋ ਤੀਜੇ ਦੂਤ ਦੀ ਉੱਚੀ ਆਵਾਜ਼ ਨੂੰ ਸ਼ਕਤੀ ਦੇਵੇ ਅਤੇ ਸੰਤਾਂ ਨੂੰ ਉਸ ਅਵਧੀ ਵਿੱਚ ਅਡੋਲ ਖੜ੍ਹੇ ਰਹਿਣ ਲਈ ਤਿਆਰ ਕਰੇ ਜਦੋਂ ਸੱਤ ਆਖ਼ਰੀ ਬਲਾਵਾਂ ਢਾਲੀਆਂ ਜਾਣਗੀਆਂ।” Early Writings, 85.</w:t>
      </w:r>
    </w:p>
    <w:p>
      <w:pPr>
        <w:pStyle w:val="ArticleBody"/>
        <w:jc w:val="left"/>
      </w:pPr>
      <w:r>
        <w:rPr>
          <w:rFonts w:ascii="Nirmala UI" w:hAnsi="Nirmala UI" w:eastAsia="Nirmala UI" w:cs="Nirmala UI"/>
        </w:rPr>
        <w:t>ਮਸੀਹ ਅੰਤਿਮ ਵਰਖਾ ਦੇ ਸਮੇਂ ਆਪਣੇ ਸਦੀਵੀ ਰਾਜ ਦੀ ਸਥਾਪਨਾ ਕਰਦਾ ਹੈ, ਅਤੇ ਉਸ ਦੇ ਰਾਜ ਵਿੱਚ ਕਿਰਪਾ ਦਾ ਉਹ ਰਾਜ ਵੀ ਸ਼ਾਮਲ ਹੈ ਜੋ ਸਲੀਬ ਉੱਤੇ ਸਥਾਪਿਤ ਕੀਤਾ ਗਿਆ ਸੀ, ਅਤੇ ਐਤਵਾਰ ਦੇ ਕਾਨੂੰਨ ਦੇ ਸਮੇਂ ਉਸ ਦਾ ਮਹਿਮਾ ਦਾ ਰਾਜ ਵੀ। ਜ਼ੇਦੇਕਿਆਹ ਤੋਂ ਬਾਬਲ (ਪਹਿਲਾ ਰਾਜ), ਫਿਰ ਮਾਦੀ-ਫ਼ਾਰਸ (ਦੂਜਾ ਰਾਜ), ਫਿਰ ਯੂਨਾਨ (ਤੀਜਾ ਰਾਜ), ਅਤੇ ਅੱਗੇ ਮੂਰਤੀਪੂਜਕ ਰੋਮ (ਚੌਥਾ ਰਾਜ) ਤੱਕ ਦੀ ਕੜੀ ਉਸ ਇਤਿਹਾਸ ਨੂੰ ਦਰਸਾਉਂਦੀ ਹੈ ਜੋ ਕਿਰਪਾ ਦੇ ਰਾਜ ਤੱਕ ਲੈ ਜਾਂਦਾ ਹੈ। ਉਹ ਇਤਿਹਾਸ ਇੱਕ ਸਮਾਨਾਂਤਰ ਇਤਿਹਾਸਕ ਕ੍ਰਮ ਨੂੰ ਵੀ ਦਰਸਾਉਂਦਾ ਹੈ—ਪਾਪਾਈ ਰੋਮ (ਆਤਮਿਕ ਬਾਬਲ, ਪੰਜਵਾਂ ਰਾਜ) ਤੋਂ ਲੈ ਕੇ ਸੰਯੁਕਤ ਰਾਜ ਅਮਰੀਕਾ (ਆਤਮਿਕ ਮਾਦੀ-ਫ਼ਾਰਸ, ਛੇਵਾਂ ਰਾਜ) ਤੱਕ, ਫਿਰ ਸੰਯੁਕਤ ਰਾਸ਼ਟਰ (ਆਤਮਿਕ ਯੂਨਾਨ, ਸੱਤਵਾਂ ਰਾਜ) ਤੱਕ, ਅਤੇ ਅੱਗੇ ਅਜਗਰ, ਦਰਿੰਦੇ ਅਤੇ ਝੂਠੇ ਨਬੀ ਦੀ ਤ੍ਰਿਯੁਕਤ ਸੰਘ ਤੱਕ, ਜੋ ਮਿਲ ਕੇ ਆਧੁਨਿਕ ਰੋਮ ਬਣਾਉਂਦੇ ਹਨ (ਆਤਮਿਕ ਰੋਮ, ਅੱਠਵਾਂ ਰਾਜ, ਜੋ ਸੱਤ ਵਿੱਚੋਂ ਹੈ)।</w:t>
      </w:r>
    </w:p>
    <w:p>
      <w:pPr>
        <w:pStyle w:val="ArticleBody"/>
        <w:jc w:val="left"/>
      </w:pPr>
      <w:r>
        <w:rPr>
          <w:rFonts w:ascii="Nirmala UI" w:hAnsi="Nirmala UI" w:eastAsia="Nirmala UI" w:cs="Nirmala UI"/>
        </w:rPr>
        <w:t>ਦਾਨੀਏਲ ਦੋ ਵਿੱਚ ਉਸ ਰਾਜ ਦੀ ਜਿੱਤ ਨੂੰ ਇੱਕ ਚੱਟਾਨ ਦੁਆਰਾ ਦਰਸਾਇਆ ਗਿਆ ਹੈ, ਅਤੇ ਪਰਮੇਸ਼ੁਰ ਦੇ ਵਿਸ਼ਵਾਸਯੋਗ ਲੋਕ ਮੰਦਰ ਵਿੱਚ ਪੱਥਰ ਹਨ।</w:t>
      </w:r>
    </w:p>
    <w:p>
      <w:pPr>
        <w:pStyle w:val="ArticleScripture"/>
        <w:jc w:val="left"/>
      </w:pPr>
      <w:r>
        <w:rPr>
          <w:rFonts w:ascii="Nirmala UI" w:hAnsi="Nirmala UI" w:eastAsia="Nirmala UI" w:cs="Nirmala UI"/>
        </w:rPr>
        <w:t>ਤੁਸੀਂ ਵੀ, ਜੀਉਂਦੇ ਪੱਥਰਾਂ ਵਾਂਗ, ਇੱਕ ਆਤਮਿਕ ਘਰ ਅਤੇ ਪਵਿੱਤਰ ਯਾਜਕਾਈ ਵਜੋਂ ਬਣਾਏ ਜਾਂਦੇ ਹੋ, ਤਾਂ ਜੋ ਯਿਸੂ ਮਸੀਹ ਦੇ ਰਾਹੀਂ ਪਰਮੇਸ਼ੁਰ ਨੂੰ ਪ੍ਰਸੰਨ ਕਰਨ ਵਾਲੀਆਂ ਆਤਮਿਕ ਬਲੀਆਂ ਅਰਪਣ ਕਰੋ। 1 ਪਤਰਸ 2:5.</w:t>
      </w:r>
    </w:p>
    <w:p>
      <w:pPr>
        <w:pStyle w:val="ArticleBody"/>
        <w:jc w:val="left"/>
      </w:pPr>
      <w:r>
        <w:rPr>
          <w:rFonts w:ascii="Nirmala UI" w:hAnsi="Nirmala UI" w:eastAsia="Nirmala UI" w:cs="Nirmala UI"/>
        </w:rPr>
        <w:t>ਉਹ ਸਦੀਵੀ ਰਾਜ ਸੰਸਾਰ ਦੇ ਰਾਜਾਂ ਉੱਤੇ ਜਿੱਤ ਹਾਸਲ ਕਰਦਾ ਹੈ ਅਤੇ ਸਾਰੇ ਸੰਸਾਰ ਨੂੰ ਭਰ ਦਿੰਦਾ ਹੈ। ਹਿਜ਼ਕੀਏਲ ਦੀ ਪੁਸਤਕ ਦੇ ਚਾਲੀਵੇਂ ਅਧਿਆਇ ਤੋਂ ਲੈ ਕੇ ਉਸ ਦੀ ਪੁਸਤਕ ਦੇ ਅੰਤ ਤੱਕ, ਉਸੇ ਰਾਜ ਨੂੰ ਇੱਕ ਅਜਿਹੇ ਮੰਦਰ ਦੇ ਰੂਪ ਵਿੱਚ ਦਰਸਾਇਆ ਗਿਆ ਹੈ ਜੋ ਜੀਵਨ ਦੇ ਜਲ ਨਾਲ ਸੰਸਾਰ ਨੂੰ ਭਰ ਦਿੰਦਾ ਹੈ।</w:t>
      </w:r>
    </w:p>
    <w:p>
      <w:pPr>
        <w:pStyle w:val="ArticleBody"/>
        <w:jc w:val="left"/>
      </w:pPr>
      <w:r>
        <w:rPr>
          <w:rFonts w:ascii="Nirmala UI" w:hAnsi="Nirmala UI" w:eastAsia="Nirmala UI" w:cs="Nirmala UI"/>
        </w:rPr>
        <w:t>ਅਸੀਂ ਇਨ੍ਹਾਂ ਗੱਲਾਂ ਨੂੰ ਅਗਲੇ ਲੇਖ ਵਿੱਚ ਜਾਰੀ ਰੱਖਾਂਗੇ।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ਚਾਲੀਵੇਂ ਪਦ ਦਾ ਲੁਕਿਆ ਹੋਇਆ ਇਤਿਹਾਸ - ਤੇਈਂਵਾਂ ਭਾਗ</dc:title>
  <dc:subject>ਹਿਜ਼ਕੀਏਲ ਨੰਬਰ ਚਾਰ</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