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ਚਾਲੀਵੇਂ ਪਦ ਦਾ ਲੁਕਿਆ ਹੋਇਆ ਇਤਿਹਾਸ - ਨੰਬਰ ਛੱਬੀ</w:t>
      </w:r>
    </w:p>
    <w:p>
      <w:pPr>
        <w:pStyle w:val="ArticleSubtitle"/>
        <w:jc w:val="left"/>
      </w:pPr>
      <w:r>
        <w:rPr>
          <w:rFonts w:ascii="Nirmala UI" w:hAnsi="Nirmala UI" w:eastAsia="Nirmala UI" w:cs="Nirmala UI"/>
        </w:rPr>
        <w:t>ਹਿਜ਼ਕੀਏਲ ਨੰਬਰ ਸੱਤ</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2026-08-12</w:t>
      </w:r>
    </w:p>
    <w:p>
      <w:pPr>
        <w:pStyle w:val="ArticleBody"/>
        <w:jc w:val="left"/>
      </w:pPr>
      <w:r>
        <w:rPr>
          <w:rFonts w:ascii="Nirmala UI" w:hAnsi="Nirmala UI" w:eastAsia="Nirmala UI" w:cs="Nirmala UI"/>
        </w:rPr>
        <w:t>ਭਵਿੱਖਬਾਣੀ ਵਾਲੀ ਰੇਖਾ, ਜਿਸ ਨੂੰ ਮੈਂ ‘ਯੋਸ਼ੀਆ ਦਾ ਪਹੀਆ’ ਵਜੋਂ ਪਹਿਚਾਣ ਰਿਹਾ ਹਾਂ, 1097 ਈਸਾ ਪੂਰਵ ਵਿੱਚ ਪ੍ਰਾਚੀਨ ਇਸਰਾਏਲ ਦੀ ਬਗਾਵਤ ਨਾਲ ਆਰੰਭ ਹੁੰਦੀ ਹੈ, ਜਦੋਂ ਉਨ੍ਹਾਂ ਨੇ ਪਰਮੇਸ਼ੁਰ ਨੂੰ ਆਪਣੇ ਰਾਜਾ ਵਜੋਂ ਅਸਵੀਕਾਰ ਕਰ ਦਿੱਤਾ। ਪਹਿਲੇ ਤਿੰਨ ਰਾਜੇ (ਸਾਉਲ, ਦਾਊਦ ਅਤੇ ਸੁਲੈਮਾਨ) ਚਾਲੀ-ਚਾਲੀ ਸਾਲ ਰਾਜ ਕਰਦੇ ਹੋਏ ਦਰਸਾਏ ਗਏ ਹਨ, 1097 ਈਸਾ ਪੂਰਵ ਤੋਂ ਲੈ ਕੇ 977 ਈਸਾ ਪੂਰਵ ਤੱਕ। ਸੁਲੈਮਾਨ ਦੀ ਮੌਤ ਉੱਤੇ ਯਾਰੋਬੁਆਮ ਅਤੇ ਉੱਤਰੀਆਂ ਦਸ ਕਬੀਲਿਆਂ ਦੀ ਬਗਾਵਤ ਪਹਿਲੇ ਤਿੰਨ ਰਾਜਿਆਂ ਦੀ ਰੇਖਾ ਨੂੰ ਸਮਾਪਤ ਕਰਦੀ ਹੈ ਅਤੇ ਉੱਤਰੀ ਅਤੇ ਦੱਖਣੀ ਦੋਹਾਂ ਰਾਜਿਆਂ ਵਿੱਚ ਰਾਜਿਆਂ ਦੀ ਇੱਕ ਰੇਖਾ ਆਰੰਭ ਕਰਦੀ ਹੈ।</w:t>
      </w:r>
    </w:p>
    <w:p>
      <w:pPr>
        <w:pStyle w:val="ArticleBody"/>
        <w:jc w:val="left"/>
      </w:pPr>
      <w:r>
        <w:rPr>
          <w:rFonts w:ascii="Nirmala UI" w:hAnsi="Nirmala UI" w:eastAsia="Nirmala UI" w:cs="Nirmala UI"/>
        </w:rPr>
        <w:t>ਪਹਿਲੇ ਤਿੰਨ ਰਾਜੇ ਅਨੇਕ ਸੱਚਾਈਆਂ ਦਾ ਪ੍ਰਤੀਕ ਹਨ, ਪਰ ਸੱਚਾਈ ਦੇ ਉਹਨਾਂ ਪਹੀਆਂ ਵਿੱਚੋਂ ਇੱਕ, ਜਿਸ ਨਾਲ ਉਹ ਸੰਬੰਧਿਤ ਹਨ, ਯਹੂਦਾਹ ਦੇ ਆਖਰੀ ਤਿੰਨ ਰਾਜੇ ਹਨ—ਯਹੋਯਾਕੀਮ, ਯਹੋਯਾਕੀਨ ਅਤੇ ਸਿਦਕਿਯਾਹ—ਜੋ ਆਪਣੇ ਵਾਰੀ ਵਿੱਚ ਕੁਰਸ, ਦਾਰਿਯੁਸ ਅਤੇ ਅਰਤਖ਼ਸ਼ਸਤ੍ਰਾ ਦੀ ਨੁਮਾਇੰਦਗੀ ਕਰਦੇ ਹਨ। ਕੁਰਸ, ਦਾਰਿਯੁਸ ਅਤੇ ਅਰਤਖ਼ਸ਼ਸਤ੍ਰਾ ਆਪਣੇ ਵਾਰੀ ਵਿੱਚ ਆਪਣੇ ਤਿੰਨ ਫ਼ਰਮਾਨਾਂ ਦੀ ਨੁਮਾਇੰਦਗੀ ਕਰਦੇ ਹਨ, ਜੋ 516 ਈਸਾ ਪੂਰਵ ਤੋਂ 457 ਈਸਾ ਪੂਰਵ ਤੱਕ ਫੈਲਦੇ ਹਨ; ਅਤੇ ਉਹ ਆਪਣੇ ਵਾਰੀ ਵਿੱਚ ਪ੍ਰਕਾਸ਼ ਦੀ ਪੁਸਤਕ ਦੇ ਚੌਦਵੇਂ ਅਧਿਆਇ ਦੇ ਤਿੰਨ ਦੂਤਾਂ ਦੀ ਨੁਮਾਇੰਦਗੀ ਕਰਦੇ ਹਨ, ਜੋ ਕ੍ਰਮਵਾਰ 1798, 19 ਅਪ੍ਰੈਲ 1844 ਅਤੇ 22 ਅਕਤੂਬਰ 1844 ਵਿੱਚ ਆਉਂਦੇ ਹਨ। ਪ੍ਰਕਾਸ਼ ਦੀ ਪੁਸਤਕ ਦੇ ਚੌਦਵੇਂ ਅਧਿਆਇ ਦੇ ਤਿੰਨ ਦੂਤਾਂ ਦੇ ਆਗਮਨ ਦਾ ਇਤਿਹਾਸ ਇਕ ਲਫ਼ਜ਼ ਤੱਕ ਇਕ ਸੌ ਚੁਵਾਲੀਹ ਹਜ਼ਾਰਾਂ ਦੇ ਮੋਹਰਬੰਦੀ ਦੇ ਸਮੇਂ ਵਿੱਚ ਦੁਹਰਾਇਆ ਜਾਂਦਾ ਹੈ, ਇਸ ਤਰ੍ਹਾਂ ਇਹ ਪਛਾਣ ਕਰਵਾਉਂਦਾ ਹੈ ਕਿ ਉਹ ਭਵਿੱਖਬਾਣੀ ਦੀ ਰੇਖਾ ਜੋ ਸਾਊਲ ਦੇ ਰਾਜਾ ਵਜੋਂ ਅਭਿਸ਼ੇਕ ਨਾਲ ਸ਼ੁਰੂ ਹੁੰਦੀ ਹੈ, ਆਪਣਾ ਨਿਸ਼ਕਰਸ਼ ਉਸ ਵੇਲੇ ਪ੍ਰਾਪਤ ਕਰਦੀ ਹੈ ਜਦੋਂ ਜਲਦੀ ਆਉਣ ਵਾਲੇ ਐਤਵਾਰ ਦੇ ਕਾਨੂੰਨ ਵੇਲੇ ਜੇਤੂ ਕਲੀਸਿਆ ਦਾ ਅਭਿਸ਼ੇਕ ਕੀਤਾ ਜਾਂਦਾ ਹੈ। ਇਸ ਰੇਖਾ ਵਿੱਚ ਰਾਜਾ ਯੋਸ਼ਿਯਾਹ ਦਾ ਪਹੀਆ ਵੀ ਸ਼ਾਮਲ ਹੈ, ਜੋ 977 ਈਸਾ ਪੂਰਵ ਵਿੱਚ ਬੇਥੇਲ ਅਤੇ ਦਾਨ ਵਿੱਚ ਯਰਬੋਆਮ ਦੀ ਬਗਾਵਤ ਤੱਕ ਪਿੱਛੇ ਜਾਂਦਾ ਹੈ।</w:t>
      </w:r>
    </w:p>
    <w:p>
      <w:pPr>
        <w:pStyle w:val="ArticleHeading"/>
        <w:jc w:val="left"/>
      </w:pPr>
      <w:r>
        <w:rPr>
          <w:rFonts w:ascii="Nirmala UI" w:hAnsi="Nirmala UI" w:eastAsia="Nirmala UI" w:cs="Nirmala UI"/>
        </w:rPr>
        <w:t>ਬਾਈ</w:t>
      </w:r>
    </w:p>
    <w:p>
      <w:pPr>
        <w:pStyle w:val="ArticleBody"/>
        <w:jc w:val="left"/>
      </w:pPr>
      <w:r>
        <w:rPr>
          <w:rFonts w:ascii="Nirmala UI" w:hAnsi="Nirmala UI" w:eastAsia="Nirmala UI" w:cs="Nirmala UI"/>
        </w:rPr>
        <w:t>ਯਰੋਬੋਆਮ ਵਿੱਚ ਬਾਈ ਦੀ ਪ੍ਰਤੀਕਾਤਮਕਤਾ ਪਾਈ ਜਾਂਦੀ ਹੈ, ਕਿਉਂਕਿ ਉਸ ਨੇ ਬਾਈ ਸਾਲ ਰਾਜ ਕੀਤਾ; ਇਸ ਤਰ੍ਹਾਂ ਉਸ ਦੀ ਗਵਾਹੀ ਉਸ ਇਤਿਹਾਸ ਨਾਲ ਜੁੜ ਜਾਂਦੀ ਹੈ ਜਿਸ ਦਾ ਪ੍ਰਤੀਨਿਧਿਤਵ ਬਾਈ ਕਰਦਾ ਹੈ, ਜੋ ਮਨੁੱਖਤਾ ਨਾਲ ਦਿਵਯਤਾ ਦੇ ਸੰਯੋਗ ਦਾ ਇੱਕ ਪ੍ਰਤੀਕ ਹੈ, ਜਿਵੇਂ ਕਿ ਦਾਨੀਏਲ ਦੇ ਮਰਾਹ ਦਰਸ਼ਨ ਵਿੱਚ ਬਾਈਵੇਂ ਦਿਨ ਦੁਆਰਾ, ਅਤੇ ਦੋ ਸੌ ਵੀਹ ਦੀ ਗਿਣਤੀ ਦੁਆਰਾ ਦਰਸਾਇਆ ਗਿਆ ਹੈ, ਜਿਸ ਦੀ ਦਸਵੰਧ ਬਾਈ ਹੈ।</w:t>
      </w:r>
    </w:p>
    <w:p>
      <w:pPr>
        <w:pStyle w:val="ArticleScripture"/>
        <w:jc w:val="left"/>
      </w:pPr>
      <w:r>
        <w:rPr>
          <w:rFonts w:ascii="Nirmala UI" w:hAnsi="Nirmala UI" w:eastAsia="Nirmala UI" w:cs="Nirmala UI"/>
        </w:rPr>
        <w:t>ਅਤੇ ਜਿਹੜੇ ਦਿਨ ਯਰੋਬਆਮ ਨੇ ਰਾਜ ਕੀਤਾ ਉਹ ਬਾਈ ਸਾਲ ਸਨ; ਅਤੇ ਉਹ ਆਪਣੇ ਪਿਉ-ਪੁਰਖਿਆਂ ਨਾਲ ਸੁੱਤ ਗਿਆ, ਅਤੇ ਉਸ ਦੇ ਥਾਂ ਉਸ ਦਾ ਪੁੱਤਰ ਨਾਦਾਬ ਰਾਜ ਕਰਨ ਲੱਗਾ। 1 ਰਾਜਿਆਂ 14:20.</w:t>
      </w:r>
    </w:p>
    <w:p>
      <w:pPr>
        <w:pStyle w:val="ArticleBody"/>
        <w:jc w:val="left"/>
      </w:pPr>
      <w:r>
        <w:rPr>
          <w:rFonts w:ascii="Nirmala UI" w:hAnsi="Nirmala UI" w:eastAsia="Nirmala UI" w:cs="Nirmala UI"/>
        </w:rPr>
        <w:t>‘ਐਟ-ਵਨ-ਮੈਂਟ,’ ਜੋ ਦਿਵਯਤਾ ਅਤੇ ਮਨੁੱਖਤਾ ਦੇ ਮਿਲਾਪ ਨੂੰ ਦਰਸਾਉਂਦਾ ਹੈ, ਮਸੀਹ ਦਾ ਉਹ ਕੰਮ ਹੈ ਜੋ 22 ਅਕਤੂਬਰ, ਅਥਵਾ ਦਸਵੇਂ ਮਹੀਨੇ (Gregorian), ਨੂੰ ਸ਼ੁਰੂ ਹੋਇਆ; ਦਸ ਗੁਣਾ ਬਾਈ ਬਰਾਬਰ ਦੋ ਸੌ ਵੀਹ ਹੁੰਦਾ ਹੈ। ਯਰੋਬਆਮ ਨੇ ਬੇਥੇਲ ਅਤੇ ਦਾਨ ਦੋਹਾਂ ਵਿੱਚ ਜਾਲੀ ਵੇਦੀਆਂ ਖੜ੍ਹੀਆਂ ਕੀਤੀਆਂ, ਅਤੇ ਇਸ ਲਈ ਉਹ ਐਤਵਾਰ ਦੀ ਜਾਲੀ ਉਪਾਸਨਾ ਦਾ ਪ੍ਰਤੀਕ ਹੈ, ਜੋ ਕਲੀਸਿਆ (ਬੇਥੇਲ: ਅਰਥ ਕਲੀਸਿਆ) ਅਤੇ ਰਾਜ (ਦਾਨ: ਅਰਥ ਨਿਆਂ) ਦੇ ਮਿਲਾਪ ਨਾਲ ਸੰਬੰਧਿਤ ਹੈ।</w:t>
      </w:r>
    </w:p>
    <w:p>
      <w:pPr>
        <w:pStyle w:val="ArticleScripture"/>
        <w:jc w:val="left"/>
      </w:pPr>
      <w:r>
        <w:rPr>
          <w:rFonts w:ascii="Nirmala UI" w:hAnsi="Nirmala UI" w:eastAsia="Nirmala UI" w:cs="Nirmala UI"/>
        </w:rPr>
        <w:t>ਤਦ ਯਾਰੋਬਆਮ ਨੇ ਇਫਰਾਈਮ ਦੇ ਪਹਾੜੀ ਇਲਾਕੇ ਵਿੱਚ ਸ਼ਖੇਮ ਨੂੰ ਬਣਾਇਆ ਅਤੇ ਉੱਥੇ ਵੱਸਿਆ; ਅਤੇ ਉੱਥੋਂ ਨਿਕਲ ਕੇ ਉਸ ਨੇ ਪਨੂਏਲ ਨੂੰ ਬਣਾਇਆ। ਅਤੇ ਯਾਰੋਬਆਮ ਨੇ ਆਪਣੇ ਮਨ ਵਿੱਚ ਕਿਹਾ, ਹੁਣ ਇਹ ਰਾਜ ਦਾਊਦ ਦੇ ਘਰਾਣੇ ਵੱਲ ਮੁੜ ਜਾਵੇਗਾ। ਜੇ ਇਹ ਲੋਕ ਯਰੂਸ਼ਲਮ ਵਿੱਚ ਯਹੋਵਾਹ ਦੇ ਘਰ ਵਿੱਚ ਬਲੀਆਂ ਚੜ੍ਹਾਉਣ ਲਈ ਉੱਪਰ ਜਾਣ, ਤਾਂ ਇਸ ਲੋਕ ਦੇ ਦਿਲ ਫਿਰ ਆਪਣੇ ਮਾਲਕ, ਅਰਥਾਤ ਯਹੂਦਾਹ ਦੇ ਰਾਜੇ ਰਹਬਆਮ ਵੱਲ ਮੁੜ ਜਾਣਗੇ, ਅਤੇ ਉਹ ਮੈਨੂੰ ਮਾਰ ਕੇ ਫਿਰ ਯਹੂਦਾਹ ਦੇ ਰਾਜੇ ਰਹਬਆਮ ਕੋਲ ਚਲੇ ਜਾਣਗੇ। ਇਸ ਲਈ ਰਾਜੇ ਨੇ ਸਲਾਹ ਕੀਤੀ, ਅਤੇ ਸੋਨੇ ਦੇ ਦੋ ਬੱਛੜੇ ਬਣਾਏ, ਅਤੇ ਉਨ੍ਹਾਂ ਨੂੰ ਕਿਹਾ, ਤੁਹਾਡੇ ਲਈ ਯਰੂਸ਼ਲਮ ਨੂੰ ਚੜ੍ਹ ਕੇ ਜਾਣਾ ਬਹੁਤ ਹੈ; ਵੇਖੋ, ਹੇ ਇਸਰਾਏਲ, ਤੁਹਾਡੇ ਦੇਵਤੇ ਇਹ ਹਨ, ਜਿਨ੍ਹਾਂ ਨੇ ਤੁਹਾਨੂੰ ਮਿਸਰ ਦੇ ਦੇਸ਼ ਤੋਂ ਕੱਢ ਕੇ ਉੱਪਰ ਲਿਆਂਦਾ। ਅਤੇ ਉਸ ਨੇ ਇੱਕ ਨੂੰ ਬੇਥੇਲ ਵਿੱਚ ਸਥਾਪਤ ਕੀਤਾ, ਅਤੇ ਦੂਜੇ ਨੂੰ ਦਾਨ ਵਿੱਚ ਰੱਖਿਆ। ਅਤੇ ਇਹ ਗੱਲ ਪਾਪ ਬਣ ਗਈ; ਕਿਉਂਕਿ ਲੋਕ ਇੱਕ ਦੇ ਅੱਗੇ ਦਾਨ ਤੱਕ ਜਾ ਕੇ ਉਪਾਸਨਾ ਕਰਨ ਲੱਗੇ। ਅਤੇ ਉਸ ਨੇ ਉੱਚੇ ਥਾਵਾਂ ਦਾ ਇੱਕ ਮੰਦਰ ਬਣਾਇਆ, ਅਤੇ ਲੋਕਾਂ ਵਿੱਚੋਂ ਹੇਠਲੇ ਵਰਗ ਦੇ ਮਨੁੱਖਾਂ ਨੂੰ ਯਾਜਕ ਬਣਾਇਆ, ਜੋ ਲੇਵੀ ਦੇ ਪੁੱਤਰਾਂ ਵਿੱਚੋਂ ਨਹੀਂ ਸਨ। ਅਤੇ ਯਾਰੋਬਆਮ ਨੇ ਅੱਠਵੇਂ ਮਹੀਨੇ ਦੇ ਪੰਦਰਵੇਂ ਦਿਨ ਇੱਕ ਤਿਉਹਾਰ ਠਹਿਰਾਇਆ, ਜੋ ਯਹੂਦਾਹ ਵਿੱਚ ਹੋਣ ਵਾਲੇ ਤਿਉਹਾਰ ਵਰਗਾ ਸੀ, ਅਤੇ ਉਹ ਵੇਦੀ ਉੱਤੇ ਚੜ੍ਹਾਵਾ ਚੜ੍ਹਾਉਣ ਲੱਗਾ। ਇਸੇ ਤਰ੍ਹਾਂ ਉਸ ਨੇ ਬੇਥੇਲ ਵਿੱਚ ਵੀ ਕੀਤਾ, ਉਹਨਾਂ ਬੱਛੜਿਆਂ ਨੂੰ ਬਲੀਆਂ ਚੜ੍ਹਾਉਂਦਾ ਹੋਇਆ ਜੋ ਉਸ ਨੇ ਬਣਾਏ ਸਨ; ਅਤੇ ਉਸ ਨੇ ਬੇਥੇਲ ਵਿੱਚ ਉਹਨਾਂ ਉੱਚੇ ਥਾਵਾਂ ਦੇ ਯਾਜਕਾਂ ਨੂੰ ਨਿਯੁਕਤ ਕੀਤਾ ਜੋ ਉਸ ਨੇ ਬਣਾਏ ਸਨ। ਇਸ ਤਰ੍ਹਾਂ ਉਸ ਨੇ ਅੱਠਵੇਂ ਮਹੀਨੇ ਦੇ ਪੰਦਰਵੇਂ ਦਿਨ, ਅਰਥਾਤ ਉਸ ਮਹੀਨੇ ਵਿੱਚ ਜੋ ਉਸ ਨੇ ਆਪਣੇ ਹੀ ਮਨ ਤੋਂ ਘੜਿਆ ਸੀ, ਬੇਥੇਲ ਵਿੱਚ ਆਪਣੀ ਬਣਾਈ ਹੋਈ ਵੇਦੀ ਉੱਤੇ ਚੜ੍ਹਾਵਾ ਚੜ੍ਹਾਇਆ; ਅਤੇ ਇਸਰਾਏਲ ਦੀਆਂ ਸੰਤਾਨਾਂ ਲਈ ਇੱਕ ਤਿਉਹਾਰ ਠਹਿਰਾਇਆ; ਅਤੇ ਉਹ ਵੇਦੀ ਉੱਤੇ ਚੜ੍ਹਾਵਾ ਚੜ੍ਹਾਉਣ ਅਤੇ ਧੂਪ ਸਾੜਨ ਲਈ ਉੱਪਰ ਗਿਆ। 1 ਰਾਜਿਆਂ 12:25–33।</w:t>
      </w:r>
    </w:p>
    <w:p>
      <w:pPr>
        <w:pStyle w:val="ArticleBody"/>
        <w:jc w:val="left"/>
      </w:pPr>
      <w:r>
        <w:rPr>
          <w:rFonts w:ascii="Nirmala UI" w:hAnsi="Nirmala UI" w:eastAsia="Nirmala UI" w:cs="Nirmala UI"/>
        </w:rPr>
        <w:t>ਉੱਤਰੀਆਂ ਦੱਸ ਕਬੀਲਿਆਂ ਦੇ ਮੂਲਭੂਤ ਇਤਿਹਾਸ ਵਿੱਚ ਇੱਕ ਐਸੀ ਬਗਾਵਤ ਹੋਈ ਸੀ ਜਿਸ ਦਾ ਪ੍ਰਤੀਕ ਇਸਰਾਏਲ ਵੱਲੋਂ ਪਰਮੇਸ਼ੁਰ ਨੂੰ ਰਾਜਾ ਵਜੋਂ ਅਸਵੀਕਾਰ ਕਰਨ ਅਤੇ ਅਹਾਰੋਨ ਅਤੇ ਸੋਨੇ ਦੇ ਬੱਛੜੇ ਦੀ ਬਗਾਵਤ ਦੁਆਰਾ ਪਹਿਲਾਂ ਹੀ ਦਰਸਾਇਆ ਗਿਆ ਸੀ। ਅਹਾਰੋਨ ਦੀ ਬਗਾਵਤ ਪ੍ਰਾਚੀਨ ਇਸਰਾਏਲ ਦੇ ਮੂਲਭੂਤ ਇਤਿਹਾਸ ਵਿੱਚ ਸੀ ਅਤੇ ਯਾਰਾਬੁਆਮ ਦੀ ਬਗਾਵਤ ਉੱਤਰੀਆਂ ਦੱਸ ਕਬੀਲਿਆਂ ਦੇ ਮੂਲਭੂਤ ਇਤਿਹਾਸ ਵਿੱਚ ਸੀ। “ਪੰਕਤੀ ਉੱਤੇ ਪੰਕਤੀ” ਦੇ ਅਨੁਸਾਰ, ਅਹਾਰੋਨ ਮਹਾਂਯਾਜਕ ਹੋਣ ਦੇ ਨਾਤੇ ਕਲੀਸਿਆ ਦਾ ਪ੍ਰਤੀਨਿਧਿਤਵ ਕਰਦਾ ਹੈ ਅਤੇ ਯਾਰਾਬੁਆਮ ਰਾਜਾ ਹੋਣ ਦੇ ਨਾਤੇ ਰਾਜ ਦਾ ਪ੍ਰਤੀਨਿਧਿਤਵ ਕਰਦਾ ਹੈ। ਇਹ ਦੋਵੇਂ ਮੂਲਭੂਤ ਬਗਾਵਤਾਂ ਇੱਕ ਐਸੀ ਲੜੀ ਹਨ ਜਿਸ ਵਿੱਚ ਇਸਰਾਏਲ ਦੇ ਲੋਕਾਂ ਦੀ ਮਨੁੱਖੀ ਰਾਜੇ ਦੀ ਇੱਛਾ ਕਰਦਿਆਂ ਕੀਤੀ ਮੂਲਭੂਤ ਬਗਾਵਤ ਵੀ ਸ਼ਾਮਲ ਹੈ।</w:t>
      </w:r>
    </w:p>
    <w:p>
      <w:pPr>
        <w:pStyle w:val="ArticleHeading"/>
        <w:jc w:val="left"/>
      </w:pPr>
      <w:r>
        <w:rPr>
          <w:rFonts w:ascii="Nirmala UI" w:hAnsi="Nirmala UI" w:eastAsia="Nirmala UI" w:cs="Nirmala UI"/>
        </w:rPr>
        <w:t>490</w:t>
      </w:r>
    </w:p>
    <w:p>
      <w:pPr>
        <w:pStyle w:val="ArticleBody"/>
        <w:jc w:val="left"/>
      </w:pPr>
      <w:r>
        <w:rPr>
          <w:rFonts w:ascii="Nirmala UI" w:hAnsi="Nirmala UI" w:eastAsia="Nirmala UI" w:cs="Nirmala UI"/>
        </w:rPr>
        <w:t>ਹਿਜ਼ਕੀਏਲ ਦੀ ਪੁਸਤਕ ਵਿੱਚ ਦਰਸਾਈ ਗਈ ਪਵਿੱਤਰ ਇਤਿਹਾਸ ਵਿੱਚ ਚਾਰ ਸੌ ਨੱਬੇ ਸਾਲਾਂ ਦੇ ਤਿੰਨ ਅਰਸੇ ਹਨ; ਉਨ੍ਹਾਂ ਵਿੱਚੋਂ ਇੱਕ ਰਾਜਿਆਂ ਨਾਲ ਸੰਬੰਧਿਤ ਸੀ, ਦੂਜਾ ਪਵਿੱਤਰ ਅਸਥਾਨ ਨਾਲ, ਅਤੇ ਤੀਜਾ ਸੈਨਾ ਨਾਲ। ਇਹ ਤਿੰਨ ਅਰਸੇ ਆਹਰੋਨ ਦੀ ਬਗਾਵਤ (ਪਵਿੱਤਰ ਅਸਥਾਨ), ਸਾਊਲ ਦੀ ਬਗਾਵਤ (ਸੈਨਾ), ਅਤੇ ਯਰਬੁਆਮ ਦੀ ਬਗਾਵਤ (ਰਾਜਾ) ਦੇ ਨਾਲ ਸੁਰ ਮਿਲਾਉਂਦੇ ਹਨ। ਨਬੀ, ਯਾਜਕ ਅਤੇ ਰਾਜਾ ਦੇ ਤਿੰਨ ਪ੍ਰਤੀਕਾਂ ਵਿੱਚੋਂ, ਰਾਜਾ ਸਾਊਲ ਹੀ ਉਹ ਹੈ ਜਿਸ ਦੀ ਪਛਾਣ ਭਵਿੱਖਬਾਣੀ ਕਰਨ ਵਾਲੇ ਵਜੋਂ ਕੀਤੀ ਜਾਂਦੀ ਹੈ; ਅਤੇ ਆਹਰੋਨ ਯਾਜਕ ਸੀ, ਅਤੇ ਯਰਬੁਆਮ ਰਾਜਾ ਸੀ।</w:t>
      </w:r>
    </w:p>
    <w:p>
      <w:pPr>
        <w:pStyle w:val="ArticleScripture"/>
        <w:jc w:val="left"/>
      </w:pPr>
      <w:r>
        <w:rPr>
          <w:rFonts w:ascii="Nirmala UI" w:hAnsi="Nirmala UI" w:eastAsia="Nirmala UI" w:cs="Nirmala UI"/>
        </w:rPr>
        <w:t>ਅਤੇ ਐਸਾ ਹੋਇਆ ਕਿ ਜਿਨ੍ਹਾਂ ਸਭ ਨੇ ਉਸ ਨੂੰ ਪਹਿਲਾਂ ਤੋਂ ਜਾਣਿਆ ਸੀ, ਜਦੋਂ ਉਨ੍ਹਾਂ ਨੇ ਵੇਖਿਆ ਕਿ ਦੇਖੋ, ਉਹ ਨਬੀਆਂ ਦੇ ਵਿਚਕਾਰ ਭਵਿੱਖਬਾਣੀ ਕਰ ਰਿਹਾ ਹੈ, ਤਦ ਲੋਕ ਇੱਕ ਦੂਜੇ ਨੂੰ ਕਹਿਣ ਲੱਗੇ, ਇਹ ਕੀ ਹੈ ਜੋ ਕੀਸ਼ ਦੇ ਪੁੱਤਰ ਉੱਤੇ ਆ ਪਈ ਹੈ? ਕੀ ਸ਼ਾਊਲ ਵੀ ਨਬੀਆਂ ਵਿੱਚ ਹੈ? ਅਤੇ ਉਸੇ ਥਾਂ ਦੇ ਇੱਕ ਮਨੁੱਖ ਨੇ ਉੱਤਰ ਦੇ ਕੇ ਕਿਹਾ, ਪਰ ਉਨ੍ਹਾਂ ਦਾ ਪਿਤਾ ਕੌਣ ਹੈ? ਇਸ ਲਈ ਇਹ ਇੱਕ ਕਹਾਵਤ ਬਣ ਗਈ, ਕੀ ਸ਼ਾਊਲ ਵੀ ਨਬੀਆਂ ਵਿੱਚ ਹੈ? 1 ਸਮੂਏਲ 10:11, 12.</w:t>
      </w:r>
    </w:p>
    <w:p>
      <w:pPr>
        <w:pStyle w:val="ArticleBody"/>
        <w:jc w:val="left"/>
      </w:pPr>
      <w:r>
        <w:rPr>
          <w:rFonts w:ascii="Nirmala UI" w:hAnsi="Nirmala UI" w:eastAsia="Nirmala UI" w:cs="Nirmala UI"/>
        </w:rPr>
        <w:t>ਕਲੀਸੀਆ ਜੇਤੂ ਇੱਕ ਤੀਹ ਸਾਲਾਂ ਦੇ ਨਬੀ, ਇੱਕ ਤੀਹ ਸਾਲਾਂ ਦੇ ਯਾਜਕ ਅਤੇ ਇੱਕ ਤੀਹ ਸਾਲਾਂ ਦੇ ਰਾਜੇ ਤੋਂ ਬਣੀ ਹੈ, ਜਿਸ ਦਾ ਪ੍ਰਤੀਨਿਧਿਤਵ ਹਿਜ਼ਕੀਏਲ ਦੁਆਰਾ ਹੁੰਦਾ ਹੈ ਜਿਸ ਨੇ ਤੀਹਵੇਂ ਸਾਲ ਵਿੱਚ ਸ਼ੁਰੂਆਤ ਕੀਤੀ, ਯੂਸੁਫ਼ ਦੁਆਰਾ ਜਿਸ ਨੇ ਤੀਹਵੇਂ ਸਾਲ ਵਿੱਚ ਆਪਣੀ ਸੇਵਾ ਸ਼ੁਰੂ ਕੀਤੀ, ਅਤੇ ਰਾਜਾ ਦਾਊਦ ਦੁਆਰਾ ਜਿਸ ਨੇ ਆਪਣੇ ਤੀਹਵੇਂ ਸਾਲ ਵਿੱਚ ਰਾਜ ਕਰਨਾ ਸ਼ੁਰੂ ਕੀਤਾ। ਕਲੀਸੀਆ ਜੇਤੂ ਦਾ ਪ੍ਰਤੀਨਿਧਿਤਵ ਹਿਜ਼ਕੀਏਲ ਦੀ ਪੁਸਤਕ ਦੇ ਆਖਰੀ ਅੱਠ ਅਧਿਆਇਆਂ ਵਿੱਚ ਉਸ ਮੰਦਰ ਵਜੋਂ ਕੀਤਾ ਗਿਆ ਹੈ ਜੋ ਧਰਤੀ ਨੂੰ ਭਰ ਦਿੰਦਾ ਹੈ, ਅਤੇ ਕਲੀਸੀਆ ਜੇਤੂ ਫ਼ਿਲਾਦੈਲਫ਼ੀਆ ਹੈ, ਜੋ ਸੱਤ ਵਿੱਚੋਂ ਅੱਠਵੀਂ ਕਲੀਸੀਆ ਹੈ।</w:t>
      </w:r>
    </w:p>
    <w:p>
      <w:pPr>
        <w:pStyle w:val="ArticleBody"/>
        <w:jc w:val="left"/>
      </w:pPr>
      <w:r>
        <w:rPr>
          <w:rFonts w:ascii="Nirmala UI" w:hAnsi="Nirmala UI" w:eastAsia="Nirmala UI" w:cs="Nirmala UI"/>
        </w:rPr>
        <w:t>977 ਈਸਾ ਪੂਰਵ ਵਿੱਚ ਸ਼ੁਰੂ ਹੋਈ ਯੋਸੀਆਹ ਦੀ ਭਵਿੱਖਬਾਣੀਕ ਰੇਖਾ ਜਲਦੀ ਆਉਣ ਵਾਲੇ ਐਤਵਾਰ ਦੇ ਕਾਨੂੰਨ ਉੱਤੇ ਸਮਾਪਤ ਹੁੰਦੀ ਹੈ। ਇੱਕ ਸੌ ਚੁਆਲੀਹ ਹਜ਼ਾਰਾਂ ਦੀ ਸ਼ੁੱਧੀਕਰਨ ਅਤੇ ਮੋਹਰਬੰਦੀ, ਜੋ 31 ਦਸੰਬਰ 2023 ਨੂੰ ਸ਼ੁਰੂ ਹੋਈ, ਤਦ ਆਰੰਭ ਹੋਈ ਜਦੋਂ ਮੀਖਾਏਲ ਪ੍ਰਕਾਸ਼ ਦੀ ਪੋਥੀ ਗਿਆਰਾਂ ਦੇ ਦੋ ਗਵਾਹਾਂ ਨੂੰ ਜੀ ਉਠਾਉਣ ਲਈ ਉਤਰਿਆ। 2023, 11 ਸਤੰਬਰ 2001 ਤੋਂ ਬਾਈ ਸਾਲ ਬਾਅਦ ਆਇਆ, ਠੀਕ ਉਸੇ ਤਰ੍ਹਾਂ ਜਿਵੇਂ 1798 ਦੇ Alien and Sedition Acts, 1776 ਦੀ Declaration of Independence ਤੋਂ ਬਾਈ ਸਾਲ ਬਾਅਦ ਆਉਂਦੇ ਹਨ। ਯਾਰੋਬਆਮ ਦਾ ਬਾਈ ਸਾਲਾਂ ਦਾ ਰਾਜ 977 ਈਸਾ ਪੂਰਵ ਵਿੱਚ ਸ਼ੁਰੂ ਹੋਇਆ ਜਦੋਂ ਯੋਸੀਆਹ ਦੀ ਭਵਿੱਖਬਾਣੀ ਪ੍ਰਗਟ ਕੀਤੀ ਗਈ। ਉਸ ਵੇਲੇ, 1 ਰਾਜਿਆਂ ਅਧਿਆਇ ਤੇਰਾਂ ਦਾ ਅਣਆਗਿਆਕਾਰੀ ਨਬੀ, ਯਾਰੋਬਆਮ ਦੇ ਧਰਮ-ਤਿਆਗ ਦਾ ਸਾਹਮਣਾ ਕਰਦਾ ਹੈ, ਠੀਕ ਉਸੇ ਤਰ੍ਹਾਂ ਜਿਵੇਂ ਮੂਸਾ ਨੇ ਅਹਰੋਨ ਦੇ ਧਰਮ-ਤਿਆਗ ਦਾ ਸਾਹਮਣਾ ਕੀਤਾ, ਅਤੇ ਸਮੂਏਲ ਨੇ ਉਸ ਭੀੜ ਦਾ ਸਾਹਮਣਾ ਕੀਤਾ ਜਿਸ ਨੇ ਇੱਕ ਰਾਜਾ ਚਾਹਿਆ। ਮੂਲਭੂਤ ਧਰਮ-ਤਿਆਗਾਂ ਦੇ ਵਿਰੁੱਧ ਉਹ ਟੱਕਰਾਂ, ਜਿਨ੍ਹਾਂ ਦੀ ਨੁਮਾਇੰਦਗੀ ਅਣਆਗਿਆਕਾਰੀ ਨਬੀ, ਮੂਸਾ ਅਤੇ ਸਮੂਏਲ ਦੇ ਸੰਦੇਸ਼ ਦੁਆਰਾ ਹੁੰਦੀ ਹੈ, ਐਤਵਾਰ ਦੇ ਕਾਨੂੰਨ ਉੱਤੇ ਤੀਜੇ ਦੂਤ ਦੀ ਉੱਚੀ ਪੁਕਾਰ ਦੀ ਨੁਮਾਇੰਦਗੀ ਕਰਦੀਆਂ ਹਨ। ਇਹ ਉਹ ਚੇਤਾਵਨੀ ਦਾ ਸੰਦੇਸ਼ ਹੈ ਜੋ ਝੰਡੇ ਦੁਆਰਾ ਘੋਸ਼ਿਤ ਕੀਤਾ ਜਾਂਦਾ ਹੈ, ਜਿਸ ਦੀ ਨੁਮਾਇੰਦਗੀ ਯਾਰੋਬਆਮ ਦੇ ਇਤਿਹਾਸ ਵਿੱਚ ਯੋਸੀਆਹ ਦੀ ਪੂਰਵ-ਘੋਸ਼ਣਾ ਵਜੋਂ ਹੁੰਦੀ ਹੈ, ਜੋ ਇੱਕ “ਨਿਸ਼ਾਨ” ਨਾਲ ਸਾਥ ਦਿੱਤਾ ਗਿਆ ਸੀ।</w:t>
      </w:r>
    </w:p>
    <w:p>
      <w:pPr>
        <w:pStyle w:val="ArticleScripture"/>
        <w:jc w:val="left"/>
      </w:pPr>
      <w:r>
        <w:rPr>
          <w:rFonts w:ascii="Nirmala UI" w:hAnsi="Nirmala UI" w:eastAsia="Nirmala UI" w:cs="Nirmala UI"/>
        </w:rPr>
        <w:t>ਅਤੇ ਵੇਖੋ, ਯਹੂਦਾਹ ਤੋਂ ਯਹੋਵਾਹ ਦੇ ਬਚਨ ਦੁਆਰਾ ਬੇਥੇਲ ਵੱਲ ਪਰਮੇਸ਼ੁਰ ਦਾ ਇੱਕ ਮਨੁੱਖ ਆਇਆ; ਅਤੇ ਯਾਰੋਬਆਮ ਧੂਪ ਸਾੜਣ ਲਈ ਵੇਦੀ ਦੇ ਕੋਲ ਖੜਾ ਸੀ। ਅਤੇ ਉਸ ਨੇ ਯਹੋਵਾਹ ਦੇ ਬਚਨ ਅਨੁਸਾਰ ਵੇਦੀ ਦੇ ਵਿਰੁੱਧ ਪੁਕਾਰ ਕੇ ਕਿਹਾ, ਹੇ ਵੇਦੀ, ਵੇਦੀ, ਯਹੋਵਾਹ ਇਸ ਤਰ੍ਹਾਂ ਆਖਦਾ ਹੈ: ਵੇਖੋ, ਦਾਊਦ ਦੇ ਘਰਾਣੇ ਵਿੱਚ ਇੱਕ ਪੁੱਤਰ ਜਨਮੇਗਾ, ਜਿਸ ਦਾ ਨਾਮ ਯੋਸ਼ੀਆਹ ਹੋਵੇਗਾ; ਅਤੇ ਉਹ ਤੇਰੇ ਉੱਤੇ ਉਨ੍ਹਾਂ ਉੱਚੇ ਸਥਾਨਾਂ ਦੇ ਯਾਜਕਾਂ ਨੂੰ ਜੋ ਤੇਰੇ ਉੱਤੇ ਧੂਪ ਸਾੜਦੇ ਹਨ, ਬਲੀ ਚੜ੍ਹਾਵੇਗਾ, ਅਤੇ ਮਨੁੱਖਾਂ ਦੀਆਂ ਹੱਡੀਆਂ ਤੇਰੇ ਉੱਤੇ ਸਾੜੀਆਂ ਜਾਣਗੀਆਂ। ਅਤੇ ਉਸੇ ਦਿਨ ਉਸ ਨੇ ਇੱਕ ਨਿਸ਼ਾਨ ਦਿੱਤਾ, ਕਹਿੰਦਾ ਹੋਇਆ, ਇਹ ਉਹ ਨਿਸ਼ਾਨ ਹੈ ਜਿਸ ਬਾਰੇ ਯਹੋਵਾਹ ਨੇ ਕਿਹਾ ਹੈ: ਵੇਖੋ, ਵੇਦੀ ਫੱਟ ਜਾਵੇਗੀ, ਅਤੇ ਜੋ ਰਾਖ ਉਸ ਉੱਤੇ ਹੈ ਉਹ ਢਲਕਾ ਦਿੱਤੀ ਜਾਵੇਗੀ। ਅਤੇ ਇਹ ਹੋਇਆ ਕਿ ਜਦੋਂ ਰਾਜਾ ਯਾਰੋਬਆਮ ਨੇ ਪਰਮੇਸ਼ੁਰ ਦੇ ਉਸ ਮਨੁੱਖ ਦੀ ਗੱਲ ਸੁਣੀ, ਜਿਸ ਨੇ ਬੇਥੇਲ ਵਿੱਚ ਵੇਦੀ ਦੇ ਵਿਰੁੱਧ ਪੁਕਾਰ ਕੀਤੀ ਸੀ, ਤਾਂ ਉਸ ਨੇ ਵੇਦੀ ਤੋਂ ਆਪਣਾ ਹੱਥ ਵਧਾ ਕੇ ਕਿਹਾ, ਇਸ ਨੂੰ ਫੜ ਲਵੋ। ਅਤੇ ਉਸ ਦਾ ਹੱਥ, ਜੋ ਉਸ ਨੇ ਉਸ ਦੇ ਵਿਰੁੱਧ ਵਧਾਇਆ ਸੀ, ਸੁੱਕ ਗਿਆ, ਇਤਨਾ ਕਿ ਉਹ ਉਸ ਨੂੰ ਮੁੜ ਆਪਣੀ ਵੱਲ ਖਿੱਚ ਨਾ ਸਕਿਆ।</w:t>
      </w:r>
    </w:p>
    <w:p>
      <w:pPr>
        <w:pStyle w:val="ArticleScripture"/>
        <w:jc w:val="left"/>
      </w:pPr>
      <w:r>
        <w:rPr>
          <w:rFonts w:ascii="Nirmala UI" w:hAnsi="Nirmala UI" w:eastAsia="Nirmala UI" w:cs="Nirmala UI"/>
        </w:rPr>
        <w:t>ਵੇਦੀ ਵੀ ਫਟ ਗਈ, ਅਤੇ ਉਹ ਸੁਆਹ ਵੇਦੀ ਤੋਂ ਢਲਕ ਪਈ, ਉਸ ਨਿਸ਼ਾਨ ਦੇ ਅਨੁਸਾਰ ਜੋ ਪਰਮੇਸ਼ੁਰ ਦੇ ਮਨੁੱਖ ਨੇ ਯਹੋਵਾਹ ਦੇ ਬਚਨ ਦੁਆਰਾ ਦਿੱਤਾ ਸੀ। ਤਦ ਰਾਜੇ ਨੇ ਉੱਤਰ ਦੇ ਕੇ ਪਰਮੇਸ਼ੁਰ ਦੇ ਮਨੁੱਖ ਨੂੰ ਆਖਿਆ, ਹੁਣ ਯਹੋਵਾਹ ਆਪਣੇ ਪਰਮੇਸ਼ੁਰ ਦੇ ਦਰਸ਼ਨ ਦੀ ਬੇਨਤੀ ਕਰ ਅਤੇ ਮੇਰੇ ਲਈ ਪ੍ਰਾਰਥਨਾ ਕਰ, ਤਾਂ ਜੋ ਮੇਰਾ ਹੱਥ ਮੁੜ ਮੈਨੂੰ ਠੀਕ ਹੋ ਜਾਵੇ। ਅਤੇ ਪਰਮੇਸ਼ੁਰ ਦੇ ਮਨੁੱਖ ਨੇ ਯਹੋਵਾਹ ਅੱਗੇ ਬੇਨਤੀ ਕੀਤੀ, ਅਤੇ ਰਾਜੇ ਦਾ ਹੱਥ ਉਸ ਨੂੰ ਮੁੜ ਪਹਿਲਾਂ ਵਾਂਗ ਠੀਕ ਹੋ ਗਿਆ। ਫਿਰ ਰਾਜੇ ਨੇ ਪਰਮੇਸ਼ੁਰ ਦੇ ਮਨੁੱਖ ਨੂੰ ਆਖਿਆ, ਮੇਰੇ ਨਾਲ ਘਰ ਆ, ਅਤੇ ਆਪ ਨੂੰ ਤਾਜ਼ਗੀ ਦੇ, ਅਤੇ ਮੈਂ ਤੈਨੂੰ ਇਨਾਮ ਦਿਆਂਗਾ। ਪਰ ਪਰਮੇਸ਼ੁਰ ਦੇ ਮਨੁੱਖ ਨੇ ਰਾਜੇ ਨੂੰ ਆਖਿਆ, ਜੇ ਤੂੰ ਮੈਨੂੰ ਆਪਣੇ ਘਰ ਦਾ ਅੱਧਾ ਭਾਗ ਵੀ ਦੇਵੇਂ, ਤਾਂ ਵੀ ਮੈਂ ਤੇਰੇ ਨਾਲ ਅੰਦਰ ਨਾ ਜਾਵਾਂਗਾ; ਨਾ ਹੀ ਮੈਂ ਇਸ ਥਾਂ ਰੋਟੀ ਖਾਵਾਂਗਾ ਅਤੇ ਨਾ ਪਾਣੀ ਪੀਵਾਂਗਾ। ਕਿਉਂਕਿ ਮੈਨੂੰ ਯਹੋਵਾਹ ਦੇ ਬਚਨ ਦੁਆਰਾ ਇਹ ਆਗਿਆ ਦਿੱਤੀ ਗਈ ਸੀ, ਕਿ ਨਾ ਰੋਟੀ ਖਾਣੀ, ਨਾ ਪਾਣੀ ਪੀਣਾ, ਅਤੇ ਜਿਸ ਰਾਹ ਤੂੰ ਆਇਆ ਹੈਂ, ਉਸੇ ਰਾਹ ਮੁੜ ਨਾ ਜਾਣਾ। ਇਸ ਲਈ ਉਹ ਹੋਰ ਰਾਹ ਨਾਲ ਚਲਾ ਗਿਆ, ਅਤੇ ਜਿਸ ਰਾਹ ਉਹ ਬੇਥੇਲ ਆਇਆ ਸੀ, ਉਸ ਰਾਹ ਮੁੜ ਨਾ ਗਿਆ। 1 ਰਾਜਿਆਂ 13:1–10।</w:t>
      </w:r>
    </w:p>
    <w:p>
      <w:pPr>
        <w:pStyle w:val="ArticleBody"/>
        <w:jc w:val="left"/>
      </w:pPr>
      <w:r>
        <w:rPr>
          <w:rFonts w:ascii="Nirmala UI" w:hAnsi="Nirmala UI" w:eastAsia="Nirmala UI" w:cs="Nirmala UI"/>
        </w:rPr>
        <w:t>ਯਰੋਬਆਮ ਵੱਲੋਂ “ਤੇਰੇ ਘਰ ਦਾ ਅੱਧਾ ਹਿੱਸਾ” ਦੇਣ ਦੀ ਪੇਸ਼ਕਸ਼ ਦੇ ਬਾਵਜੂਦ ਨਬੀ ਦਾ ਉਸ ਨਾਲ ਭੋਜਨ ਕਰਨ ਤੋਂ ਇਨਕਾਰ ਕਰਨਾ, ਹੇਰੋਦੇਸ ਵੱਲੋਂ ਸਲੋਮੀ ਨੂੰ ਆਪਣੇ ਰਾਜ ਦਾ ਅੱਧਾ ਹਿੱਸਾ ਦੇਣ ਦੀ ਪ੍ਰਤਿਗਿਆ ਨਾਲ ਸੰਗਤ ਰੱਖਦਾ ਹੈ।</w:t>
      </w:r>
    </w:p>
    <w:p>
      <w:pPr>
        <w:pStyle w:val="ArticleScripture"/>
        <w:jc w:val="left"/>
      </w:pPr>
      <w:r>
        <w:rPr>
          <w:rFonts w:ascii="Nirmala UI" w:hAnsi="Nirmala UI" w:eastAsia="Nirmala UI" w:cs="Nirmala UI"/>
        </w:rPr>
        <w:t>ਅਤੇ ਜਦੋਂ ਇੱਕ ਸੁਵਿਧਾਜਨਕ ਦਿਨ ਆ ਪਹੁੰਚਿਆ, ਤਦ ਹੇਰੋਦੇਸ ਨੇ ਆਪਣੇ ਜਨਮਦਿਨ ਉੱਤੇ ਆਪਣੇ ਸਰਦਾਰਾਂ, ਸੈਨਾਪਤੀਆਂ ਅਤੇ ਗਲੀਲ ਦੇ ਮੁੱਖ ਮਨੁੱਖਾਂ ਲਈ ਇੱਕ ਭੋਜ ਕੀਤਾ। ਅਤੇ ਜਦੋਂ ਉਸ ਹੀ ਹੇਰੋਦਿਆਸ ਦੀ ਧੀ ਅੰਦਰ ਆਈ, ਅਤੇ ਨੱਚੀ, ਅਤੇ ਹੇਰੋਦੇਸ ਅਤੇ ਉਸ ਦੇ ਨਾਲ ਬੈਠੇ ਹੋਇਆਂ ਨੂੰ ਭਾ ਗਈ, ਤਾਂ ਰਾਜੇ ਨੇ ਉਸ ਕੁੜੀ ਨੂੰ ਕਿਹਾ, ਜੋ ਕੁਝ ਤੂੰ ਮੈਥੋਂ ਮੰਗਣਾ ਚਾਹੇ, ਮੰਗ, ਅਤੇ ਮੈਂ ਉਹ ਤੈਨੂੰ ਦੇਵਾਂਗਾ। ਅਤੇ ਉਸ ਨੇ ਉਸ ਨਾਲ ਸਹੁੰ ਖਾ ਕੇ ਕਿਹਾ, ਜੋ ਕੁਝ ਤੂੰ ਮੈਥੋਂ ਮੰਗੇਂਗੀ, ਮੈਂ ਤੈਨੂੰ ਦੇਵਾਂਗਾ, ਮੇਰੇ ਰਾਜ ਦੇ ਅੱਧੇ ਤੱਕ ਵੀ। ਅਤੇ ਉਹ ਬਾਹਰ ਜਾ ਕੇ ਆਪਣੀ ਮਾਂ ਨੂੰ ਆਖਣ ਲੱਗੀ, ਮੈਂ ਕੀ ਮੰਗਾਂ? ਅਤੇ ਉਸ ਨੇ ਕਿਹਾ, ਯੂਹੰਨਾ ਬਪਤਿਸਮਾ ਦੇਣ ਵਾਲੇ ਦਾ ਸਿਰ। ਮਰਕੁਸ 6:21–24.</w:t>
      </w:r>
    </w:p>
    <w:p>
      <w:pPr>
        <w:pStyle w:val="ArticleBody"/>
        <w:jc w:val="left"/>
      </w:pPr>
      <w:r>
        <w:rPr>
          <w:rFonts w:ascii="Nirmala UI" w:hAnsi="Nirmala UI" w:eastAsia="Nirmala UI" w:cs="Nirmala UI"/>
        </w:rPr>
        <w:t>ਹੇਰੋਦੇਸ ਵੱਲੋਂ ਆਪਣੇ ਰਾਜ ਦਾ ਅੱਧਾ ਹਿੱਸਾ ਦੇਣ ਦੀ ਪ੍ਰਤਿਗਿਆ ਉਸ ਦੇ ਜਨਮਦਿਨ ਉੱਤੇ ਕੀਤੀ ਗਈ ਸੀ। ਹੇਰੋਦੇਸ ਰੋਮ ਦਾ ਇੱਕ ਪ੍ਰਤੀਕ ਹੈ, ਅਤੇ ਪ੍ਰਕਾਸ਼ ਦੀ ਪੋਥੀ ਅਧਿਆਇ ਸਤਾਰਾਂ ਦੇ ਦਸ ਰਾਜੇ ਦਾਨੀਏਲ ਅਧਿਆਇ ਸੱਤ ਵਿੱਚ ਰੋਮ ਦੀ ਦਸ-ਭਾਗੀ ਵੰਡ ਅਤੇ ਅਧਿਆਇ ਦੋ ਦੀਆਂ ਦਸ ਪੈਰਾਂ ਦੀਆਂ ਉਂਗਲਾਂ ਦੁਆਰਾ ਪ੍ਰਤੀਕਰੂਪ ਵਿੱਚ ਦਰਸਾਏ ਗਏ ਹਨ। ਉਸ ਦਾ ਜਨਮਦਿਨ ਉਸ ਵੇਲੇ ਚਿੰਨ੍ਹਿਤ ਹੁੰਦਾ ਹੈ ਜਦੋਂ ਛੇਵਾਂ ਰਾਜ ਐਤਵਾਰ ਦੇ ਕਾਨੂੰਨ ਸਮੇਂ ਸੱਤਵੇਂ ਰਾਜ ਦੁਆਰਾ ਬਦਲਿਆ ਜਾਂਦਾ ਹੈ, ਅਤੇ ਇਸ ਅਰਥ ਵਿੱਚ ਇਹ ਬਾਈਬਲ ਦੀ ਭਵਿੱਖਬਾਣੀ ਦੇ ਸੱਤਵੇਂ ਰਾਜ ਵਜੋਂ ਸੰਯੁਕਤ ਰਾਸ਼ਟਰ ਦਾ ਜਨਮਦਿਨ ਹੈ। ਜਲਦੀ ਆਉਣ ਵਾਲੇ ਐਤਵਾਰ ਦੇ ਕਾਨੂੰਨ ਉੱਤੇ, ਯਾਰੋਬਆਮ ਦੀਆਂ ਦਸ ਉੱਤਰੀਆਂ ਜਾਤੀਆਂ ਦੁਆਰਾ ਦਰਸਾਏ ਗਏ ਦਸ ਰਾਜੇ, ਪ੍ਰਕਾਸ਼ ਦੀ ਪੋਥੀ ‘ਸਤਾਰਾਂ’ ਵਿੱਚ ਇੱਕ ਘੰਟੇ ਲਈ ਆਪਣਾ ਰਾਜ ਪਸ਼ੂ ਨੂੰ ਦੇਣ ਲਈ ਸਹਿਮਤ ਹੁੰਦੇ ਹਨ।</w:t>
      </w:r>
    </w:p>
    <w:p>
      <w:pPr>
        <w:pStyle w:val="ArticleScripture"/>
        <w:jc w:val="left"/>
      </w:pPr>
      <w:r>
        <w:rPr>
          <w:rFonts w:ascii="Nirmala UI" w:hAnsi="Nirmala UI" w:eastAsia="Nirmala UI" w:cs="Nirmala UI"/>
        </w:rPr>
        <w:t>ਕਿਉਂਕਿ ਪਰਮੇਸ਼ੁਰ ਨੇ ਉਨ੍ਹਾਂ ਦੇ ਦਿਲਾਂ ਵਿੱਚ ਇਹ ਪਾਇਆ ਹੈ ਕਿ ਉਹ ਉਸ ਦੀ ਇੱਛਾ ਨੂੰ ਪੂਰਾ ਕਰਨ, ਅਤੇ ਇਕ ਮਨ ਹੋਣ, ਅਤੇ ਆਪਣਾ ਰਾਜ ਉਸ ਦਰਿੰਦੇ ਨੂੰ ਦੇਣ, ਜਦ ਤਕ ਪਰਮੇਸ਼ੁਰ ਦੇ ਬਚਨ ਪੂਰੇ ਨਾ ਹੋ ਜਾਣ। ਪਰਕਾਸ਼ ਦੀ ਪੋਥੀ 17:17।</w:t>
      </w:r>
    </w:p>
    <w:p>
      <w:pPr>
        <w:pStyle w:val="ArticleBody"/>
        <w:jc w:val="left"/>
      </w:pPr>
      <w:r>
        <w:rPr>
          <w:rFonts w:ascii="Nirmala UI" w:hAnsi="Nirmala UI" w:eastAsia="Nirmala UI" w:cs="Nirmala UI"/>
        </w:rPr>
        <w:t>ਇਜ਼ਕੀਏਲ ਦੇ ਚੌਥੇ ਅਧਿਆਇ ਦੀ ਭਵਿੱਖਬਾਣੀ ਨੂੰ ਹੱਥ ਵਿੱਚ ਲੈਣ ਤੋਂ ਪਹਿਲਾਂ, ਅਸੀਂ ਉਹ ‘ਤੇਰਾਂ’ ਵਾਰਾਂ ਦੀ ਪਛਾਣ ਕਰਾਂਗੇ ਜਦੋਂ ਇਜ਼ਕੀਏਲ ਸਿੱਧੇ ਤੌਰ ਤੇ ਇੱਕ ਤਾਰੀਖ ਦਰਜ ਕਰਦਾ ਹੈ। ਉਹ ਤੇਰਾਂ ਨਿਸ਼ਾਨ ਆਮ ਤੌਰ ਤੇ ਸੰਸਾਰ ਅਤੇ ਪਰਮੇਸ਼ੁਰ ਦੇ ਲੋਕਾਂ ਵਿਚਕਾਰ ਵੰਡੇ ਜਾਂਦੇ ਹਨ। ਮਿਸਰ ਦੁਆਰਾ ਦਰਸਾਇਆ ਗਿਆ ਸੰਸਾਰ ਛੇ ਵਾਰ ਸਿੱਧੀ ਤਾਰੀਖ ਨਾਲ ਰੱਖਿਆ ਗਿਆ ਹੈ, ਅਤੇ ਸੂਰ ਨੂੰ ਇੱਕ ਵਾਰ ਸੰਬੋਧਿਤ ਕੀਤਾ ਗਿਆ ਹੈ, ਅਤੇ ਹੋਰ ਛੇ ਵਾਰ ਯਰੂਸ਼ਲਮ ਵਿਸ਼ਾ ਹੈ। ਇਹ ਪੁਸਤਕ 592 BC ਵਿੱਚ ਆਰੰਭ ਹੁੰਦੀ ਹੈ, ਜੋ ਸਤਾਰਹਵੇਂ ਜੁਬਲੀ ਚੱਕਰ ਦਾ ਤੀਹਵਾਂ ਵਰ੍ਹਾ ਹੈ, ਅਤੇ ਇਜ਼ਕੀਏਲ ਦੇ ਚਾਲੀਵੇਂ ਅਧਿਆਇ ਦਾ ਪਹਿਲਾ ਪਦ 22 ਅਕਤੂਬਰ, 573 BC ਨੂੰ ਉਸ ਚੱਕਰ ਦੇ ਅੰਤ ਵਜੋਂ ਦਰਸਾਉਂਦਾ ਹੈ। ਜੁਬਲੀ ਚੱਕਰ 9/11 ਤੋਂ ਲੈ ਕੇ ਜਲਦੀ ਆਉਣ ਵਾਲੇ ਐਤਵਾਰ ਦੇ ਕਾਨੂੰਨ ਤੱਕ ਇੱਕ ਲੱਖ ਚੁਆਲੀਹ ਹਜ਼ਾਰਾਂ ਦੀ ਮੋਹਰਬੰਦੀ ਦੇ ਸਮੇਂ ਨੂੰ ਦਰਸਾਉਂਦਾ ਹੈ, ਜੋ ਆਪਣੀ ਵਾਰੀ ਉਸੇ ਇਤਿਹਾਸ ਦੇ ਇੱਕ ਫ੍ਰੈਕਟਲ ਵਿੱਚ 31 ਦਸੰਬਰ, 2023 ਤੋਂ ਲੈ ਕੇ ਜਲਦੀ ਆਉਣ ਵਾਲੇ ਐਤਵਾਰ ਦੇ ਕਾਨੂੰਨ ਤੱਕ ਪ੍ਰਤੀਨਿਧਿਤ ਹੁੰਦਾ ਹੈ। ਦੋਵੇਂ ਅਵਧੀਆਂ 11 ਅਗਸਤ, 1840 ਤੋਂ ਲੈ ਕੇ 22 ਅਕਤੂਬਰ, 1844 ਤੱਕ ਦੁਆਰਾ ਪ੍ਰਤੀਰੂਪਿਤ ਕੀਤੀਆਂ ਗਈਆਂ ਸਨ।</w:t>
      </w:r>
    </w:p>
    <w:p>
      <w:pPr>
        <w:pStyle w:val="ArticleBody"/>
        <w:jc w:val="left"/>
      </w:pPr>
      <w:r>
        <w:rPr>
          <w:rFonts w:ascii="Nirmala UI" w:hAnsi="Nirmala UI" w:eastAsia="Nirmala UI" w:cs="Nirmala UI"/>
        </w:rPr>
        <w:t>11 ਅਗਸਤ, 1840 ਨੂੰ, ਯਿਸੂ ਮਸੀਹ ਆਪ ਹੀ ਪ੍ਰਕਾਸ਼ ਦੀ ਪੁਸਤਕ ਦੇ ਦਸਵੇਂ ਅਧਿਆਇ ਦੇ ਉਸ ਬਲਵਾਨ ਦੂਤ ਵਜੋਂ ਉਤਰੇ, ਜੋ ਇੱਕ ਛੋਟੀ ਪੁਸਤਕ ਲਿਆਇਆ ਸੀ, ਜਿਸ ਨੂੰ ਪਰਮੇਸ਼ੁਰ ਦੇ ਲੋਕਾਂ ਨੇ ਲੈ ਕੇ ਖਾਣਾ ਸੀ। ਉਹੀ ਦੂਤ ਫਿਰ 9/11 ਨੂੰ ਮੁਹਰਬੰਦੀ ਦੇ ਸਮੇਂ ਦੇ ਆਰੰਭ ਨੂੰ ਚਿੰਨ੍ਹਿਤ ਕਰਨ ਲਈ ਉਤਰਾ। ਉਹੀ ਦੂਤ 31 ਦਸੰਬਰ, 2023 ਨੂੰ ਉਤਰਾ ਤਾਂ ਜੋ ਉਨ੍ਹਾਂ ਦੋ ਗਵਾਹਾਂ ਨੂੰ ਜੀ ਉਠਾਏ, ਜੋ ਉਸ ਵੱਡੇ ਸ਼ਹਿਰ ਦੀ ਗਲੀ ਵਿੱਚ ਮਾਰੇ ਗਏ ਸਨ, ਜੋ ਸਦੋਮ ਅਤੇ ਮਿਸਰ ਕਹਾਇਆ ਜਾਂਦਾ ਹੈ, ਜਿੱਥੇ ਪ੍ਰਭੂ ਵੀ ਸਲੀਬ ਉੱਤੇ ਚੜ੍ਹਾਇਆ ਗਿਆ ਸੀ। ਉਸ ਉਤਰਾਈ ਨੇ ਮੁਹਰਬੰਦੀ ਦੇ ਸਮੇਂ ਦੇ ਸਮਾਪਤੀ-ਕਾਲ ਨੂੰ ਚਿੰਨ੍ਹਿਤ ਕੀਤਾ। 31 ਦਸੰਬਰ, 2023 ਤੋਂ ਐਤਵਾਰ ਦੇ ਕਾਨੂੰਨ ਤੱਕ ਦੇ ਫ੍ਰੈਕਟਲ ਅਰਸੇ ਦੇ ਅੰਦਰ, ਯਾਜਕ ਹਿਜ਼ਕੀਏਲ ਨੂੰ ਅਕਾਸ਼ ਵਿੱਚ ਮੰਦਰ ਦਾ ਇੱਕ ਦਰਸ਼ਨ ਦਿੱਤਾ ਜਾਂਦਾ ਹੈ। ਉਸ ਵੇਲੇ ਉਹ ਗੂੰਗਾ ਕਰ ਦਿੱਤਾ ਜਾਂਦਾ ਹੈ ਅਤੇ ਕੇਵਲ ਤਦ ਹੀ ਬੋਲਦਾ ਹੈ ਜਦੋਂ ਪਰਮੇਸ਼ੁਰ ਉਸ ਨੂੰ ਐਸਾ ਕਰਨ ਦੀ ਆਗਿਆ ਦਿੰਦਾ ਹੈ। ਉਸ ਦੀ ਇਹ ਅਵਸਥਾ ਜਲਦੀ ਆਉਣ ਵਾਲੇ ਐਤਵਾਰ ਦੇ ਕਾਨੂੰਨ ਤੱਕ ਕਾਇਮ ਰਹਿੰਦੀ ਹੈ, ਜਿਸ ਦਾ ਪ੍ਰਤੀਕ ਯਰੂਸ਼ਲਮ ਦੇ ਵਿਨਾਸ਼ ਦੁਆਰਾ ਦਿੱਤਾ ਗਿਆ ਹੈ।</w:t>
      </w:r>
    </w:p>
    <w:p>
      <w:pPr>
        <w:pStyle w:val="ArticleBody"/>
        <w:jc w:val="left"/>
      </w:pPr>
      <w:r>
        <w:rPr>
          <w:rFonts w:ascii="Nirmala UI" w:hAnsi="Nirmala UI" w:eastAsia="Nirmala UI" w:cs="Nirmala UI"/>
        </w:rPr>
        <w:t>ਯੂਹੰਨਾ ਦੀ ਤਰ੍ਹਾਂ, ਹਿਜ਼ਕੀਏਲ ਨੂੰ ਵੀ ਹੁਕਮ ਦਿੱਤਾ ਗਿਆ ਹੈ ਕਿ ਉਹ ਉਹ ਪੁਸਤਕ ਲਏ ਜੋ ਪ੍ਰਕਾਸ਼ ਦੀ ਪੁਸਤਕ ਦੇ ਦਸਵੇਂ ਅਧਿਆਇ ਵਿੱਚ ਉਤਰਦੇ ਹੋਏ ਦੂਤ ਦੇ ਹੱਥ ਵਿੱਚ ਸੀ, ਅਤੇ ਉਸ ਨੂੰ ਵਿਲਾਪ, ਸੋਗ ਅਤੇ ਹਾਏ ਦੀ ਪੁਸਤਕ ਖਾਣ ਲਈ ਵੀ ਕਿਹਾ ਗਿਆ।</w:t>
      </w:r>
    </w:p>
    <w:p>
      <w:pPr>
        <w:pStyle w:val="ArticleScripture"/>
        <w:jc w:val="left"/>
      </w:pPr>
      <w:r>
        <w:rPr>
          <w:rFonts w:ascii="Nirmala UI" w:hAnsi="Nirmala UI" w:eastAsia="Nirmala UI" w:cs="Nirmala UI"/>
        </w:rPr>
        <w:t>ਪਰ ਤੂੰ, ਹੇ ਮਨੁੱਖ ਦੇ ਪੁੱਤਰ, ਜੋ ਮੈਂ ਤੈਨੂੰ ਆਖਦਾ ਹਾਂ ਉਹ ਸੁਣ; ਉਸ ਬਾਗੀ ਘਰਾਣੇ ਵਾਂਗ ਤੂੰ ਬਾਗੀ ਨਾ ਹੋਈਂ; ਆਪਣਾ ਮੂੰਹ ਖੋਲ੍ਹ ਅਤੇ ਜੋ ਮੈਂ ਤੈਨੂੰ ਦਿੰਦਾ ਹਾਂ ਉਹ ਖਾ। ਅਤੇ ਜਦੋਂ ਮੈਂ ਵੇਖਿਆ, ਤਾਂ ਦੇਖੋ, ਇੱਕ ਹੱਥ ਮੇਰੇ ਵੱਲ ਵਧਾਇਆ ਗਿਆ; ਅਤੇ ਵੇਖੋ, ਉਸ ਵਿੱਚ ਇੱਕ ਪੁਸਤਕ ਦਾ ਚਿੱਠਾ ਸੀ; ਅਤੇ ਉਸ ਨੇ ਉਸ ਨੂੰ ਮੇਰੇ ਸਾਹਮਣੇ ਖੋਲ੍ਹ ਦਿੱਤਾ; ਅਤੇ ਉਹ ਅੰਦਰੋਂ ਅਤੇ ਬਾਹਰੋਂ ਲਿਖਿਆ ਹੋਇਆ ਸੀ; ਅਤੇ ਉਸ ਵਿੱਚ ਵਿਲਾਪ, ਸੋਗ ਅਤੇ ਹਾਏ ਲਿਖੇ ਹੋਏ ਸਨ। ਹਿਜ਼ਕੀਏਲ 2:8–10.</w:t>
      </w:r>
    </w:p>
    <w:p>
      <w:pPr>
        <w:pStyle w:val="ArticleBody"/>
        <w:jc w:val="left"/>
      </w:pPr>
      <w:r>
        <w:rPr>
          <w:rFonts w:ascii="Nirmala UI" w:hAnsi="Nirmala UI" w:eastAsia="Nirmala UI" w:cs="Nirmala UI"/>
        </w:rPr>
        <w:t>ਇਹ ਸੰਦੇਸ਼ ਤ੍ਰਿਗੁਣੇ ਸੰਦੇਸ਼ ਵਜੋਂ ਪ੍ਰਸਤੁਤ ਕੀਤਾ ਗਿਆ ਹੈ, ਅਤੇ ਇਸ ਪ੍ਰਕਾਰ ਇਹ ਪ੍ਰਕਾਸ਼ ਦੀ ਪੋਥੀ ਦੇ ਚੌਦਵੇਂ ਅਧਿਆਇ ਦੇ ਤਿੰਨ ਦੂਤਾਂ ਦੇ ਸੰਦੇਸ਼ ਦਾ ਪ੍ਰਤੀਕਾਤਮਕ ਰੂਪ ਧਾਰਦਾ ਹੈ। ਇਸ ਲਈ ਇਹ ਤੀਜੇ ਦੂਤ ਦਾ ਮੋਹਰ ਲਗਾਉਣ ਵਾਲਾ ਸੰਦੇਸ਼ ਹੈ, ਜੋ ਉਹਨਾਂ ਉੱਤੇ ਮੋਹਰ ਲਗਾਂਦਾ ਹੈ ਜੋ ਯਰੂਸ਼ਲਮ ਦੇ ਅੰਦਰ ਹਨ ਅਤੇ ਕਲੀਸਿਆ ਅਤੇ ਦੇਸ਼ ਦੇ ਪਾਪ ਉੱਤੇ ਵਿਲਾਪ ਕਰਦੇ ਅਤੇ ਸੋਗ ਮਨਾਉਂਦੇ ਹਨ, ਜਿਵੇਂ ਕਿ ਹਿਜ਼ਕੀਏਲ ਦੇ ਨਵੇਂ ਅਧਿਆਇ ਅਤੇ ਪ੍ਰਕਾਸ਼ ਦੀ ਪੋਥੀ ਦੇ ਸੱਤਵੇਂ ਅਧਿਆਇ ਵਿੱਚ ਦਰਸਾਇਆ ਗਿਆ ਹੈ।</w:t>
      </w:r>
    </w:p>
    <w:p>
      <w:pPr>
        <w:pStyle w:val="ArticleScripture"/>
        <w:jc w:val="left"/>
      </w:pPr>
      <w:r>
        <w:rPr>
          <w:rFonts w:ascii="Nirmala UI" w:hAnsi="Nirmala UI" w:eastAsia="Nirmala UI" w:cs="Nirmala UI"/>
        </w:rPr>
        <w:t>ਅਤੇ ਇਸਰਾਏਲ ਦੇ ਪਰਮੇਸ਼ੁਰ ਦੀ ਮਹਿਮਾ ਉਸ ਕਰੂਬ ਤੋਂ, ਜਿਸ ਉੱਤੇ ਉਹ ਸੀ, ਉੱਠ ਕੇ ਮੰਦਰ ਦੀ ਡੇਹਲੀਜ਼ ਤੱਕ ਆ ਗਈ। ਅਤੇ ਉਸ ਨੇ ਉਸ ਮਨੁੱਖ ਨੂੰ ਬੁਲਾਇਆ ਜੋ ਸੂਤ ਦੇ ਕੱਪੜੇ ਪਹਿਨਿਆ ਹੋਇਆ ਸੀ, ਜਿਸ ਦੇ ਪਾਸ ਲੇਖਕ ਦੀ ਦਵਾਤ ਸੀ; ਅਤੇ ਪ੍ਰਭੂ ਨੇ ਉਸ ਨੂੰ ਆਖਿਆ, “ਸ਼ਹਿਰ ਦੇ ਵਿਚਕਾਰੋਂ, ਯਰੂਸ਼ਲਮ ਦੇ ਵਿਚਕਾਰੋਂ ਲੰਘ, ਅਤੇ ਉਹਨਾਂ ਮਨੁੱਖਾਂ ਦੇ ਮੱਥਿਆਂ ਉੱਤੇ ਇੱਕ ਨਿਸ਼ਾਨ ਲਾ ਦੇ, ਜੋ ਉਸ ਦੇ ਵਿਚਕਾਰ ਕੀਤੀਆਂ ਜਾਣ ਵਾਲੀਆਂ ਸਾਰੀਆਂ ਘਿਨੌਣੀਆਂ ਕਰਤੂਤਾਂ ਲਈ ਹਾਏ ਭਰਦੇ ਅਤੇ ਰੋਦੇ ਹਨ।” ਹਿਜ਼ਕੀਏਲ 9:3, 4.</w:t>
      </w:r>
    </w:p>
    <w:p>
      <w:pPr>
        <w:pStyle w:val="ArticleBody"/>
        <w:jc w:val="left"/>
      </w:pPr>
      <w:r>
        <w:rPr>
          <w:rFonts w:ascii="Nirmala UI" w:hAnsi="Nirmala UI" w:eastAsia="Nirmala UI" w:cs="Nirmala UI"/>
        </w:rPr>
        <w:t>ਜੋ ਲੋਕ ਉਹ ਮੋਹਰ ਪ੍ਰਾਪਤ ਕਰਦੇ ਹਨ, ਉਹ ਕਲੀਸਿਆ ਦੇ ਪਾਪਾਂ ਅਤੇ ਦੇਸ਼ ਦੇ ਪਾਪਾਂ ਲਈ ਵਿਲਾਪ ਕਰ ਰਹੇ ਹਨ; ਅਤੇ ਹਿਜ਼ਕੀਏਲ ਦੀ ਗਵਾਹੀ ਯਰੂਸ਼ਲਮ ਅਤੇ ਮਿਸਰ ਦੇ ਇਤਿਹਾਸ ਉੱਤੇ ਗੂੰਥੀ ਹੋਈ ਹੈ, ਜੋ ਕ੍ਰਮਵਾਰ ਕਲੀਸਿਆ ਅਤੇ ਸੰਸਾਰ ਦੇ ਪ੍ਰਤੀਕ ਹਨ।</w:t>
      </w:r>
    </w:p>
    <w:p>
      <w:pPr>
        <w:pStyle w:val="ArticleScripture"/>
        <w:jc w:val="left"/>
      </w:pPr>
      <w:r>
        <w:rPr>
          <w:rFonts w:ascii="Nirmala UI" w:hAnsi="Nirmala UI" w:eastAsia="Nirmala UI" w:cs="Nirmala UI"/>
        </w:rPr>
        <w:t>“ਪਰਮੇਸ਼ੁਰ-ਭਗਤੀ ਦਾ ਖਮੀਰ ਆਪਣੀ ਸ਼ਕਤੀ ਪੂਰੀ ਤਰ੍ਹਾਂ ਨਹੀਂ ਗੁਆ ਬੈਠਿਆ। ਜਦੋਂ ਕਲੀਸਿਆ ਦਾ ਖ਼ਤਰਾ ਅਤੇ ਹਤਾਸ਼ਾ ਸਭ ਤੋਂ ਵੱਧ ਹੋਣਗੇ, ਤਦੋਂ ਉਹ ਛੋਟੀ ਜਿਹੀ ਮੰਡਲੀ ਜੋ ਜੋਤ ਵਿੱਚ ਖੜੀ ਹੈ, ਦੇਸ਼ ਵਿੱਚ ਕੀਤੀਆਂ ਜਾਣ ਵਾਲੀਆਂ ਘਿਨੌਣੀਆਂ ਕਰਤੂਤਾਂ ਲਈ ਆਹਾਂ ਭਰੇਗੀ ਅਤੇ ਵਿਲਾਪ ਕਰੇਗੀ। ਪਰ ਵਿਸ਼ੇਸ਼ ਤੌਰ ’ਤੇ ਉਨ੍ਹਾਂ ਦੀਆਂ ਪ੍ਰਾਰਥਨਾਵਾਂ ਕਲੀਸਿਆ ਦੇ ਹੱਕ ਵਿੱਚ ਉੱਠਣਗੀਆਂ, ਕਿਉਂਕਿ ਉਸ ਦੇ ਮੈਂਬਰ ਸੰਸਾਰ ਦੀ ਰੀਤ ਅਨੁਸਾਰ ਚੱਲ ਰਹੇ ਹਨ। …”</w:t>
      </w:r>
    </w:p>
    <w:p>
      <w:pPr>
        <w:pStyle w:val="ArticleScripture"/>
        <w:jc w:val="left"/>
      </w:pPr>
      <w:r>
        <w:rPr>
          <w:rFonts w:ascii="Nirmala UI" w:hAnsi="Nirmala UI" w:eastAsia="Nirmala UI" w:cs="Nirmala UI"/>
        </w:rPr>
        <w:t>“ਹੁਕਮ ਇਹ ਹੈ: ‘ਨਗਰ ਦੇ ਵਿਚਕਾਰੋਂ, ਹਾਂ, ਯਰੂਸ਼ਲਮ ਦੇ ਵਿਚਕਾਰੋਂ ਲੰਘ, ਅਤੇ ਉਹਨਾਂ ਮਨੁੱਖਾਂ ਦੇ ਮੱਥਿਆਂ ਉੱਤੇ ਇੱਕ ਨਿਸ਼ਾਨ ਲਾ ਦੇ ਜੋ ਉਸ ਦੇ ਵਿਚਕਾਰ ਕੀਤੀਆਂ ਜਾਂਦੀਆਂ ਸਭ ਘਿਨੌਣੀਆਂ ਕਰਤੂਤਾਂ ਕਰਕੇ ਆਹਾਂ ਭਰਦੇ ਅਤੇ ਵਿਲਾਪ ਕਰਦੇ ਹਨ।’ ਇਹ ਆਹਾਂ ਭਰਨ ਅਤੇ ਵਿਲਾਪ ਕਰਨ ਵਾਲੇ ਜੀਵਨ ਦੇ ਬਚਨ ਪ੍ਰਗਟ ਕਰ ਰਹੇ ਸਨ; ਉਹਨਾਂ ਨੇ ਤਾੜਨਾ ਕੀਤੀ ਸੀ, ਸਲਾਹ ਦਿੱਤੀ ਸੀ, ਅਤੇ ਬੇਨਤੀ ਕੀਤੀ ਸੀ। ਕੁਝ ਜਿਨ੍ਹਾਂ ਨੇ ਪਰਮੇਸ਼ੁਰ ਦਾ ਅਪਮਾਨ ਕੀਤਾ ਹੋਇਆ ਸੀ, ਤੋਬਾ ਕਰ ਗਏ ਅਤੇ ਉਸ ਦੇ ਅੱਗੇ ਆਪਣੇ ਦਿਲ ਨਿਵਾ ਲਏ। ਪਰ ਪ੍ਰਭੂ ਦੀ ਮਹਿਮਾ ਇਸਰਾਏਲ ਤੋਂ ਟਲ ਗਈ ਸੀ; ਭਾਵੇਂ ਬਹੁਤੇ ਅਜੇ ਵੀ ਧਰਮ ਦੇ ਰੂਪ ਜਾਰੀ ਰੱਖਦੇ ਸਨ, ਤਦ ਵੀ ਉਸ ਦੀ ਸ਼ਕਤੀ ਅਤੇ ਹਾਜ਼ਰੀ ਦੀ ਘਾਟ ਸੀ।” ਟੈਸਟਿਮੋਨੀਜ਼, ਭਾਗ 5, 209, 210.</w:t>
      </w:r>
    </w:p>
    <w:p>
      <w:pPr>
        <w:pStyle w:val="ArticleBody"/>
        <w:jc w:val="left"/>
      </w:pPr>
      <w:r>
        <w:rPr>
          <w:rFonts w:ascii="Nirmala UI" w:hAnsi="Nirmala UI" w:eastAsia="Nirmala UI" w:cs="Nirmala UI"/>
        </w:rPr>
        <w:t>ਵਿਲਾਪਾਂ ਦੀ ਪੁਸਤਕ ਦੇ ਸੰਦਰਭ ਵਿੱਚ, ਪ੍ਰਕਾਸ਼ ਦੀ ਪੁਸਤਕ ਦੇ ਚੌਦਹਵੇਂ ਅਧਿਆਇ ਦੇ ਤਿੰਨ ਦੂਤਾਂ ਦੇ ਪ੍ਰਤੀਕ ਰੂਪ ਵਜੋਂ ਵਿਲਾਪ ਅਤੇ ਮਾਤਮ ਦਰਸਾਏ ਗਏ ਹਨ; ਅਤੇ ਇਹ ਵਿਲਾਪ ਅਤੇ ਮਾਤਮ ਪਹਿਲੇ ਅਤੇ ਦੂਜੇ ਦੂਤ ਹਨ, ਜਦਕਿ ਤੀਜਾ ਹਾਏ ਦਾ ਸੰਦੇਸ਼ ਹੈ, ਜੋ ਪੂਰਬੀ ਪਵਣ ਦਾ ਇੱਕ ਪ੍ਰਤੀਕ ਹੈ, ਅਤੇ ਇਸ ਨੂੰ ਪ੍ਰਕਾਸ਼ ਦੀ ਪੁਸਤਕ ਦੇ ਸੱਤਵੇਂ ਅਧਿਆਇ ਦੇ ਚਾਰ ਰੋਕਣ ਵਾਲੇ ਦੂਤਾਂ ਦੁਆਰਾ ਰੋਕਿਆ ਹੋਇਆ ਰੱਖਿਆ ਜਾਂਦਾ ਹੈ।</w:t>
      </w:r>
    </w:p>
    <w:p>
      <w:pPr>
        <w:pStyle w:val="ArticleHeading"/>
        <w:jc w:val="left"/>
      </w:pPr>
      <w:r>
        <w:rPr>
          <w:rFonts w:ascii="Segoe UI" w:hAnsi="Segoe UI" w:eastAsia="Segoe UI" w:cs="Segoe UI"/>
        </w:rPr>
        <w:t>مصر</w:t>
      </w:r>
    </w:p>
    <w:p>
      <w:pPr>
        <w:pStyle w:val="ArticleBody"/>
        <w:jc w:val="left"/>
      </w:pPr>
      <w:r>
        <w:rPr>
          <w:rFonts w:ascii="Nirmala UI" w:hAnsi="Nirmala UI" w:eastAsia="Nirmala UI" w:cs="Nirmala UI"/>
        </w:rPr>
        <w:t>ਹਿਜ਼ਕੀਏਲ ਦੀ ਪੁਸਤਕ ਵਿੱਚ ਤੇਰਾਂ ਤਾਰੀਖਾਂ ਦਾ ਉਲੇਖ ਕੀਤਾ ਗਿਆ ਹੈ। ਮਿਸਰ ਨਾਲ ਸੰਬੰਧਿਤ ਤਾਰੀਖਾਂ ਦੇ ਸਮੂਹ ਵਿੱਚ ਪਹਿਲੀ ਤਾਰੀਖ ਹਿਜ਼ਕੀਏਲ 29:1 ਹੈ, ਅਤੇ ਇਹ 587 ਈਸਾ ਪੂਰਵ ਨੂੰ ਦਰਸਾਉਂਦੀ ਸੀ।</w:t>
      </w:r>
    </w:p>
    <w:p>
      <w:pPr>
        <w:pStyle w:val="ArticleScripture"/>
        <w:jc w:val="left"/>
      </w:pPr>
      <w:r>
        <w:rPr>
          <w:rFonts w:ascii="Nirmala UI" w:hAnsi="Nirmala UI" w:eastAsia="Nirmala UI" w:cs="Nirmala UI"/>
        </w:rPr>
        <w:t>ਦਸਵੇਂ ਵਰ੍ਹੇ ਵਿੱਚ, ਦਸਵੇਂ ਮਹੀਨੇ ਵਿੱਚ, ਮਹੀਨੇ ਦੇ ਬਾਰ੍ਹਵੇਂ ਦਿਨ, ਯਹੋਵਾਹ ਦਾ ਬਚਨ ਮੇਰੇ ਕੋਲ ਆਇਆ, ਇਹ ਕਹਿੰਦਾ ਹੋਇਆ, ਹੇ ਮਨੁੱਖ ਦੇ ਪੁੱਤਰ, ਆਪਣਾ ਮੁਖ ਮਿਸਰ ਦੇ ਰਾਜਾ ਫਿਰਉਨ ਦੇ ਵਿਰੁੱਧ ਕਰ, ਅਤੇ ਉਸ ਦੇ ਵਿਰੁੱਧ, ਅਤੇ ਸਾਰੇ ਮਿਸਰ ਦੇ ਵਿਰੁੱਧ ਭਵਿੱਖਬਾਣੀ ਕਰ: ਬੋਲ ਅਤੇ ਕਹਿ, ਪ੍ਰਭੂ ਯਹੋਵਾਹ ਇਉਂ ਆਖਦਾ ਹੈ; ਵੇਖ, ਹੇ ਮਿਸਰ ਦੇ ਰਾਜਾ ਫਿਰਉਨ, ਮੈਂ ਤੇਰੇ ਵਿਰੁੱਧ ਹਾਂ, ਉਸ ਵੱਡੇ ਅਜਗਰ ਦੇ ਵਿਰੁੱਧ ਜੋ ਆਪਣੀਆਂ ਨਦੀਆਂ ਦੇ ਵਿਚਕਾਰ ਪਿਆ ਰਹਿੰਦਾ ਹੈ, ਜਿਸ ਨੇ ਆਖਿਆ ਹੈ, ਮੇਰੀ ਨਦੀ ਮੇਰੀ ਆਪਣੀ ਹੈ, ਅਤੇ ਮੈਂ ਇਸ ਨੂੰ ਆਪਣੇ ਲਈ ਬਣਾਇਆ ਹੈ। ਹਿਜ਼ਕੀਏਲ 29:1–3.</w:t>
      </w:r>
    </w:p>
    <w:p>
      <w:pPr>
        <w:pStyle w:val="ArticleBody"/>
        <w:jc w:val="left"/>
      </w:pPr>
      <w:r>
        <w:rPr>
          <w:rFonts w:ascii="Nirmala UI" w:hAnsi="Nirmala UI" w:eastAsia="Nirmala UI" w:cs="Nirmala UI"/>
        </w:rPr>
        <w:t>587 ਈਸਾ ਪੂਰਵ ਘੇਰੇ ਦਾ ਸਾਲ ਹੈ, ਜੋ ਯਰੂਸ਼ਲਮ ਦੇ ਨਾਸ ਤੋਂ ਡੇਢ ਸਾਲ ਪਹਿਲਾਂ ਸ਼ੁਰੂ ਹੋਇਆ ਸੀ। ਉਸ ਸਮੇਂ ਹਿਜ਼ਕੀਏਲ ਘੋਸ਼ਣਾ ਕਰਦਾ ਹੈ ਕਿ ਪਰਮੇਸ਼ੁਰ ਮਿਸਰ ਨੂੰ ਉਲਟ ਦੇਵੇਗਾ, ਅਤੇ ਇਹ ਉਲਟਾਅ ਪਰਮੇਸ਼ੁਰ ਦੇ ਲੋਕਾਂ ਉੱਤੇ ਇਹ ਪ੍ਰਗਟ ਕਰੇਗਾ ਕਿ ਮਿਸਰ ਦੇ ਅਜਗਰ ਉੱਤੇ ਭਰੋਸਾ ਕਰਨ ਵਿੱਚ ਉਹਨਾਂ ਦੀ ਮੂਰਖਤਾ ਕੀ ਸੀ। ਅਧਿਆਇ ਦੇ ਅੰਤ ਤੱਕ ਇਹ ਘੋਸ਼ਣਾ ਕੀਤੀ ਜਾਂਦੀ ਹੈ ਕਿ ਮਿਸਰ ਬਾਬਲ ਨੂੰ ਦੇ ਦਿੱਤਾ ਜਾਵੇਗਾ, ਇਸ ਤਰ੍ਹਾਂ ਇਹ ਦਰਸਾਇਆ ਜਾਂਦਾ ਹੈ ਕਿ ਬਾਈਬਲ ਦੀ ਭਵਿੱਖਬਾਣੀ ਦੇ ਦਸ ਰਾਜੇ ਆਪਣਾ ਸੱਤਵਾਂ ਰਾਜ ਆਧੁਨਿਕ ਬਾਬਲ ਨੂੰ—ਅੱਠਵੇਂ ਰਾਜ ਨੂੰ, ਜੋ ਉਹਨਾਂ ਸੱਤਾਂ ਵਿੱਚੋਂ ਹੈ—ਕਦੋਂ ਸੌਂਪਦੇ ਹਨ। ਇਹ ਭਵਿੱਖਬਾਣੀ ‘ਸਤਾਰਾਂ’ ਸਾਲ ਬਾਅਦ, 571 ਈਸਾ ਪੂਰਵ ਵਿੱਚ, ਜਿਵੇਂ ਕਿ ਅਧਿਆਇ ਦੇ ਅੰਤ ਵਿੱਚ ਦਰਸਾਇਆ ਗਿਆ ਹੈ, ਪੂਰੀ ਹੋਈ। ਇਸ ਲਈ ਅਧਿਆਇ 29 ਵਿੱਚ ਮਿਸਰ ਨਾਲ ਸੰਬੰਧਿਤ ਤਾਰੀਖ ਦੇ ਪਹਿਲੇ ਅਤੇ ਆਖਰੀ ਦੋਵੇਂ ਉਲੇਖ ਹਨ।</w:t>
      </w:r>
    </w:p>
    <w:p>
      <w:pPr>
        <w:pStyle w:val="ArticleScripture"/>
        <w:jc w:val="left"/>
      </w:pPr>
      <w:r>
        <w:rPr>
          <w:rFonts w:ascii="Nirmala UI" w:hAnsi="Nirmala UI" w:eastAsia="Nirmala UI" w:cs="Nirmala UI"/>
        </w:rPr>
        <w:t>ਅਤੇ ਸਤਾਈਵੇਂ ਸਾਲ ਵਿੱਚ, ਪਹਿਲੇ ਮਹੀਨੇ ਦੇ ਪਹਿਲੇ ਦਿਨ, ਯਹੋਵਾਹ ਦਾ ਬਚਨ ਮੇਰੇ ਕੋਲ ਆਇਆ, ਇਹ ਕਹਿੰਦਾ ਹੋਇਆ, ਹੇ ਮਨੁੱਖ ਦੇ ਪੁੱਤਰ, ਬਾਬਲ ਦੇ ਰਾਜਾ ਨਬੂਕਦਰੈੱਸਰ ਨੇ ਸੂਰ ਦੇ ਵਿਰੁੱਧ ਆਪਣੀ ਫੌਜ ਤੋਂ ਵੱਡੀ ਸੇਵਾ ਲਵਾਈ; ਹਰ ਸਿਰ ਗੰਜਾ ਹੋ ਗਿਆ, ਅਤੇ ਹਰ ਮੋਰਾ ਛਿਲ ਗਿਆ; ਤੌਭੀ ਉਸ ਨੂੰ ਸੂਰ ਤੋਂ, ਅਤੇ ਉਸ ਦੀ ਫੌਜ ਨੂੰ ਵੀ, ਉਸ ਸੇਵਾ ਦਾ ਕੋਈ ਮਜ਼ਦੂਰੀ-ਫਲ ਨਾ ਮਿਲਿਆ ਜੋ ਉਸ ਨੇ ਉਸ ਦੇ ਵਿਰੁੱਧ ਕੀਤੀ ਸੀ। ਇਸ ਲਈ ਪ੍ਰਭੂ ਯਹੋਵਾਹ ਇਉਂ ਆਖਦਾ ਹੈ: ਵੇਖੋ, ਮੈਂ ਮਿਸਰ ਦਾ ਦੇਸ਼ ਬਾਬਲ ਦੇ ਰਾਜਾ ਨਬੂਕਦਰੈੱਸਰ ਨੂੰ ਦੇਵਾਂਗਾ; ਅਤੇ ਉਹ ਉਸ ਦੀ ਭੀੜ ਨੂੰ ਲੈ ਜਾਵੇਗਾ, ਅਤੇ ਉਸ ਦੀ ਲੁੱਟ ਲੈ ਲਵੇਗਾ, ਅਤੇ ਉਸ ਦਾ ਸ਼ਿਕਾਰ ਹਾਸਲ ਕਰੇਗਾ; ਅਤੇ ਉਹ ਉਸ ਦੀ ਫੌਜ ਲਈ ਮਜ਼ਦੂਰੀ ਹੋਵੇਗੀ। ਮੈਂ ਉਸ ਨੂੰ ਮਿਸਰ ਦਾ ਦੇਸ਼ ਉਸ ਦੀ ਉਸ ਮਿਹਨਤ ਦੇ ਬਦਲੇ ਦਿੱਤਾ ਹੈ ਜੋ ਉਸ ਨੇ ਉਸ ਦੇ ਵਿਰੁੱਧ ਕੀਤੀ, ਕਿਉਂਕਿ ਉਹ ਮੇਰੇ ਲਈ ਹੀ ਕੰਮ ਕਰਦੇ ਰਹੇ ਸਨ, ਪ੍ਰਭੂ ਯਹੋਵਾਹ ਆਖਦਾ ਹੈ। ਉਸ ਦਿਨ ਮੈਂ ਇਸਰਾਏਲ ਦੇ ਘਰਾਣੇ ਦਾ ਸਿੰਗ ਅੰਕੁਰਿਤ ਕਰਾਂਗਾ, ਅਤੇ ਮੈਂ ਉਹਨਾਂ ਦੇ ਵਿਚਕਾਰ ਤੇਰੇ ਮੂੰਹ ਨੂੰ ਖੁਲ੍ਹਾਵਾਂਗਾ; ਅਤੇ ਉਹ ਜਾਣ ਲੈਣਗੇ ਕਿ ਮੈਂ ਹੀ ਯਹੋਵਾਹ ਹਾਂ। ਹਿਜ਼ਕੀਏਲ 29:17–21.</w:t>
      </w:r>
    </w:p>
    <w:p>
      <w:pPr>
        <w:pStyle w:val="ArticleBody"/>
        <w:jc w:val="left"/>
      </w:pPr>
      <w:r>
        <w:rPr>
          <w:rFonts w:ascii="Nirmala UI" w:hAnsi="Nirmala UI" w:eastAsia="Nirmala UI" w:cs="Nirmala UI"/>
        </w:rPr>
        <w:t>ਵੀਹਵੇਂ ਵਰ੍ਹੇ ਦੇ ਪਹਿਲੇ ਮਹੀਨੇ ਦੇ ਪਹਿਲੇ ਦਿਨ ਦੀ ਸਤਰ੍ਹਵੀਂ ਆਯਤ ਵਿਚਲੀ ਇਹ ਤਾਰੀਖ ਹਿਜ਼ਕੀਏਲ ਦੀਆਂ ਤੇਰਾਂ ਤਾਰੀਖਾਂ ਵਿੱਚੋਂ ਆਖ਼ਰੀ ਤਾਰੀਖ ਨੂੰ ਦਰਸਾਉਂਦੀ ਹੈ, ਅਤੇ ਇਹੋ ਇਕੱਲੀ ਤਾਰੀਖ ਹੈ ਜੋ 22 ਅਕਤੂਬਰ, 573 ਈ.ਪੂ. ਤੋਂ ਬਾਅਦ ਆਉਂਦੀ ਹੈ। ਇਹ ਉਸ ਸਮੇਂ ਨੂੰ ਦਰਸਾਉਂਦੀ ਹੈ ਜਦੋਂ ਦਾਨੀਏਲ 11:42–43 ਵਿੱਚ ਉੱਤਰ ਦੇ ਰਾਜੇ ਨੂੰ ਮਿਸਰ ਦਿੱਤਾ ਜਾਂਦਾ ਹੈ, ਅਤੇ ਨਾਲ ਹੀ ਉਸ ਬਿੰਦੂ ਨੂੰ ਵੀ, ਜਦੋਂ ਦਸ ਰਾਜੇ ਆਪਣਾ ਸੱਤਵਾਂ ਰਾਜ ਉਸ ਅੱਠਵੇਂ ਰਾਜ ਨੂੰ ਦੇਂਦੇ ਹਨ ਜੋ ਉਹਨਾਂ ਸੱਤਾਂ ਵਿੱਚੋਂ ਹੈ। ਇਹ ਉਸ ਵੇਲੇ ਪੂਰਾ ਹੁੰਦਾ ਹੈ ਜਦੋਂ “ਇਸਰਾਏਲ ਦੇ ਘਰਾਣੇ ਦਾ ਸਿੰਗ” ਫੁੱਟ ਨਿਕਲਦਾ ਹੈ। ਯਸਾਯਾਹ ਵਿੱਚ ਇਸਰਾਏਲ ਪੂਰਬੀ ਹਵਾ ਦੇ ਦਿਨ ਕੱਲੀ ਕਰਦਾ ਹੈ।</w:t>
      </w:r>
    </w:p>
    <w:p>
      <w:pPr>
        <w:pStyle w:val="ArticleScripture"/>
        <w:jc w:val="left"/>
      </w:pPr>
      <w:r>
        <w:rPr>
          <w:rFonts w:ascii="Nirmala UI" w:hAnsi="Nirmala UI" w:eastAsia="Nirmala UI" w:cs="Nirmala UI"/>
        </w:rPr>
        <w:t>ਯਾਕੂਬ ਤੋਂ ਆਉਣ ਵਾਲਿਆਂ ਨੂੰ ਉਹ ਜੜ ਪਕੜਾਵੇਗਾ; ਇਸਰਾਏਲ ਫੂਲਿਆ-ਫਲਿਆ ਤੇ ਕੋਪਲੇ ਕੱਢੇਗਾ, ਅਤੇ ਸੰਸਾਰ ਦੇ ਮੁਖੜੇ ਨੂੰ ਫਲ ਨਾਲ ਭਰ ਦੇਵੇਗਾ। ਯਸਾਇਆ 27:8.</w:t>
      </w:r>
    </w:p>
    <w:p>
      <w:pPr>
        <w:pStyle w:val="ArticleBody"/>
        <w:jc w:val="left"/>
      </w:pPr>
      <w:r>
        <w:rPr>
          <w:rFonts w:ascii="Nirmala UI" w:hAnsi="Nirmala UI" w:eastAsia="Nirmala UI" w:cs="Nirmala UI"/>
        </w:rPr>
        <w:t>ਜਦੋਂ ਹਿਜ਼ਕੀਏਲ 29:17 ਪੂਰਾ ਹੋਵੇਗਾ, ਅਤੇ ਮਿਸਰ ਦਾ ਅਜਗਰ ਜਲਦੀ ਆਉਣ ਵਾਲੇ ਐਤਵਾਰ ਦੇ ਕਾਨੂੰਨ ਸਮੇਂ ਪਾਪਾਈ ਜਾਨਵਰ ਨੂੰ ਦੇ ਦਿੱਤਾ ਜਾਵੇਗਾ, ਤਦ ਇਸਰਾਏਲ ਉੱਤੇ ਅੰਤਿਮ ਵਰਖਾ ਬਿਨਾ ਮਾਪ ਦੇ ਉਡੇਲੀ ਜਾਵੇਗੀ। ਉਹ ਵਰਖਾ 9/11 ਨੂੰ ਛਿੜਕਾਓ ਵਜੋਂ ਸ਼ੁਰੂ ਹੋਈ, ਜਿਵੇਂ ਇਸ ਦੀ ਪੂਰਵਛਾਇਆ ਮਸੀਹ ਵੱਲੋਂ ਆਪਣੇ ਚੇਲਿਆਂ ਉੱਤੇ ਸਾਹ ਮਾਰਨ ਵਿੱਚ ਦਿਖਾਈ ਗਈ ਸੀ, ਜਦੋਂ ਉਹ ਆਪਣੇ ਪੁਨਰੁਥਾਨ ਤੋਂ ਬਾਅਦ ਆਪਣੇ ਪਿਤਾ ਕੋਲ ਚੜ੍ਹ ਜਾਣ ਤੋਂ ਪਿੱਛੋਂ ਧਰਤੀ ਉੱਤੇ ਉਤਰਿਆ ਸੀ।</w:t>
      </w:r>
    </w:p>
    <w:p>
      <w:pPr>
        <w:pStyle w:val="ArticleScripture"/>
        <w:jc w:val="left"/>
      </w:pPr>
      <w:r>
        <w:rPr>
          <w:rFonts w:ascii="Nirmala UI" w:hAnsi="Nirmala UI" w:eastAsia="Nirmala UI" w:cs="Nirmala UI"/>
        </w:rPr>
        <w:t>“ਮਸੀਹ ਵੱਲੋਂ ਆਪਣੇ ਚੇਲਿਆਂ ਉੱਤੇ ਪਵਿੱਤਰ ਆਤਮਾ ਫੂਕਣ ਦੀ ਕਰਤੂਤ, ਅਤੇ ਉਨ੍ਹਾਂ ਨੂੰ ਆਪਣੀ ਸ਼ਾਂਤੀ ਬਖ਼ਸ਼ਣ ਦਾ ਕੰਮ, ਪੈਂਤਕੁਸਤ ਦੇ ਦਿਨ ਦਿੱਤੀ ਜਾਣ ਵਾਲੀ ਪ੍ਰਚੁਰ ਵਰਖਾ ਤੋਂ ਪਹਿਲਾਂ ਕੁਝ ਬੂੰਦਾਂ ਵਰਗਾ ਸੀ।” Spirit of Prophecy, volume 3, 243.</w:t>
      </w:r>
    </w:p>
    <w:p>
      <w:pPr>
        <w:pStyle w:val="ArticleBody"/>
        <w:jc w:val="left"/>
      </w:pPr>
      <w:r>
        <w:rPr>
          <w:rFonts w:ascii="Nirmala UI" w:hAnsi="Nirmala UI" w:eastAsia="Nirmala UI" w:cs="Nirmala UI"/>
        </w:rPr>
        <w:t>ਹਿਜ਼ਕੀਏਲ ਵੱਲੋਂ ਮਿਸਰ ਦੇ ਪਤਨ ਬਾਰੇ ਕੀਤੀ ਗਈ ਭਵਿੱਖਬਾਣੀ 587 ਈਸਾ-ਪੂਰਵ ਵਿੱਚ, ਘੇਰੇ ਦੇ ਸਾਲ ਵਿੱਚ, ਪ੍ਰਗਟ ਕੀਤੀ ਗਈ ਸੀ, ਅਤੇ ‘ਸਤਾਰਾਂ’ ਸਾਲ ਬਾਅਦ ਉਹ ਭਵਿੱਖਬਾਣੀ ਪੂਰੀ ਹੋਈ। ਇਹ ‘ਸਤਾਰਾਂ’ ਸੰਖਿਆ ਦੁਆਰਾ ਦਰਸਾਏ ਗਏ ਅਰਸੇ ਵਿੱਚ ਪੂਰੀ ਹੁੰਦੀ ਹੈ, ਇਸ ਤਰ੍ਹਾਂ ਦਾਨੀਏਲ ਗਿਆਰ੍ਹਾਂ ਦੀ ਆਯਤ ਚਾਲੀ ਦੇ ਗੁਪਤ ਇਤਿਹਾਸ ਨੂੰ ਦਰਸਾਉਂਦੀ ਹੈ। ਇਹ ਹਿਜ਼ਕੀਏਲ ਦੇ ਅਧਿਆਇ ਨੌਂ ਵਿੱਚ ਦਰਸਾਏ ਗਏ ਇੱਕ ਲੱਖ ਚੁਤਾਲੀ ਹਜ਼ਾਰ ਦੇ ਮੁਹਰ ਲੱਗਣ ਦੇ ਸਮੇਂ ਦੌਰਾਨ ਪੂਰੀ ਹੋਣੀ ਹੈ। ਮੁਹਰ ਲੱਗਣ ਦੇ ਸਮੇਂ ਵਿੱਚ ਪਿਛਲੀ ਵਰਖਾ ਉਡੇਲੀ ਜਾਂਦੀ ਹੈ, ਪਹਿਲਾਂ 9/11 ‘ਤੇ ਛਿੜਕਾਅ ਵਜੋਂ ਅਤੇ ਫਿਰ ਐਤਵਾਰ ਦੇ ਕਾਨੂੰਨ ਵੇਲੇ ਪੂਰੀ ਉਡੇਲ ਵਜੋਂ। ਇਹ ਯਸਾਯਾਹ ਦੇ ਅਨੁਸਾਰ “ਪੂਰਬੀ ਹਵਾ ਦੇ ਦਿਨ” ਵਿੱਚ ਪੂਰੀ ਹੁੰਦੀ ਹੈ, ਅਤੇ ਇਸਲਾਮ ਉਹ ਪੂਰਬੀ ਹਵਾ ਹੈ, ਅਤੇ ਇਸਲਾਮ ਤੀਜੀ “ਹਾਇ” ਹੈ। ਜੋ ਸੰਦੇਸ਼ ਹਿਜ਼ਕੀਏਲ ਨੇ ਖਾਣਾ ਸੀ, ਉਹ ਤਿਹਰਾ ਸੰਦੇਸ਼ ਸੀ, ਜਿਸ ਦਾ ਤੀਜਾ ਭਾਗ ਹਾਇ ਦਾ ਸੰਦੇਸ਼ ਸੀ।</w:t>
      </w:r>
    </w:p>
    <w:p>
      <w:pPr>
        <w:pStyle w:val="ArticleBody"/>
        <w:jc w:val="left"/>
      </w:pPr>
      <w:r>
        <w:rPr>
          <w:rFonts w:ascii="Nirmala UI" w:hAnsi="Nirmala UI" w:eastAsia="Nirmala UI" w:cs="Nirmala UI"/>
        </w:rPr>
        <w:t>ਹਿਜ਼ਕੀਏਲ ਦੇ ਤੇਰਾਂ ਤਾਰੀਖ਼-ਨਿਰਧਾਰਤ ਸੰਦੇਸ਼ ਯਰੂਸ਼ਲਮ, ਮਿਸਰ ਅਤੇ ਸੂਰ ਦੇ ਸੰਬੰਧ ਵਿੱਚ ਪ੍ਰਗਟ ਕੀਤੇ ਗਏ ਸਨ। ਇਹ ਸਭ “ਤੇਰਾਂ” ਗਿਣਤੀ ਦੁਆਰਾ ਦਰਸਾਏ ਗਏ ਬਗਾਵਤ ਨੂੰ ਸੰਬੋਧਿਤ ਕਰਦੇ ਸਨ।</w:t>
      </w:r>
    </w:p>
    <w:p>
      <w:pPr>
        <w:pStyle w:val="ArticleBody"/>
        <w:jc w:val="left"/>
      </w:pPr>
      <w:r>
        <w:rPr>
          <w:rFonts w:ascii="Nirmala UI" w:hAnsi="Nirmala UI" w:eastAsia="Nirmala UI" w:cs="Nirmala UI"/>
        </w:rPr>
        <w:t>ਅਸੀਂ ਅਗਲੇ ਲੇਖ ਵਿੱਚ ਹਿਜ਼ਕੀਏਲ ਦੀ ਮਿਤੀ-ਨਿਰਧਾਰਤਾ ਉੱਤੇ ਵਿਚਾਰ ਜਾਰੀ ਰੱਖਾਂਗੇ।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ਚਾਲੀਵੇਂ ਪਦ ਦਾ ਲੁਕਿਆ ਹੋਇਆ ਇਤਿਹਾਸ - ਨੰਬਰ ਛੱਬੀ</dc:title>
  <dc:subject>ਹਿਜ਼ਕੀਏਲ ਨੰਬਰ ਸੱਤ</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