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ਚਾਲੀਵੀਂ ਆਇਤ ਦਾ ਲੁਕਿਆ ਹੋਇਆ ਇਤਿਹਾਸ - ਗਿਣਤੀ ਸਤਾਈਂ</w:t>
      </w:r>
    </w:p>
    <w:p>
      <w:pPr>
        <w:pStyle w:val="ArticleSubtitle"/>
        <w:jc w:val="left"/>
      </w:pPr>
      <w:r>
        <w:rPr>
          <w:rFonts w:ascii="Nirmala UI" w:hAnsi="Nirmala UI" w:eastAsia="Nirmala UI" w:cs="Nirmala UI"/>
        </w:rPr>
        <w:t>ਹਿਜ਼ਕੀਏਲ ਅੰਕ ਅੱਠ</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ਹਿਜ਼ਕੀਏਲ ਦੀ ਪੁਸਤਕ ਵਿੱਚ ਤਰੀਖਾਂ ਦੇ ‘ਤੇਰਾਂ’ ਹਵਾਲੇ ਹਨ; ਇਨ੍ਹਾਂ ਵਿੱਚੋਂ ਛੇ ਯਰੂਸ਼ਲਮ ਬਾਰੇ ਹਨ, ਛੇ ਮਿਸਰ ਬਾਰੇ ਹਨ ਅਤੇ ਇੱਕ ਸੂਰ ਬਾਰੇ ਹੈ। ਇਹ ਸਾਰੇ ਹਵਾਲੇ ਬਗਾਵਤ ਦੇ ਸੰਦਰਭ ਵਿੱਚ ਸਥਾਪਿਤ ਹਨ, ਜਿਸ ਦਾ ਪ੍ਰਤੀਕ ਸੰਖਿਆ ‘ਤੇਰਾਂ’ ਹੈ। ਹਿਜ਼ਕੀਏਲ ਦੀ ਪਤਨੀ ਦੇ ਫਾਲਿਜ਼ ਨਾਲ ਮਰਨ ਤੋਂ ਬਾਅਦ ਵਾਲੇ ਸਾਲ ਵਿੱਚ, ਜੋ ਤੀਜੇ ਘੇਰੇ ਦੀ ਸ਼ੁਰੂਆਤ ਦਾ ਚਿੰਨ੍ਹ ਸੀ, ਹਿਜ਼ਕੀਏਲ ਨੂੰ ਮਿਸਰ ਦੇ ਵਿਰੁੱਧ ਬੋਲਣ ਦੀ ਆਗਿਆ ਦਿੱਤੀ ਗਈ, ਅਤੇ ਇਹ ਘੋਸ਼ਿਤ ਕੀਤਾ ਗਿਆ ਕਿ ਉਹ ਚਾਲੀ ਸਾਲਾਂ ਲਈ ਉਜਾੜ ਰਹੇਗਾ।</w:t>
      </w:r>
    </w:p>
    <w:p>
      <w:pPr>
        <w:pStyle w:val="ArticleScripture"/>
        <w:jc w:val="left"/>
      </w:pPr>
      <w:r>
        <w:rPr>
          <w:rFonts w:ascii="Nirmala UI" w:hAnsi="Nirmala UI" w:eastAsia="Nirmala UI" w:cs="Nirmala UI"/>
        </w:rPr>
        <w:t>ਅਤੇ ਮੈਂ ਮਿਸਰ ਦੇ ਦੇਸ ਨੂੰ ਉਨ੍ਹਾਂ ਦੇਸਾਂ ਦੇ ਵਿਚਕਾਰ ਜੋ ਉਜਾੜੇ ਪਏ ਹਨ ਉਜਾੜ ਕਰਾਂਗਾ, ਅਤੇ ਉਸ ਦੇ ਸ਼ਹਿਰ ਉਨ੍ਹਾਂ ਸ਼ਹਿਰਾਂ ਦੇ ਵਿਚਕਾਰ ਜੋ ਬਰਬਾਦ ਪਏ ਹਨ ਚਾਲੀ ਸਾਲਾਂ ਤੱਕ ਉਜਾੜੇ ਰਹਿਣਗੇ; ਅਤੇ ਮੈਂ ਮਿਸਰੀਆਂ ਨੂੰ ਕੌਮਾਂ ਵਿੱਚ ਖਿਲਾਰ ਦੇਵਾਂਗਾ ਅਤੇ ਉਨ੍ਹਾਂ ਨੂੰ ਦੇਸਾਂ ਵਿੱਚ ਤਿਤਰ-ਬਿਤਰ ਕਰ ਦੇਵਾਂਗਾ। ਤੌ ਵੀ ਪ੍ਰਭੂ ਯਹੋਵਾਹ ਇਉਂ ਆਖਦਾ ਹੈ: ਚਾਲੀ ਸਾਲਾਂ ਦੇ ਅੰਤ ਤੇ ਮੈਂ ਮਿਸਰੀਆਂ ਨੂੰ ਉਨ੍ਹਾਂ ਲੋਕਾਂ ਵਿੱਚੋਂ ਇਕੱਠਾ ਕਰਾਂਗਾ ਜਿੱਥੇ ਉਹ ਖਿਲਾਰੇ ਗਏ ਸਨ; ਅਤੇ ਮੈਂ ਮਿਸਰ ਦੀ ਬੰਧਵਾਈ ਨੂੰ ਮੋੜ ਦੇਵਾਂਗਾ, ਅਤੇ ਉਨ੍ਹਾਂ ਨੂੰ ਪਥਰੋਸ ਦੇ ਦੇਸ ਵਿੱਚ, ਉਨ੍ਹਾਂ ਦੇ ਨਿਵਾਸ ਦੇ ਦੇਸ ਵਿੱਚ, ਮੁੜ ਆਉਣ ਦਿਵਾਂਗਾ; ਅਤੇ ਉਹ ਉੱਥੇ ਇੱਕ ਹੀਨ ਰਾਜ ਹੋਣਗੇ। ਹਿਜ਼ਕੀਏਲ 29:12–14.</w:t>
      </w:r>
    </w:p>
    <w:p>
      <w:pPr>
        <w:pStyle w:val="ArticleBody"/>
        <w:jc w:val="left"/>
      </w:pPr>
      <w:r>
        <w:rPr>
          <w:rFonts w:ascii="Nirmala UI" w:hAnsi="Nirmala UI" w:eastAsia="Nirmala UI" w:cs="Nirmala UI"/>
        </w:rPr>
        <w:t>ਘੇਰਾਬੰਦੀ 588 ਈ.ਪੂ. ਵਿੱਚ ਸ਼ੁਰੂ ਹੋਈ, ਅਤੇ ਇੱਕ ਸਾਲ ਬਾਅਦ 587 ਈ.ਪੂ. ਵਿੱਚ ਹਿਜ਼ਕੀਏਲ ਨੂੰ ਬੋਲਣ ਦੀ ਆਗਿਆ ਦਿੱਤੀ ਗਈ। ਆਯਤ ‘ਸਤਾਰ੍ਹਾਂ’ ਵਿੱਚ 571 ਈ.ਪੂ. ਇਹ ਦਰਸਾਉਂਦਾ ਹੈ ਕਿ ਕੀਤੀਆਂ ਗਈਆਂ ਸੇਵਾਵਾਂ ਦੇ ਬਦਲੇ ਮਿਸਰ ਬਾਬਲ ਨੂੰ ਦਿੱਤਾ ਜਾਵੇਗਾ। ਬਾਈਬਲ ਦੇ ਕਾਲ-ਗਣਕ ਆਯਤਾਂ ਵਿੱਚ ਦਰਸਾਏ ਗਏ ਚਾਲੀ ਸਾਲਾਂ ਦੇ ਅਰਸੇ ਲਈ 567 ਈ.ਪੂ. ਤੋਂ 527 ਈ.ਪੂ. ਤੱਕ ਦਾ ਸਮਾਂ ਸੁਝਾਉਂਦੇ ਹਨ, ਅਤੇ 587 ਈ.ਪੂ. ਵਿੱਚ ਘੋਸ਼ਿਤ ਕੀਤੇ ਗਏ ਨਿਆਂ ਦੇ ਪ੍ਰਾਰੰਭਿਕ ਸੰਦੇਸ਼ ਤੋਂ ਲੈ ਕੇ ਆਯਤ ਸਤਾਰ੍ਹਾਂ ਦੇ 571 ਈ.ਪੂ. ਵਾਲੇ ਇਸ ਉਚਾਰਣ ਤੱਕ ਕਿ ਪ੍ਰਭੂ ਨੇ ਮਿਸਰ ਨਬੂਕਦਨੱਸਰ ਦੇ ਹੱਥ ਵਿੱਚ ਦੇ ਦਿੱਤਾ ਸੀ, ਅਸੀਂ ‘ਸਤਾਰ੍ਹਾਂ ਸਾਲਾਂ’ ਦਾ ਇੱਕ ਅਰਸਾ ਪਾਂਦੇ ਹਾਂ।</w:t>
      </w:r>
    </w:p>
    <w:p>
      <w:pPr>
        <w:pStyle w:val="ArticleBody"/>
        <w:jc w:val="left"/>
      </w:pPr>
      <w:r>
        <w:rPr>
          <w:rFonts w:ascii="Nirmala UI" w:hAnsi="Nirmala UI" w:eastAsia="Nirmala UI" w:cs="Nirmala UI"/>
        </w:rPr>
        <w:t>ਨਬੂਕਦਨੇਸਰ ਦੀ ਸੈਨਾ ਨੇ ਤੂਰ ਦੇ ਵਿਰੁੱਧ ਇੱਕ ਲੰਬਾ ਅਤੇ ਕਠਿਨ ਯੁੱਧ-ਅਭਿਆਨ ਲੜਿਆ (ਇਹ ਘੇਰਾਬੰਦੀ ਲਗਭਗ 13 ਸਾਲ ਚੱਲੀ, ਕਰੀਬ 586–573 ਈ.ਪੂ.)। ਸਿਪਾਹੀਆਂ ਨੇ ਬਹੁਤ ਹੀ ਕਠਿਨ ਮਿਹਨਤ ਕੀਤੀ (ਹਰ ਸਿਰ ਗੰਜਾ ਹੋ ਗਿਆ ਅਤੇ ਹਰ ਮੋਢਾ ਭਾਰ ਢੋਣ ਕਰਕੇ ਘਿਸ ਕੇ ਨੰਗਾ ਹੋ ਗਿਆ), ਤਥਾਪਿ ਉਨ੍ਹਾਂ ਨੂੰ ਤੂਰ ਤੋਂ ਆਪ ਕੋਈ ਮਹੱਤਵਪੂਰਨ ਮਜ਼ਦੂਰੀ ਜਾਂ ਲੂਟ-ਮਾਲ ਪ੍ਰਾਪਤ ਨਾ ਹੋਇਆ। ਇਸ ਅਲਾਭਕਾਰੀ ਮਿਹਨਤ ਦੇ ਕਾਰਨ, ਪਰਮੇਸ਼ੁਰ ਨੇ ਨਿਰਣੈ ਕੀਤਾ ਕਿ ਤੂਰ ਦੇ ਵਿਰੁੱਧ ਉਸ ਦੀ ਸੈਨਾ ਨੇ ਜੋ ਕੰਮ ਕੀਤਾ, ਉਸ ਦੇ ਬਦਲੇ ਨਬੂਕਦਨੇਸਰ ਨੂੰ ਮਿਸਰ ਮੁਆਵਜ਼ੇ (“ਮਜ਼ਦੂਰੀ”) ਵਜੋਂ ਦਿੱਤਾ ਜਾਵੇ।</w:t>
      </w:r>
    </w:p>
    <w:p>
      <w:pPr>
        <w:pStyle w:val="ArticleScripture"/>
        <w:jc w:val="left"/>
      </w:pPr>
      <w:r>
        <w:rPr>
          <w:rFonts w:ascii="Nirmala UI" w:hAnsi="Nirmala UI" w:eastAsia="Nirmala UI" w:cs="Nirmala UI"/>
        </w:rPr>
        <w:t>ਅਤੇ ਉਸੇ ਘਰ ਵਿੱਚ ਰਹੋ, ਜੋ ਕੁਝ ਉਹ ਦੇਣ ਉਹ ਖਾਂਦੇ ਅਤੇ ਪੀਂਦੇ ਰਹੋ; ਕਿਉਂਕਿ ਮਜ਼ਦੂਰ ਆਪਣੀ ਮਜ਼ਦੂਰੀ ਦਾ ਹੱਕਦਾਰ ਹੈ। ਘਰ ਘਰ ਨਾ ਫਿਰੋ। ਲੂਕਾ 10:7।</w:t>
      </w:r>
    </w:p>
    <w:p>
      <w:pPr>
        <w:pStyle w:val="ArticleBody"/>
        <w:jc w:val="left"/>
      </w:pPr>
      <w:r>
        <w:rPr>
          <w:rFonts w:ascii="Nirmala UI" w:hAnsi="Nirmala UI" w:eastAsia="Nirmala UI" w:cs="Nirmala UI"/>
        </w:rPr>
        <w:t>ਇਸ ਲਈ ਨਬੂਕਦਨੇੱਸਰ ਨੇ ਪਹਿਲਾਂ ਤੂਰ ਨੂੰ ਲਿਆ, ਅਤੇ ਤੇਰ੍ਹਾਂ ਸਾਲਾਂ ਦੇ ਘੇਰੇ ਤੋਂ ਬਾਅਦ ਉਸ ਨੂੰ ਮਿਸਰ ਦਿੱਤਾ ਗਿਆ। ਤੂਰ ਨੂੰ ਲੈਣ ਤੋਂ ਪਹਿਲਾਂ ਉਸ ਨੇ 586 BC ਵਿੱਚ ਯਰੂਸ਼ਲਮ ਨੂੰ ਲਿਆ; ਫਿਰ ਉਸ ਨੇ ਤੂਰ ਦੇ ਵਿਰੁੱਧ ਤੇਰ੍ਹਾਂ ਸਾਲਾਂ ਦਾ ਘੇਰਾ ਪੂਰਾ ਕੀਤਾ, ਅਤੇ ਉਸ ਤੋਂ ਬਾਅਦ ਮਿਸਰ ਨੂੰ। ਯਰੂਸ਼ਲਮ 586 BC ਵਿੱਚ ਲਿਆ ਗਿਆ ਸੀ, ਅਤੇ ਤੂਰ ਦਾ ਘੇਰਾ 586 BC ਵਿੱਚ ਸ਼ੁਰੂ ਹੋਇਆ ਅਤੇ 573 BC ਤੱਕ ਚੱਲਿਆ। ਤੇਰ੍ਹਾਂ ਦੀ ਗਿਣਤੀ ਸੰਯੁਕਤ ਰਾਜ ਅਮਰੀਕਾ ਨਾਲ ਸੰਬੰਧਿਤ ਹੈ।</w:t>
      </w:r>
    </w:p>
    <w:p>
      <w:pPr>
        <w:pStyle w:val="ArticleBody"/>
        <w:jc w:val="left"/>
      </w:pPr>
      <w:r>
        <w:rPr>
          <w:rFonts w:ascii="Nirmala UI" w:hAnsi="Nirmala UI" w:eastAsia="Nirmala UI" w:cs="Nirmala UI"/>
        </w:rPr>
        <w:t>ਸਿਸਟਰ ਵਾਈਟ ਸਾਨੂੰ ਦੱਸਦੀ ਹੈ ਕਿ ਹਿਜ਼ਕੀਏਲ ਦੀ ਪੁਸਤਕ ਵਿੱਚ ਯਰੂਸ਼ਲਮ ਲਾਓਦੀਕੀਆਈ ਸੱਤਵੇਂ-ਦਿਨ ਐਡਵੈਂਟਿਸਟ ਕਲੀਸਿਆ ਦਾ ਪ੍ਰਤੀਕ ਹੈ, ਅਤੇ ਉੱਤਰ ਦਾ ਰਾਜਾ ਨਬੂਕਦਨੱਸਰ ਅੰਤਿਮ ਦਿਨਾਂ ਵਿੱਚ ਪਾਪਾਈ ਸ਼ਕਤੀ ਦਾ ਪ੍ਰਤੀਨਿਧਿਤਵ ਕਰਦਾ ਹੈ। ਉਣੱਤੀਵੇਂ ਅਧਿਆਇ ਦੀ ਇਤਿਹਾਸਕ ਦ੍ਰਿਸ਼ਟਾਂਤ ਵਿੱਚ, “ਤੇਰੇ ਲੋਕਾਂ ਦੇ ਲੁਟੇਰੇ” ਜੋ ਅੰਤਿਮ ਦਿਨਾਂ ਦੀ ਪਾਪਾਈ ਰੋਮ ਦਾ ਪ੍ਰਤੀਨਿਧਿਤਵ ਕਰਦੇ ਹਨ, ਉਸ ਅਧਿਆਇ ਵਿੱਚ ਤਿੰਨ ਸੱਤਾਵਾਂ ਨੂੰ ਜਿੱਤਦੇ ਹਨ। ਪਹਿਲਾਂ ਉਹ ਯਰੂਸ਼ਲਮ ਨੂੰ ਲੈਂਦਾ ਹੈ, ਫਿਰ ਸੂਰ ਨੂੰ, ਅਤੇ ਅੰਤ ਵਿੱਚ ਮਿਸਰ ਨੂੰ।</w:t>
      </w:r>
    </w:p>
    <w:p>
      <w:pPr>
        <w:pStyle w:val="ArticleBody"/>
        <w:jc w:val="left"/>
      </w:pPr>
      <w:r>
        <w:rPr>
          <w:rFonts w:ascii="Nirmala UI" w:hAnsi="Nirmala UI" w:eastAsia="Nirmala UI" w:cs="Nirmala UI"/>
        </w:rPr>
        <w:t>ਨਿਆਂ ਪਰਮੇਸ਼ੁਰ ਦੇ ਘਰ ਤੋਂ ਆਰੰਭ ਹੁੰਦਾ ਹੈ, ਅਤੇ ਸੰਯੁਕਤ ਰਾਜ ਅਮਰੀਕਾ ਵਿੱਚ ਪ੍ਰੋਟੈਸਟੈਂਟਵਾਦ ਦਾ ਸਿੰਗ ਐਤਵਾਰ ਦੇ ਕਾਨੂੰਨ ਤੋਂ ਪਹਿਲਾਂ ਹੀ ਸਭ ਤੋਂ ਪਹਿਲਾਂ ਜਿੱਤਿਆ ਜਾਂਦਾ ਹੈ। ਸੰਯੁਕਤ ਰਾਜ ਅਮਰੀਕਾ ਵਿੱਚ ਧਰਮਤਿਆਗੀ ਪ੍ਰੋਟੈਸਟੈਂਟਵਾਦ ਦਾ ਸਿੰਗ ਲਾਓਦਿਕੀਆਈ ਸੱਤਵੇਂ-ਦਿਨ ਐਡਵੈਂਟਿਸਟ ਕਲੀਸਿਆ ਨੂੰ ਸਮੇਟਦਾ ਹੈ, ਜੋ “ਪਹਿਲੇ” ਵਾਅਦੇ ਦੇ ਲੋਕਾਂ ਦੀ ਪ੍ਰਤੀਨਿਧਤਾ ਕਰਦੀ ਹੈ, ਜਿਨ੍ਹਾਂ ਨੂੰ ਪੁਰਾਤਨ ਇਸਰਾਏਲ ਵਾਂਗ ਸੰਨ 34 ਵਿੱਚ ਅਤੇ ਪ੍ਰੋਟੈਸਟੈਂਟਾਂ ਵਾਂਗ 1844 ਵਿੱਚ ਪਾਸੇ ਕਰ ਦਿੱਤਾ ਗਿਆ ਸੀ। ਪਰਮੇਸ਼ੁਰ ਦੇ ਉਹ ਪਹਿਲਾਂ ਵਾਲੇ ਵਾਅਦੇ ਦੇ ਲੋਕਾਂ ਨੂੰ 34 ਅਤੇ 1844 ਵਿੱਚ ਪਾਸੇ ਕਰ ਦਿੱਤੇ ਜਾਣਾ—ਇਹ ਦੋਵੇਂ ਹੀ ਦਾਨੀਏਲ 8:14 ਦੀ ਤੇਈਂ-ਸੌ ਸਾਲਾਂ ਦੀ ਭਵਿੱਖਬਾਣੀ ਦੇ ਭਵਿੱਖਵਾਣੀਕ ਇਤਿਹਾਸ ਵਿੱਚ ਦਰਸਾਏ ਗਏ ਹਨ। ਨਿਆਂ ਪਰਮੇਸ਼ੁਰ ਦੇ ਘਰ ਨਾਲ ਆਰੰਭ ਹੁੰਦਾ ਹੈ, ਅਤੇ ਪ੍ਰੋਟੈਸਟੈਂਟਵਾਦ ਦੇ ਸਿੰਗ ਦਾ ਨਿਆਂ ਰਿਪਬਲਿਕਨਵਾਦ ਦੇ ਸਿੰਗ ਤੋਂ ਪਹਿਲਾਂ ਕੀਤਾ ਜਾਂਦਾ ਹੈ।</w:t>
      </w:r>
    </w:p>
    <w:p>
      <w:pPr>
        <w:pStyle w:val="ArticleScripture"/>
        <w:jc w:val="left"/>
      </w:pPr>
      <w:r>
        <w:rPr>
          <w:rFonts w:ascii="Nirmala UI" w:hAnsi="Nirmala UI" w:eastAsia="Nirmala UI" w:cs="Nirmala UI"/>
        </w:rPr>
        <w:t>ਕਿਉਂਕਿ ਸਮਾਂ ਆ ਪਹੁੰਚਿਆ ਹੈ ਕਿ ਨਿਆਂ ਪਰਮੇਸ਼ੁਰ ਦੇ ਘਰ ਤੋਂ ਆਰੰਭ ਹੋਵੇ; ਅਤੇ ਜੇ ਉਹ ਪਹਿਲਾਂ ਸਾਡੇ ਤੋਂ ਹੀ ਆਰੰਭ ਹੁੰਦਾ ਹੈ, ਤਾਂ ਉਨ੍ਹਾਂ ਦਾ ਅੰਤ ਕੀ ਹੋਵੇਗਾ ਜੋ ਪਰਮੇਸ਼ੁਰ ਦੀ ਸੁਸਮਾਚਾਰ ਦੀ ਆਗਿਆ ਨਹੀਂ ਮੰਨਦੇ? 1 ਪਤਰਸ 4:17.</w:t>
      </w:r>
    </w:p>
    <w:p>
      <w:pPr>
        <w:pStyle w:val="ArticleBody"/>
        <w:jc w:val="left"/>
      </w:pPr>
      <w:r>
        <w:rPr>
          <w:rFonts w:ascii="Nirmala UI" w:hAnsi="Nirmala UI" w:eastAsia="Nirmala UI" w:cs="Nirmala UI"/>
        </w:rPr>
        <w:t>ਮਿਸਰ ਦੇ ਨਿਆਂ ਦਾ ਪਹਿਲਾ ਉਲੇਖ ਉਨੱਤੀਵੇਂ ਅਧਿਆਇ ਦੀ ਪਹਿਲੀ ਆਇਤ ਵਿੱਚ ਮਿਲਦਾ ਹੈ, ਅਤੇ ਮਿਸਰ ਨਾਲ ਸੰਬੰਧਿਤ ਜਿਸ ਆਖਰੀ ਤਾਰੀਖ ਦਾ ਜ਼ਿਕਰ ਹਿਜ਼ਕੀਏਲ ਵੱਲੋਂ ਕੀਤਾ ਗਿਆ ਹੈ, ਉਹ ਇਸੇ ਅਧਿਆਇ ਦੀ ‘ਸਤਾਰਾਂ’ਵੀਂ ਆਇਤ ਵਿੱਚ ਹੈ। ਇਹ ਅਧਿਆਇ ਪਹਿਲਾਂ ਆਧੁਨਿਕ ਰੋਮ ਵੱਲੋਂ ਪ੍ਰੋਟੈਸਟੈਂਟਵਾਦ ਦੇ ਸਿੰਗ ਨੂੰ, ਅਤੇ ਫਿਰ ਸੂਰ ਨੂੰ, ਜੋ ਰਿਪਬਲਿਕਨਵਾਦ ਦੇ ਉਸ ਸਿੰਗ ਦੀ ਨੁਮਾਇੰਦਗੀ ਕਰਦਾ ਹੈ ਜੋ ਜਲਦੀ ਆਉਣ ਵਾਲੇ ਐਤਵਾਰ ਦੇ ਕਾਨੂੰਨ ਵੇਲੇ ਜਿੱਤਿਆ ਜਾਂਦਾ ਹੈ, ਪਰਾਜਿਤ ਕਰਨ ਦੀ ਪਛਾਣ ਕਰਦਾ ਹੈ। ਜਦੋਂ ਸੂਰ (ਸੰਯੁਕਤ ਰਾਜ ਅਮਰੀਕਾ) ਐਤਵਾਰ ਦੇ ਕਾਨੂੰਨ ਵੇਲੇ ਨਬੂਕਦਨੱਸਰ ਵੱਲੋਂ ਜਿੱਤਿਆ ਜਾਂਦਾ ਹੈ, ਤਾਂ ਮਿਸਰ ਵੀ ਉਸ ਦੇ ਹੱਥ ਵਿੱਚ ਦੇ ਦਿੱਤਾ ਜਾਂਦਾ ਹੈ। ਉਸ ਸਮੇਂ ਪਾਪਾਈ ਸੱਤਾ ਦਾ ਘਾਤਕ ਘਾਵ ਭਰ ਜਾਂਦਾ ਹੈ। ਕੇਵਲ ਇਹੀ ਨਹੀਂ ਕਿ ਤਦ ਪਾਪਾਈ ਸੱਤਾ ਦਾ ਘਾਤਕ ਘਾਵ ਭਰ ਜਾਂਦਾ ਹੈ, ਪਰ ਹਿਜ਼ਕੀਏਲ ਸਾਨੂੰ ਦੱਸਦਾ ਹੈ ਕਿ ਇਹ ਗੱਲ ਪਿਛਲੀ ਵਰਖਾ ਦੇ ਸਮੇਂ ਦੌਰਾਨ ਵਾਪਰਦੀ ਹੈ।</w:t>
      </w:r>
    </w:p>
    <w:p>
      <w:pPr>
        <w:pStyle w:val="ArticleScripture"/>
        <w:jc w:val="left"/>
      </w:pPr>
      <w:r>
        <w:rPr>
          <w:rFonts w:ascii="Nirmala UI" w:hAnsi="Nirmala UI" w:eastAsia="Nirmala UI" w:cs="Nirmala UI"/>
        </w:rPr>
        <w:t>ਉਸ ਦਿਨ ਮੈਂ ਇਸਰਾਏਲ ਦੇ ਘਰਾਣੇ ਦਾ ਸਿੰਗ ਉਗਾ ਦਿਆਂਗਾ, ਅਤੇ ਮੈਂ ਉਹਨਾਂ ਦੇ ਵਿਚਕਾਰ ਤੈਨੂੰ ਮੂੰਹ ਖੋਲ੍ਹਣ ਦੀ ਸ਼ਕਤੀ ਦਿਆਂਗਾ; ਅਤੇ ਉਹ ਜਾਣ ਲੈਣਗੇ ਕਿ ਮੈਂ ਹੀ ਯਹੋਵਾਹ ਹਾਂ। ਹਿਜ਼ਕੀਏਲ 29:21.</w:t>
      </w:r>
    </w:p>
    <w:p>
      <w:pPr>
        <w:pStyle w:val="ArticleHeading"/>
        <w:jc w:val="left"/>
      </w:pPr>
      <w:r>
        <w:rPr>
          <w:rFonts w:ascii="Nirmala UI" w:hAnsi="Nirmala UI" w:eastAsia="Nirmala UI" w:cs="Nirmala UI"/>
        </w:rPr>
        <w:t>ਯਾਕੂਬ ਅਤੇ ਇਸਰਾਏਲ</w:t>
      </w:r>
    </w:p>
    <w:p>
      <w:pPr>
        <w:pStyle w:val="ArticleBody"/>
        <w:jc w:val="left"/>
      </w:pPr>
      <w:r>
        <w:rPr>
          <w:rFonts w:ascii="Nirmala UI" w:hAnsi="Nirmala UI" w:eastAsia="Nirmala UI" w:cs="Nirmala UI"/>
        </w:rPr>
        <w:t>ਯਸਾਯਾਹ ਦਰਸਾਉਂਦਾ ਹੈ ਕਿ ਇਸਰਾਏਲ ਕਲੀ ਕਰਦਾ ਹੈ, ਫੁੱਲਦਾ ਹੈ ਅਤੇ ਸਾਰੀ ਧਰਤੀ ਨੂੰ ਫਲ ਨਾਲ ਭਰ ਦਿੰਦਾ ਹੈ। ਵਰਖਾ ਹੀ ਕਲੀ ਕਰਨ, ਫੁੱਲਣ ਅਤੇ ਫਲ ਲਿਆਉਣ ਦੇ ਇਨ੍ਹਾਂ ਤਿੰਨ ਪੜਾਅਾਂ ਨੂੰ ਸੰਪੰਨ ਕਰਦੀ ਹੈ, ਅਤੇ ਯਸਾਯਾਹ ਦੇ ਅਨੁਸਾਰ ਪਿਛਲਾ ਮੀਂਹ ਤਦ ਆਉਂਦਾ ਹੈ ਜਦੋਂ “ਤੂਫ਼ਾਨੀ ਹਵਾ” ਰੋਕੀ ਜਾਂਦੀ ਹੈ। ਉਹ ਅੱਗੇ ਇਹ ਵੀ ਦਰਸਾਉਂਦਾ ਹੈ ਕਿ ਕਲੀ ਕਰਨ, ਫੁੱਲਣ ਅਤੇ ਫਲ ਲਿਆਉਣ ਦੇ ਸਮੇਂ ਦੌਰਾਨ ਯਾਕੂਬ ਦੇ ਪਾਪਾਂ ਦਾ ਪ੍ਰਾਯਸ਼ਚਿੱਤ ਕੀਤਾ ਜਾਣਾ ਹੈ, ਅਤੇ ਜਿਸ ਇਬਰਾਨੀ ਸ਼ਬਦ ਦਾ ਅਨੁਵਾਦ “purged” ਕੀਤਾ ਗਿਆ ਹੈ, ਉਸ ਦਾ ਅਰਥ ਹੈ ਪ੍ਰਾਯਸ਼ਚਿੱਤ ਕੀਤਾ ਗਿਆ।</w:t>
      </w:r>
    </w:p>
    <w:p>
      <w:pPr>
        <w:pStyle w:val="ArticleScripture"/>
        <w:jc w:val="left"/>
      </w:pPr>
      <w:r>
        <w:rPr>
          <w:rFonts w:ascii="Nirmala UI" w:hAnsi="Nirmala UI" w:eastAsia="Nirmala UI" w:cs="Nirmala UI"/>
        </w:rPr>
        <w:t>ਮਿਆਰ ਅਨੁਸਾਰ, ਜਦੋਂ ਉਹ ਨਿਕਲ ਪੈਂਦਾ ਹੈ, ਤੂੰ ਉਸ ਨਾਲ ਵਾਦ-ਵਿਵਾਦ ਕਰੇਂਗਾ; ਪੂਰਬੀ ਹਵਾ ਦੇ ਦਿਨ ਉਹ ਆਪਣੀ ਤਿੱਖੀ ਹਵਾ ਨੂੰ ਰੋਕ ਲੈਂਦਾ ਹੈ। ਇਸ ਲਈ ਯਾਕੂਬ ਦੀ ਬੇਇਨਸਾਫ਼ੀ ਇਸੇ ਨਾਲ ਸ਼ੁੱਧ ਕੀਤੀ ਜਾਵੇਗੀ; ਅਤੇ ਉਸ ਦੇ ਪਾਪ ਨੂੰ ਦੂਰ ਕਰਨ ਦਾ ਇਹੀ ਸਾਰਾ ਫਲ ਹੋਵੇਗਾ: ਜਦੋਂ ਉਹ ਵੇਦੀ ਦੇ ਸਾਰੇ ਪੱਥਰਾਂ ਨੂੰ ਕੁੱਟ ਕੇ ਟੁਕੜੇ ਕੀਤੀਆਂ ਚੂਨੇ ਦੀਆਂ ਡੱਲੀਆਂ ਵਰਗਾ ਕਰ ਦੇਵੇਗਾ, ਤਾਂ ਅਸ਼ੇਰਾਹ ਦੇ ਉਪਵਨ ਅਤੇ ਖੋਦੇ ਹੋਏ ਬੁੱਤ ਖੜੇ ਨਾ ਰਹਿਣਗੇ। ਯਸਾਯਾਹ 27:8, 9.</w:t>
      </w:r>
    </w:p>
    <w:p>
      <w:pPr>
        <w:pStyle w:val="ArticleBody"/>
        <w:jc w:val="left"/>
      </w:pPr>
      <w:r>
        <w:rPr>
          <w:rFonts w:ascii="Nirmala UI" w:hAnsi="Nirmala UI" w:eastAsia="Nirmala UI" w:cs="Nirmala UI"/>
        </w:rPr>
        <w:t>ਜਦੋਂ ਝਗੜੇ ਦੇ ਚਾਰ ਹਵਾਵਾਂ (ਉਸ ਦੀ ਕਰੜੀ ਹਵਾ) ਰੋਕੀਆਂ ਜਾਂਦੀਆਂ ਹਨ, ਤਦ ਇੱਕ ਲੱਖ ਚੁਆਲੀ ਹਜ਼ਾਰਾਂ ਦੀ ਮੋਹਰਬੰਦੀ ਸ਼ੁਰੂ ਹੁੰਦੀ ਹੈ, ਅਤੇ ਐਡਵੇਂਟਵਾਦ ਦੇ ਬੁੱਧੀਮਾਨ ਅਤੇ ਦੁਸ਼ਟ ਅੰਤਤ: ਵੱਖ ਕੀਤੇ ਜਾਂਦੇ ਹਨ, ਅਤੇ ਇਹ ਸਭ ਕੁਝ “ਪੂਰਬੀ ਹਵਾ ਦੇ ਦਿਨ” ਵਿੱਚ ਪੂਰਾ ਕੀਤਾ ਜਾਂਦਾ ਹੈ। ਮੋਹਰਬੰਦੀ ਦਾ ਸਮਾਂ 9/11 ਉੱਤੇ ਇੱਕ ਛਿੜਕਾਅ ਨਾਲ ਸ਼ੁਰੂ ਹੋਇਆ ਅਤੇ ਇਹ ਐਤਵਾਰ ਦੇ ਕਾਨੂੰਨ ਦੇ ਸਮੇਂ ਇੱਕ ਪੂਰਨ ਉਡੇਲ ਨਾਲ ਸਮਾਪਤ ਹੁੰਦਾ ਹੈ, ਜਦੋਂ ਧਰਤੀ ਫਿਰ ਫਲ ਨਾਲ ਭਰ ਦਿੱਤੀ ਜਾਂਦੀ ਹੈ। ਮੋਹਰਬੰਦੀ ਦਾ ਸਮਾਂ ਮਲਾਕੀ ਤੀਜੇ ਅਧਿਆਇ ਦੇ ਅਨੁਰੂਪ ਇੱਕ ਕ੍ਰਮਿਕ ਸ਼ੁੱਧੀਕਰਨ ਅਤੇ ਸ਼ੋਧਨ ਹੈ। ਪਰ ਹਿਜ਼ਕੀਏਲ ਉਣੱਤੀ ਦੀਆਂ ਸ਼ੁਰੂਆਤੀ ਅਤੇ ਸਮਾਪਤੀ ਮਿਤੀਆਂ ਦੁਆਰਾ ਦਰਸਾਏ ਗਏ ਸਤਾਰਾਂ ਸਾਲਾਂ ਦੇ ਅੰਤਰਾਲ ਵਿੱਚ, ਬਾਈਬਲੀ ਭਵਿੱਖਬਾਣੀ ਦੇ ਛੇਵੇਂ ਰਾਜ ਦੀ ਜਿੱਤ ਹੁੰਦੀ ਹੈ, ਜਿਸ ਨੂੰ ਯਰੂਸ਼ਲਮ ਦੁਆਰਾ ਦਰਸਾਇਆ ਗਿਆ ਹੈ—ਪ੍ਰੋਟੈਸਟੈਂਟਵਾਦ ਦੇ ਸਿੰਗ ਦਾ ਪ੍ਰਤੀਕ—ਕਲੀਸਿਆ, ਅਤੇ ਸੂਰ ਦੁਆਰਾ—ਜੋ ਸਿੰਗ ਜਾਂ ਰਿਪਬਲਿਕਨਵਾਦ ਦਾ ਪ੍ਰਤੀਕ ਹੈ—ਰਾਜ। ਸੂਰ ਦੀ ਤੇਰਾਂ ਸਾਲਾਂ ਦੀ ਘੇਰਾਬੰਦੀ ਦੇ ਅੰਤ ਤੋਂ ਥੋੜ੍ਹੀ ਦੇਰ ਬਾਅਦ ਦੱਸ ਰਾਜਿਆਂ ਦੇ ਸੱਤਵੇਂ ਰਾਜ ਦੀ ਜਿੱਤ, ਜਿਸ ਨੂੰ ਮਿਸਰ ਦੁਆਰਾ ਦਰਸਾਇਆ ਗਿਆ ਹੈ, ਵਾਪਰਦੀ ਹੈ। ਯਰੂਸ਼ਲਮ, ਸੂਰ ਅਤੇ ਮਿਸਰ ਦੀਆਂ ਇਹ ਤਿੰਨ ਜਿੱਤਾਂ ਉਸ ਵੇਲੇ ਹੁੰਦੀਆਂ ਹਨ ਜਦੋਂ “ਇਸਰਾਏਲ ਦੇ ਘਰਾਣੇ ਦਾ ਸਿੰਗ” ਕਲੀ ਕਰਦਾ ਹੈ, ਅਤੇ ਉਸ ਨੂੰ ਮੂੰਹ ਖੋਲ੍ਹਣ ਦੀ ਦਾਤ ਦਿੱਤੀ ਜਾਂਦੀ ਹੈ।</w:t>
      </w:r>
    </w:p>
    <w:p>
      <w:pPr>
        <w:pStyle w:val="ArticleBody"/>
        <w:jc w:val="left"/>
      </w:pPr>
      <w:r>
        <w:rPr>
          <w:rFonts w:ascii="Nirmala UI" w:hAnsi="Nirmala UI" w:eastAsia="Nirmala UI" w:cs="Nirmala UI"/>
        </w:rPr>
        <w:t>ਯਾਜਕ ਹਿਜ਼ਕੀਏਲ ਅਤੇ ਯਾਜਕ ਜ਼ਖ਼ਰਿਆਹ—ਦੋਹਾਂ ਦੀ ਗੂੰਗਿਆਹਟ ਐਤਵਾਰ ਦੇ ਕਾਨੂੰਨ ਉੱਤੇ ਸਮਾਪਤ ਹੁੰਦੀ ਹੈ, ਜਦੋਂ ਸੰਯੁਕਤ ਰਾਜ ਅਤੇ ਬਿਲਆਮ ਦੀ ਗਧੀ ਦੋਵੇਂ ਬੋਲਦੇ ਹਨ। ਪ੍ਰਭੂ ਐਤਵਾਰ ਦੇ ਕਾਨੂੰਨ ਉੱਤੇ ਇਸਰਾਏਲ ਦੇ ਘਰਾਣੇ ਨੂੰ “ਮੂੰਹ ਖੋਲ੍ਹਣ” ਦੀ ਬਖ਼ਸ਼ਿਸ਼ ਦਿੰਦਾ ਹੈ। ਤਦ ਯਾਕੂਬ ਦੇ ਪਾਪ ਸ਼ੁੱਧ ਕੀਤੇ ਜਾ ਚੁੱਕੇ ਹੁੰਦੇ ਹਨ ਅਤੇ ਉਸ ਦਾ ਨਾਮ ਬਦਲ ਕੇ ਇਸਰਾਏਲ ਦਾ ਘਰਾਣਾ ਰੱਖਿਆ ਜਾਂਦਾ ਹੈ। ਉਹ ਜੋ ਸੰਦੇਸ਼ ਘੋਸ਼ਿਤ ਕਰਦੇ ਹਨ, ਉਹ ਭਵਿੱਖਬਾਣੀਕ ਗੂੰਗਿਆਹਟ ਦੇ ਤੀਜੇ ਸਾਕਸ਼ੀ ਦੁਆਰਾ ਪ੍ਰਤੀਕਿਤ ਹੈ, ਜੋ ਦਾਨੀਏਲ ਦੁਆਰਾ ਦਰਸਾਇਆ ਗਿਆ ਹੈ; ਫਿਰ ਉਸ ਨੂੰ ਦਾਨੀਏਲ ਅਧਿਆਇ ਗਿਆਰਾਂ ਦਾ ਸੰਦੇਸ਼ ਦਿੱਤਾ ਜਾਂਦਾ ਹੈ, ਜੋ ਹਬੱਕੂਕ ਦੀ ਉਹੀ ਦਰਸ਼ਨਾਵਲੀ ਵੀ ਹੈ, ਜੋ ਫਿਰ ‘ਬੋਲਦੀ ਹੈ ਅਤੇ ਝੂਠ ਨਹੀਂ ਬੋਲਦੀ।’ ਹਿਜ਼ਕੀਏਲ, ਜ਼ਖ਼ਰਿਆਹ ਅਤੇ ਦਾਨੀਏਲ ਤੀਜੇ ਦੂਤ ਦੀ ਉੱਚੀ ਪੁਕਾਰ ਦੀ ਘੋਸ਼ਣਾ ਨਾਲ ਇਕਸਾਰ ਹਨ; ਇਸੇ ਤਰ੍ਹਾਂ ਯਿਰਮਿਯਾਹ ਵੀ ਪੰਦਰਵੇਂ ਅਧਿਆਇ ਵਿੱਚ ਹੈ, ਜਿੱਥੇ ਉਸ ਨੂੰ ਇਹ ਵਾਅਦਾ ਕੀਤਾ ਜਾਂਦਾ ਹੈ ਕਿ ਜੇ ਉਹ ਪਹਿਲੀ ਨਿਰਾਸ਼ਾ ਤੋਂ ਮੁੜ ਆਵੇ, ਤਾਂ ਉਹ ਪਰਮੇਸ਼ੁਰ ਦਾ ਮੂੰਹ ਹੋਵੇਗਾ।</w:t>
      </w:r>
    </w:p>
    <w:p>
      <w:pPr>
        <w:pStyle w:val="ArticleScripture"/>
        <w:jc w:val="left"/>
      </w:pPr>
      <w:r>
        <w:rPr>
          <w:rFonts w:ascii="Nirmala UI" w:hAnsi="Nirmala UI" w:eastAsia="Nirmala UI" w:cs="Nirmala UI"/>
        </w:rPr>
        <w:t>ਮੇਰਾ ਦੁੱਖ ਨਿਰੰਤਰ ਕਿਉਂ ਹੈ, ਅਤੇ ਮੇਰਾ ਘਾਅ ਅਸਾਧ ਕਿਉਂ ਹੈ, ਜੋ ਚੰਗਾ ਹੋਣ ਤੋਂ ਇਨਕਾਰ ਕਰਦਾ ਹੈ? ਕੀ ਤੂੰ ਮੇਰੇ ਲਈ ਸਰਬਥਾ ਝੂਠੇ ਵਰਗਾ ਹੋਵੇਂਗਾ, ਅਤੇ ਉਹਨਾਂ ਜਲਾਂ ਵਰਗਾ ਜੋ ਥਿਰ ਨਹੀਂ ਰਹਿੰਦੀਆਂ? ਇਸ ਲਈ ਯਹੋਵਾਹ ਇਉਂ ਆਖਦਾ ਹੈ, ਜੇ ਤੂੰ ਮੁੜ ਆਵੇਂ, ਤਾਂ ਮੈਂ ਤੈਨੂੰ ਫਿਰ ਲਿਆਵਾਂਗਾ, ਅਤੇ ਤੂੰ ਮੇਰੇ ਸਾਹਮਣੇ ਖੜਾ ਰਹੇਂਗਾ; ਅਤੇ ਜੇ ਤੂੰ ਅਮੋਲਕ ਨੂੰ ਨਿਕੰਮੇ ਤੋਂ ਅਲੱਗ ਕਰੇ, ਤਾਂ ਤੂੰ ਮੇਰੇ ਮੂੰਹ ਵਰਗਾ ਹੋਵੇਂਗਾ; ਉਹ ਤੇਰੀ ਵੱਲ ਮੁੜਣ, ਪਰ ਤੂੰ ਉਹਨਾਂ ਵੱਲ ਨਾ ਮੁੜੀਂ। ਯਿਰਮਿਯਾਹ 15:18, 19.</w:t>
      </w:r>
    </w:p>
    <w:p>
      <w:pPr>
        <w:pStyle w:val="ArticleBody"/>
        <w:jc w:val="left"/>
      </w:pPr>
      <w:r>
        <w:rPr>
          <w:rFonts w:ascii="Nirmala UI" w:hAnsi="Nirmala UI" w:eastAsia="Nirmala UI" w:cs="Nirmala UI"/>
        </w:rPr>
        <w:t>ਯਿਸੂ ਅੰਤ ਨੂੰ ਆਰੰਭ ਨਾਲ ਰੂਪਕਤਮਕ ਤੌਰ ’ਤੇ ਦਰਸਾਉਂਦਾ ਹੈ, ਅਤੇ 9/11 ’ਤੇ ਛਿੜਕਾਅ ਨੇ ਕੋਪਲਾਂ ਫੁੱਟਾਈਆਂ ਅਤੇ ਯਾਕੂਬ ਦਾ ਪੌਧਾ ਵੱਧਣਾ ਸ਼ੁਰੂ ਹੋਇਆ; ਅਤੇ ਅੰਤ ਵਿੱਚ, ਜਦੋਂ ਯਾਕੂਬ ਦੀ ਅਨਿਆਇਤਾ ਸ਼ੁੱਧ ਕੀਤੀ ਜਾਂਦੀ ਹੈ, ਤਾਂ ਇਸਰਾਏਲ ਦਾ ਘਰ ਬੋਲੇਗਾ। 9/11 ’ਤੇ ਉਹ ਕੋਪਲ ਫੁੱਟਣਾ ਜੋ ਮੀਂਹ ਦੁਆਰਾ ਸੰਪੰਨ ਹੋਇਆ ਸੀ, ਮੋਹਰ ਲਗਣ ਦੇ ਸਮੇਂ ਦੇ ਅੰਤ ’ਤੇ ਹੋਣ ਵਾਲੀ ਇੱਕ ਕੋਪਲ ਫੁੱਟਣ ਦੀ ਘਟਨਾ ਦਾ ਪ੍ਰਤੀਕ ਹੈ, ਜਦੋਂ ਇਸਰਾਏਲ ਦੇ ਘਰ ਦਾ “ਸਿੰਗ” ਫੁੱਟ ਨਿਕਲਦਾ ਹੈ, ਠੀਕ ਉੱਥੇ ਜਿੱਥੇ ਧਰਮਤਿਆਗੀ ਪ੍ਰੋਟੈਸਟੈਂਟਵਾਦ ਅਤੇ ਰਿਪਬਲਿਕਨਵਾਦ ਦੇ ਸਿੰਗ ਨਬੂਕਦਨੇਜ਼ਰ ਦੁਆਰਾ ਪਰਾਜਿਤ ਕੀਤੇ ਜਾਂਦੇ ਹਨ।</w:t>
      </w:r>
    </w:p>
    <w:p>
      <w:pPr>
        <w:pStyle w:val="ArticleBody"/>
        <w:jc w:val="left"/>
      </w:pPr>
      <w:r>
        <w:rPr>
          <w:rFonts w:ascii="Nirmala UI" w:hAnsi="Nirmala UI" w:eastAsia="Nirmala UI" w:cs="Nirmala UI"/>
        </w:rPr>
        <w:t>ਉਸ ਬਿੰਦੂ ‘ਤੇ ਪ੍ਰੋਟੈਸਟੈਂਟਵਾਦ ਦੇ ਝੂਠੇ ਸਿੰਗ ਅਤੇ ਪ੍ਰੋਟੈਸਟੈਂਟਵਾਦ ਦੇ ਸੱਚੇ ਸਿੰਗ ਵਿਚਲਾ ਭੇਦ ਉਸ ਤਰ੍ਹਾਂ ਵਿਰੋਧ ਰੂਪ ਵਿੱਚ ਪ੍ਰਗਟ ਕੀਤਾ ਜਾਂਦਾ ਹੈ ਜਿਵੇਂ ਇਸਰਾਏਲ ਦੇ ਕਬੀਲਿਆਂ ਦੀਆਂ ਹੋਰ ਲਾਠੀਆਂ ਤੋਂ ਵੱਖਰਾ ਕਲੀ ਕੱਢਣ ਵਾਲੀ ਹਾਰੂਨ ਦੀ ਲਾਠੀ ਉਸਦਾ ਪ੍ਰਤੀਕ ਹੈ। ਹਿਜ਼ਕੀਏਲ ਦੇ ਅਧਿਆਇ ਉਨੱਤੀ ਦੀਆਂ ਦੋ ਤਾਰੀਖਾਂ ਉਸ ਜਲਦੀ ਆਉਣ ਵਾਲੇ ਐਤਵਾਰ ਦੇ ਕਾਨੂੰਨ ਵੇਲੇ ਇੱਕ ਸੌ ਚੁਵਾਲੀ ਹਜ਼ਾਰ ਦੇ ਝੰਡੇ ਨੂੰ ਉੱਚਾ ਚੁੱਕੇ ਜਾਣ ਦੇ ਇਤਿਹਾਸ ਦੀ ਪਹਿਚਾਣ ਕਰਦੀਆਂ ਹਨ।</w:t>
      </w:r>
    </w:p>
    <w:p>
      <w:pPr>
        <w:pStyle w:val="ArticleBody"/>
        <w:jc w:val="left"/>
      </w:pPr>
      <w:r>
        <w:rPr>
          <w:rFonts w:ascii="Nirmala UI" w:hAnsi="Nirmala UI" w:eastAsia="Nirmala UI" w:cs="Nirmala UI"/>
        </w:rPr>
        <w:t>ਕਲੀ ਫੁੱਟਣ, ਖਿੜਣ ਅਤੇ ਧਰਤੀ ਨੂੰ ਫਲ ਨਾਲ ਭਰਨ ਦੀ ਪ੍ਰਕਿਰਿਆ 9/11 ਨੂੰ ਪਿਛਲੀ ਵਰਖਾ ਦੇ ਛਿੜਕਾਅ ਨਾਲ ਸ਼ੁਰੂ ਹੋਈ, ਠੀਕ ਉਸੇ ਤਰ੍ਹਾਂ ਜਿਵੇਂ ਪੈਂਤਕੁਸਤ ਦਾ ਮੌਸਮ ਤਦ ਸ਼ੁਰੂ ਹੋਇਆ ਸੀ ਜਦੋਂ ਮਸੀਹ ਨੇ ਆਪਣੇ ਚੇਲਿਆਂ ਉੱਤੇ ਕੁਝ ਬੂੰਦਾਂ ਫੂਂਕੀਆਂ ਸਨ, ਜੋ ਅੱਗੇ ਚੱਲ ਕੇ ਪੈਂਤਕੁਸਤ ਤੱਕ ਲੈ ਗਈਆਂ, ਜਦੋਂ ਪੂਰਨ ਉਡੇਲਾਵ ਹੋਇਆ। 9/11 ਦੀ ਕਲੀ, ਜੋ ਯਾਕੂਬ (ਛਲ ਕਰਕੇ ਅਧਿਕਾਰ ਲੈਣ ਵਾਲੇ) ਦੀ ਸ਼ੁੱਧੀਕਰਨ ਦੀ ਸ਼ੁਰੂਆਤ ਵੇਲੇ ਉਭਰੀ, ਅਤੇ ਜੋ ਮੁਹਰ ਲਗਾਏ ਜਾਣ ਦਾ ਸਮਾਂ ਹੈ, ਐਤਵਾਰ ਦੇ ਕਾਨੂੰਨ ਵੇਲੇ ਇਸਰਾਏਲ ਦੇ ਘਰਾਣੇ (ਵਿਜੇਤਾ) ਦੀ ਕਲੀ ਫੁੱਟਣ ਦਾ ਪ੍ਰਤੀਕ ਸੀ। ਅੰਤ ਵਿੱਚ ਕਲੀ ਫੁੱਟਣਾ ਪਹਿਲੇ ਵਾਚਾ-ਲੋਕਾਂ ਅਤੇ ਇੱਕ ਲੱਖ ਚੁਆਲੀ ਹਜ਼ਾਰਾਂ ਦੇ ਵਿਚਕਾਰ ਇਕ ਭੇਦ-ਰੇਖਾ ਨਿਰਧਾਰਤ ਕਰ ਰਿਹਾ ਹੈ, ਠੀਕ ਉਸੇ ਤਰ੍ਹਾਂ ਜਿਵੇਂ ਕਰਮਲ ਪਹਾੜ ਉੱਤੇ ਅੱਗ ਦੇ ਉਡੇਲਾਵ ਨੇ ਨਬੀ ਏਲੀਆਹ ਅਤੇ ਬਾਅਲ ਦੇ ਨਬੀਆਂ ਵਿਚਕਾਰ ਇਕ ਭੇਦ ਪ੍ਰਗਟ ਕੀਤਾ ਸੀ। ਇਹ ਭੇਦ ਇਕ ਅਜਿਹੀ ਵਰਗ ਦੁਆਰਾ ਦਰਸਾਇਆ ਗਿਆ ਹੈ ਜੋ ਭਵਿੱਖਬਾਣੀ ਅਨੁਸਾਰ ਜਾਲਸਾਜ਼ੀ ਭਰੇ “ਸ਼ਾਂਤੀ ਅਤੇ ਸੁਰੱਖਿਆ” ਦੇ ਸੁਨੇਹੇ ਲਈ ਲੱਜਿਤ ਹੈ, ਅਤੇ ਦੂਜੀ ਵਰਗ ਭਵਿੱਖਬਾਣੀ ਅਨੁਸਾਰ ਅਨੰਦਿਤ ਹੈ, ਅਤੇ ਉਹ ਕਦੇ ਵੀ ਲੱਜਿਤ ਨਹੀਂ ਹੋਣਗੇ।</w:t>
      </w:r>
    </w:p>
    <w:p>
      <w:pPr>
        <w:pStyle w:val="ArticleHeading"/>
        <w:jc w:val="left"/>
      </w:pPr>
      <w:r>
        <w:rPr>
          <w:rFonts w:ascii="Nirmala UI" w:hAnsi="Nirmala UI" w:eastAsia="Nirmala UI" w:cs="Nirmala UI"/>
        </w:rPr>
        <w:t>ਮਿਸਰ ਦੀਆਂ ਛੇ ਤਾਰੀਖਾਂ</w:t>
      </w:r>
    </w:p>
    <w:p>
      <w:pPr>
        <w:pStyle w:val="ArticleBody"/>
        <w:jc w:val="left"/>
      </w:pPr>
      <w:r>
        <w:rPr>
          <w:rFonts w:ascii="Nirmala UI" w:hAnsi="Nirmala UI" w:eastAsia="Nirmala UI" w:cs="Nirmala UI"/>
        </w:rPr>
        <w:t>ਹਿਜ਼ਕੀਏਲ ਮਿਸਰ ਨਾਲ ਸੰਬੰਧਿਤ ਹੋਰ ਚਾਰ ਤਾਰੀਖਾਂ ਦੀ ਪਹਿਚਾਣ ਕਰਦਾ ਹੈ, ਅਤੇ ਉਨ੍ਹਾਂ ਵਿੱਚੋਂ ਦੋ ਤਾਰੀਖਾਂ ਕੈਦ ਦੇ ਗਿਆਰਵੇਂ ਸਾਲ ਨੂੰ ਦਰਸਾਉਂਦੀਆਂ ਹਨ, ਅਤੇ ਬਾਕੀ ਦੋ ਤਾਰੀਖਾਂ ਕੈਦ ਦੇ ਬਾਰ੍ਹਵੇਂ ਸਾਲ ਨੂੰ ਦਰਸਾਉਂਦੀਆਂ ਹਨ।</w:t>
      </w:r>
    </w:p>
    <w:p>
      <w:pPr>
        <w:pStyle w:val="ArticleHeading"/>
        <w:jc w:val="left"/>
      </w:pPr>
      <w:r>
        <w:rPr>
          <w:rFonts w:ascii="Nirmala UI" w:hAnsi="Nirmala UI" w:eastAsia="Nirmala UI" w:cs="Nirmala UI"/>
        </w:rPr>
        <w:t>ਗਿਆਰਵੇਂ ਸਾਲ ਦੀ ਘੇਰਾਬੰਦੀ</w:t>
      </w:r>
    </w:p>
    <w:p>
      <w:pPr>
        <w:pStyle w:val="ArticleScripture"/>
        <w:jc w:val="left"/>
      </w:pPr>
      <w:r>
        <w:rPr>
          <w:rFonts w:ascii="Nirmala UI" w:hAnsi="Nirmala UI" w:eastAsia="Nirmala UI" w:cs="Nirmala UI"/>
        </w:rPr>
        <w:t>ਅਤੇ ਇਹ ਹੋਇਆ ਕਿ ਗਿਆਰਵੇਂ ਸਾਲ ਵਿੱਚ, ਪਹਿਲੇ ਮਹੀਨੇ ਦੇ ਸੱਤਵੇਂ ਦਿਨ, ਯਹੋਵਾਹ ਦਾ ਬਚਨ ਮੇਰੇ ਕੋਲ ਆਇਆ, ਇਹ ਕਹਿੰਦਾ ਹੋਇਆ, ਹੇ ਮਨੁੱਖ ਦੇ ਪੁੱਤਰ, ਮੈਂ ਮਿਸਰ ਦੇ ਰਾਜਾ ਫਿਰਉਨ ਦੀ ਬਾਂਹ ਤੋੜ ਦਿੱਤੀ ਹੈ; ਅਤੇ ਵੇਖ, ਇਸ ਨੂੰ ਚੰਗਾ ਕਰਨ ਲਈ ਬੰਨ੍ਹਿਆ ਨਹੀਂ ਜਾਵੇਗਾ, ਨਾ ਇਸ ਉੱਤੇ ਪੱਟੀ ਬੰਨ੍ਹੀ ਜਾਵੇਗੀ, ਤਾਂ ਜੋ ਇਸ ਨੂੰ ਤਾਕਤ ਮਿਲੇ ਅਤੇ ਇਹ ਤਲਵਾਰ ਫੜ ਸਕੇ। ਹਿਜ਼ਕੀਏਲ 30:20, 21.</w:t>
      </w:r>
    </w:p>
    <w:p>
      <w:pPr>
        <w:pStyle w:val="ArticleScripture"/>
        <w:jc w:val="left"/>
      </w:pPr>
      <w:r>
        <w:rPr>
          <w:rFonts w:ascii="Nirmala UI" w:hAnsi="Nirmala UI" w:eastAsia="Nirmala UI" w:cs="Nirmala UI"/>
        </w:rPr>
        <w:t>ਅਤੇ ਇਹ ਹੋਇਆ ਕਿ ਗਿਆਰਹਵੇਂ ਸਾਲ ਵਿੱਚ, ਤੀਜੇ ਮਹੀਨੇ ਦੇ ਪਹਿਲੇ ਦਿਨ, ਯਹੋਵਾਹ ਦਾ ਬਚਨ ਮੇਰੇ ਕੋਲ ਆਇਆ, ਕਹਿੰਦਾ ਹੋਇਆ, ਹੇ ਮਨੁੱਖ ਦੇ ਪੁੱਤਰ, ਮਿਸਰ ਦੇ ਰਾਜਾ ਫਿਰਔਨ ਅਤੇ ਉਸ ਦੀ ਭੀੜ ਨੂੰ ਆਖ, ਆਪਣੀ ਮਹਾਨਤਾ ਵਿੱਚ ਤੂੰ ਕਿਸ ਵਰਗਾ ਹੈਂ? ਹਿਜ਼ਕੀਏਲ 31:1, 2.</w:t>
      </w:r>
    </w:p>
    <w:p>
      <w:pPr>
        <w:pStyle w:val="ArticleBody"/>
        <w:jc w:val="left"/>
      </w:pPr>
      <w:r>
        <w:rPr>
          <w:rFonts w:ascii="Nirmala UI" w:hAnsi="Nirmala UI" w:eastAsia="Nirmala UI" w:cs="Nirmala UI"/>
        </w:rPr>
        <w:t>ਕੈਦ ਦੇ ਗਿਆਰਵੇਂ ਸਾਲ ਵਿੱਚ, ਅਧਿਆਇ ਤੀਹ ਵਿੱਚ ਮਿਸਰ ਅਤੇ ਫਿਰਔਨ ਦੀਆਂ ਬਾਂਹਾਂ ਤੋੜ ਦਿੱਤੀਆਂ ਜਾਂਦੀਆਂ ਹਨ, ਅਤੇ ਬਾਬਲ ਦੀਆਂ ਬਾਂਹਾਂ ਮਜ਼ਬੂਤ ਕੀਤੀਆਂ ਜਾਂਦੀਆਂ ਹਨ। ਅਧਿਆਇ ਇਕੱਤੀ ਵਿੱਚ ਗਿਆਰਵੇਂ ਸਾਲ ਵਿੱਚ ਮਿਸਰ ਦੇ ਪਤਨ ਅਤੇ ਸੰਸਾਰ ਉੱਤੇ ਉਸ ਦੇ ਪ੍ਰਭਾਵ ਦੀ ਪਹਿਚਾਣ ਕਰਵਾਈ ਜਾਂਦੀ ਹੈ।</w:t>
      </w:r>
    </w:p>
    <w:p>
      <w:pPr>
        <w:pStyle w:val="ArticleHeading"/>
        <w:jc w:val="left"/>
      </w:pPr>
      <w:r>
        <w:rPr>
          <w:rFonts w:ascii="Nirmala UI" w:hAnsi="Nirmala UI" w:eastAsia="Nirmala UI" w:cs="Nirmala UI"/>
        </w:rPr>
        <w:t>ਬਾਰਹਵਾਂ ਵਰ੍ਹਾ ਅਤੇ ਯਰੂਸ਼ਲਮ ਦਾ ਪਤਨ</w:t>
      </w:r>
    </w:p>
    <w:p>
      <w:pPr>
        <w:pStyle w:val="ArticleBody"/>
        <w:jc w:val="left"/>
      </w:pPr>
      <w:r>
        <w:rPr>
          <w:rFonts w:ascii="Nirmala UI" w:hAnsi="Nirmala UI" w:eastAsia="Nirmala UI" w:cs="Nirmala UI"/>
        </w:rPr>
        <w:t>ਬਾਰ੍ਹਵੇਂ ਸਾਲ ਦੀਆਂ ਦੋ ਤਾਰੀਖਾਂ ਹਿਜ਼ਕੀਏਲ ਬੱਤੀ ਵਿੱਚ ਸਥਿਤ ਹਨ।</w:t>
      </w:r>
    </w:p>
    <w:p>
      <w:pPr>
        <w:pStyle w:val="ArticleScripture"/>
        <w:jc w:val="left"/>
      </w:pPr>
      <w:r>
        <w:rPr>
          <w:rFonts w:ascii="Nirmala UI" w:hAnsi="Nirmala UI" w:eastAsia="Nirmala UI" w:cs="Nirmala UI"/>
        </w:rPr>
        <w:t>ਬਾਰ੍ਹਵੇਂ ਸਾਲ ਦੇ ਬਾਰ੍ਹਵੇਂ ਮਹੀਨੇ ਦੇ ਪਹਿਲੇ ਦਿਨ ਇਹ ਹੋਇਆ ਕਿ ਯਹੋਵਾਹ ਦਾ ਬਚਨ ਮੇਰੇ ਕੋਲ ਆਇਆ, ਅਤੇ ਉਸ ਨੇ ਆਖਿਆ, ਹੇ ਮਨੁੱਖ ਦੇ ਪੁੱਤਰ, ਮਿਸਰ ਦੇ ਰਾਜੇ ਫਿਰਉਨ ਲਈ ਇਕ ਵਿਲਾਪ ਉਠਾ ਅਤੇ ਉਸ ਨੂੰ ਆਖ, ਤੂੰ ਕੌਮਾਂ ਦੇ ਵਿਚਕਾਰ ਇਕ ਜਵਾਨ ਸ਼ੇਰ ਵਰਗਾ ਹੈਂ, ਅਤੇ ਤੂੰ ਸਮੁੰਦਰਾਂ ਵਿੱਚ ਇਕ ਤਿਮੀਂ ਵਰਗਾ ਹੈਂ; ਤੂੰ ਆਪਣੀਆਂ ਨਹਿਰਾਂ ਨਾਲ ਬਾਹਰ ਨਿਕਲਿਆ, ਅਤੇ ਆਪਣੇ ਪੈਰਾਂ ਨਾਲ ਪਾਣੀਆਂ ਨੂੰ ਮੈਲਾ ਕੀਤਾ, ਅਤੇ ਉਨ੍ਹਾਂ ਦੀਆਂ ਨਹਿਰਾਂ ਨੂੰ ਗੰਦਲਾ ਕੀਤਾ। ਪ੍ਰਭੂ ਯਹੋਵਾਹ ਇਉਂ ਆਖਦਾ ਹੈ: ਇਸ ਲਈ ਮੈਂ ਬਹੁਤੀਆਂ ਕੌਮਾਂ ਦੀ ਭੀੜ ਨਾਲ ਤੇਰੇ ਉੱਤੇ ਆਪਣਾ ਜਾਲ ਵਿਛਾਵਾਂਗਾ, ਅਤੇ ਉਹ ਤੈਨੂੰ ਮੇਰੇ ਜਾਲ ਵਿੱਚ ਚੁੱਕ ਲੈਣਗੇ। ਹਿਜ਼ਕੀਏਲ 32:1–3.</w:t>
      </w:r>
    </w:p>
    <w:p>
      <w:pPr>
        <w:pStyle w:val="ArticleScripture"/>
        <w:jc w:val="left"/>
      </w:pPr>
      <w:r>
        <w:rPr>
          <w:rFonts w:ascii="Nirmala UI" w:hAnsi="Nirmala UI" w:eastAsia="Nirmala UI" w:cs="Nirmala UI"/>
        </w:rPr>
        <w:t>ਫਿਰ ਬਾਰ੍ਹਵੇਂ ਸਾਲ ਦੇ ਮਹੀਨੇ ਦੇ ਪੰਦਰਹਵੇਂ ਦਿਨ ਇਹ ਹੋਇਆ ਕਿ ਯਹੋਵਾਹ ਦਾ ਬਚਨ ਮੇਰੇ ਕੋਲ ਆਇਆ, ਕਹਿੰਦਾ ਹੋਇਆ, ਹੇ ਮਨੁੱਖ ਦੇ ਪੁੱਤਰ, ਮਿਸਰ ਦੀ ਭੀੜ ਲਈ ਵਿਲਾਪ ਕਰ ਅਤੇ ਉਨ੍ਹਾਂ ਨੂੰ—ਅਰਥਾਤ ਉਸ ਨੂੰ ਅਤੇ ਪ੍ਰਸਿੱਧ ਕੌਮਾਂ ਦੀਆਂ ਧੀਆਂ ਨੂੰ—ਧਰਤੀ ਦੇ ਹੇਠਲੇ ਭਾਗਾਂ ਵਿੱਚ, ਉਨ੍ਹਾਂ ਦੇ ਨਾਲ ਜੋ ਖੱਡ ਵਿੱਚ ਉਤਰਦੇ ਹਨ, ਸੁੱਟ ਦੇ। ਹਿਜ਼ਕੀਏਲ 32:17, 18.</w:t>
      </w:r>
    </w:p>
    <w:p>
      <w:pPr>
        <w:pStyle w:val="ArticleHeading"/>
        <w:jc w:val="left"/>
      </w:pPr>
      <w:r>
        <w:rPr>
          <w:rFonts w:ascii="Nirmala UI" w:hAnsi="Nirmala UI" w:eastAsia="Nirmala UI" w:cs="Nirmala UI"/>
        </w:rPr>
        <w:t>ਫਿਰਔਨ ਅਤੇ ਉਸ ਦੀ ਭੀੜ</w:t>
      </w:r>
    </w:p>
    <w:p>
      <w:pPr>
        <w:pStyle w:val="ArticleBody"/>
        <w:jc w:val="left"/>
      </w:pPr>
      <w:r>
        <w:rPr>
          <w:rFonts w:ascii="Nirmala UI" w:hAnsi="Nirmala UI" w:eastAsia="Nirmala UI" w:cs="Nirmala UI"/>
        </w:rPr>
        <w:t>ਇਕੱਤੀਵੇਂ ਅਧਿਆਇ ਵਿੱਚ ਮਿਸਰ ਦੇ ਵਿਰੁੱਧ ਉਚਾਰਿਆ ਗਿਆ ਐਲਾਨ, ਆਖ਼ਰੀ ਆਯਤਾਂ ਵਿੱਚ ਇਹ ਕਹਿੰਦਾ ਹੈ:</w:t>
      </w:r>
    </w:p>
    <w:p>
      <w:pPr>
        <w:pStyle w:val="ArticleScripture"/>
        <w:jc w:val="left"/>
      </w:pPr>
      <w:r>
        <w:rPr>
          <w:rFonts w:ascii="Nirmala UI" w:hAnsi="Nirmala UI" w:eastAsia="Nirmala UI" w:cs="Nirmala UI"/>
        </w:rPr>
        <w:t>ਜਦੋਂ ਮੈਂ ਉਸ ਨੂੰ ਉਹਨਾਂ ਨਾਲ, ਜੋ ਖੱਡ ਵਿੱਚ ਉਤਰਦੇ ਹਨ, ਪਾਤਾਲ ਵਿੱਚ ਸੁੱਟ ਦਿੱਤਾ, ਤਾਂ ਮੈਂ ਉਸ ਦੇ ਡਿੱਗਣ ਦੀ ਧੁਨ ਨਾਲ ਕੌਮਾਂ ਨੂੰ ਕੰਬਾ ਦਿੱਤਾ; ਅਤੇ ਏਦਨ ਦੇ ਸਾਰੇ ਰੁੱਖ, ਲਬਨਾਨ ਦੇ ਚੁਣੇ ਹੋਏ ਅਤੇ ਸਭ ਤੋਂ ਵਧੀਆ, ਜਿਹੜੇ ਸਭ ਪਾਣੀ ਪੀਂਦੇ ਹਨ, ਧਰਤੀ ਦੇ ਹੇਠਲੇ ਭਾਗਾਂ ਵਿੱਚ ਸਾਂਤਵਨਾ ਪਾਉਣਗੇ। ਉਹ ਵੀ ਉਸ ਦੇ ਨਾਲ ਪਾਤਾਲ ਵਿੱਚ, ਉਹਨਾਂ ਕੋਲ ਜੋ ਤਲਵਾਰ ਨਾਲ ਮਾਰੇ ਗਏ ਹਨ, ਉਤਰ ਗਏ; ਅਤੇ ਉਹ ਵੀ, ਜੋ ਉਸ ਦੀ ਬਾਂਹ ਸਨ, ਜੋ ਗੈਰ-ਕੌਮਾਂ ਦੇ ਵਿਚਕਾਰ ਉਸ ਦੀ ਛਾਂ ਹੇਠ ਵੱਸਦੇ ਸਨ। ਸੋ ਏਦਨ ਦੇ ਰੁੱਖਾਂ ਵਿੱਚ ਮਹਿਮਾ ਅਤੇ ਮਹਾਨਤਾ ਵਿੱਚ ਤੂੰ ਕਿਸ ਵਰਗਾ ਹੈਂ? ਤੌ ਭੀ ਤੂੰ ਏਦਨ ਦੇ ਰੁੱਖਾਂ ਸਮੇਤ ਧਰਤੀ ਦੇ ਹੇਠਲੇ ਭਾਗਾਂ ਵਿੱਚ ਥੱਲੇ ਸੁੱਟਿਆ ਜਾਵੇਂਗਾ; ਤੂੰ ਅਸੁੰਨਤਿਆਂ ਦੇ ਵਿਚਕਾਰ ਉਹਨਾਂ ਨਾਲ ਪਿਆ ਰਹੇਂਗਾ ਜੋ ਤਲਵਾਰ ਨਾਲ ਮਾਰੇ ਗਏ ਹਨ। ਇਹ ਫਿਰਔਨ ਅਤੇ ਉਸ ਦੀ ਸਾਰੀ ਭੀੜ ਹੈ, ਪ੍ਰਭੂ ਯਹੋਵਾਹ ਆਖਦਾ ਹੈ। ਹਿਜ਼ਕੀਏਲ 31:16–18.</w:t>
      </w:r>
    </w:p>
    <w:p>
      <w:pPr>
        <w:pStyle w:val="ArticleBody"/>
        <w:jc w:val="left"/>
      </w:pPr>
      <w:r>
        <w:rPr>
          <w:rFonts w:ascii="Nirmala UI" w:hAnsi="Nirmala UI" w:eastAsia="Nirmala UI" w:cs="Nirmala UI"/>
        </w:rPr>
        <w:t>ਬੱਤੀਵੇਂ ਅਧਿਆਇ ਵਿੱਚ ਮਿਸਰ ਉੱਤੇ ਘੋਸ਼ਿਤ ਨਿਆਂ ਵਿੱਚ ਆਖਰੀ ਆਇਤਾਂ ਇਕੱਤੀਵੇਂ ਅਧਿਆਇ ਦੀ ਗੱਲ ਨੂੰ ਦੁਹਰਾਉਂਦੀਆਂ ਅਤੇ ਉਸ ਦਾ ਵਿਸਤਾਰ ਕਰਦੀਆਂ ਹਨ, ਅਤੇ ਇਸ ਵਿੱਚ ਇੱਕ ਸਮਾਂਤਰ ਸਮਾਪਤੀ ਵਾਕ ਵੀ ਸ਼ਾਮਲ ਹੈ।</w:t>
      </w:r>
    </w:p>
    <w:p>
      <w:pPr>
        <w:pStyle w:val="ArticleScripture"/>
        <w:jc w:val="left"/>
      </w:pPr>
      <w:r>
        <w:rPr>
          <w:rFonts w:ascii="Nirmala UI" w:hAnsi="Nirmala UI" w:eastAsia="Nirmala UI" w:cs="Nirmala UI"/>
        </w:rPr>
        <w:t>ਕਿਉਂਕਿ ਮੈਂ ਜੀਊਂਦਿਆਂ ਦੇ ਦੇਸ ਵਿੱਚ ਆਪਣਾ ਭੈ ਪੈਦਾ ਕੀਤਾ ਹੈ; ਅਤੇ ਉਹ ਅਣਖਤਨਿਆਂ ਦੇ ਵਿਚਕਾਰ, ਤਲਵਾਰ ਨਾਲ ਮਾਰੇ ਹੋਇਆਂ ਦੇ ਨਾਲ ਲਿਟਾਇਆ ਜਾਵੇਗਾ, ਅਰਥਾਤ ਫਿਰਔਨ ਅਤੇ ਉਸ ਦੀ ਸਾਰੀ ਭੀੜ, ਪ੍ਰਭੂ ਯਹੋਵਾਹ ਆਖਦਾ ਹੈ। ਹਿਜ਼ਕੀਏਲ 32:32.</w:t>
      </w:r>
    </w:p>
    <w:p>
      <w:pPr>
        <w:pStyle w:val="ArticleHeading"/>
        <w:jc w:val="left"/>
      </w:pPr>
      <w:r>
        <w:rPr>
          <w:rFonts w:ascii="Nirmala UI" w:hAnsi="Nirmala UI" w:eastAsia="Nirmala UI" w:cs="Nirmala UI"/>
        </w:rPr>
        <w:t>ਅਧਿਆਇ ਉਣੱਤੀ ਦੇ ਸਤਾਰਾਂ ਸਾਲ</w:t>
      </w:r>
    </w:p>
    <w:p>
      <w:pPr>
        <w:pStyle w:val="ArticleBody"/>
        <w:jc w:val="left"/>
      </w:pPr>
      <w:r>
        <w:rPr>
          <w:rFonts w:ascii="Nirmala UI" w:hAnsi="Nirmala UI" w:eastAsia="Nirmala UI" w:cs="Nirmala UI"/>
        </w:rPr>
        <w:t>ਉਨੱਤੀਵੇਂ ਅਧਿਆਇ ਵਿੱਚ ਦਰਸਾਏ ਗਏ ਸਤਾਰ੍ਹਾਂ ਸਾਲਾਂ ਦੇ ਅਰਸੇ ਵਿੱਚ ਸਥਿਤ ਤਾਰੀਖਾਂ ਨਬੂਕਦਨੱਸਰ ਦੁਆਰਾ ਮਿਸਰ ਦੀ ਜਿੱਤ ਅਤੇ ਮਿਸਰ ਦੀ ਚਾਲੀ ਸਾਲਾਂ ਦੀ ਉਜਾੜ ਅਵਸਥਾ ਨੂੰ ਦਰਸਾਉਂਦੀਆਂ ਹਨ। ਚਾਲੀ ਜੰਗਲਾਤੀ ਅਵਸਥਾ ਦਾ ਪ੍ਰਤੀਕ ਹੈ, ਜੋ ਉਸ ਹਜ਼ਾਰ ਸਾਲਾਂ ਦੀ ਪੂਰਵਛਾਇਆ ਹੈ ਜਦੋਂ ਧਰਤੀ ਉਜਾੜ ਪਈ ਰਹਿੰਦੀ ਹੈ।</w:t>
      </w:r>
    </w:p>
    <w:p>
      <w:pPr>
        <w:pStyle w:val="ArticleScripture"/>
        <w:jc w:val="left"/>
      </w:pPr>
      <w:r>
        <w:rPr>
          <w:rFonts w:ascii="Nirmala UI" w:hAnsi="Nirmala UI" w:eastAsia="Nirmala UI" w:cs="Nirmala UI"/>
        </w:rPr>
        <w:t>ਮੈਂ ਧਰਤੀ ਨੂੰ ਵੇਖਿਆ, ਅਤੇ ਵੇਖੋ, ਉਹ ਬੇਆਕਾਰ ਅਤੇ ਸੁੰਨੀ ਸੀ; ਅਤੇ ਆਕਾਸ਼ਾਂ ਨੂੰ ਵੀ ਵੇਖਿਆ, ਅਤੇ ਉਨ੍ਹਾਂ ਵਿੱਚ ਕੋਈ ਜੋਤ ਨਾ ਸੀ। ਮੈਂ ਪਹਾੜਾਂ ਨੂੰ ਵੇਖਿਆ, ਅਤੇ ਵੇਖੋ, ਉਹ ਕੰਬ ਰਹੇ ਸਨ, ਅਤੇ ਸਾਰੀਆਂ ਟਿੱਬੀਆਂ ਹੌਲੇ ਹੌਲੇ ਹਿਲ ਰਹੀਆਂ ਸਨ। ਮੈਂ ਵੇਖਿਆ, ਅਤੇ ਵੇਖੋ, ਉੱਥੇ ਕੋਈ ਮਨੁੱਖ ਨਾ ਸੀ, ਅਤੇ ਆਕਾਸ਼ ਦੇ ਸਾਰੇ ਪੰਛੀ ਉੱਡ ਗਏ ਸਨ। ਮੈਂ ਵੇਖਿਆ, ਅਤੇ ਵੇਖੋ, ਉਪਜਾਊ ਥਾਂ ਉਜਾੜ ਬਣ ਗਈ ਸੀ, ਅਤੇ ਉਸ ਦੇ ਸਾਰੇ ਸ਼ਹਿਰ ਯਹੋਵਾਹ ਦੀ ਹਜ਼ੂਰੀ ਅੱਗੇ ਅਤੇ ਉਸ ਦੇ ਭਿਆਨਕ ਕ੍ਰੋਧ ਦੇ ਕਾਰਨ ਢਾਹੇ ਗਏ ਸਨ। ਕਿਉਂਕਿ ਯਹੋਵਾਹ ਨੇ ਇਸ ਤਰ੍ਹਾਂ ਆਖਿਆ ਹੈ, ਸਾਰਾ ਦੇਸ ਉਜਾੜ ਹੋ ਜਾਵੇਗਾ; ਤਾਂ ਵੀ ਮੈਂ ਉਸ ਦਾ ਪੂਰਨ ਅੰਤ ਨਹੀਂ ਕਰਾਂਗਾ। ਯਿਰਮਿਯਾਹ 4:23–27.</w:t>
      </w:r>
    </w:p>
    <w:p>
      <w:pPr>
        <w:pStyle w:val="ArticleBody"/>
        <w:jc w:val="left"/>
      </w:pPr>
      <w:r>
        <w:rPr>
          <w:rFonts w:ascii="Nirmala UI" w:hAnsi="Nirmala UI" w:eastAsia="Nirmala UI" w:cs="Nirmala UI"/>
        </w:rPr>
        <w:t>ਹਿਜ਼ਕੀਏਲ ਉਣੱਤੀ ਦੇ ਮਿਸਰ ਦੀ ਉਜਾੜ ਦੇ ਚਾਲੀ ਸਾਲਾਂ ਦੇ ਅੰਤ ਉੱਤੇ, ਦੁਸ਼ਟਾਂ ਦੇ ਅੰਤਿਮ ਪੁਨਰੁੱਥਾਨ ਅਤੇ ਉਨ੍ਹਾਂ ਦੇ ਆਖਰੀ ਨਾਸ ਨੂੰ ਪ੍ਰਗਟ ਕੀਤਾ ਜਾਂਦਾ ਹੈ।</w:t>
      </w:r>
    </w:p>
    <w:p>
      <w:pPr>
        <w:pStyle w:val="ArticleScripture"/>
        <w:jc w:val="left"/>
      </w:pPr>
      <w:r>
        <w:rPr>
          <w:rFonts w:ascii="Nirmala UI" w:hAnsi="Nirmala UI" w:eastAsia="Nirmala UI" w:cs="Nirmala UI"/>
        </w:rPr>
        <w:t>ਡਰ, ਅਤੇ ਖੱਡਾ, ਅਤੇ ਫੰਧਾ, ਤੇਰੇ ਉੱਤੇ ਹਨ, ਹੇ ਧਰਤੀ ਦੇ ਵਸਨੀਕ। ਅਤੇ ਇਹ ਹੋਵੇਗਾ ਕਿ ਜੋ ਡਰ ਦੀ ਧੁਨੀ ਤੋਂ ਭੱਜੇਗਾ ਉਹ ਖੱਡੇ ਵਿੱਚ ਡਿੱਗੇਗਾ; ਅਤੇ ਜੋ ਖੱਡੇ ਦੇ ਵਿਚਕਾਰੋਂ ਉੱਪਰ ਚੜ੍ਹ ਕੇ ਨਿਕਲੇਗਾ ਉਹ ਫੰਧੇ ਵਿੱਚ ਫੜਿਆ ਜਾਵੇਗਾ; ਕਿਉਂਕਿ ਉੱਪਰੋਂ ਅਸਮਾਨ ਦੀਆਂ ਖਿੜਕੀਆਂ ਖੁੱਲ੍ਹ ਗਈਆਂ ਹਨ, ਅਤੇ ਧਰਤੀ ਦੀਆਂ ਨੀਹਾਂ ਕੰਬ ਰਹੀਆਂ ਹਨ। ਧਰਤੀ ਸਰਬਥਾ ਟੁੱਟ ਗਈ ਹੈ, ਧਰਤੀ ਪੂਰੀ ਤਰ੍ਹਾਂ ਵਿਘਟਿਤ ਹੋ ਗਈ ਹੈ, ਧਰਤੀ ਬਹੁਤ ਹੀ ਹਿੱਲਾਈ ਗਈ ਹੈ। ਧਰਤੀ ਮੱਤੇ ਮਨੁੱਖ ਵਾਂਗੂਂ ਇਧਰ-ਉਧਰ ਡਗਮਗਾਏਗੀ, ਅਤੇ ਝੋਂਪੜੀ ਵਾਂਗ ਹਿਲਾਈ ਜਾਵੇਗੀ; ਅਤੇ ਉਸ ਦਾ ਅਪਰਾਧ ਉਸ ਉੱਤੇ ਭਾਰੀ ਹੋਵੇਗਾ; ਅਤੇ ਉਹ ਡਿੱਗ ਪਵੇਗੀ, ਅਤੇ ਫਿਰ ਕਦੇ ਨਾ ਉੱਠੇਗੀ। ਅਤੇ ਉਸ ਦਿਨ ਇਹ ਹੋਵੇਗਾ ਕਿ ਯਹੋਵਾਹ ਉੱਚਾਈਆਂ ਵਿੱਚ ਵੱਸਦੇ ਉੱਚਿਆਂ ਦੇ ਲਸ਼ਕਰ ਨੂੰ, ਅਤੇ ਧਰਤੀ ਉੱਤੇ ਧਰਤੀ ਦੇ ਰਾਜਿਆਂ ਨੂੰ ਦੰਡ ਦੇਵੇਗਾ। ਅਤੇ ਉਹ ਇਕੱਠੇ ਕੀਤੇ ਜਾਣਗੇ, ਜਿਵੇਂ ਕੈਦੀ ਖੱਡੇ ਵਿੱਚ ਇਕੱਠੇ ਕੀਤੇ ਜਾਂਦੇ ਹਨ, ਅਤੇ ਕੈਦਖਾਨੇ ਵਿੱਚ ਬੰਦ ਕੀਤੇ ਜਾਣਗੇ, ਅਤੇ ਬਹੁਤ ਦਿਨਾਂ ਬਾਅਦ ਉਨ੍ਹਾਂ ਦੀ ਖ਼ਬਰ ਲਈ ਜਾਵੇਗੀ। ਯਸਾਯਾਹ 24:17–22.</w:t>
      </w:r>
    </w:p>
    <w:p>
      <w:pPr>
        <w:pStyle w:val="ArticleBody"/>
        <w:jc w:val="left"/>
      </w:pPr>
      <w:r>
        <w:rPr>
          <w:rFonts w:ascii="Nirmala UI" w:hAnsi="Nirmala UI" w:eastAsia="Nirmala UI" w:cs="Nirmala UI"/>
        </w:rPr>
        <w:t>ਹਿਜ਼ਕੀਏਲ ਦਾ ਉਹ ਸੰਦੇਸ਼, ਜੋ ਮਿਸਰ ਨਾਲ ਸੰਬੰਧਤ ਛੇ ਤਾਰੀਖਾਂ ਦੁਆਰਾ ਇਕੱਠਾ ਕੀਤਾ ਗਿਆ ਹੈ, ਧਰਤੀ ਦੇ ਅਜਗਰ-ਸਮਾਨ ਬਲ ਦੀ ਅੰਤਿਮ ਨਾਸ਼ ਨੂੰ ਦਰਸਾਉਂਦਾ ਹੈ, ਜੋ ਜਲਦੀ ਆਉਣ ਵਾਲੇ ਐਤਵਾਰ ਦੇ ਕਾਨੂੰਨ ਨਾਲ ਸ਼ੁਰੂ ਹੁੰਦਾ ਹੈ ਅਤੇ ਹਜ਼ਾਰ ਸਾਲ ਦੀ ਅਵਧੀ ਦੇ ਅੰਤ ਵਿੱਚ ਦੁਸ਼ਟ ਮਿਸਰੀਆਂ ਦੇ ਅੰਤਿਮ ਨਾਸ਼ ਤੱਕ ਜਾਰੀ ਰਹਿੰਦਾ ਹੈ।</w:t>
      </w:r>
    </w:p>
    <w:p>
      <w:pPr>
        <w:pStyle w:val="ArticleBody"/>
        <w:jc w:val="left"/>
      </w:pPr>
      <w:r>
        <w:rPr>
          <w:rFonts w:ascii="Nirmala UI" w:hAnsi="Nirmala UI" w:eastAsia="Nirmala UI" w:cs="Nirmala UI"/>
        </w:rPr>
        <w:t>ਭਵਿੱਖਬਾਣੀਕ ਸਾਖੀ ਵਿੱਚ ਦਰਿੰਦਾ ਅਤੇ ਝੂਠਾ ਨਬੀ ਅੱਗ ਦੀ ਝੀਲ ਵਿੱਚ ਆਪਣਾ ਅੰਤ ਪ੍ਰਾਪਤ ਕਰਦੇ ਹਨ, ਜੋ ਮਸੀਹ ਦੇ ਦੂਜੇ ਆਗਮਨ ਨੂੰ ਦਰਸਾਉਂਦੀ ਹੈ, ਪਰ ਅਜਗਰ ਦੀ ਸ਼ਕਤੀ ਦਾ ਅੱਗ ਦੀ ਝੀਲ ਵਿੱਚ ਨਾਸ ਹਜ਼ਾਰ ਸਾਲਾਂ ਦੇ ਅੰਤ ਤੇ ਹੁੰਦਾ ਹੈ।</w:t>
      </w:r>
    </w:p>
    <w:p>
      <w:pPr>
        <w:pStyle w:val="ArticleScripture"/>
        <w:jc w:val="left"/>
      </w:pPr>
      <w:r>
        <w:rPr>
          <w:rFonts w:ascii="Nirmala UI" w:hAnsi="Nirmala UI" w:eastAsia="Nirmala UI" w:cs="Nirmala UI"/>
        </w:rPr>
        <w:t>ਅਤੇ ਉਹ ਦਰਿੰਦਾ ਫੜਿਆ ਗਿਆ, ਅਤੇ ਉਸ ਦੇ ਨਾਲ ਉਹ ਝੂਠਾ ਨਬੀ ਵੀ, ਜਿਸ ਨੇ ਉਸ ਦੇ ਸਾਹਮਣੇ ਚਮਤਕਾਰ ਕੀਤੇ ਸਨ, ਜਿਨ੍ਹਾਂ ਨਾਲ ਉਸ ਨੇ ਉਹਨਾਂ ਨੂੰ ਧੋਖਾ ਦਿੱਤਾ ਜਿਨ੍ਹਾਂ ਨੇ ਦਰਿੰਦੇ ਦੀ ਛਾਪ ਲਈ ਸੀ ਅਤੇ ਉਹਨਾਂ ਨੂੰ ਜੋ ਉਸ ਦੀ ਮੂਰਤੀ ਦੀ ਉਪਾਸਨਾ ਕਰਦੇ ਸਨ। ਇਹ ਦੋਵੇਂ ਜੀਉਂਦੇ ਹੀ ਗੰਧਕ ਨਾਲ ਬਲਦੀ ਅੱਗ ਦੀ ਝੀਲ ਵਿੱਚ ਸੁੱਟੇ ਗਏ। ਅਤੇ ਬਾਕੀ ਉਹਦੇ ਨਾਲ ਮਾਰੇ ਗਏ ਜੋ ਘੋੜੇ ਉੱਤੇ ਬੈਠਾ ਸੀ, ਉਸ ਤਲਵਾਰ ਨਾਲ ਜੋ ਉਸ ਦੇ ਮੂੰਹ ਵਿੱਚੋਂ ਨਿਕਲਦੀ ਸੀ; ਅਤੇ ਆਕਾਸ਼ ਦੇ ਸਾਰੇ ਪੰਛੀ ਉਹਨਾਂ ਦੇ ਮਾਸ ਨਾਲ ਤ੍ਰਿਪਤ ਹੋ ਗਏ। ਪ੍ਰਕਾਸ਼ ਦੀ ਪੋਥੀ 19:20, 21.</w:t>
      </w:r>
    </w:p>
    <w:p>
      <w:pPr>
        <w:pStyle w:val="ArticleBody"/>
        <w:jc w:val="left"/>
      </w:pPr>
      <w:r>
        <w:rPr>
          <w:rFonts w:ascii="Nirmala UI" w:hAnsi="Nirmala UI" w:eastAsia="Nirmala UI" w:cs="Nirmala UI"/>
        </w:rPr>
        <w:t>ਜਾਨਵਰ ਅਤੇ ਝੂਠਾ ਨਬੀ ਭਵਿੱਖਬਾਣੀਕ ਤੌਰ ’ਤੇ ਮਸੀਹ ਦੇ ਦੂਜੇ ਆਗਮਨ ਉੱਤੇ ਆਪਣੇ ਅੰਤ ਨੂੰ ਪਹੁੰਚਦੇ ਹਨ, ਪਰ ਅਜਗਰ ਮਸੀਹ ਦੇ ਤੀਜੇ ਆਗਮਨ ਉੱਤੇ, ਇੱਕ ਹਜ਼ਾਰ ਸਾਲ ਬਾਅਦ, ਆਪਣੀ ਕਿਸਮਤ ਨੂੰ ਮਿਲਦਾ ਹੈ।</w:t>
      </w:r>
    </w:p>
    <w:p>
      <w:pPr>
        <w:pStyle w:val="ArticleScripture"/>
        <w:jc w:val="left"/>
      </w:pPr>
      <w:r>
        <w:rPr>
          <w:rFonts w:ascii="Nirmala UI" w:hAnsi="Nirmala UI" w:eastAsia="Nirmala UI" w:cs="Nirmala UI"/>
        </w:rPr>
        <w:t>ਅਤੇ ਮੈਂ ਇੱਕ ਦੂਤ ਨੂੰ ਆਕਾਸ਼ ਤੋਂ ਥੱਲੇ ਉਤਰਦਾ ਵੇਖਿਆ, ਜਿਸ ਦੇ ਹੱਥ ਵਿੱਚ ਅਥਾਹ ਖੱਡ ਦੀ ਕੁੰਜੀ ਅਤੇ ਇੱਕ ਵੱਡੀ ਜੰਜੀਰ ਸੀ। ਅਤੇ ਉਸ ਨੇ ਉਸ ਅਜਗਰ ਨੂੰ, ਉਸ ਪੁਰਾਤਨ ਸੱਪ ਨੂੰ, ਜੋ ਇਬਲੀਸ ਅਤੇ ਸ਼ੈਤਾਨ ਹੈ, ਫੜ ਲਿਆ ਅਤੇ ਉਸ ਨੂੰ ਇੱਕ ਹਜ਼ਾਰ ਸਾਲ ਲਈ ਬੰਨ੍ਹ ਦਿੱਤਾ, ਅਤੇ ਉਸ ਨੂੰ ਅਥਾਹ ਖੱਡ ਵਿੱਚ ਸੁੱਟ ਦਿੱਤਾ, ਅਤੇ ਉਸ ਨੂੰ ਬੰਦ ਕਰ ਦਿੱਤਾ, ਅਤੇ ਉਸ ਉੱਤੇ ਮੋਹਰ ਲਾ ਦਿੱਤੀ, ਤਾਂ ਜੋ ਉਹ ਕੌਮਾਂ ਨੂੰ ਹੋਰ ਨਾ ਭਰਮਾਵੇ, ਜਦ ਤੱਕ ਕਿ ਉਹ ਇੱਕ ਹਜ਼ਾਰ ਸਾਲ ਪੂਰੇ ਨਾ ਹੋ ਜਾਣ; ਅਤੇ ਉਸ ਤੋਂ ਬਾਅਦ ਉਸ ਦਾ ਥੋੜ੍ਹੇ ਸਮੇਂ ਲਈ ਖੁਲ੍ਹਾਇਆ ਜਾਣਾ ਅਵਸ਼੍ਯ ਹੈ। ਪ੍ਰਕਾਸ਼ ਦੀ ਪੋਥੀ 20:1–3.</w:t>
      </w:r>
    </w:p>
    <w:p>
      <w:pPr>
        <w:pStyle w:val="ArticleHeading"/>
        <w:jc w:val="left"/>
      </w:pPr>
      <w:r>
        <w:rPr>
          <w:rFonts w:ascii="Nirmala UI" w:hAnsi="Nirmala UI" w:eastAsia="Nirmala UI" w:cs="Nirmala UI"/>
        </w:rPr>
        <w:t>ਗਿਆਰਹਵਾਂ ਅਤੇ ਬਾਰਹਵਾਂ ਸਾਲ</w:t>
      </w:r>
    </w:p>
    <w:p>
      <w:pPr>
        <w:pStyle w:val="ArticleBody"/>
        <w:jc w:val="left"/>
      </w:pPr>
      <w:r>
        <w:rPr>
          <w:rFonts w:ascii="Nirmala UI" w:hAnsi="Nirmala UI" w:eastAsia="Nirmala UI" w:cs="Nirmala UI"/>
        </w:rPr>
        <w:t>ਹਿਜ਼ਕੀਏਲ ਉਨੱਤੀ ਦੇ ਦੋ ਸਮਿਆਂ ਵਿੱਚ ਦਰਸਾਇਆ ਗਿਆ ‘ਸਤਾਰ੍ਹਾਂ’ ਸਾਲਾਂ ਦਾ ਅਰਸਾ ਬੰਧਵਾਈ ਦੇ ਦਸਵੇਂ ਸਾਲ ਵਿੱਚ ਸ਼ੁਰੂ ਹੋਇਆ ਅਤੇ ਸਤਾਈਵੇਂ ਸਾਲ ਵਿੱਚ ਸਮਾਪਤ ਹੋਇਆ। ਅਧਿਆਇ ਤੀਹ ਅਤੇ ਇਕੱਤੀ ਦੇ ਸੰਦੇਸ਼ ਗਿਆਰ੍ਹਵੇਂ ਸਾਲ ਵਿੱਚ ਪ੍ਰਕਾਸ਼ਿਤ ਕੀਤੇ ਗਏ, ਅਤੇ ਅਧਿਆਇ ਬੱਤੀ ਵਿੱਚ ਦਰਸਾਏ ਦੋ ਸਮੇਂ ਬੰਧਵਾਈ ਦੇ ਬਾਰ੍ਹਵੇਂ ਸਾਲ ਵਿੱਚ ਦਿੱਤੇ ਗਏ। ਸਤਾਰ੍ਹਾਂ ਸਾਲਾਂ ਦਾ ਉਹ ਅਰਸਾ ਜੋ ਦਸਵੇਂ ਸਾਲ ਵਿੱਚ, ਲਗਭਗ ਯਰੂਸ਼ਲਮ ਦੀ ਘੇਰਾਬੰਦੀ ਦੇ ਸ਼ੁਰੂ ਵਿੱਚ, ਆਰੰਭ ਹੋਇਆ ਸੀ, ਉਸ ਤੋਂ ਬਾਅਦ ਗਿਆਰ੍ਹਵੇਂ ਸਾਲ ਦੇ ਮਿਸਰੀਆਂ ਸੰਬੰਧੀ ਉਹ ਦੋ ਸੰਦੇਸ਼ ਆਏ ਜੋ ਅਧਿਆਇ ਤੀਹ ਅਤੇ ਇਕੱਤੀ ਵਿੱਚ ਦਰਸਾਏ ਗਏ ਹਨ। ਇਕੱਠੇ ਮਿਲ ਕੇ, ਗਿਆਰ੍ਹਵੇਂ ਸਾਲ ਦੇ ਇਹ ਦੋ ਸੰਦੇਸ਼ ਐਤਵਾਰ ਦੇ ਕਾਨੂੰਨ ਤੋਂ ਠੀਕ ਪਹਿਲਾਂ ਦੇ ਇੱਕ ਸੰਦੇਸ਼ ਦੀ ਨੁਮਾਇੰਦਗੀ ਕਰਦੇ ਹਨ। ਬਾਰ੍ਹਵੇਂ ਸਾਲ ਦੇ ਹੋਰ ਦੋ ਮਿਸਰੀ ਸੰਦੇਸ਼ 586/585 ਈਸਾ ਪੂਰਵ ਵਿੱਚ ਯਰੂਸ਼ਲਮ ਦੇ ਨਾਸ ਦੇ ਸਮੇਂ ਜਾਂ ਉਸ ਤੋਂ ਥੋੜ੍ਹੀ ਹੀ ਦੇਰ ਬਾਅਦ ਵਾਪਰੇ।</w:t>
      </w:r>
    </w:p>
    <w:p>
      <w:pPr>
        <w:pStyle w:val="ArticleBody"/>
        <w:jc w:val="left"/>
      </w:pPr>
      <w:r>
        <w:rPr>
          <w:rFonts w:ascii="Nirmala UI" w:hAnsi="Nirmala UI" w:eastAsia="Nirmala UI" w:cs="Nirmala UI"/>
        </w:rPr>
        <w:t>ਮਸੀਹ ਦੇ ਆਉਣ ਦਾ ਸੰਦੇਸ਼ ਅੱਧੀ ਰਾਤ ਦੀ ਪੁਕਾਰ ਦੇ ਸੰਦੇਸ਼ ਦੇ ਹਿੱਸੇ ਵਜੋਂ ਪ੍ਰਚਾਰਿਆ ਜਾਂਦਾ ਹੈ, ਜੋ ਐਤਵਾਰ ਦੇ ਕਾਨੂੰਨ ਉੱਤੇ ਉੱਚੀ ਪੁਕਾਰ ਦੇ ਸੰਦੇਸ਼ ਵਿੱਚ ਪਰਿਵਰਤਿਤ ਹੋ ਜਾਂਦਾ ਹੈ। ਐਤਵਾਰ ਦੇ ਕਾਨੂੰਨ ਤੋਂ ਪਹਿਲਾਂ ਮਿਸਰ ਸੰਬੰਧੀ ਦੋ ਸੰਦੇਸ਼ ਪ੍ਰਚਾਰਿਤ ਕੀਤੇ ਜਾਂਦੇ ਹਨ, ਅਤੇ ਐਤਵਾਰ ਦੇ ਕਾਨੂੰਨ ਦੇ ਸਮੇਂ ਜਾਂ ਉਸ ਤੋਂ ਥੋੜ੍ਹੀ ਹੀ ਦੇਰ ਬਾਅਦ ਮਿਸਰ ਸੰਬੰਧੀ ਹੋਰ ਦੋ ਸੰਦੇਸ਼ ਪ੍ਰਚਾਰਿਤ ਕੀਤੇ ਜਾਂਦੇ ਹਨ। ਉਹਨਾਂ ਸੰਦੇਸ਼ਾਂ ਦੀ ਦੁਹਰਾਈ, ਜੋ ਇੱਕੋ ਸਾਲ ਵਿੱਚ ਦਿੱਤੇ ਜਾਂਦੇ ਹਨ—ਘੇਰੇਬੰਦੀ ਦੇ ਦੌਰਾਨ ਜੋ ਯਰੂਸ਼ਲਮ ਦੇ ਵਿਨਾਸ਼ ਉੱਤੇ ਆ ਕੇ ਸਮਾਪਤ ਹੁੰਦੀ ਹੈ—ਅਤੇ ਹੋਰ ਦੋ ਸੰਦੇਸ਼ ਐਤਵਾਰ ਦੇ ਕਾਨੂੰਨ ਉੱਤੇ, ਦੂਜੇ ਦੂਤ ਦੇ ਸੰਦੇਸ਼ ਦਾ ਪ੍ਰਤੀਕ ਹਨ, ਜਿੱਥੇ ਹਮੇਸ਼ਾਂ ਦੁਹਰਾਈ ਹੁੰਦੀ ਹੈ।</w:t>
      </w:r>
    </w:p>
    <w:p>
      <w:pPr>
        <w:pStyle w:val="ArticleBody"/>
        <w:jc w:val="left"/>
      </w:pPr>
      <w:r>
        <w:rPr>
          <w:rFonts w:ascii="Nirmala UI" w:hAnsi="Nirmala UI" w:eastAsia="Nirmala UI" w:cs="Nirmala UI"/>
        </w:rPr>
        <w:t>ਦੂਜੇ ਸੁਨੇਹੇ ਤੋਂ ਹਮੇਸ਼ਾਂ ਬਾਅਦ ਤੀਜਾ ਸੁਨੇਹਾ ਆਉਂਦਾ ਹੈ।</w:t>
      </w:r>
    </w:p>
    <w:p>
      <w:pPr>
        <w:pStyle w:val="ArticleScripture"/>
        <w:jc w:val="left"/>
      </w:pPr>
      <w:r>
        <w:rPr>
          <w:rFonts w:ascii="Nirmala UI" w:hAnsi="Nirmala UI" w:eastAsia="Nirmala UI" w:cs="Nirmala UI"/>
        </w:rPr>
        <w:t>“ਸਾਨੂੰ ਲੇਖਣੀ ਅਤੇ ਬਾਣੀ ਰਾਹੀਂ ਇਸ ਘੋਸ਼ਣਾ ਨੂੰ ਪ੍ਰਚਾਰਨਾ ਹੈ, ਇਸ ਦਾ ਕ੍ਰਮ ਅਤੇ ਉਹ ਭਵਿੱਖਬਾਣੀਆਂ ਦੀ ਪ੍ਰਯੋਗਤਾ ਦਰਸਾਉਂਦੇ ਹੋਏ ਜੋ ਸਾਨੂੰ ਤੀਜੇ ਦੂਤ ਦੇ ਸੰਦੇਸ਼ ਤੱਕ ਲਿਆਉਂਦੀਆਂ ਹਨ। ਪਹਿਲੇ ਅਤੇ ਦੂਜੇ ਤੋਂ ਬਿਨਾ ਤੀਜਾ ਹੋ ਨਹੀਂ ਸਕਦਾ। ਇਹ ਸੰਦੇਸ਼ ਅਸੀਂ ਸੰਸਾਰ ਨੂੰ ਪ੍ਰਕਾਸ਼ਨਾਂ ਅਤੇ ਵਿਆਖਿਆਨਾਂ ਰਾਹੀਂ ਦੇਣੇ ਹਨ, ਭਵਿੱਖਬਾਣੀ ਦੇ ਇਤਿਹਾਸ ਦੀ ਲੜੀ ਵਿੱਚ ਉਹ ਗੱਲਾਂ ਦਰਸਾਉਂਦੇ ਹੋਏ ਜੋ ਹੋ ਚੁੱਕੀਆਂ ਹਨ ਅਤੇ ਜੋ ਹੋਣ ਵਾਲੀਆਂ ਹਨ।” Selected Messages, book 2, 104, 105.</w:t>
      </w:r>
    </w:p>
    <w:p>
      <w:pPr>
        <w:pStyle w:val="ArticleBody"/>
        <w:jc w:val="left"/>
      </w:pPr>
      <w:r>
        <w:rPr>
          <w:rFonts w:ascii="Nirmala UI" w:hAnsi="Nirmala UI" w:eastAsia="Nirmala UI" w:cs="Nirmala UI"/>
        </w:rPr>
        <w:t>ਤੀਜੇ ਸੁਨੇਹੇ ਉੱਤੇ ਕਿਰਪਾ-ਕਾਲ ਦਾ ਦਰਵਾਜ਼ਾ ਬੰਦ ਹੋ ਜਾਂਦਾ ਹੈ। ਸੰਯੁਕਤ ਰਾਜ ਅਮਰੀਕਾ ਲਈ ਕਿਰਪਾ-ਕਾਲ ਐਤਵਾਰ ਦੇ ਕਾਨੂੰਨ ਨਾਲ ਬੰਦ ਹੋ ਜਾਂਦਾ ਹੈ, ਅਤੇ ਸੰਸਾਰ ਲਈ ਕਿਰਪਾ-ਕਾਲ ਉਸ ਵੇਲੇ ਬੰਦ ਹੋ ਜਾਂਦਾ ਹੈ ਜਦੋਂ ਮੀਕਾਇਲ ਖੜ੍ਹਾ ਹੁੰਦਾ ਹੈ। ਇਹ ਦੋਵੇਂ ਬੰਦ ਦਰਵਾਜ਼ੇ ਤੀਜੇ ਸੁਨੇਹੇ ਨੂੰ ਦਰਸਾਉਂਦੇ ਹਨ, ਜਿਸ ਤੋਂ ਪਹਿਲਾਂ ਹਮੇਸ਼ਾਂ ਦੂਜਾ ਸੁਨੇਹਾ ਹੁੰਦਾ ਹੈ, ਅਤੇ ਉਹ ਦੂਜਾ ਸੁਨੇਹਾ ਹਮੇਸ਼ਾਂ ਦੁਗਣਾ ਹੁੰਦਾ ਹੈ।</w:t>
      </w:r>
    </w:p>
    <w:p>
      <w:pPr>
        <w:pStyle w:val="ArticleBody"/>
        <w:jc w:val="left"/>
      </w:pPr>
      <w:r>
        <w:rPr>
          <w:rFonts w:ascii="Nirmala UI" w:hAnsi="Nirmala UI" w:eastAsia="Nirmala UI" w:cs="Nirmala UI"/>
        </w:rPr>
        <w:t>ਦੂਜੇ ਦੂਤ ਦੀ ਸ਼ਕਤੀ-ਪ੍ਰਦਾਨਤਾ ਤਦ ਪੂਰੀ ਹੁੰਦੀ ਹੈ ਜਦੋਂ ਉਹ ਅੱਧੀ ਰਾਤ ਦੀ ਪੁਕਾਰ ਦੇ ਸੰਦੇਸ਼ ਨਾਲ ਜੁੜ ਜਾਂਦਾ ਹੈ। ਮਨੁੱਖਤਾ ਉੱਤੇ ਉਚਾਰੀਆਂ ਗਈਆਂ ਉਹ ਦੋ ਸੁਚਨਾਵਾਂ, ਜਿਵੇਂ ਕਿ ਹਿਜ਼ਕੀਏਲ ਦੇ ਅਧਿਆਇ ਤੀਹ ਅਤੇ ਇਕੱਤੀ ਵਿੱਚ ਮਿਸਰ ਉੱਤੇ ਕੀਤੀਆਂ ਘੋਸ਼ਣਾਵਾਂ ਦੁਆਰਾ ਦਰਸਾਇਆ ਗਿਆ ਹੈ, ਇਹ ਪਛਾਣ ਕਰਵਾਉਂਦੀਆਂ ਹਨ ਕਿ ਅੱਧੀ ਰਾਤ ਦੀ ਪੁਕਾਰ ਦਾ ਸੰਦੇਸ਼ ਕਦੋਂ ਦੂਜੇ ਦੂਤ ਨਾਲ ਜੁੜਦਾ ਹੈ; ਅਤੇ ਬੱਤੀਵੇਂ ਅਧਿਆਇ ਦੀਆਂ ਦੋ ਸੁਚਨਾਵਾਂ ਉੱਚੀ ਪੁਕਾਰ ਵਿੱਚ ਤੀਜੇ ਦੂਤ ਦੀ ਸ਼ਕਤੀ-ਪ੍ਰਦਾਨਤਾ ਨੂੰ ਦਰਸਾਉਂਦੀਆਂ ਹਨ।</w:t>
      </w:r>
    </w:p>
    <w:p>
      <w:pPr>
        <w:pStyle w:val="ArticleBody"/>
        <w:jc w:val="left"/>
      </w:pPr>
      <w:r>
        <w:rPr>
          <w:rFonts w:ascii="Nirmala UI" w:hAnsi="Nirmala UI" w:eastAsia="Nirmala UI" w:cs="Nirmala UI"/>
        </w:rPr>
        <w:t>ਮਨੁੱਖੀ ਘਟਨਾਵਾਂ ਦੀ ਜਟਿਲ ਪਰਸਪਰ ਕ੍ਰਿਆ ਦੇ ਹਿਜ਼ਕੀਏਲ ਦੇ ਪਹੀਏ ਮਨੁੱਖਜਾਤੀ ਲਈ ਆਖ਼ਰੀ ਚੇਤਾਵਨੀ ਦੀ ਪਹਿਚਾਣ ਕਰਦੇ ਹਨ, ਜੋ ਤੀਜੇ ਦੂਤ ਦੀ ਚੇਤਾਵਨੀ ਹੈ, ਅਤੇ ਤੀਜਾ ਦੂਤ ਪਹਿਲੇ ਅਤੇ ਦੂਜੇ ਦੂਤ ਦੀਆਂ ਚੇਤਾਵਨੀਆਂ ਤੋਂ ਮਿਲ ਕੇ ਬਣਿਆ ਹੈ। ਐਤਵਾਰ ਦੇ ਕਾਨੂੰਨ ਤੋਂ ਪਹਿਲਾਂ ਦੀ ਅੱਧੀ-ਰਾਤ ਦੀ ਪੁਕਾਰ ਅਤੇ ਐਤਵਾਰ ਦੇ ਕਾਨੂੰਨ ਤੋਂ ਬਾਅਦ ਦੀ ਉੱਚੀ ਪੁਕਾਰ ਹਿਜ਼ਕੀਏਲ ਦੀਆਂ ਉਹਨਾਂ ਚਾਰ ਤਾਰੀਖਾਂ ਦੁਆਰਾ ਦਰਸਾਈ ਜਾਂਦੀ ਹੈ ਜੋ ਅਧਿਆਇ ਉਨੱਤੀ ਦੀਆਂ ਅਲਫਾ ਅਤੇ ਓਮੇਗਾ ਤਾਰੀਖਾਂ ਦੇ “ਸਤਾਰਾਂ” ਸਾਲਾਂ ਦੇ ਅੰਦਰ ਆਉਂਦੀਆਂ ਹਨ, ਜੋ ਦਾਨੀਏਲ 11:40 ਦੇ ਗੁਪਤ ਇਤਿਹਾਸ ਨਾਲ ਅਨੁਰੂਪ ਹਨ, ਜਿਵੇਂ ਕਿ ਉਸੇ ਅਧਿਆਇ ਦੀਆਂ ਆਇਤਾਂ 11 ਤੋਂ 16 ਵਿੱਚ ਦਰਸਾਇਆ ਗਿਆ ਹੈ।</w:t>
      </w:r>
    </w:p>
    <w:p>
      <w:pPr>
        <w:pStyle w:val="ArticleBody"/>
        <w:jc w:val="left"/>
      </w:pPr>
      <w:r>
        <w:rPr>
          <w:rFonts w:ascii="Nirmala UI" w:hAnsi="Nirmala UI" w:eastAsia="Nirmala UI" w:cs="Nirmala UI"/>
        </w:rPr>
        <w:t>ਦਾਨੀਏਲ ਅਧਿਆਇ ਦਸ ਵਿੱਚ, ਹਿਜ਼ਕੀਏਲ ਦੀ ਤਰ੍ਹਾਂ, ਦਾਨੀਏਲ ਨੂੰ ਗੂੰਗਾ ਕਰ ਦਿੱਤਾ ਜਾਂਦਾ ਹੈ। ਦਾਨੀਏਲ ਦੀ ਗੂੰਗੇਪਣ ਦੀ ਅਵਸਥਾ ਤਿੰਨ ਸਪਰਸ਼ਾਂ ਦੇ ਵਿਚਕਾਰ ਆਉਂਦੀ ਹੈ; ਪਹਿਲਾ ਅਤੇ ਤੀਜਾ ਸਪਰਸ਼ ਦੂਤ ਜਿਬਰਾਈਲ ਵੱਲੋਂ ਆਏ, ਅਤੇ ਵਿਚਕਾਰਲਾ ਸਪਰਸ਼ ਮਸੀਹ ਦਾ ਸਪਰਸ਼ ਸੀ। ਦਾਨੀਏਲ, ਜਿਵੇਂ ਕੈਸਰੀਆ-ਫਿਲਿੱਪੀ ਅਤੇ ਸਲੀਬ ਦੇ ਵਿਚਕਾਰ ਪਤਰਸ ਸੀ, ਉਸੇ ਤਰ੍ਹਾਂ ਵਿਚਕਾਰ ਹੈ। ਵਿਚਕਾਰ ਪਤਰਸ ਨੇ ਮਹਿਮਾਮਈ ਮਸੀਹ ਨੂੰ ਵੇਖਿਆ, ਜਿਵੇਂ ਦਾਨੀਏਲ ਨੇ ਅਧਿਆਇ ਦਸ ਵਿੱਚ ਵੇਖਿਆ। ਤਿੰਨ ਦੂਤਾਂ ਵਿੱਚੋਂ ਵਿਚਕਾਰਲਾ ਦੂਤ ਦੂਜਾ ਸੁਨੇਹਾ ਹੈ, ਜੋ ਦੋ ਸੁਨੇਹਿਆਂ ਦਾ ਸੰਯੋਗ ਹੈ।</w:t>
      </w:r>
    </w:p>
    <w:p>
      <w:pPr>
        <w:pStyle w:val="ArticleHeading"/>
        <w:jc w:val="left"/>
      </w:pPr>
      <w:r>
        <w:rPr>
          <w:rFonts w:ascii="Nirmala UI" w:hAnsi="Nirmala UI" w:eastAsia="Nirmala UI" w:cs="Nirmala UI"/>
        </w:rPr>
        <w:t>ਚੌਥੇ ਮਹੀਨੇ ਦਾ 5ਵਾਂ ਦਿਨ ਅਤੇ 1844</w:t>
      </w:r>
    </w:p>
    <w:p>
      <w:pPr>
        <w:pStyle w:val="ArticleBody"/>
        <w:jc w:val="left"/>
      </w:pPr>
      <w:r>
        <w:rPr>
          <w:rFonts w:ascii="Nirmala UI" w:hAnsi="Nirmala UI" w:eastAsia="Nirmala UI" w:cs="Nirmala UI"/>
        </w:rPr>
        <w:t>ਹਿਜ਼ਕੀਏਲ ਦੇ ਪਹਿਲੇ ਅਧਿਆਇ ਦੀਆਂ ਪਹਿਲੀਆਂ ਦੋ ਆਇਤਾਂ ਵਿੱਚ ਹਿਜ਼ਕੀਏਲ ਚੌਥੇ ਮਹੀਨੇ ਦੇ ਪੰਜਵੇਂ ਦਿਨ ਉੱਤੇ ਹੈ, ਜੋ 1844 ਦੇ ਸੱਤਵੇਂ ਮਹੀਨੇ ਦੀ ਚਲਹੇ ਦੇ ਮੱਧ ਨਾਲ ਮੇਲ ਖਾਂਦਾ ਹੈ। ਹਿਜ਼ਕੀਏਲ 19 ਅਪ੍ਰੈਲ 1844 ਅਤੇ 22 ਅਕਤੂਬਰ 1844 ਦੇ ਵਿਚਕਾਰ ਮੱਧ ਵਿੱਚ ਹੈ, ਠੀਕ ਉਸੇ ਤਰ੍ਹਾਂ ਜਿਵੇਂ 1844 ਵਿੱਚ ਅੱਧੀ ਰਾਤ ਦੀ ਪੁਕਾਰ ਦੇ ਦੂਤ ਸੈਮੂਅਲ ਸਨੋ ਉਸ ਵੇਲੇ ਸਨ, ਜਦੋਂ ਉਸ ਨੇ ਬੋਸਟਨ ਵਿੱਚ ਸੰਦੇਸ਼ ਬਾਰੇ ਆਪਣਾ ਪਹਿਲਾ ਸਪਸ਼ਟ ਦ੍ਰਿਸ਼ਟੀਕੋਣ ਪੇਸ਼ ਕੀਤਾ—19 ਅਪ੍ਰੈਲ ਤੋਂ 93 ਦਿਨ ਬਾਅਦ ਅਤੇ 22 ਅਕਤੂਬਰ 1844 ਨੂੰ ਦਰਵਾਜ਼ਾ ਬੰਦ ਹੋਣ ਤੋਂ 93 ਦਿਨ ਪਹਿਲਾਂ। ਸੈਮੂਅਲ ਸਨੋ 21 ਜੁਲਾਈ 1844 ਨੂੰ ਬੋਸਟਨ ਵਿੱਚ ਸੱਤਵੇਂ ਮਹੀਨੇ ਦੀ ਚਲਹੇ ਦੇ ਮੱਧ ਵਿੱਚ ਸੀ, ਇਸ ਗੱਲ ਤੋਂ ਅਣਜਾਣ ਕਿ ਭਵਿੱਖਬਾਣੀਕ ਰੂਪ ਵਿੱਚ ਉਹ ਪਤਰਸ ਦੇ ਨਾਲ ਰੂਪਾਂਤਰਨ ਦੇ ਪਹਾੜ ਉੱਤੇ, ਸਤਾਰ੍ਹਵੇਂ ਯੂਬਲੀ ਚੱਕਰ ਦੇ ਤੀਹਵੇਂ ਸਾਲ ਵਿੱਚ ਹਿਜ਼ਕੀਏਲ ਦੇ ਨਾਲ, ਅਤੇ ਦਸਵੇਂ ਅਧਿਆਇ ਦੇ ਦਰਪਣ-ਦਰਸ਼ਨ ਦੌਰਾਨ ਦਾਨੀਏਲ ਦੇ ਦੂਜੇ ਸਪਰਸ਼ ਦੇ ਨਾਲ ਖੜ੍ਹਾ ਸੀ। 2026 ਸੱਤਰਵੇਂ ਯੂਬਲੀ ਚੱਕਰ ਦੇ ਸੈਂਤਾਲੀਵੇਂ ਸਾਲ ਨੂੰ ਦਰਸਾਉਂਦਾ ਹੈ, ਜੋ 2028 ਵਿੱਚ ਸਮਾਪਤ ਹੁੰਦਾ ਹੈ।</w:t>
      </w:r>
    </w:p>
    <w:p>
      <w:pPr>
        <w:pStyle w:val="ArticleHeading"/>
        <w:jc w:val="left"/>
      </w:pPr>
      <w:r>
        <w:rPr>
          <w:rFonts w:ascii="Nirmala UI" w:hAnsi="Nirmala UI" w:eastAsia="Nirmala UI" w:cs="Nirmala UI"/>
        </w:rPr>
        <w:t>ਤੂਰ</w:t>
      </w:r>
    </w:p>
    <w:p>
      <w:pPr>
        <w:pStyle w:val="ArticleBody"/>
        <w:jc w:val="left"/>
      </w:pPr>
      <w:r>
        <w:rPr>
          <w:rFonts w:ascii="Nirmala UI" w:hAnsi="Nirmala UI" w:eastAsia="Nirmala UI" w:cs="Nirmala UI"/>
        </w:rPr>
        <w:t>ਯਰੂਸ਼ਲਮ ਸੰਬੰਧੀ ਹਿਜ਼ਕੀਏਲ ਦੇ ਛੇ ਹਵਾਲਿਆਂ ਦੀ ਤਾਰੀਖ-ਨਿਰਧਾਰਣਾ ਵੱਲ ਮੁੜਣ ਤੋਂ ਪਹਿਲਾਂ, ਸਾਨੂੰ ਪਹਿਲਾਂ ਉਸ ਇੱਕ ਤਾਰੀਖ ਦੀ ਪਛਾਣ ਕਰਨੀ ਚਾਹੀਦੀ ਹੈ ਜੋ ਸੂਰ ਦੇ ਵਿਰੁੱਧ ਘੋਸ਼ਿਤ ਕੀਤੀ ਗਈ ਸੀ।</w:t>
      </w:r>
    </w:p>
    <w:p>
      <w:pPr>
        <w:pStyle w:val="ArticleScripture"/>
        <w:jc w:val="left"/>
      </w:pPr>
      <w:r>
        <w:rPr>
          <w:rFonts w:ascii="Nirmala UI" w:hAnsi="Nirmala UI" w:eastAsia="Nirmala UI" w:cs="Nirmala UI"/>
        </w:rPr>
        <w:t>ਅਤੇ ਇਹ ਹੋਇਆ ਕਿ ਗਿਆਰ੍ਹਵੇਂ ਵਰ੍ਹੇ ਦੇ ਪਹਿਲੇ ਮਹੀਨੇ ਦੇ ਪਹਿਲੇ ਦਿਨ ਯਹੋਵਾਹ ਦਾ ਬਚਨ ਮੇਰੇ ਕੋਲ ਆਇਆ, ਆਖਣ ਲੱਗਾ, ਹੇ ਮਨੁੱਖ ਦੇ ਪੁੱਤਰ, ਇਸ ਕਰਕੇ ਕਿ ਸੂਰ ਨੇ ਯਰੂਸ਼ਲਮ ਦੇ ਵਿਰੁੱਧ ਕਿਹਾ ਹੈ, ਹਾ! ਉਹ ਜੋ ਲੋਕਾਂ ਦੇ ਫਾਟਕ ਸੀ, ਟੁੱਟ ਗਈ ਹੈ; ਉਹ ਮੇਰੀ ਵੱਲ ਮੁੜ ਗਈ ਹੈ; ਹੁਣ ਜਦੋਂ ਉਹ ਉਜਾੜੀ ਪਈ ਹੈ, ਮੈਂ ਭਰਪੂਰ ਹੋਵਾਂਗਾ। ਇਸ ਲਈ ਪ੍ਰਭੂ ਯਹੋਵਾਹ ਇਉਂ ਆਖਦਾ ਹੈ: ਵੇਖ, ਹੇ ਸੂਰ, ਮੈਂ ਤੇਰੇ ਵਿਰੁੱਧ ਹਾਂ, ਅਤੇ ਮੈਂ ਤੇਰੇ ਉੱਤੇ ਬਹੁਤੀਆਂ ਕੌਮਾਂ ਨੂੰ ਚੜ੍ਹਾ ਲਿਆਂਵਾਂਗਾ, ਜਿਵੇਂ ਸਮੁੰਦਰ ਆਪਣੀਆਂ ਲਹਿਰਾਂ ਚੜ੍ਹਾ ਲਿਆਉਂਦਾ ਹੈ। ਅਤੇ ਉਹ ਸੂਰ ਦੀਆਂ ਕੰਧਾਂ ਨਾਸ ਕਰਨਗੇ, ਅਤੇ ਉਸ ਦੇ ਬੁਰਜ ਢਾਹ ਦੇਣਗੇ; ਮੈਂ ਉਸ ਦੀ ਧੂੜ ਵੀ ਉਸ ਤੋਂ ਝਾੜ ਦਿਆਂਗਾ, ਅਤੇ ਉਸ ਨੂੰ ਚੱਟਾਨ ਦੇ ਨੰਗੇ ਸਿਰੇ ਵਰਗਾ ਕਰ ਦਿਆਂਗਾ। ਉਹ ਸਮੁੰਦਰ ਦੇ ਵਿਚਕਾਰ ਜਾਲ ਸੁਕਾਉਣ ਦੀ ਥਾਂ ਹੋਵੇਗੀ; ਕਿਉਂਕਿ ਮੈਂ ਇਹ ਆਖਿਆ ਹੈ, ਪ੍ਰਭੂ ਯਹੋਵਾਹ ਦਾ ਵਚਨ ਹੈ; ਅਤੇ ਉਹ ਕੌਮਾਂ ਲਈ ਲੂਟ ਬਣੇਗੀ। ਅਤੇ ਉਸ ਦੀਆਂ ਧੀਆਂ ਜੋ ਖੇਤ ਵਿੱਚ ਹਨ, ਤਲਵਾਰ ਨਾਲ ਮਾਰੀ ਜਾਣਗੀਆਂ; ਤਦ ਉਹ ਜਾਣਣਗੇ ਕਿ ਮੈਂ ਹੀ ਯਹੋਵਾਹ ਹਾਂ। ਕਿਉਂਕਿ ਪ੍ਰਭੂ ਯਹੋਵਾਹ ਇਉਂ ਆਖਦਾ ਹੈ: ਵੇਖ, ਮੈਂ ਉੱਤਰ ਵੱਲੋਂ ਘੋੜਿਆਂ ਸਮੇਤ, ਰਥਾਂ ਸਮੇਤ, ਘੁੜਸਵਾਰਾਂ ਸਮੇਤ, ਦਲਾਂ ਸਮੇਤ ਅਤੇ ਬਹੁਤ ਸਾਰੀ ਪ੍ਰਜਾ ਸਮੇਤ ਬਾਬਲ ਦੇ ਰਾਜਾ ਨਬੂਕਦਰੱਸਰ ਨੂੰ, ਜੋ ਰਾਜਿਆਂ ਦਾ ਰਾਜਾ ਹੈ, ਸੂਰ ਉੱਤੇ ਲਿਆਉਂਗਾ।</w:t>
      </w:r>
    </w:p>
    <w:p>
      <w:pPr>
        <w:pStyle w:val="ArticleScripture"/>
        <w:jc w:val="left"/>
      </w:pPr>
      <w:r>
        <w:rPr>
          <w:rFonts w:ascii="Nirmala UI" w:hAnsi="Nirmala UI" w:eastAsia="Nirmala UI" w:cs="Nirmala UI"/>
        </w:rPr>
        <w:t>ਉਹ ਤੇਰੀਆਂ ਧੀਆਂ ਨੂੰ ਮੈਦਾਨ ਵਿੱਚ ਤਲਵਾਰ ਨਾਲ ਘਾਤ ਕਰੇਗਾ; ਅਤੇ ਉਹ ਤੇਰੇ ਵਿਰੁੱਧ ਕਿਲ੍ਹਾਬੰਦੀ ਕਰੇਗਾ, ਤੇਰੇ ਵਿਰੁੱਧ ਮਿੱਟੀ ਦਾ ਟਿੱਬਾ ਚੜ੍ਹਾਏਗਾ, ਅਤੇ ਤੇਰੇ ਵਿਰੁੱਧ ਢਾਲ ਉੱਠਾਏਗਾ। ਅਤੇ ਉਹ ਤੇਰੀਆਂ ਕੰਧਾਂ ਦੇ ਵਿਰੁੱਧ ਯੁੱਧ ਦੇ ਯੰਤਰ ਖੜ੍ਹੇ ਕਰੇਗਾ, ਅਤੇ ਆਪਣੇ ਕੁਹਾੜਿਆਂ ਨਾਲ ਤੇਰੇ ਬੁਰਜ ਢਾਹ ਦੇਵੇਗਾ। ਉਸ ਦੇ ਘੋੜਿਆਂ ਦੀ ਬਹੁਤਾਤ ਕਰਕੇ ਉਨ੍ਹਾਂ ਦੀ ਧੂੜ ਤੈਨੂੰ ਢੱਕ ਲਵੇਗੀ; ਅਤੇ ਘੁੜਸਵਾਰਾਂ ਦੀਆਂ ਧੁਨੀਆਂ, ਪਹੀਆਂ ਦੀਆਂ ਗੜਗੜਾਹਟਾਂ ਅਤੇ ਰਥਾਂ ਦੇ ਸ਼ੋਰ ਨਾਲ ਤੇਰੀਆਂ ਕੰਧਾਂ ਕੰਬ ਉੱਠਣਗੀਆਂ, ਜਦੋਂ ਉਹ ਤੇਰੇ ਫਾਟਕਾਂ ਵਿੱਚ ਇਸ ਤਰ੍ਹਾਂ ਦਾਖ਼ਲ ਹੋਵੇਗਾ ਜਿਵੇਂ ਲੋਕ ਕਿਸੇ ਭੇਦ ਕੀਤੇ ਹੋਏ ਸ਼ਹਿਰ ਵਿੱਚ ਦਾਖ਼ਲ ਹੁੰਦੇ ਹਨ। ਆਪਣੇ ਘੋੜਿਆਂ ਦੇ ਖੁਰਾਂ ਨਾਲ ਉਹ ਤੇਰੀਆਂ ਸਭ ਗਲੀਆਂ ਨੂੰ ਰੌਂਦ ਦੇਵੇਗਾ; ਉਹ ਤੇਰੇ ਲੋਕਾਂ ਨੂੰ ਤਲਵਾਰ ਨਾਲ ਮਾਰ ਸੁਟੇਗਾ, ਅਤੇ ਤੇਰੀਆਂ ਮਜ਼ਬੂਤ ਛਾਵਣੀਆਂ ਧਰਤੀ ਤੇ ਡਿੱਗ ਪੈਣਗੀਆਂ। ਅਤੇ ਉਹ ਤੇਰੀ ਦੌਲਤ ਨੂੰ ਲੂਟ ਲੈਣਗੇ, ਅਤੇ ਤੇਰੇ ਵਪਾਰ ਨੂੰ ਆਪਣਾ ਸ਼ਿਕਾਰ ਬਣਾਉਣਗੇ; ਅਤੇ ਉਹ ਤੇਰੀਆਂ ਕੰਧਾਂ ਢਾਹ ਦੇਣਗੇ ਅਤੇ ਤੇਰੇ ਸੁਹਾਵਣੇ ਘਰ ਨਾਸ ਕਰ ਦੇਣਗੇ; ਅਤੇ ਤੇਰੇ ਪੱਥਰ, ਤੇਰੀ ਲੱਕੜੀ ਅਤੇ ਤੇਰੀ ਮਿੱਟੀ ਪਾਣੀ ਦੇ ਵਿਚਕਾਰ ਸੁੱਟ ਦੇਣਗੇ। ਅਤੇ ਮੈਂ ਤੇਰੇ ਗੀਤਾਂ ਦੀ ਆਵਾਜ਼ ਬੰਦ ਕਰ ਦਿਆਂਗਾ; ਅਤੇ ਤੇਰੀਆਂ ਬੀਣਾਂ ਦੀ ਧੁਨ ਫਿਰ ਕਦੇ ਨਹੀਂ ਸੁਣੀ ਜਾਵੇਗੀ। ਅਤੇ ਮੈਂ ਤੈਨੂੰ ਚਟਾਨ ਦੀ ਚੋਟੀ ਵਰਗਾ ਬਣਾ ਦਿਆਂਗਾ; ਤੂੰ ਜਾਲ ਸੁਕਾਉਣ ਦੀ ਥਾਂ ਹੋਵੇਂਗੀ; ਤੈਨੂੰ ਫਿਰ ਕਦੇ ਨਹੀਂ ਬਣਾਇਆ ਜਾਵੇਗਾ; ਕਿਉਂਕਿ ਮੈਂ ਯਹੋਵਾਹ ਨੇ ਇਹ ਆਖਿਆ ਹੈ, ਪ੍ਰਭੂ ਯਹੋਵਾਹ ਇਹ ਫ਼ਰਮਾਉਂਦਾ ਹੈ।</w:t>
      </w:r>
    </w:p>
    <w:p>
      <w:pPr>
        <w:pStyle w:val="ArticleScripture"/>
        <w:jc w:val="left"/>
      </w:pPr>
      <w:r>
        <w:rPr>
          <w:rFonts w:ascii="Nirmala UI" w:hAnsi="Nirmala UI" w:eastAsia="Nirmala UI" w:cs="Nirmala UI"/>
        </w:rPr>
        <w:t>ਇਸ ਲਈ ਪ੍ਰਭੂ ਯਹੋਵਾਹ ਤੀਰੁਸ ਨੂੰ ਇਉਂ ਆਖਦਾ ਹੈ: ਕੀ ਤੇਰੇ ਡਿੱਗ ਪੈਣ ਦੀ ਧੁਨੀ ਉੱਤੇ, ਜਦੋਂ ਘਾਇਲਾਂ ਦੀ ਚੀਖ ਉੱਠੇਗੀ, ਜਦੋਂ ਤੇਰੇ ਵਿਚਕਾਰ ਕਤਲੇਆਮ ਕੀਤਾ ਜਾਵੇਗਾ, ਤਦ ਦੀਪ-ਟਾਪੂ ਕੰਬ ਨਹੀਂ ਜਾਣਗੇ? ਤਦ ਸਮੁੰਦਰ ਦੇ ਸਾਰੇ ਰਾਜਕੁਮਾਰ ਆਪਣੇ ਸਿੰਹਾਸਨਾਂ ਤੋਂ ਉਤਰ ਆਉਣਗੇ, ਆਪਣੀਆਂ ਚੋਗਿਆਂ ਨੂੰ ਉਤਾਰ ਰੱਖਣਗੇ, ਅਤੇ ਆਪਣੇ ਕੜ੍ਹਾਈਦਾਰ ਵਸਤ੍ਰ ਪਹਿਨਣ ਛੱਡ ਦੇਣਗੇ; ਉਹ ਕੰਬਣ ਨੂੰ ਹੀ ਆਪਣੇ ਵਸਤ੍ਰ ਵਾਂਗ ਧਾਰਣ ਕਰਨਗੇ; ਉਹ ਧਰਤੀ ਉੱਤੇ ਬੈਠਣਗੇ, ਹਰ ਪਲ ਕੰਬਦੇ ਰਹਿਣਗੇ, ਅਤੇ ਤੇਰੇ ਕਾਰਨ ਹੈਰਾਨ ਹੋਣਗੇ। ਉਹ ਤੇਰੇ ਲਈ ਵਿਲਾਪ ਉਠਾਉਣਗੇ, ਅਤੇ ਤੈਨੂੰ ਆਖਣਗੇ, ਹਾਏ, ਤੂੰ ਕਿਵੇਂ ਨਾਸ ਹੋ ਗਈ, ਹੇ ਸਮੁੰਦਰ-ਯਾਤਰੀਆਂ ਨਾਲ ਅਬਾਦ ਰਹਿਣ ਵਾਲੀ, ਪ੍ਰਸਿੱਧ ਨਗਰੀ, ਜੋ ਸਮੁੰਦਰ ਵਿੱਚ ਬਲਵਾਨ ਸੀ, ਉਹ ਅਤੇ ਉਸ ਦੇ ਨਿਵਾਸੀ, ਜੋ ਆਪਣੇ ਡਰ ਨੂੰ ਉਹਨਾਂ ਸਭ ਉੱਤੇ ਪਾ ਦਿੰਦੇ ਸਨ ਜੋ ਉਥੇ ਵੱਸਦੇ ਸਨ! ਹੁਣ ਤੇਰੇ ਡਿੱਗਣ ਦੇ ਦਿਨ ਦੀਪ-ਟਾਪੂ ਕੰਬਣਗੇ; ਹਾਂ, ਜੋ ਦੀਪ-ਟਾਪੂ ਸਮੁੰਦਰ ਵਿੱਚ ਹਨ, ਉਹ ਤੇਰੇ ਚਲੇ ਜਾਣ ਕਾਰਨ ਘਬਰਾਏ ਜਾਣਗੇ। ਕਿਉਂ ਜੋ ਪ੍ਰਭੂ ਯਹੋਵਾਹ ਇਉਂ ਆਖਦਾ ਹੈ: ਜਦੋਂ ਮੈਂ ਤੈਨੂੰ ਉਜਾੜ ਨਗਰੀ ਬਣਾ ਦਿਆਂਗਾ, ਉਹਨਾਂ ਨਗਰਾਂ ਵਾਂਗ ਜੋ ਅਬਾਦ ਨਹੀਂ ਰਹਿੰਦੇ; ਜਦੋਂ ਮੈਂ ਗਹਿਰਾਈ ਨੂੰ ਤੇਰੇ ਉੱਤੇ ਚੜ੍ਹਾ ਲਿਆਵਾਂਗਾ, ਅਤੇ ਮਹਾਨ ਜਲ ਤੈਨੂੰ ਢੱਕ ਲੈਣਗੇ; ਜਦੋਂ ਮੈਂ ਤੈਨੂੰ ਉਹਨਾਂ ਦੇ ਨਾਲ ਹੇਠਾਂ ਲੈ ਜਾਵਾਂਗਾ ਜੋ ਖੱਡ ਵਿੱਚ ਉਤਰਦੇ ਹਨ, ਪ੍ਰਾਚੀਨ ਸਮਿਆਂ ਦੇ ਲੋਕਾਂ ਦੇ ਕੋਲ, ਅਤੇ ਤੈਨੂੰ ਧਰਤੀ ਦੇ ਹੇਠਲੇ ਭਾਗਾਂ ਵਿੱਚ, ਪੁਰਾਣੇ ਉਜਾੜ ਥਾਵਾਂ ਵਿੱਚ, ਉਹਨਾਂ ਦੇ ਨਾਲ ਵਸਾਵਾਂਗਾ ਜੋ ਖੱਡ ਵਿੱਚ ਉਤਰਦੇ ਹਨ, ਤਾਂ ਜੋ ਤੂੰ ਅਬਾਦ ਨਾ ਹੋਵੇਂ; ਅਤੇ ਮੈਂ ਜੀਉਂਦਿਆਂ ਦੀ ਧਰਤੀ ਵਿੱਚ ਮਹਿਮਾ ਸਥਾਪਿਤ ਕਰਾਂਗਾ; ਮੈਂ ਤੈਨੂੰ ਭੈ ਦਾ ਕਾਰਨ ਬਣਾ ਦਿਆਂਗਾ, ਅਤੇ ਤੂੰ ਫਿਰ ਨਹੀਂ ਰਹੇਗੀ; ਭਾਵੇਂ ਤੈਨੂੰ ਲੱਭਿਆ ਜਾਵੇ, ਤਦ ਵੀ ਤੂੰ ਮੁੜ ਕਦੇ ਨਹੀਂ ਲੱਭੇਗੀ, ਪ੍ਰਭੂ ਯਹੋਵਾਹ ਦਾ ਇਹ ਬਚਨ ਹੈ। ਹਿਜ਼ਕੀਏਲ 26:1–21.</w:t>
      </w:r>
    </w:p>
    <w:p>
      <w:pPr>
        <w:pStyle w:val="ArticleBody"/>
        <w:jc w:val="left"/>
      </w:pPr>
      <w:r>
        <w:rPr>
          <w:rFonts w:ascii="Nirmala UI" w:hAnsi="Nirmala UI" w:eastAsia="Nirmala UI" w:cs="Nirmala UI"/>
        </w:rPr>
        <w:t>ਸੂਰ ਦੀ ਸੁਨੇਹਾ ਉਸ ਸਾਲ ਘੋਸ਼ਿਤ ਕੀਤੀ ਗਈ ਸੀ ਜਿਸ ਸਾਲ ਯਰੂਸ਼ਲਮ ਨਸ਼ਟ ਕੀਤਾ ਗਿਆ ਸੀ, ਅਤੇ ਇਹ ਬਾਈਬਲ ਦੀ ਭਵਿੱਖਬਾਣੀ ਦੇ ਛੇਵੇਂ ਰਾਜ ਦੇ ਉਲਟੇ ਜਾਣ ਨੂੰ, ਜਲਦੀ ਆਉਣ ਵਾਲੇ ਐਤਵਾਰ ਦੇ ਕਾਨੂੰਨ ਸਮੇਂ, ਦਰਸਾਉਂਦੀ ਹੈ। ਐਤਵਾਰ ਦੇ ਕਾਨੂੰਨ ਸਮੇਂ, ਸੰਯੁਕਤ ਰਾਜ ਅਮਰੀਕਾ (ਸੂਰ) ਭਵਿੱਖਬਾਣੀਕ ਤੌਰ ‘ਤੇ ਇਸ ਲਈ ਅਨੰਦ ਮਨਾਉਂਦਾ ਹੈ ਕਿਉਂਕਿ ਉਸ ਨੇ ਯਰੂਸ਼ਲਮ ਨੂੰ ਉਲਟ ਦਿੱਤਾ ਹੈ, ਜਿਸ ਦੀ ਪਹਿਚਾਣ ਸਿਸਟਰ ਵ੍ਹਾਈਟ ਲਾਓਦੀਕੀਆਈ ਸੱਤਵੇਂ ਦਿਨ ਦੀ ਐਡਵੈਂਟਿਸਟ ਕਲੀਸੀਆ ਵਜੋਂ ਕਰਦੀ ਹੈ, ਜਿਸ ਨੂੰ ਹਿਜ਼ਕੀਏਲ “ਲੋਕਾਂ ਦੇ ਫਾਟਕ” ਕਹਿੰਦਾ ਹੈ। ਸੂਰ ਇਹ ਪਹਿਚਾਣ ਕਰਦਾ ਹੈ ਕਿ ਯਰੂਸ਼ਲਮ ਭੂਤਕਾਲ ਵਿੱਚ “ਲੋਕਾਂ ਦੇ ਫਾਟਕ” “ਸੀ।” ਭਵਿੱਖਬਾਣੀਕ ਅਰਥ ਵਿੱਚ ਇੱਕ “ਫਾਟਕ” ਇੱਕ ਕਲੀਸੀਆ ਹੈ।</w:t>
      </w:r>
    </w:p>
    <w:p>
      <w:pPr>
        <w:pStyle w:val="ArticleScripture"/>
        <w:jc w:val="left"/>
      </w:pPr>
      <w:r>
        <w:rPr>
          <w:rFonts w:ascii="Nirmala UI" w:hAnsi="Nirmala UI" w:eastAsia="Nirmala UI" w:cs="Nirmala UI"/>
        </w:rPr>
        <w:t>ਅਤੇ ਉਹ ਡਰ ਗਿਆ ਅਤੇ ਕਹਿਣ ਲੱਗਾ, ਇਹ ਥਾਂ ਕਿੰਨੀ ਭਿਆਨਕ ਹੈ! ਇਹ ਹੋਰ ਕੁਝ ਨਹੀਂ, ਸਿਵਾਇ ਪਰਮੇਸ਼ੁਰ ਦੇ ਘਰ ਦੇ; ਅਤੇ ਇਹ ਤਾਂ ਸੁਰਗ ਦਾ ਫਾਟਕ ਹੈ। ਅਤੇ ਯਾਕੂਬ ਸਵੇਰ ਸਵੇਰੇ ਉੱਠਿਆ, ਅਤੇ ਉਹ ਪੱਥਰ ਲਿਆ ਜੋ ਉਸ ਨੇ ਆਪਣੇ ਸਿਰਹਾਣੇ ਲਈ ਰੱਖਿਆ ਸੀ, ਅਤੇ ਉਸ ਨੂੰ ਖੰਭੇ ਵਾਂਗ ਖੜਾ ਕੀਤਾ, ਅਤੇ ਉਸ ਦੇ ਸਿਰ ਉੱਤੇ ਤੇਲ ਉੰਡੇਲ ਦਿੱਤਾ। ਅਤੇ ਉਸ ਨੇ ਉਸ ਥਾਂ ਦਾ ਨਾਮ ਬੇਥੇਲ ਰੱਖਿਆ; ਪਰ ਪਹਿਲਾਂ ਉਸ ਸ਼ਹਿਰ ਦਾ ਨਾਮ ਲੂਜ਼ ਸੀ। ਉਤਪੱਤੀ 28:17–19।</w:t>
      </w:r>
    </w:p>
    <w:p>
      <w:pPr>
        <w:pStyle w:val="ArticleBody"/>
        <w:jc w:val="left"/>
      </w:pPr>
      <w:r>
        <w:rPr>
          <w:rFonts w:ascii="Nirmala UI" w:hAnsi="Nirmala UI" w:eastAsia="Nirmala UI" w:cs="Nirmala UI"/>
        </w:rPr>
        <w:t>ਸ਼ਬਦ “Bethel” ਦਾ ਅਰਥ ਪਰਮੇਸ਼ੁਰ ਦਾ ਘਰ ਹੈ, ਅਤੇ ਸੂਰ ਇਹ ਦੇਖ ਕੇ ਆਨੰਦਿਤ ਹੁੰਦਾ ਹੈ ਕਿ ਉਸ ਨੇ ਲਾਓਦੀਕੀਆ ਦੀ ਸੱਤਵੇਂ-ਦਿਨ ਦੀ ਐਡਵੈਂਟਿਸਟ ਕਲੀਸਿਆ ਨੂੰ ਸੂਰਜ ਦੀ ਉਪਾਸਨਾ ਦੇ ਲਾਗੂ ਕੀਤੇ ਜਾਣ ਨੂੰ ਸਵੀਕਾਰ ਕਰਨ ਲਈ ਮਜਬੂਰ ਕਰ ਦਿੱਤਾ ਹੈ। ਪਰ ਸੂਰਜ ਦੀ ਉਪਾਸਨਾ ਨੂੰ ਲਾਗੂ ਕਰਨ ਵਾਲਿਆਂ ਦੇ ਭਟਕੇ ਹੋਏ ਜਸ਼ਨ ਦੇ ਬਾਵਜੂਦ, ਪਰਮੇਸ਼ੁਰ ਹਿਜ਼ਕੀਏਲ ਰਾਹੀਂ ਘੋਸ਼ਣਾ ਕਰਦਾ ਹੈ ਕਿ, “ਹੇ ਸੂਰ, ਮੈਂ ਤੇਰੇ ਵਿਰੁੱਧ ਹਾਂ, ਅਤੇ ਮੈਂ ਬਹੁਤੀਆਂ ਜਾਤੀਆਂ ਨੂੰ ਤੇਰੇ ਵਿਰੁੱਧ ਚੜ੍ਹਾਈ ਕਰਨ ਲਈ ਲਿਆਵਾਂਗਾ, ਜਿਵੇਂ ਸਮੁੰਦਰ ਆਪਣੀਆਂ ਲਹਿਰਾਂ ਨੂੰ ਚੜ੍ਹਾਉਂਦਾ ਹੈ। ਅਤੇ ਉਹ ਸੂਰ ਦੀਆਂ ਦੀਵਾਰਾਂ ਨੂੰ ਨਸ਼ਟ ਕਰਨਗੇ, ਅਤੇ ਉਸ ਦੇ ਬੁਰਜਾਂ ਨੂੰ ਢਾਹ ਦੇਣਗੇ।”</w:t>
      </w:r>
    </w:p>
    <w:p>
      <w:pPr>
        <w:pStyle w:val="ArticleBody"/>
        <w:jc w:val="left"/>
      </w:pPr>
      <w:r>
        <w:rPr>
          <w:rFonts w:ascii="Nirmala UI" w:hAnsi="Nirmala UI" w:eastAsia="Nirmala UI" w:cs="Nirmala UI"/>
        </w:rPr>
        <w:t>“ਟਾਇਰਸ ਦੀਆਂ ਕੰਧਾਂ” ਟਾਇਰਸ ਦੀ ਰੱਖਿਆ ਨੂੰ ਦਰਸਾਉਂਦੀਆਂ ਹਨ। “ਕੰਧ” ਦਸ ਹੁਕਮਾਂ ਦਾ ਪ੍ਰਤੀਕ ਹੈ।</w:t>
      </w:r>
    </w:p>
    <w:p>
      <w:pPr>
        <w:pStyle w:val="ArticleScripture"/>
        <w:jc w:val="left"/>
      </w:pPr>
      <w:r>
        <w:rPr>
          <w:rFonts w:ascii="Nirmala UI" w:hAnsi="Nirmala UI" w:eastAsia="Nirmala UI" w:cs="Nirmala UI"/>
        </w:rPr>
        <w:t>“ਇੱਥੇ ਨਬੀ ਇਕ ਅਜੇਹੇ ਲੋਕਾਂ ਦਾ ਵਰਣਨ ਕਰਦਾ ਹੈ ਜੋ ਸੱਚਾਈ ਅਤੇ ਧਾਰਮਿਕਤਾ ਤੋਂ ਆਮ ਰੂਪ ਵਿੱਚ ਹੋ ਰਹੇ ਭਟਕਾਅ ਦੇ ਸਮੇਂ ਵਿੱਚ ਉਹਨਾਂ ਸਿਧਾਂਤਾਂ ਨੂੰ ਮੁੜ ਸਥਾਪਿਤ ਕਰਨ ਦੀ ਕੋਸ਼ਿਸ਼ ਕਰ ਰਹੇ ਹਨ ਜੋ ਪਰਮੇਸ਼ੁਰ ਦੇ ਰਾਜ ਦੀ ਨੀਂਹ ਹਨ। ਉਹ ਉਸ ਟੁੱਟ ਨੂੰ ਮਰੰਮਤ ਕਰਨ ਵਾਲੇ ਹਨ ਜੋ ਪਰਮੇਸ਼ੁਰ ਦੀ ਬਿਵਸਥਾ ਵਿੱਚ ਪੈਦਾ ਕੀਤੀ ਗਈ ਹੈ—ਉਹ ਕੰਧ ਜੋ ਉਸ ਨੇ ਆਪਣੇ ਚੁਣੇ ਹੋਇਆਂ ਦੀ ਰੱਖਿਆ ਲਈ ਉਹਨਾਂ ਦੇ ਚਾਰੇ ਪਾਸੇ ਰੱਖੀ ਹੈ, ਅਤੇ ਜਿਸ ਦੇ ਨਿਆਂ, ਸੱਚਾਈ, ਅਤੇ ਪਵਿਤ੍ਰਤਾ ਦੇ ਉਪਦੇਸ਼ਾਂ ਦੀ ਆਗਿਆਕਾਰਤਾ ਹੀ ਉਹਨਾਂ ਦੀ ਸਦੀਵੀ ਸੁਰੱਖਿਆ ਹੋਣੀ ਹੈ।” Prophets and Kings, 677.</w:t>
      </w:r>
    </w:p>
    <w:p>
      <w:pPr>
        <w:pStyle w:val="ArticleBody"/>
        <w:jc w:val="left"/>
      </w:pPr>
      <w:r>
        <w:rPr>
          <w:rFonts w:ascii="Nirmala UI" w:hAnsi="Nirmala UI" w:eastAsia="Nirmala UI" w:cs="Nirmala UI"/>
        </w:rPr>
        <w:t>ਪਰਮੇਸ਼ੁਰ ਦੀ ਵਿਵਸਥਾ ਰੱਖਿਆ ਦੀ ਇੱਕ ਕੰਧ ਹੈ, ਪਰ “ਕੰਧਾਂ” ਬਹੁਵਚਨ ਵਿੱਚ ਉਹ ਦੋ ਸਿਧਾਂਤ ਦਰਸਾਉਂਦੀਆਂ ਹਨ ਜਿਨ੍ਹਾਂ ਨੇ ਸੰਯੁਕਤ ਰਾਜ ਅਮਰੀਕਾ ਦੇ ਰਿਪਬਲਿਕਨ ਸਿੰਗ ਦੇ ਪ੍ਰਤੀਕ ਤੂਰਸ ਦੀ ‘ਰੱਖਿਆ’ ਕੀਤੀ ਅਤੇ ਉਸ ਦੀ ਸਮੱਧਤਾ ਅਤੇ ਸਫਲਤਾ ਪੈਦਾ ਕੀਤੀ।</w:t>
      </w:r>
    </w:p>
    <w:p>
      <w:pPr>
        <w:pStyle w:val="ArticleScripture"/>
        <w:jc w:val="left"/>
      </w:pPr>
      <w:r>
        <w:rPr>
          <w:rFonts w:ascii="Nirmala UI" w:hAnsi="Nirmala UI" w:eastAsia="Nirmala UI" w:cs="Nirmala UI"/>
        </w:rPr>
        <w:t>“‘ਅਤੇ ਉਸ ਦੇ ਦੋ ਸਿੰਗ ਮੇਮਨੇ ਵਰਗੇ ਸਨ।’ ਮੇਮਨੇ ਵਰਗੇ ਸਿੰਗ ਜਵਾਨੀ, ਨਿਰਦੋਸ਼ਤਾ ਅਤੇ ਕੋਮਲਤਾ ਦਾ ਸੰਕੇਤ ਦਿੰਦੇ ਹਨ, ਅਤੇ ਇਹ 1798 ਵਿੱਚ ਨਬੀ ਅੱਗੇ ‘ਉੱਪਰ ਆਉਂਦੇ’ ਹੋਏ ਸੰਯੁਕਤ ਰਾਜ ਦੇ ਸੁਭਾਉ ਦੀ ਯਥਾਰਥ ਨੁਮਾਇੰਦਗੀ ਕਰਦੇ ਹਨ। ਉਹਨਾਂ ਮਸੀਹੀ ਜਲਾਵਤਨਾਂ ਵਿੱਚੋਂ ਜੋ ਸਭ ਤੋਂ ਪਹਿਲਾਂ ਅਮਰੀਕਾ ਵੱਲ ਭੱਜੇ ਅਤੇ ਰਾਜਸੀ ਜ਼ੁਲਮ ਤੇ ਯਾਜਕੀ ਅਸਹਿਨਸ਼ੀਲਤਾ ਤੋਂ ਸ਼ਰਨ ਲੱਭਣ ਲੱਗੇ, ਬਹੁਤ ਸਾਰੇ ਅਜੇਹੇ ਸਨ ਜਿਨ੍ਹਾਂ ਨੇ ਨਾਗਰਿਕ ਅਤੇ ਧਾਰਮਿਕ ਆਜ਼ਾਦੀ ਦੀ ਵਿਸ਼ਾਲ ਨੀਂਹ ਉੱਤੇ ਇੱਕ ਸਰਕਾਰ ਕਾਇਮ ਕਰਨ ਦਾ ਨਿਸ਼ਚਯ ਕੀਤਾ। ਉਹਨਾਂ ਦੇ ਵਿਚਾਰਾਂ ਨੂੰ ਆਜ਼ਾਦੀ ਦੀ ਘੋਸ਼ਣਾ-ਪੱਤਰ ਵਿੱਚ ਥਾਂ ਮਿਲੀ, ਜੋ ਇਸ ਮਹਾਨ ਸੱਚਾਈ ਨੂੰ ਪ੍ਰਗਟ ਕਰਦੀ ਹੈ ਕਿ ‘ਸਾਰੇ ਮਨੁੱਖ ਬਰਾਬਰ ਬਣਾਏ ਗਏ ਹਨ’ ਅਤੇ ਉਨ੍ਹਾਂ ਨੂੰ ‘ਜੀਵਨ, ਆਜ਼ਾਦੀ, ਅਤੇ ਸੁਖ ਦੀ ਖੋਜ’ ਦਾ ਅਹਰਣਯੋਗ ਅਧਿਕਾਰ ਪ੍ਰਦਾਨ ਕੀਤਾ ਗਿਆ ਹੈ। ਅਤੇ ਸੰਵਿਧਾਨ ਲੋਕਾਂ ਨੂੰ ਸਵੈ-ਸ਼ਾਸਨ ਦਾ ਅਧਿਕਾਰ ਸੁਨਿਸ਼ਚਿਤ ਕਰਦਾ ਹੈ, ਇਹ ਪ੍ਰਬੰਧ ਕਰਦਾ ਹੋਇਆ ਕਿ ਲੋਕਮਤ ਨਾਲ ਚੁਣੇ ਗਏ ਪ੍ਰਤਿਨਿਧੀ ਕਾਨੂੰਨ ਬਣਾਉਣ ਅਤੇ ਉਨ੍ਹਾਂ ਦਾ ਪ੍ਰਸ਼ਾਸਨ ਕਰਨ। ਧਾਰਮਿਕ ਵਿਸ਼ਵਾਸ ਦੀ ਆਜ਼ਾਦੀ ਵੀ ਪ੍ਰਦਾਨ ਕੀਤੀ ਗਈ, ਹਰ ਮਨੁੱਖ ਨੂੰ ਆਪਣੇ ਵਿਵੇਕ ਦੀ ਆਗਿਆ ਅਨੁਸਾਰ ਪਰਮੇਸ਼ੁਰ ਦੀ ਉਪਾਸਨਾ ਕਰਨ ਦੀ ਇਜਾਜ਼ਤ ਦਿੱਤੀ ਗਈ। ਗਣਤੰਤਰਵਾਦ ਅਤੇ ਪ੍ਰੋਟੈਸਟੈਂਟਵਾਦ ਰਾਸ਼ਟਰ ਦੇ ਮੂਲ ਸਿਧਾਂਤ ਬਣ ਗਏ। ਇਹ ਸਿਧਾਂਤ ਹੀ ਇਸ ਦੀ ਸ਼ਕਤੀ ਅਤੇ ਸਮ੍ਰਿੱਧੀ ਦਾ ਭੇਦ ਹਨ। ਸਾਰੇ ਮਸੀਹੀ ਸੰਸਾਰ ਵਿੱਚ ਪੀੜਿਤ ਅਤੇ ਕੁਚਲੇ ਹੋਏ ਲੋਕਾਂ ਨੇ ਰੁਚੀ ਅਤੇ ਆਸ ਨਾਲ ਇਸ ਦੇਸ਼ ਵੱਲ ਰੁੱਖ ਕੀਤਾ ਹੈ। ਲੱਖਾਂ ਲੋਕ ਇਸ ਦੇ ਕੰਢਿਆਂ ਵੱਲ ਆਏ ਹਨ, ਅਤੇ ਸੰਯੁਕਤ ਰਾਜ ਧਰਤੀ ਦੇ ਸਭ ਤੋਂ ਸ਼ਕਤੀਸ਼ਾਲੀ ਰਾਸ਼ਟਰਾਂ ਵਿੱਚ ਇੱਕ ਸਥਾਨ ਤੱਕ ਉੱਠ ਆਇਆ ਹੈ। …”</w:t>
      </w:r>
    </w:p>
    <w:p>
      <w:pPr>
        <w:pStyle w:val="ArticleScripture"/>
        <w:jc w:val="left"/>
      </w:pPr>
      <w:r>
        <w:rPr>
          <w:rFonts w:ascii="Nirmala UI" w:hAnsi="Nirmala UI" w:eastAsia="Nirmala UI" w:cs="Nirmala UI"/>
        </w:rPr>
        <w:t>ਪ੍ਰਤੀਕ ਦੇ ਮੇਮਣੇ-ਸਮਾਨ ਸਿੰਗ ਅਤੇ ਅਜਗਰ-ਸਮਾਨ ਬੋਲੀ ਉਸ ਰਾਸ਼ਟਰ ਦੇ ਦਾਅਵਿਆਂ ਅਤੇ ਉਸ ਦੇ ਅਮਲ ਵਿਚਕਾਰ ਇਕ ਗੰਭੀਰ ਵਿਰੋਧ ਵੱਲ ਸੰਕੇਤ ਕਰਦੇ ਹਨ, ਜਿਸ ਦੀ ਇਸ ਪ੍ਰਤੀਕ ਦੁਆਰਾ ਨੁਮਾਇੰਦਗੀ ਕੀਤੀ ਗਈ ਹੈ। ਰਾਸ਼ਟਰ ਦਾ “ਬੋਲਣਾ” ਉਸ ਦੇ ਵਿਧਾਨਿਕ ਅਤੇ ਨਿਆਂਕ ਅਧਿਕਾਰੀਆਂ ਦੀ ਕਾਰਵਾਈ ਹੈ। ਅਜਿਹੀ ਕਾਰਵਾਈ ਦੁਆਰਾ ਉਹ ਉਹਨਾਂ ਉਦਾਰ ਅਤੇ ਸ਼ਾਂਤਮਈ ਸਿਧਾਂਤਾਂ ਨੂੰ ਝੂਠਾ ਸਾਬਤ ਕਰੇਗਾ ਜਿਨ੍ਹਾਂ ਨੂੰ ਉਸ ਨੇ ਆਪਣੀ ਨੀਤੀ ਦੀ ਨੇਵ ਵਜੋਂ ਪ੍ਰਗਟ ਕੀਤਾ ਹੈ। ਇਹ ਭਵਿੱਖਬਾਣੀ ਕਿ ਉਹ “ਅਜਗਰ ਵਾਂਗ” ਬੋਲੇਗਾ ਅਤੇ “ਪਹਿਲੇ ਪਸ਼ੂ ਦੀ ਸਾਰੀ ਸ਼ਕਤੀ” ਵਰਤੇਗਾ, ਸਪਸ਼ਟ ਤੌਰ ਤੇ ਉਸ ਅਸਹਿਨਸ਼ੀਲਤਾ ਅਤੇ ਪੀੜਾ-ਪਹੁੰਚਾਉਣ ਵਾਲੇ ਆਤਮਾ ਦੇ ਵਿਕਾਸ ਦੀ ਪੇਸ਼ਗੋਈ ਕਰਦੀ ਹੈ ਜੋ ਅਜਗਰ ਅਤੇ ਚੀਤੇ-ਸਮਾਨ ਪਸ਼ੂ ਦੁਆਰਾ ਪ੍ਰਤੀਨਿਧਤ ਰਾਸ਼ਟਰਾਂ ਵਿੱਚ ਪ੍ਰਗਟ ਹੋਇਆ ਸੀ। ਅਤੇ ਇਹ ਕਥਨ ਕਿ ਦੋ ਸਿੰਗਾਂ ਵਾਲਾ ਪਸ਼ੂ “ਧਰਤੀ ਅਤੇ ਉਸ ਵਿੱਚ ਵੱਸਣ ਵਾਲਿਆਂ ਨੂੰ ਪਹਿਲੇ ਪਸ਼ੂ ਦੀ ਉਪਾਸਨਾ ਕਰਾਉਂਦਾ ਹੈ” ਇਹ ਦਰਸਾਉਂਦਾ ਹੈ ਕਿ ਇਸ ਰਾਸ਼ਟਰ ਦਾ ਅਧਿਕਾਰ ਕਿਸੇ ਅਜਿਹੇ ਆਚਰਨ ਨੂੰ ਲਾਗੂ ਕਰਨ ਲਈ ਵਰਤਿਆ ਜਾਵੇਗਾ ਜੋ ਪਾਪਾਈ ਸੱਤਾ ਪ੍ਰਤੀ ਨਮਸਕਾਰ ਦਾ ਇਕ ਕਰਮ ਹੋਵੇਗਾ।</w:t>
      </w:r>
    </w:p>
    <w:p>
      <w:pPr>
        <w:pStyle w:val="ArticleScripture"/>
        <w:jc w:val="left"/>
      </w:pPr>
      <w:r>
        <w:rPr>
          <w:rFonts w:ascii="Nirmala UI" w:hAnsi="Nirmala UI" w:eastAsia="Nirmala UI" w:cs="Nirmala UI"/>
        </w:rPr>
        <w:t>“ਅਜਿਹਾ ਕਦਮ ਇਸ ਸਰਕਾਰ ਦੇ ਸਿਧਾਂਤਾਂ ਦੇ ਸਿੱਧੇ ਵਿਰੁੱਧ ਹੋਵੇਗਾ, ਇਸ ਦੀਆਂ ਸੁਤੰਤਰ ਸੰਸਥਾਵਾਂ ਦੀ ਮੂਲ ਆਤਮਾ ਦੇ ਵਿਰੁੱਧ, ਆਜ਼ਾਦੀ ਦੇ ਘੋਸ਼ਣਾ-ਪੱਤਰ ਦੀਆਂ ਸਪਸ਼ਟ ਅਤੇ ਗੰਭੀਰ ਘੋਸ਼ਣਾਵਾਂ ਦੇ ਵਿਰੁੱਧ, ਅਤੇ ਸੰਵਿਧਾਨ ਦੇ ਵੀ ਵਿਰੁੱਧ। ਰਾਸ਼ਟਰ ਦੇ ਸੰਸਥਾਪਕਾਂ ਨੇ ਬੁੱਧਿਮਾਨੀ ਨਾਲ ਇਹ ਯਤਨ ਕੀਤਾ ਕਿ ਕਲੀਸੀਆ ਵੱਲੋਂ ਲੌਕਿਕ ਸ਼ਕਤੀ ਦੇ ਪ੍ਰਯੋਗ ਤੋਂ ਬਚਾਵ ਕੀਤਾ ਜਾਵੇ, ਜਿਸ ਦਾ ਅਟੱਲ ਨਤੀਜਾ—ਅਸਹਿਣਸ਼ੀਲਤਾ ਅਤੇ ਉਤਪੀੜਨ—ਹੈ। ਸੰਵਿਧਾਨ ਇਹ ਪ੍ਰਬੰਧ ਕਰਦਾ ਹੈ ਕਿ ‘ਕਾਂਗਰਸ ਧਰਮ ਦੀ ਸਥਾਪਨਾ ਸੰਬੰਧੀ ਕੋਈ ਕਾਨੂੰਨ ਨਹੀਂ ਬਣਾਵੇਗੀ, ਨਾ ਹੀ ਉਸ ਦੇ ਸੁਤੰਤਰ ਅਭਿਆਸ ਨੂੰ ਮਨਾਹੀ ਕਰੇਗੀ,’ ਅਤੇ ਇਹ ਵੀ ਕਿ ‘ਸੰਯੁਕਤ ਰਾਜ ਦੇ ਅਧੀਨ ਕਿਸੇ ਵੀ ਅਹੁਦੇ ਜਾਂ ਜਨਤਕ ਭਰੋਸੇ ਲਈ ਯੋਗਤਾ ਵਜੋਂ ਕਦੇ ਵੀ ਕਿਸੇ ਧਾਰਮਿਕ ਪਰਖ ਦੀ ਮੰਗ ਨਹੀਂ ਕੀਤੀ ਜਾਵੇਗੀ।’ ਕੇਵਲ ਰਾਸ਼ਟਰ ਦੀ ਆਜ਼ਾਦੀ ਲਈ ਇਨ੍ਹਾਂ ਸੁਰੱਖਿਆ-ਬੰਦੋਬਸਤਾਂ ਦੀ ਖੁੱਲ੍ਹੀ ਉਲੰਘਣਾ ਕਰਕੇ ਹੀ ਕਿਸੇ ਵੀ ਧਾਰਮਿਕ ਪਾਲਣਾ ਨੂੰ ਨਾਗਰਿਕ ਅਧਿਕਾਰ ਰਾਹੀਂ ਲਾਗੂ ਕੀਤਾ ਜਾ ਸਕਦਾ ਹੈ। ਪਰ ਐਸੀ ਕਾਰਵਾਈ ਦੀ ਅਸੰਗਤਤਾ ਉਸ ਤੋਂ ਵੱਧ ਨਹੀਂ ਜਿੰਨੀ ਇਸ ਪ੍ਰਤੀਕ ਵਿੱਚ ਦਰਸਾਈ ਗਈ ਹੈ। ਇਹ ਉਹੀ ਦਰਿੰਦਾ ਹੈ ਜਿਸ ਦੇ ਸਿੰਗ ਮੇਮਨੇ ਵਰਗੇ ਹਨ—ਦਾਅਵੇ ਵਿੱਚ ਪਵਿੱਤਰ, ਕੋਮਲ ਅਤੇ ਅਹਿੰਸਕ—ਪਰ ਜੋ ਅਜਗਰ ਵਾਂਗ ਬੋਲਦਾ ਹੈ।” The Great Controversy, 441, 442.</w:t>
      </w:r>
    </w:p>
    <w:p>
      <w:pPr>
        <w:pStyle w:val="ArticleBody"/>
        <w:jc w:val="left"/>
      </w:pPr>
      <w:r>
        <w:rPr>
          <w:rFonts w:ascii="Nirmala UI" w:hAnsi="Nirmala UI" w:eastAsia="Nirmala UI" w:cs="Nirmala UI"/>
        </w:rPr>
        <w:t>ਸੰਯੁਕਤ ਰਾਜ ਅਮਰੀਕਾ ਦੀ ਬੁਨਿਆਦ ਆਜ਼ਾਦੀ ਦੀ ਘੋਸ਼ਣਾ ਅਤੇ ਸੰਵਿਧਾਨ ਦੁਆਰਾ ਪ੍ਰਤੀਕਿਤ ਕੀਤੀ ਗਈ ਹੈ, ਜੋ ਕ੍ਰਮਵਾਰ ਪ੍ਰੋਟੈਸਟੈਂਟਵਾਦ ਅਤੇ ਗਣਤੰਤਰਵਾਦ ਦਾ ਪ੍ਰਤੀਨਿਧਿਤਵ ਕਰਦੇ ਹਨ। ਸੁਰੱਖਿਆ ਅਤੇ ਸਮ੍ਰਿੱਧੀ ਦੀਆਂ “ਦੀਵਾਰਾਂ” ਗਣਤੰਤਰਵਾਦ ਅਤੇ ਪ੍ਰੋਟੈਸਟੈਂਟਵਾਦ ਹਨ, ਅਤੇ ਐਤਵਾਰ ਦੇ ਕਾਨੂੰਨ ਦੇ ਸਮੇਂ ਆਜ਼ਾਦੀ ਦੀ ਘੋਸ਼ਣਾ ਅਤੇ ਸੰਵਿਧਾਨ ਦੋਹਾਂ ਦੇ ਸਿਧਾਂਤ ਉਲਟੇ ਜਾਂਦੇ ਹਨ, ਕਿਉਂਕਿ ਨਬੂਕਦਨੱਸਰ “ਤੇਰੀਆਂ ਦੀਵਾਰਾਂ ਦੇ ਵਿਰੁੱਧ ਯੁੱਧ ਦੇ ਯੰਤਰ ਖੜੇ ਕਰੇਗਾ, ਅਤੇ ਆਪਣੀਆਂ ਕੁਹਾੜੀਆਂ ਨਾਲ ਉਹ ਤੇਰੇ ਬੁਰਜ ਢਾਹ ਦੇਵੇਗਾ।”</w:t>
      </w:r>
    </w:p>
    <w:p>
      <w:pPr>
        <w:pStyle w:val="ArticleBody"/>
        <w:jc w:val="left"/>
      </w:pPr>
      <w:r>
        <w:rPr>
          <w:rFonts w:ascii="Nirmala UI" w:hAnsi="Nirmala UI" w:eastAsia="Nirmala UI" w:cs="Nirmala UI"/>
        </w:rPr>
        <w:t>ਐਤਵਾਰ ਦੇ ਕਾਨੂੰਨ ਦੇ ਵੇਲੇ ਸਾਰੇ “ਮਿਨਾਰੇ” ਢਾਹ ਦਿੱਤੇ ਜਾਂਦੇ ਹਨ, ਅਤੇ ਮਿਨਾਰਾ ਉਸ ਕਲੀਸਿਆ ਦਾ ਪ੍ਰਤੀਕ ਹੈ ਜਿਸ ਦੀ ਮੂਲ ਦਰਸ਼ਨਿਕ ਬੁਨਿਆਦ ਮਨੁੱਖ ਦੇ ਆਪਣੇ ਆਪ ਨੂੰ ਬਚਾਉਣ ਦੇ ਯਤਨ ਨਾਲ ਦਰਸਾਈ ਜਾਂਦੀ ਹੈ। ਨਿਮਰੋਦ, ਉਸ ਮਹਾਨ ਬਾਗੀ, ਅਤੇ ਉਸ ਦੇ ਮਿਨਾਰੇ ਬਾਰੇ ਸਾਨੂੰ *Prophets and Kings* ਵਿੱਚ ਇਹ ਦੱਸਿਆ ਗਿਆ ਹੈ: “ਜਦੋਂ ਮਿਨਾਰਾ ਅੰਸ਼ਿਕ ਰੂਪ ਵਿੱਚ ਪੂਰਾ ਹੋ ਗਿਆ ਸੀ, ਤਾਂ ਉਸ ਦਾ ਇੱਕ ਹਿੱਸਾ ਨਿਰਮਾਤਿਆਂ ਦੇ ਨਿਵਾਸ-ਸਥਾਨ ਵਜੋਂ ਵਰਤਿਆ ਜਾਂਦਾ ਸੀ; ਹੋਰ ਕਮਰੇ, ਸ਼ਾਨਦਾਰ ਢੰਗ ਨਾਲ ਸਜੇ-ਸਵਾਰੇ ਅਤੇ ਅਲੰਕ੍ਰਿਤ, ਉਨ੍ਹਾਂ ਦੇ ਮੂਰਤੀਆਂ ਲਈ ਸਮਰਪਿਤ ਕੀਤੇ ਗਏ ਸਨ। ਲੋਕ ਆਪਣੀ ਸਫਲਤਾ ਉੱਤੇ ਅਨੰਦਿਤ ਹੋਏ, ਅਤੇ ਚਾਂਦੀ ਅਤੇ ਸੋਨੇ ਦੇ ਦੇਵਤਿਆਂ ਦੀ ਸਤਿਕਾਰ ਕੀਤੀ, ਅਤੇ ਆਪਣੇ ਆਪ ਨੂੰ ਆਕਾਸ਼ ਅਤੇ ਧਰਤੀ ਦੇ ਸ਼ਾਸਕ ਦੇ ਵਿਰੁੱਧ ਖੜ੍ਹਾ ਕਰ ਲਿਆ।” ਐਤਵਾਰ ਦੇ ਕਾਨੂੰਨ ਦੇ ਵੇਲੇ ਸੂਰ ਇਸ ਗੱਲ ਉੱਤੇ ਅਨੰਦ ਕਰਦਾ ਹੈ ਕਿ ਯਰੂਸ਼ਲਮ ਢਾਹ ਦਿੱਤਾ ਗਿਆ ਹੈ, ਪਰ ਰਾਸ਼ਟਰੀ ਧਰਮ-ਤਿਆਗ ਦੇ ਪਿੱਛੋਂ ਰਾਸ਼ਟਰੀ ਨਾਸ ਆਉਂਦਾ ਹੈ, ਅਤੇ ਫਿਰ ਉੱਤਰ ਦਾ ਰਾਜਾ ਸੰਯੁਕਤ ਰਾਜ ਅਮਰੀਕਾ ਦੀਆਂ ਕੰਧਾਂ ਅਤੇ ਮਿਨਾਰਿਆਂ ਨੂੰ ਢਾਹ ਦੇਵੇਗਾ।</w:t>
      </w:r>
    </w:p>
    <w:p>
      <w:pPr>
        <w:pStyle w:val="ArticleBody"/>
        <w:jc w:val="left"/>
      </w:pPr>
      <w:r>
        <w:rPr>
          <w:rFonts w:ascii="Nirmala UI" w:hAnsi="Nirmala UI" w:eastAsia="Nirmala UI" w:cs="Nirmala UI"/>
        </w:rPr>
        <w:t>ਅਸੀਂ ਅਗਲੇ ਲੇਖ ਵਿੱਚ ਯਹਿਜ਼ਕੀਏਲ ਵਿੱਚ ਯਰੂਸ਼ਲਮ ਦੀਆਂ ਛੇ ਤਾਰੀਖਾਂ ਨੂੰ ਵਿਚਾਰ ਲਈ ਲੈਣਾ ਸ਼ੁਰੂ ਕਰਾਂਗੇ।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ਚਾਲੀਵੀਂ ਆਇਤ ਦਾ ਲੁਕਿਆ ਹੋਇਆ ਇਤਿਹਾਸ - ਗਿਣਤੀ ਸਤਾਈਂ</dc:title>
  <dc:subject>ਹਿਜ਼ਕੀਏਲ ਅੰਕ ਅੱਠ</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