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ਚਾਲੀਵੇਂ ਪਦ ਦਾ ਲੁਕਿਆ ਹੋਇਆ ਇਤਿਹਾਸ - ਬੱਤੀਵਾਂ ਨੰਬਰ</w:t>
      </w:r>
    </w:p>
    <w:p>
      <w:pPr>
        <w:pStyle w:val="ArticleSubtitle"/>
        <w:jc w:val="left"/>
      </w:pPr>
      <w:r>
        <w:rPr>
          <w:rFonts w:ascii="Nirmala UI" w:hAnsi="Nirmala UI" w:eastAsia="Nirmala UI" w:cs="Nirmala UI"/>
        </w:rPr>
        <w:t>ਹਿਜ਼ਕੀਏਲ ਅਧਿਆਇ ਤੇਰਵਾਂ</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2026-10-02</w:t>
      </w:r>
    </w:p>
    <w:p>
      <w:pPr>
        <w:pStyle w:val="ArticleBody"/>
        <w:jc w:val="left"/>
      </w:pPr>
      <w:r>
        <w:rPr>
          <w:rFonts w:ascii="Nirmala UI" w:hAnsi="Nirmala UI" w:eastAsia="Nirmala UI" w:cs="Nirmala UI"/>
        </w:rPr>
        <w:t>ਹਿਜ਼ਕੀਏਲ ਦੀ ਪੁਸਤਕ ਵਿੱਚ ਚੇਤਾਵਨੀ ਦਾ ਸੰਦੇਸ਼ “ਘੇਰੇ ਦਾ ਨਿਸ਼ਾਨ” ਹੈ। ਜਦੋਂ ਘੇਰਾ ਸ਼ੁਰੂ ਹੋਇਆ, ਤਦ ਹਿਜ਼ਕੀਏਲ ਦੀ ਪਤਨੀ ਮਰ ਗਈ, ਅਤੇ ਹਿਜ਼ਕੀਏਲ ਨੂੰ ਹੁਕਮ ਦਿੱਤਾ ਗਿਆ ਕਿ ਉਹ ਉਸ ਦੀ ਮੌਤ ਉੱਤੇ ਸੋਗ ਨਾ ਮਨਾਵੇ। ਉਸ ਦੀ ਮੌਤ, ਅਤੇ ਉਸ ਦੀ ਮੌਤ ਉੱਤੇ ਉਸ ਵੱਲੋਂ ਸੋਗ ਨਾ ਮਨਾਉਣਾ, ਯਰੂਸ਼ਲਮ ਦੇ ਘੇਰੇ ਅਤੇ ਉਸ ਦੇ ਨੇੜੇ ਆ ਰਹੇ ਨਾਸ ਦਾ ਪ੍ਰਤੀਕ ਸੀ। ਉਸ ਦੇ ਕਰਮ ਅਤੇ ਉਸ ਦੀ ਮੌਤ ਇੱਕ ਚੇਤਾਵਨੀਕਾਰੀ ਨਿਸ਼ਾਨ ਨੂੰ ਦਰਸਾਉਂਦੇ ਹਨ, ਜੋ ਯਿਸੂ ਵੱਲੋਂ ਰੱਖੇ ਗਏ ਭਵਿੱਖ ਦੇ ਇਕ ਚੇਤਾਵਨੀਕਾਰੀ ਨਿਸ਼ਾਨ ਦਾ ਪ੍ਰਤੀਰੂਪ ਹੈ, ਅਰਥਾਤ “ਉਜਾੜ ਦੀ ਘਿਨਾਉਣੀ ਵਸਤੂ।”</w:t>
      </w:r>
    </w:p>
    <w:p>
      <w:pPr>
        <w:pStyle w:val="ArticleScripture"/>
        <w:jc w:val="left"/>
      </w:pPr>
      <w:r>
        <w:rPr>
          <w:rFonts w:ascii="Nirmala UI" w:hAnsi="Nirmala UI" w:eastAsia="Nirmala UI" w:cs="Nirmala UI"/>
        </w:rPr>
        <w:t>ਇਸ ਲਈ ਜਦੋਂ ਤੁਸੀਂ ਉਹ ਉਜਾੜ ਪਾਉਣ ਵਾਲੀ ਘਿਣਾਉਣੀ ਵਸਤੂ, ਜਿਸ ਦੀ ਗੱਲ ਦਾਨੀਏਲ ਨਬੀ ਦੁਆਰਾ ਕਹੀ ਗਈ ਸੀ, ਪਵਿੱਤਰ ਸਥਾਨ ਵਿੱਚ ਖੜੀ ਹੋਈ ਵੇਖੋ, (ਜੋ ਪੜ੍ਹਦਾ ਹੈ, ਉਹ ਸਮਝੇ)। ਮੱਤੀ 24:15।</w:t>
      </w:r>
    </w:p>
    <w:p>
      <w:pPr>
        <w:pStyle w:val="ArticleBody"/>
        <w:jc w:val="left"/>
      </w:pPr>
      <w:r>
        <w:rPr>
          <w:rFonts w:ascii="Nirmala UI" w:hAnsi="Nirmala UI" w:eastAsia="Nirmala UI" w:cs="Nirmala UI"/>
        </w:rPr>
        <w:t>ਜਦੋਂ ਰੋਮੀ ਝੰਡੇ ਮੰਦਰ ਦੇ ਪ੍ਰਾਂਗਣਾਂ ਅੰਦਰ ਰੱਖੇ ਗਏ, ਤਾਂ ਯਰੂਸ਼ਲਮ ਦੇ ਮਸੀਹੀਆਂ ਨੂੰ ਸ਼ਹਿਰ ਤੋਂ ਭੱਜ ਜਾਣਾ ਸੀ। ਯਰੂਸ਼ਲਮ ਦੇ ਨਾਸ ਦੇ ਚਿੰਨ੍ਹ ਦੇ ਦੋ ਗਵਾਹ ਘੇਰੇ ਤੋਂ ਪਹਿਲਾਂ ਹੀ ਉਸ ‘ਚਿੰਨ੍ਹ’ ਨੂੰ ਪਛਾਣਣ ਦੀ ਗੰਭੀਰਤਾ ਉੱਤੇ ਜ਼ੋਰ ਦਿੰਦੇ ਹਨ, ਅਤੇ ਪ੍ਰੇਰਿਤ ਲਿਖਤ ਅੱਗੇ ਇਹ ਵੀ ਦਰਸਾਉਂਦੀ ਹੈ ਕਿ ਉਹ ਦੋ ਗਵਾਹ ਆਪਣੀ “ਵੱਧ ਸਿੱਧੀ ਲਾਗੂਤਾ” ਅੰਤ ਦੇ ਦਿਨਾਂ ਵਿੱਚ ਪਾਉਂਦੇ ਹਨ। ਮਸੀਹ ਵੱਲੋਂ ਯਰੂਸ਼ਲਮ ਦੇ ਨਾਸ ਬਾਰੇ ਦਿੱਤੀ ਚੇਤਾਵਨੀ ਨੂੰ ਹਿਜ਼ਕੀਏਲ ਅਤੇ ਯੂਹੰਨਾ ਦੇ ਮੰਦਰ-ਦਰਸ਼ਨ ਨਾਲ ਜੋੜਦੇ ਹੋਏ, ਸਿਸਟਰ ਵ੍ਹਾਈਟ ਨੇ ਲਿਖਿਆ:</w:t>
      </w:r>
    </w:p>
    <w:p>
      <w:pPr>
        <w:pStyle w:val="ArticleScripture"/>
        <w:jc w:val="left"/>
      </w:pPr>
      <w:r>
        <w:rPr>
          <w:rFonts w:ascii="Nirmala UI" w:hAnsi="Nirmala UI" w:eastAsia="Nirmala UI" w:cs="Nirmala UI"/>
        </w:rPr>
        <w:t>“ਯਰੂਸ਼ਲਮ ਦੇ ਵਿਨਾਸ਼ ਵੇਲੇ ਭਾਵੇਂ ਇਨ੍ਹਾਂ ਭਵਿੱਖਬਾਣੀਆਂ ਦੀ ਅੰਸ਼ਿਕ ਪੂਰਤੀ ਹੋਈ ਸੀ, ਤਦ ਵੀ ਉਨ੍ਹਾਂ ਦਾ ਹੋਰ ਵਧੇਰੇ ਸਿੱਧਾ ਲਾਗੂ ਹੋਣਾ ਅੰਤਿਮ ਦਿਨਾਂ ਨਾਲ ਸੰਬੰਧਿਤ ਹੈ।</w:t>
      </w:r>
    </w:p>
    <w:p>
      <w:pPr>
        <w:pStyle w:val="ArticleScripture"/>
        <w:jc w:val="left"/>
      </w:pPr>
      <w:r>
        <w:rPr>
          <w:rFonts w:ascii="Nirmala UI" w:hAnsi="Nirmala UI" w:eastAsia="Nirmala UI" w:cs="Nirmala UI"/>
        </w:rPr>
        <w:t>“ਅਸੀਂ ਮਹਾਨ ਅਤੇ ਗੰਭੀਰ ਘਟਨਾਵਾਂ ਦੀ ਡੇਹਲੀਜ਼ ਉੱਤੇ ਖੜੇ ਹਾਂ। ਭਵਿੱਖਬਾਣੀ ਤੇਜ਼ੀ ਨਾਲ ਪੂਰੀ ਹੋ ਰਹੀ ਹੈ। ਪ੍ਰਭੂ ਬੂਹੇ ਉੱਤੇ ਹੈ। ਜਲਦੀ ਹੀ ਸਾਡੇ ਸਾਹਮਣੇ ਇੱਕ ਐਸਾ ਸਮਾਂ ਖੁਲ੍ਹਣ ਵਾਲਾ ਹੈ ਜੋ ਸਭ ਜੀਊਂਦੇ ਮਨੁੱਖਾਂ ਲਈ ਅਤਿਅਧਿਕ ਗੰਭੀਰ ਦਿਲਚਸਪੀ ਦਾ ਹੋਵੇਗਾ। ਭੂਤਕਾਲ ਦੀਆਂ ਵਿਵਾਦਪੂਰਨ ਘਟਨਾਵਾਂ ਨੂੰ ਮੁੜ ਜਗਾਇਆ ਜਾਵੇਗਾ; ਨਵੇਂ ਵਿਵਾਦ ਉੱਭਰਨਗੇ। ਜਿਹੜੇ ਦ੍ਰਿਸ਼ ਸਾਡੇ ਸੰਸਾਰ ਵਿੱਚ ਘਟਿਤ ਹੋਣੇ ਹਨ, ਉਹ ਅਜੇ ਤੱਕ ਸੁਪਨੇ ਵਿੱਚ ਵੀ ਨਹੀਂ ਸੋਚੇ ਗਏ।” Testimonies, volume 5, 753.</w:t>
      </w:r>
    </w:p>
    <w:p>
      <w:pPr>
        <w:pStyle w:val="ArticleBody"/>
        <w:jc w:val="left"/>
      </w:pPr>
      <w:r>
        <w:rPr>
          <w:rFonts w:ascii="Nirmala UI" w:hAnsi="Nirmala UI" w:eastAsia="Nirmala UI" w:cs="Nirmala UI"/>
        </w:rPr>
        <w:t>ਚੌਥੇ ਅਧਿਆਇ ਵਿੱਚ ਹਿਜ਼ਕੀਏਲ ਨੂੰ ਇੱਕ ਦ੍ਰਿਸ਼ਟਾਂਤ ਨੂੰ ਅਭਿਨੀਤ ਕਰਨ ਲਈ ਆਦੇਸ਼ ਦਿੱਤਾ ਗਿਆ ਸੀ, ਜੋ ‘ਘੇਰੇ ਦੇ ਚਿੰਨ੍ਹ’ ਉੱਤੇ ਜ਼ੋਰ ਦੇ ਰਿਹਾ ਸੀ। ਹਿਜ਼ਕੀਏਲ ਨੇ ਆਪਣੀ ਪੁਸਤਕ ਵਿੱਚ ਪੰਜ ਵਾਰ ਇੱਕ ਦ੍ਰਿਸ਼ਟਾਂਤ ਨੂੰ ਅਭਿਨੀਤ ਕੀਤਾ, ਜਿਸ ਨੂੰ ਉਸ ਦੇ ਭਰਾਵਾਂ ਨੇ ਦੇਖਣ ਤੋਂ ਇਨਕਾਰ ਕੀਤਾ। ਹਿਜ਼ਕੀਏਲ ਨੇ ਪੰਜ ਵਾਰ ਆਪਣੇ ਭਰਾਵਾਂ ਨਾਲ ਬੋਲਿਆ, ਅਤੇ ਉਨ੍ਹਾਂ ਨੇ ਸੁਣਨ ਤੋਂ ਇਨਕਾਰ ਕੀਤਾ। ਉਸ ਦੇ ਅਭਿਨੀਤ ਦ੍ਰਿਸ਼ਟਾਂਤ ਅਤੇ ਸੰਦੇਸ਼ ਮੂਰਖ ਕੁਆਰੀਆਂ ਦੀ ਇੱਕ ਪੰਜ-ਗੁਣੀ ਸ਼੍ਰੇਣੀ ਨੂੰ ਦਰਸਾਉਂਦੇ ਹਨ, ਜੋ ਉਸ ਦੇ ਦ੍ਰਿਸ਼ਟਾਂਤਾਂ ਅਤੇ ਬਚਨਾਂ ਨਾਲ ਸੰਬੰਧਿਤ ‘ਗਿਆਨ’ ਦੇ ਵਾਧੇ ਨੂੰ ਪ੍ਰਾਪਤ ਕਰਨ ਤੋਂ ਇਨਕਾਰ ਕਰਦੀਆਂ ਹਨ। ਉਹ ਬਚਨ ਅਤੇ ਦ੍ਰਿਸ਼ਟਾਂਤ ਯਰੂਸ਼ਲਮ ਦੇ ਨਾਸ ਨਾਲ ਸਿੱਧੇ ਤੌਰ ਉੱਤੇ ਸੰਬੰਧਿਤ ਸਨ, ਜਿਸ ਦਾ “ਆਖ਼ਰੀ ਦਿਨਾਂ ਨਾਲ ਹੋਰ ਵੀ ਸਿੱਧਾ ਲਾਗੂ ਹੋਣਾ” ਹੈ।</w:t>
      </w:r>
    </w:p>
    <w:p>
      <w:pPr>
        <w:pStyle w:val="ArticleScripture"/>
        <w:jc w:val="left"/>
      </w:pPr>
      <w:r>
        <w:rPr>
          <w:rFonts w:ascii="Nirmala UI" w:hAnsi="Nirmala UI" w:eastAsia="Nirmala UI" w:cs="Nirmala UI"/>
        </w:rPr>
        <w:t>ਹੇ ਮਨੁੱਖ ਦੇ ਪੁੱਤਰ, ਤੂੰ ਵੀ ਆਪਣੇ ਲਈ ਇੱਕ ਇੱਟ ਲੈ ਅਤੇ ਉਸ ਨੂੰ ਆਪਣੇ ਸਾਹਮਣੇ ਰੱਖ, ਅਤੇ ਉਸ ਉੱਤੇ ਉਸ ਸ਼ਹਿਰ ਦੀ ਤਸਵੀਰ ਉਕੇਰ, ਅਰਥਾਤ ਯਰੂਸ਼ਲੇਮ ਦੀ। ਅਤੇ ਉਸ ਦੇ ਵਿਰੁੱਧ ਘੇਰਾ ਪਾ, ਅਤੇ ਉਸ ਦੇ ਵਿਰੁੱਧ ਇੱਕ ਕਿਲ੍ਹਾ ਬਣਾ, ਅਤੇ ਉਸ ਦੇ ਵਿਰੁੱਧ ਮਿੱਟੀ ਦਾ ਟਿੱਬਾ ਖੜ੍ਹਾ ਕਰ; ਉਸ ਦੇ ਵਿਰੁੱਧ ਛਾਵਣੀਆਂ ਵੀ ਲਗਾ, ਅਤੇ ਉਸ ਦੇ ਚਾਰੋਂ ਪਾਸੇ ਕੁੱਟਣ ਵਾਲੇ ਯੰਤਰ ਖੜ੍ਹੇ ਕਰ। ਫਿਰ ਤੂੰ ਆਪਣੇ ਲਈ ਇੱਕ ਲੋਹੇ ਦੀ ਤਵਾ ਲੈ, ਅਤੇ ਉਸ ਨੂੰ ਆਪਣੇ ਅਤੇ ਉਸ ਸ਼ਹਿਰ ਦੇ ਵਿਚਕਾਰ ਲੋਹੇ ਦੀ ਕੰਧ ਵਾਂਗ ਰੱਖ; ਅਤੇ ਆਪਣਾ ਮੁੱਖ ਉਸ ਦੇ ਵਿਰੁੱਧ ਕਰ, ਤਾਂ ਉਹ ਘੇਰੀ ਜਾਵੇਗੀ, ਅਤੇ ਤੂੰ ਉਸ ਦਾ ਘੇਰਾ ਪਾਏਂਗਾ। ਇਹ ਇਸਰਾਏਲ ਦੇ ਘਰਾਣੇ ਲਈ ਇੱਕ ਨਿਸ਼ਾਨ ਹੋਵੇਗਾ।</w:t>
      </w:r>
    </w:p>
    <w:p>
      <w:pPr>
        <w:pStyle w:val="ArticleScripture"/>
        <w:jc w:val="left"/>
      </w:pPr>
      <w:r>
        <w:rPr>
          <w:rFonts w:ascii="Nirmala UI" w:hAnsi="Nirmala UI" w:eastAsia="Nirmala UI" w:cs="Nirmala UI"/>
        </w:rPr>
        <w:t>ਤੂੰ ਆਪਣੀ ਖੱਬੀ ਪਾਸੇ ਵੀ ਲੇਟ, ਅਤੇ ਇਸਰਾਏਲ ਦੇ ਘਰ ਦੀ ਬਦਕਿਰਦਾਰੀ ਉਸ ਉੱਤੇ ਰੱਖ; ਜਿੰਨੇ ਦਿਨ ਤੂੰ ਉਸ ਉੱਤੇ ਲੇਟਿਆ ਰਹੇਂਗਾ, ਉਨ੍ਹਾਂ ਦਿਨਾਂ ਦੇ ਅਨੁਸਾਰ ਤੂੰ ਉਨ੍ਹਾਂ ਦੀ ਬਦਕਿਰਦਾਰੀ ਝੱਲੇਂਗਾ। ਕਿਉਂਕਿ ਮੈਂ ਉਨ੍ਹਾਂ ਦੀ ਬਦਕਿਰਦਾਰੀ ਦੇ ਸਾਲ ਤੇਰੇ ਉੱਤੇ ਦਿਨਾਂ ਦੀ ਗਿਣਤੀ ਦੇ ਅਨੁਸਾਰ ਰੱਖ ਦਿੱਤੇ ਹਨ, ਤਿੰਨ ਸੌ ਨੱਬੇ ਦਿਨ; ਇਸੇ ਤਰ੍ਹਾਂ ਤੂੰ ਇਸਰਾਏਲ ਦੇ ਘਰ ਦੀ ਬਦਕਿਰਦਾਰੀ ਝੱਲੇਂਗਾ। ਅਤੇ ਜਦ ਤੂੰ ਇਹ ਪੂਰੇ ਕਰ ਲਏਂ, ਤਦ ਫਿਰ ਆਪਣੀ ਸੱਜੀ ਪਾਸੇ ਲੇਟੀਂ, ਅਤੇ ਤੂੰ ਯਹੂਦਾਹ ਦੇ ਘਰ ਦੀ ਬਦਕਿਰਦਾਰੀ ਚਾਲੀ ਦਿਨ ਝੱਲੇਂਗਾ; ਮੈਂ ਤੇਰੇ ਲਈ ਹਰ ਇੱਕ ਦਿਨ ਇਕ ਸਾਲ ਠਹਿਰਾਇਆ ਹੈ। ਇਸ ਲਈ ਤੂੰ ਯਰੂਸ਼ਲਮ ਦੇ ਘੇਰੇ ਵੱਲ ਆਪਣਾ ਮੁਖ ਕਰੀਂ, ਅਤੇ ਤੇਰੀ ਬਾਂਹ ਨੰਗੀ ਹੋਵੇ, ਅਤੇ ਤੂੰ ਉਸ ਦੇ ਵਿਰੁੱਧ ਭਵਿੱਖਬਾਣੀ ਕਰੀਂ। ਅਤੇ ਵੇਖ, ਮੈਂ ਤੇਰੇ ਉੱਤੇ ਬੰਨ੍ਹ ਪਾ ਦਿਆਂਗਾ, ਅਤੇ ਤੂੰ ਇੱਕ ਪਾਸੇ ਤੋਂ ਦੂਜੇ ਪਾਸੇ ਨਹੀਂ ਮੁੜੇਂਗਾ, ਜਦ ਤੱਕ ਤੂੰ ਆਪਣੇ ਘੇਰੇ ਦੇ ਦਿਨ ਪੂਰੇ ਨਾ ਕਰ ਲਏਂ। ਹਿਜ਼ਕੀਏਲ 4:1–8.</w:t>
      </w:r>
    </w:p>
    <w:p>
      <w:pPr>
        <w:pStyle w:val="ArticleHeading"/>
        <w:jc w:val="left"/>
      </w:pPr>
      <w:r>
        <w:rPr>
          <w:rFonts w:ascii="Nirmala UI" w:hAnsi="Nirmala UI" w:eastAsia="Nirmala UI" w:cs="Nirmala UI"/>
        </w:rPr>
        <w:t>ਨਿਸ਼ਾਨੀ</w:t>
      </w:r>
    </w:p>
    <w:p>
      <w:pPr>
        <w:pStyle w:val="ArticleBody"/>
        <w:jc w:val="left"/>
      </w:pPr>
      <w:r>
        <w:rPr>
          <w:rFonts w:ascii="Nirmala UI" w:hAnsi="Nirmala UI" w:eastAsia="Nirmala UI" w:cs="Nirmala UI"/>
        </w:rPr>
        <w:t>“ਨਿਸ਼ਾਨ” ਸ਼ਬਦ ਹਿਜ਼ਕੀਏਲ ਦੀ ਪੁਸਤਕ ਵਿੱਚ ਨੌਂ ਵਾਰ ਮਿਲਦਾ ਹੈ। ਚੌਥੇ ਅਧਿਆਇ ਵਿੱਚ, ਯਰੂਸ਼ਲਮ ਦੀ ਘੇਰਾਬੰਦੀ ਇਸਰਾਏਲ ਦੇ ਘਰਾਣੇ ਲਈ “ਨਿਸ਼ਾਨ” ਹੈ। ਬਾਰ੍ਹਵੇਂ ਅਧਿਆਇ ਵਿੱਚ, ਹਿਜ਼ਕੀਏਲ ਫਿਰ ਇੱਕ “ਨਿਸ਼ਾਨ” ਹੈ, ਜੋ ਯਰੂਸ਼ਲਮ ਦੀ ਘੇਰਾਬੰਦੀ ਅਤੇ ਵਿਨਾਸ਼ ਨੂੰ ਦਰਸਾਉਂਦਾ ਹੈ।</w:t>
      </w:r>
    </w:p>
    <w:p>
      <w:pPr>
        <w:pStyle w:val="ArticleScripture"/>
        <w:jc w:val="left"/>
      </w:pPr>
      <w:r>
        <w:rPr>
          <w:rFonts w:ascii="Nirmala UI" w:hAnsi="Nirmala UI" w:eastAsia="Nirmala UI" w:cs="Nirmala UI"/>
        </w:rPr>
        <w:t>ਹੇ ਮਨੁੱਖ ਦੇ ਪੁੱਤਰ, ਤੂੰ ਇੱਕ ਬਾਗ਼ੀ ਘਰਾਣੇ ਦੇ ਵਿਚਕਾਰ ਵੱਸਦਾ ਹੈਂ, ਜਿਨ੍ਹਾਂ ਕੋਲ ਵੇਖਣ ਲਈ ਅੱਖਾਂ ਹਨ ਪਰ ਉਹ ਵੇਖਦੇ ਨਹੀਂ; ਸੁਣਣ ਲਈ ਕੰਨ ਹਨ ਪਰ ਉਹ ਸੁਣਦੇ ਨਹੀਂ; ਕਿਉਂਕਿ ਉਹ ਇੱਕ ਬਾਗ਼ੀ ਘਰਾਣਾ ਹਨ। ਇਸ ਲਈ, ਹੇ ਮਨੁੱਖ ਦੇ ਪੁੱਤਰ, ਤੂੰ ਆਪਣੇ ਲਈ ਬਦਲੀ ਲਈ ਸਮਾਨ ਤਿਆਰ ਕਰ, ਅਤੇ ਦਿਨ ਦੇ ਵੇਲੇ ਉਹਨਾਂ ਦੀਆਂ ਅੱਖਾਂ ਦੇ ਸਾਹਮਣੇ ਹੀ ਕੂਚ ਕਰ; ਅਤੇ ਤੂੰ ਆਪਣੇ ਥਾਂ ਤੋਂ ਕਿਸੇ ਹੋਰ ਥਾਂ ਵੱਲ ਉਹਨਾਂ ਦੀਆਂ ਅੱਖਾਂ ਦੇ ਸਾਹਮਣੇ ਹੀ ਚੱਲ ਪੈ; ਸ਼ਾਇਦ ਉਹ ਵਿਚਾਰ ਕਰਨ, ਭਾਵੇਂ ਉਹ ਬਾਗ਼ੀ ਘਰਾਣਾ ਹੀ ਹਨ। ਫਿਰ ਤੂੰ ਆਪਣਾ ਸਮਾਨ ਦਿਨ ਦੇ ਵੇਲੇ ਉਹਨਾਂ ਦੀਆਂ ਅੱਖਾਂ ਦੇ ਸਾਹਮਣੇ ਇਸ ਤਰ੍ਹਾਂ ਬਾਹਰ ਕੱਢੀਂ ਜਿਵੇਂ ਬਦਲੀ ਲਈ ਸਮਾਨ ਕੱਢਿਆ ਜਾਂਦਾ ਹੈ; ਅਤੇ ਤੂੰ ਸ਼ਾਮ ਵੇਲੇ ਉਹਨਾਂ ਦੀਆਂ ਅੱਖਾਂ ਦੇ ਸਾਹਮਣੇ ਇਸ ਤਰ੍ਹਾਂ ਬਾਹਰ ਨਿਕਲੀਂ ਜਿਵੇਂ ਲੋਕ ਬੰਧਵਾਈ ਵਿੱਚ ਜਾਂਦੇ ਹਨ। ਤੂੰ ਉਹਨਾਂ ਦੀਆਂ ਅੱਖਾਂ ਦੇ ਸਾਹਮਣੇ ਹੀ ਕੰਧ ਵਿੱਚ ਛੇਦ ਕਰ, ਅਤੇ ਉਸ ਰਾਹੀਂ ਆਪਣਾ ਸਮਾਨ ਬਾਹਰ ਕੱਢ। ਉਹਨਾਂ ਦੀਆਂ ਅੱਖਾਂ ਦੇ ਸਾਹਮਣੇ ਹੀ ਤੂੰ ਉਸ ਨੂੰ ਆਪਣੇ ਮੋਢੇ ਉੱਤੇ ਚੁੱਕੀਂ, ਅਤੇ ਧੁੰਦਲੇ ਵੇਲੇ ਉਸ ਨੂੰ ਬਾਹਰ ਲੈ ਜਾਈਂ; ਤੂੰ ਆਪਣਾ ਮੂੰਹ ਢੱਕ ਲੈੀਂ ਤਾਂ ਜੋ ਤੂੰ ਧਰਤੀ ਨਾ ਵੇਖੇਂ; ਕਿਉਂਕਿ ਮੈਂ ਤੈਨੂੰ ਇਸਰਾਏਲ ਦੇ ਘਰਾਣੇ ਲਈ ਇੱਕ ਨਿਸ਼ਾਨ ਠਹਿਰਾਇਆ ਹੈ। ਹਿਜ਼ਕੀਏਲ 12:2–6.</w:t>
      </w:r>
    </w:p>
    <w:p>
      <w:pPr>
        <w:pStyle w:val="ArticleBody"/>
        <w:jc w:val="left"/>
      </w:pPr>
      <w:r>
        <w:rPr>
          <w:rFonts w:ascii="Nirmala UI" w:hAnsi="Nirmala UI" w:eastAsia="Nirmala UI" w:cs="Nirmala UI"/>
        </w:rPr>
        <w:t>ਜਦੋਂ ਬਗਾਵਤੀ ਘਰਾਣੇ ਨੇ ਉਸ ਅਭਿਨਿਤ ਦ੍ਰਿਸ਼ਟਾਂਤ ਨੂੰ ਵੇਖਿਆ, ਤਦ ਉਹ ਨਾ ਸਮਝੇ ਕਿ ਇਸ ਦਾ ਕੀ ਅਰਥ ਹੈ; ਇਸ ਲਈ ਉਹਨਾਂ ਨੇ ਹਿਜ਼ਕੀਏਲ ਨੂੰ ਉਸ ਦੀ ਵਿਆਖਿਆ ਕਰਨ ਲਈ ਪੁੱਛਿਆ।</w:t>
      </w:r>
    </w:p>
    <w:p>
      <w:pPr>
        <w:pStyle w:val="ArticleScripture"/>
        <w:jc w:val="left"/>
      </w:pPr>
      <w:r>
        <w:rPr>
          <w:rFonts w:ascii="Nirmala UI" w:hAnsi="Nirmala UI" w:eastAsia="Nirmala UI" w:cs="Nirmala UI"/>
        </w:rPr>
        <w:t>ਹੇ ਮਨੁੱਖ ਦੇ ਪੁੱਤਰ, ਕੀ ਇਸਰਾਏਲ ਦੇ ਘਰਾਣੇ ਨੇ, ਉਸ ਬਾਗੀ ਘਰਾਣੇ ਨੇ, ਤੈਨੂੰ ਇਹ ਨਹੀਂ ਆਖਿਆ, “ਤੂੰ ਕੀ ਕਰਦਾ ਹੈਂ?” ਤੂੰ ਉਹਨਾਂ ਨੂੰ ਆਖ, ਪ੍ਰਭੂ ਯਹੋਵਾਹ ਇਹ ਆਖਦਾ ਹੈ: ਇਹ ਭਾਰ ਯਰੂਸ਼ਲਮ ਦੇ ਹਾਕਮ ਅਤੇ ਇਸਰਾਏਲ ਦੇ ਸਾਰੇ ਘਰਾਣੇ ਨਾਲ ਸੰਬੰਧਿਤ ਹੈ, ਜੋ ਉਹਨਾਂ ਵਿੱਚ ਹਨ। ਆਖ, ਮੈਂ ਤੁਹਾਡੇ ਲਈ ਇੱਕ ਨਿਸ਼ਾਨ ਹਾਂ; ਜਿਵੇਂ ਮੈਂ ਕੀਤਾ ਹੈ, ਤਿਵੇਂ ਹੀ ਉਹਨਾਂ ਨਾਲ ਕੀਤਾ ਜਾਵੇਗਾ; ਉਹ ਉਜਾੜੇ ਜਾਣਗੇ ਅਤੇ ਬੰਧਵਾਈ ਵਿੱਚ ਚਲੇ ਜਾਣਗੇ। ਹਿਜ਼ਕੀਏਲ 12:9–11.</w:t>
      </w:r>
    </w:p>
    <w:p>
      <w:pPr>
        <w:pStyle w:val="ArticleBody"/>
        <w:jc w:val="left"/>
      </w:pPr>
      <w:r>
        <w:rPr>
          <w:rFonts w:ascii="Nirmala UI" w:hAnsi="Nirmala UI" w:eastAsia="Nirmala UI" w:cs="Nirmala UI"/>
        </w:rPr>
        <w:t>ਯਰੂਸ਼ਲਮ ਦਾ ਘੇਰਾ ਅੰਤਿਮ ਦਿਨਾਂ ਵਿੱਚ ਪਰਮੇਸ਼ੁਰ ਦੀ ਪ੍ਰਜਾ ਲਈ ਇੱਕ ਨਿਸ਼ਾਨੀ ਹੈ।</w:t>
      </w:r>
    </w:p>
    <w:p>
      <w:pPr>
        <w:pStyle w:val="ArticleScripture"/>
        <w:jc w:val="left"/>
      </w:pPr>
      <w:r>
        <w:rPr>
          <w:rFonts w:ascii="Nirmala UI" w:hAnsi="Nirmala UI" w:eastAsia="Nirmala UI" w:cs="Nirmala UI"/>
        </w:rPr>
        <w:t>“ਪੁਰਾਤਨ ਭਵਿੱਖਬਕਤਿਆਂ ਵਿੱਚੋਂ ਹਰ ਇੱਕ ਨੇ ਆਪਣੇ ਹੀ ਸਮੇਂ ਲਈ ਨਹੀਂ, ਸਗੋਂ ਸਾਡੇ ਲਈ ਵੱਧ ਬੋਲਿਆ ਸੀ, ਇਸ ਕਰਕੇ ਉਹਨਾਂ ਦੀ ਭਵਿੱਖਬਾਣੀ ਸਾਡੇ ਲਈ ਲਾਗੂ ਹੈ। ‘ਹੁਣ ਇਹ ਸਭ ਗੱਲਾਂ ਉਨ੍ਹਾਂ ਉੱਤੇ ਨਮੂਨੇ ਵਾਸਤੇ ਆਈਆਂ; ਅਤੇ ਉਹ ਸਾਡੀ ਚੇਤਾਵਨੀ ਲਈ ਲਿਖੀਆਂ ਗਈਆਂ ਹਨ, ਜਿਨ੍ਹਾਂ ਉੱਤੇ ਸੰਸਾਰ ਦੇ ਅੰਤ ਆ ਪਹੁੰਚੇ ਹਨ।’ 1 Corinthians 10:11. ‘ਉਹਨਾਂ ਉੱਤੇ ਇਹ ਪ੍ਰਗਟ ਕੀਤਾ ਗਿਆ ਕਿ ਉਹ ਆਪਣੇ ਲਈ ਨਹੀਂ, ਪਰ ਸਾਡੇ ਲਈ ਉਹਨਾਂ ਗੱਲਾਂ ਦੀ ਸੇਵਾ ਕਰਦੇ ਸਨ, ਜੋ ਹੁਣ ਤੁਹਾਨੂੰ ਉਹਨਾਂ ਦੇ ਰਾਹੀਂ ਸੁਣਾਈਆਂ ਗਈਆਂ ਹਨ ਜਿਨ੍ਹਾਂ ਨੇ ਅਕਾਸ਼ ਤੋਂ ਭੇਜੇ ਹੋਏ ਪਵਿੱਤਰ ਆਤਮਾ ਨਾਲ ਤੁਹਾਨੂੰ ਸੁਸਮਾਚਾਰ ਪ੍ਰਚਾਰਿਆ; ਜਿਨ੍ਹਾਂ ਗੱਲਾਂ ਵਿੱਚ ਦੂਤ ਵੀ ਝਾਤ ਮਾਰਨ ਦੀ ਇੱਛਾ ਰੱਖਦੇ ਹਨ।’ 1 Peter 1:12....”</w:t>
      </w:r>
    </w:p>
    <w:p>
      <w:pPr>
        <w:pStyle w:val="ArticleScripture"/>
        <w:jc w:val="left"/>
      </w:pPr>
      <w:r>
        <w:rPr>
          <w:rFonts w:ascii="Nirmala UI" w:hAnsi="Nirmala UI" w:eastAsia="Nirmala UI" w:cs="Nirmala UI"/>
        </w:rPr>
        <w:t>“ਬਾਈਬਲ ਨੇ ਆਪਣੀਆਂ ਨਿਧੀਆਂ ਨੂੰ ਇਸ ਆਖਰੀ ਪੀੜ੍ਹੀ ਲਈ ਇਕੱਠਾ ਕਰਕੇ ਸੰਭਾਲ ਰੱਖਿਆ ਹੈ ਅਤੇ ਆਪਸ ਵਿੱਚ ਬੰਨ੍ਹ ਰੱਖਿਆ ਹੈ। ਪੁਰਾਣੇ ਨੇਮ ਦੇ ਇਤਿਹਾਸ ਦੀਆਂ ਸਭ ਮਹਾਨ ਘਟਨਾਵਾਂ ਅਤੇ ਗੰਭੀਰ ਵਿਵਹਾਰ ਹੋ ਚੁੱਕੇ ਹਨ, ਅਤੇ ਇਨ੍ਹਾਂ ਆਖਰੀ ਦਿਨਾਂ ਵਿੱਚ ਕਲੀਸਿਆ ਵਿੱਚ ਦੁਬਾਰਾ ਹੋ ਰਹੇ ਹਨ।” Selected Messages, book 3, 338, 339.</w:t>
      </w:r>
    </w:p>
    <w:p>
      <w:pPr>
        <w:pStyle w:val="ArticleHeading"/>
        <w:jc w:val="left"/>
      </w:pPr>
      <w:r>
        <w:rPr>
          <w:rFonts w:ascii="Nirmala UI" w:hAnsi="Nirmala UI" w:eastAsia="Nirmala UI" w:cs="Nirmala UI"/>
        </w:rPr>
        <w:t>ਇਸੇ ਦਿਨ</w:t>
      </w:r>
    </w:p>
    <w:p>
      <w:pPr>
        <w:pStyle w:val="ArticleBody"/>
        <w:jc w:val="left"/>
      </w:pPr>
      <w:r>
        <w:rPr>
          <w:rFonts w:ascii="Nirmala UI" w:hAnsi="Nirmala UI" w:eastAsia="Nirmala UI" w:cs="Nirmala UI"/>
        </w:rPr>
        <w:t>ਯਹਿਜ਼ਕੇਲ, ‘ਯਰੂਸ਼ਲਮ ਦੇ ਘੇਰੇ ਅਤੇ ਵਿਨਾਸ਼’ ਦੀ ਅਭਿਨੀਤ ਦ੍ਰਿਸ਼ਟਾਂਤ ਵਿੱਚ, ਅੰਤਲੇ ਦਿਨਾਂ ਵਿੱਚ ਪਰਮੇਸ਼ੁਰ ਦੀ ਪ੍ਰਜਾ ਲਈ ਇੱਕ ਨਿਸ਼ਾਨ ਹੈ।</w:t>
      </w:r>
    </w:p>
    <w:p>
      <w:pPr>
        <w:pStyle w:val="ArticleScripture"/>
        <w:jc w:val="left"/>
      </w:pPr>
      <w:r>
        <w:rPr>
          <w:rFonts w:ascii="Nirmala UI" w:hAnsi="Nirmala UI" w:eastAsia="Nirmala UI" w:cs="Nirmala UI"/>
        </w:rPr>
        <w:t>ਫਿਰ ਨੌਵੇਂ ਸਾਲ ਵਿੱਚ, ਦਸਵੇਂ ਮਹੀਨੇ ਦੇ ਦਸਵੇਂ ਦਿਨ, ਯਹੋਵਾਹ ਦਾ ਬਚਨ ਮੇਰੇ ਕੋਲ ਆਇਆ ਕਿ, ਹੇ ਮਨੁੱਖ ਦੇ ਪੁੱਤਰ, ਇਸ ਦਿਨ ਦਾ ਨਾਮ, ਅਰਥਾਤ ਇਸੇ ਦਿਨ ਦਾ, ਲਿਖ ਲੈ; ਬਾਬਲ ਦੇ ਰਾਜੇ ਨੇ ਇਸੇ ਦਿਨ ਯਰੂਸ਼ਲਮ ਦੇ ਵਿਰੁੱਧ ਆਪਣਾ ਘੇਰਾ ਬੰਨ੍ਹ ਲਿਆ ਹੈ।</w:t>
      </w:r>
    </w:p>
    <w:p>
      <w:pPr>
        <w:pStyle w:val="ArticleScripture"/>
        <w:jc w:val="left"/>
      </w:pPr>
      <w:r>
        <w:rPr>
          <w:rFonts w:ascii="Nirmala UI" w:hAnsi="Nirmala UI" w:eastAsia="Nirmala UI" w:cs="Nirmala UI"/>
        </w:rPr>
        <w:t>ਅਤੇ ਉਸ ਬਾਗੀ ਘਰਾਣੇ ਲਈ ਇੱਕ ਦ੍ਰਿਸ਼ਟਾਂਤ ਕਹਿ, ਅਤੇ ਉਨ੍ਹਾਂ ਨੂੰ ਆਖ, ਪ੍ਰਭੂ ਯਹੋਵਾਹ ਇਉਂ ਫਰਮਾਉਂਦਾ ਹੈ: ਇੱਕ ਹੰਢੀ ਚੜ੍ਹਾ, ਉਸ ਨੂੰ ਚੜ੍ਹਾ, ਅਤੇ ਉਸ ਵਿੱਚ ਪਾਣੀ ਵੀ ਪਾ। ਉਸ ਦੇ ਟੁਕੜੇ ਉਸ ਵਿੱਚ ਇਕੱਠੇ ਕਰ, ਅਰਥਾਤ ਹਰੇਕ ਚੰਗਾ ਟੁਕੜਾ, ਰਾਨ ਅਤੇ ਮੋਢਾ; ਉਸ ਨੂੰ ਚੁਣੀਆਂ ਹੋਈਆਂ ਹੱਡੀਆਂ ਨਾਲ ਭਰ ਦੇ। ਝੁੰਡ ਵਿੱਚੋਂ ਚੋਟੀ ਦੇ ਪਸ਼ੂ ਲੈ, ਅਤੇ ਉਸ ਦੇ ਹੇਠਾਂ ਹੱਡੀਆਂ ਵੀ ਸਾੜ, ਅਤੇ ਉਸ ਨੂੰ ਚੰਗੀ ਤਰ੍ਹਾਂ ਉਬਾਲ, ਅਤੇ ਉਸ ਦੀਆਂ ਹੱਡੀਆਂ ਨੂੰ ਵੀ ਉਸ ਦੇ ਅੰਦਰ ਪਕਣ ਦੇ। ਇਸ ਲਈ ਪ੍ਰਭੂ ਯਹੋਵਾਹ ਇਉਂ ਫਰਮਾਉਂਦਾ ਹੈ: ਹਾਇ ਉਸ ਖੂਨੀ ਸ਼ਹਿਰ ਉੱਤੇ, ਉਸ ਹੰਢੀ ਉੱਤੇ ਜਿਸ ਦੀ ਮੈਲ ਉਸ ਵਿੱਚ ਹੈ, ਅਤੇ ਜਿਸ ਦੀ ਮੈਲ ਉਸ ਵਿੱਚੋਂ ਨਿਕਲੀ ਨਹੀਂ! ਉਸ ਵਿੱਚੋਂ ਇੱਕ-ਇੱਕ ਟੁਕੜਾ ਬਾਹਰ ਕੱਢ; ਉਸ ਉੱਤੇ ਕੋਈ ਚਿੱਠੀ ਨਾ ਪਏ। ਕਿਉਂਕਿ ਉਸ ਦਾ ਲਹੂ ਉਸ ਦੇ ਵਿਚਕਾਰ ਹੈ; ਉਸ ਨੇ ਉਹ ਚੱਟਾਨ ਦੀ ਚੋਟੀ ਉੱਤੇ ਰੱਖਿਆ; ਉਸ ਨੇ ਉਹ ਧਰਤੀ ਉੱਤੇ ਨਾ ਉਡੇਲਿਆ ਕਿ ਉਸ ਨੂੰ ਮਿੱਟੀ ਨਾਲ ਢੱਕਿਆ ਜਾਵੇ; ਤਾਂ ਜੋ ਕੋਪ ਭੜਕੇ ਅਤੇ ਬਦਲਾ ਲਿਆ ਜਾਵੇ; ਮੈਂ ਉਸ ਦਾ ਲਹੂ ਚੱਟਾਨ ਦੀ ਚੋਟੀ ਉੱਤੇ ਰੱਖ ਦਿੱਤਾ ਹੈ, ਤਾਂ ਜੋ ਉਹ ਢੱਕਿਆ ਨਾ ਜਾਵੇ।</w:t>
      </w:r>
    </w:p>
    <w:p>
      <w:pPr>
        <w:pStyle w:val="ArticleScripture"/>
        <w:jc w:val="left"/>
      </w:pPr>
      <w:r>
        <w:rPr>
          <w:rFonts w:ascii="Nirmala UI" w:hAnsi="Nirmala UI" w:eastAsia="Nirmala UI" w:cs="Nirmala UI"/>
        </w:rPr>
        <w:t>ਇਸ ਲਈ ਪ੍ਰਭੂ ਯਹੋਵਾਹ ਇਉਂ ਆਖਦਾ ਹੈ: ਹਾਏ ਉਸ ਖੂਨਰੰਗੀ ਨਗਰੀ ਉੱਤੇ! ਮੈਂ ਅੱਗ ਲਈ ਢੇਰ ਨੂੰ ਵੱਡਾ ਕਰਾਂਗਾ। ਲੱਕੜ ਇਕੱਠਾ ਕਰ, ਅੱਗ ਸਲਗਾ, ਮਾਸ ਨੂੰ ਪਕਾ ਦੇ, ਉਸ ਨੂੰ ਚੰਗੀ ਤਰ੍ਹਾਂ ਮਸਾਲਾ ਲਾ, ਅਤੇ ਹੱਡੀਆਂ ਨੂੰ ਸਾੜ ਦਿੱਤਾ ਜਾਵੇ। ਫਿਰ ਉਸ ਨੂੰ ਖਾਲੀ ਹੀ ਉਸ ਦੇ ਅੰਗਾਰਿਆਂ ਉੱਤੇ ਰੱਖ, ਤਾਂ ਜੋ ਉਸ ਦਾ ਪਿੱਤਲ ਤੱਤਾ ਹੋ ਜਾਵੇ ਅਤੇ ਜਲ ਉੱਠੇ, ਅਤੇ ਉਸ ਦੀ ਮੈਲ ਉਸ ਵਿੱਚ ਹੀ ਪਿਘਲ ਜਾਵੇ, ਤਾਂ ਜੋ ਉਸ ਦੀ ਕਾਲਖ ਨਾਸ ਕੀਤੀ ਜਾਵੇ। ਉਸ ਨੇ ਆਪਣੇ ਆਪ ਨੂੰ ਝੂਠ ਨਾਲ ਥਕਾ ਲਿਆ ਹੈ, ਪਰ ਉਸ ਦੀ ਭਾਰੀ ਕਾਲਖ ਉਸ ਵਿੱਚੋਂ ਬਾਹਰ ਨਾ ਨਿਕਲੀ; ਉਸ ਦੀ ਕਾਲਖ ਅੱਗ ਵਿੱਚ ਹੀ ਰਹੇਗੀ। ਤੇਰੀ ਮੈਲ ਵਿੱਚ ਹੀ ਲੁੱਚਪੁਣਾ ਹੈ; ਕਿਉਂਕਿ ਮੈਂ ਤੈਨੂੰ ਸ਼ੁੱਧ ਕੀਤਾ, ਪਰ ਤੂੰ ਸ਼ੁੱਧ ਨਾ ਹੋਈ, ਇਸ ਲਈ ਹੁਣ ਤੂੰ ਆਪਣੀ ਮੈਲ ਤੋਂ ਫਿਰ ਕਦੇ ਸ਼ੁੱਧ ਨਾ ਹੋਵੇਂਗੀ, ਜਦ ਤੱਕ ਕਿ ਮੈਂ ਆਪਣਾ ਕ੍ਰੋਧ ਤੇਰੇ ਉੱਤੇ ਠੰਡਾ ਨਾ ਕਰ ਲਵਾਂ। ਮੈਂ, ਯਹੋਵਾਹ, ਇਹ ਕਿਹਾ ਹੈ; ਇਹ ਹੋ ਕੇ ਰਹੇਗਾ, ਅਤੇ ਮੈਂ ਇਸ ਨੂੰ ਕਰਾਂਗਾ; ਮੈਂ ਮੁੜਾਂਗਾ ਨਹੀਂ, ਨਾ ਮੈਂ ਰਹਿਮ ਕਰਾਂਗਾ, ਨਾ ਹੀ ਮੈਂ ਮਨ ਫੇਰਾਂਗਾ; ਤੇਰੇ ਰਾਹਾਂ ਦੇ ਅਨੁਸਾਰ ਅਤੇ ਤੇਰੇ ਕਰਮਾਂ ਦੇ ਅਨੁਸਾਰ ਹੀ ਉਹ ਤੇਰਾ ਨਿਆਂ ਕਰਨਗੇ, ਪ੍ਰਭੂ ਯਹੋਵਾਹ ਦਾ ਇਹ ਵਚਨ ਹੈ।</w:t>
      </w:r>
    </w:p>
    <w:p>
      <w:pPr>
        <w:pStyle w:val="ArticleScripture"/>
        <w:jc w:val="left"/>
      </w:pPr>
      <w:r>
        <w:rPr>
          <w:rFonts w:ascii="Nirmala UI" w:hAnsi="Nirmala UI" w:eastAsia="Nirmala UI" w:cs="Nirmala UI"/>
        </w:rPr>
        <w:t>ਫਿਰ ਯਹੋਵਾਹ ਦਾ ਬਚਨ ਮੇਰੇ ਕੋਲ ਆਇਆ ਕਿ, ਹੇ ਮਨੁੱਖ ਦੇ ਪੁੱਤਰ, ਵੇਖ, ਮੈਂ ਇਕ ਘਾਤ ਨਾਲ ਤੇਰੀਆਂ ਅੱਖਾਂ ਦੀ ਇੱਛਾ ਨੂੰ ਤੈਥੋਂ ਲੈ ਲੈਂਦਾ ਹਾਂ; ਤਦ ਭੀ ਤੂੰ ਨਾ ਵਿਲਾਪ ਕਰੀਂ, ਨਾ ਰੋਈਂ, ਅਤੇ ਨਾ ਹੀ ਤੇਰੇ ਅੰਸੂ ਵਗਣ। ਚੁੱਪਚਾਪ ਆਹ ਭਰ; ਮਰੇ ਹੋਇਆਂ ਲਈ ਸੋਗ ਨਾ ਕਰ; ਆਪਣੀ ਪੱਗ ਆਪਣੇ ਸਿਰ ਉੱਤੇ ਬੰਨ੍ਹ, ਅਤੇ ਆਪਣੀਆਂ ਜੁੱਤੀਆਂ ਆਪਣੇ ਪੈਰਾਂ ਵਿੱਚ ਪਾ ਲੈ, ਅਤੇ ਆਪਣੇ ਹੋਠ ਨਾ ਢੱਕ, ਅਤੇ ਮਨੁੱਖਾਂ ਦੀ ਰੋਟੀ ਨਾ ਖਾ। ਇਸ ਲਈ ਮੈਂ ਸਵੇਰੇ ਲੋਕਾਂ ਨਾਲ ਗੱਲ ਕੀਤੀ; ਅਤੇ ਸੰਝ ਵੇਲੇ ਮੇਰੀ ਇਸਤਰੀ ਮਰ ਗਈ; ਅਤੇ ਸਵੇਰੇ ਮੈਂ ਉਸੇ ਤਰ੍ਹਾਂ ਕੀਤਾ ਜਿਵੇਂ ਮੈਨੂੰ ਹੁਕਮ ਦਿੱਤਾ ਗਿਆ ਸੀ। ਤਦ ਲੋਕਾਂ ਨੇ ਮੈਨੂੰ ਕਿਹਾ, ਕੀ ਤੂੰ ਸਾਨੂੰ ਨਹੀਂ ਦੱਸੇਗਾ ਕਿ ਇਹ ਗੱਲਾਂ ਸਾਡੇ ਲਈ ਕੀ ਹਨ, ਜੋ ਤੂੰ ਇਸ ਤਰ੍ਹਾਂ ਕਰਦਾ ਹੈਂ?</w:t>
      </w:r>
    </w:p>
    <w:p>
      <w:pPr>
        <w:pStyle w:val="ArticleScripture"/>
        <w:jc w:val="left"/>
      </w:pPr>
      <w:r>
        <w:rPr>
          <w:rFonts w:ascii="Nirmala UI" w:hAnsi="Nirmala UI" w:eastAsia="Nirmala UI" w:cs="Nirmala UI"/>
        </w:rPr>
        <w:t>ਤਦ ਮੈਂ ਉਨ੍ਹਾਂ ਨੂੰ ਉੱਤਰ ਦਿੱਤਾ, ਯਹੋਵਾਹ ਦਾ ਬਚਨ ਮੇਰੇ ਕੋਲ ਆਇਆ, ਇਹ ਕਹਿੰਦਾ ਹੋਇਆ, ਇਸਰਾਏਲ ਦੇ ਘਰਾਣੇ ਨਾਲ ਬੋਲ, ਪ੍ਰਭੂ ਯਹੋਵਾਹ ਇਹ ਆਖਦਾ ਹੈ: ਵੇਖੋ, ਮੈਂ ਆਪਣੇ ਪਵਿੱਤਰ ਸਥਾਨ ਨੂੰ ਅਪਵਿਤ੍ਰ ਕਰਾਂਗਾ, ਜੋ ਤੁਹਾਡੀ ਤਾਕਤ ਦਾ ਗੌਰਵ ਹੈ, ਤੁਹਾਡੀਆਂ ਅੱਖਾਂ ਦੀ ਇੱਛਾ ਹੈ, ਅਤੇ ਜਿਸ ਉੱਤੇ ਤੁਹਾਡੀ ਜਿੰਦ ਤਰਸ ਖਾਂਦੀ ਹੈ; ਅਤੇ ਤੁਹਾਡੇ ਪੁੱਤਰ ਅਤੇ ਤੁਹਾਡੀਆਂ ਧੀਆਂ, ਜਿਨ੍ਹਾਂ ਨੂੰ ਤੁਸੀਂ ਪਿੱਛੇ ਛੱਡਿਆ ਹੈ, ਤਲਵਾਰ ਨਾਲ ਡਿੱਗ ਪੈਣਗੇ। ਅਤੇ ਤੁਸੀਂ ਉਹੀ ਕਰੋਗੇ ਜੋ ਮੈਂ ਕੀਤਾ ਹੈ: ਤੁਸੀਂ ਆਪਣੇ ਹੋਠ ਨਹੀਂ ਢਾਕੋਗੇ, ਨਾ ਹੀ ਮਨੁੱਖਾਂ ਦੀ ਰੋਟੀ ਖਾਵੋਗੇ। ਅਤੇ ਤੁਹਾਡੇ ਪੱਗ ਤੁਹਾਡੇ ਸਿਰਾਂ ਉੱਤੇ ਹੋਣਗੇ, ਅਤੇ ਤੁਹਾਡੀਆਂ ਜੁੱਤੀਆਂ ਤੁਹਾਡੇ ਪੈਰਾਂ ਵਿੱਚ ਹੋਣਗੀਆਂ; ਤੁਸੀਂ ਨਾ ਸੋਗ ਕਰੋਗੇ ਅਤੇ ਨਾ ਰੋਵੋਗੇ; ਪਰ ਤੁਸੀਂ ਆਪਣੀਆਂ ਬਦਕਿਰਤੀਆਂ ਕਰਕੇ ਗਲਦੇ ਜਾਵੋਗੇ, ਅਤੇ ਇੱਕ ਦੂਜੇ ਵੱਲ ਵੇਖਦੇ ਹੋਏ ਵਿਲਾਪ ਕਰੋਗੇ। ਇਸੇ ਤਰ੍ਹਾਂ ਹਿਜ਼ਕੀਏਲ ਤੁਹਾਡੇ ਲਈ ਇੱਕ ਨਿਸ਼ਾਨ ਹੋਵੇਗਾ: ਉਸ ਨੇ ਜੋ ਕੁਝ ਕੀਤਾ ਹੈ, ਉਸੇ ਅਨੁਸਾਰ ਤੁਸੀਂ ਵੀ ਕਰੋਗੇ; ਅਤੇ ਜਦੋਂ ਇਹ ਹੋਵੇਗਾ, ਤਦ ਤੁਸੀਂ ਜਾਣੋਗੇ ਕਿ ਮੈਂ ਹੀ ਪ੍ਰਭੂ ਯਹੋਵਾਹ ਹਾਂ। ਹਿਜ਼ਕੀਏਲ 24:1–24।</w:t>
      </w:r>
    </w:p>
    <w:p>
      <w:pPr>
        <w:pStyle w:val="ArticleBody"/>
        <w:jc w:val="left"/>
      </w:pPr>
      <w:r>
        <w:rPr>
          <w:rFonts w:ascii="Nirmala UI" w:hAnsi="Nirmala UI" w:eastAsia="Nirmala UI" w:cs="Nirmala UI"/>
        </w:rPr>
        <w:t>ਹਿਜ਼ਕੀਏਲ ਇੱਕ ਨਿਸ਼ਾਨ ਹੈ ਜੋ ਯਰੂਸ਼ਲਮ ਦੀ ਸ਼ੁਰੂਆਤੀ ਘੇਰਾਬੰਦੀ ਅਤੇ ਅੰਤਿਮ ਨਾਸ ਦੀ ਪਹਿਚਾਣ ਕਰਦਾ ਹੈ, ਅਤੇ ਇਸ ਤੋਂ ਬਾਅਦ; ਲਾਓਦੀਕੀਆਈ ਸੱਤਵੇਂ-ਦਿਨ ਐਡਵੈਂਟਿਸਟ ਕਲੀਸਿਆ ਦੇ ਮੈਂਬਰਾਂ ਦੀ ਕੈਦ ਨੂੰ ਵੀ।</w:t>
      </w:r>
    </w:p>
    <w:p>
      <w:pPr>
        <w:pStyle w:val="ArticleScripture"/>
        <w:jc w:val="left"/>
      </w:pPr>
      <w:r>
        <w:rPr>
          <w:rFonts w:ascii="Nirmala UI" w:hAnsi="Nirmala UI" w:eastAsia="Nirmala UI" w:cs="Nirmala UI"/>
        </w:rPr>
        <w:t>“ਜਦੋਂ ਮਸੀਹ ਨੇ ਜੈਤੂਨ ਪਹਾੜ ਦੀ ਚੋਟੀ ਤੋਂ ਹੇਠਾਂ ਨਿਗਾਹ ਕੀਤੀ, ਤਾਂ ਉਸ ਨੇ ਹਰ ਇਕ ਕਲੀਸਿਆ ਵਿੱਚ ਇਹੋ ਜਿਹੀ ਹਾਲਤ ਮੌਜੂਦ ਵੇਖੀ। ਇਹ ਚੇਤਾਵਨੀਆਂ ਉਨ੍ਹਾਂ ਸਭਨਾਂ ਤੱਕ ਆਉਂਦੀਆਂ ਹਨ ਜੋ ਯਰੂਸ਼ਲਮ ਦੇ ਲੋਕਾਂ ਦੇ ਪੈਰਾਂ ਦੇ ਨਿਸ਼ਾਨਾਂ ਉੱਤੇ ਚੱਲ ਰਹੇ ਹਨ, ਜਿਨ੍ਹਾਂ ਨੂੰ ਅਜਿਹਾ ਮਹਾਨ ਪ੍ਰਕਾਸ਼ ਪ੍ਰਾਪਤ ਹੋਇਆ ਸੀ। ਇਹ ਲੋਕ ਸਾਡੇ ਅੱਗੇ ਇੱਕ ਚੇਤਾਵਨੀ ਵਜੋਂ ਰੱਖੇ ਗਏ ਹਨ। ਇਸ ਸਾਡੇ ਦਿਨ ਵਿੱਚ ਪਰਮੇਸ਼ੁਰ ਦੀਆਂ ਚੇਤਾਵਨੀਆਂ ਨੂੰ ਅਸਵੀਕਾਰ ਕਰਕੇ, ਮਨੁੱਖ ਯਰੂਸ਼ਲਮ ਦੇ ਪਾਪ ਨੂੰ ਦੁਹਰਾ ਰਹੇ ਹਨ। ਪ੍ਰਭੂ ਉਹ ਦੇਖਦਾ ਹੈ ਜੋ ਮਨੁੱਖੀ ਕਰਤਾ ਨਾ ਦੇਖਦਾ ਹੈ ਅਤੇ ਨਾ ਹੀ ਦੇਖੇਗਾ—Battle Creek ਵਿੱਚ ਸਮੂਹ ਮਨੁੱਖੀ ਯੋਜਨਾਬੰਦੀ ਦਾ ਅੰਤਿਮ ਪਰਿਣਾਮ। ਉਸ ਨੇ ਉਹ ਸਭ ਕੁਝ ਕੀਤਾ ਹੈ ਜੋ ਇੱਕ ਪਰਮੇਸ਼ੁਰ ਕਰ ਸਕਦਾ ਸੀ। ਉਸ ਨੇ ਲੋਕਾਂ ਦੀਆਂ ਅੱਖਾਂ ਅੱਗੇ ਪ੍ਰਕਾਸ਼ ਚਮਕਾਇਆ ਹੈ, ਤਾਂ ਜੋ ਉਨ੍ਹਾਂ ਦੇ ਪਾਪ ਉਸ ਸੀਮਾ ਤੱਕ ਨਾ ਪਹੁੰਚਣ ਜਿੱਥੇ ਪਸ਼ਚਾਤਾਪ ਅਨੁਭਵ ਹੀ ਨਾ ਕੀਤਾ ਜਾ ਸਕੇ। ਪਰ ਨਿਆਂਪ੍ਰਿਯ ਅਤੇ ਧਰਮੀ ਸਿਧਾਂਤਾਂ ਤੋਂ ਲੰਬੇ ਸਮੇਂ ਤੱਕ ਦੂਰ ਹੁੰਦੇ ਰਹਿਣ ਦੀ ਪ੍ਰਕਿਰਿਆ ਰਾਹੀਂ, ਮਨੁੱਖਾਂ ਨੇ ਆਪਣੇ ਆਪ ਨੂੰ ਉੱਥੇ ਰੱਖ ਲਿਆ ਹੈ ਜਿੱਥੇ ਪ੍ਰਕਾਸ਼ ਅਤੇ ਸੱਚਾਈ, ਨਿਆਂ ਅਤੇ ਦਇਆ ਦੀ ਪਰਖ ਨਹੀਂ ਰਹਿੰਦੀ। ਇਹ ਚਾਲ-ਚਲਣ ਉਨ੍ਹਾਂ ਦੇ ਆਪਣੇ ਹੀ ਸੁਭਾਉ ਦਾ ਹਿੱਸਾ ਬਣ ਗਿਆ ਹੈ।” Testimonies, volume 8, 68.</w:t>
      </w:r>
    </w:p>
    <w:p>
      <w:pPr>
        <w:pStyle w:val="ArticleHeading"/>
        <w:jc w:val="left"/>
      </w:pPr>
      <w:r>
        <w:rPr>
          <w:rFonts w:ascii="Nirmala UI" w:hAnsi="Nirmala UI" w:eastAsia="Nirmala UI" w:cs="Nirmala UI"/>
        </w:rPr>
        <w:t>ਅਲਫਾ ਅਤੇ ਓਮੇਗਾ ਦੇ ਦੋ ਗਵਾਹ</w:t>
      </w:r>
    </w:p>
    <w:p>
      <w:pPr>
        <w:pStyle w:val="ArticleBody"/>
        <w:jc w:val="left"/>
      </w:pPr>
      <w:r>
        <w:rPr>
          <w:rFonts w:ascii="Nirmala UI" w:hAnsi="Nirmala UI" w:eastAsia="Nirmala UI" w:cs="Nirmala UI"/>
        </w:rPr>
        <w:t>ਹਿਜ਼ਕੀਏਲ ਨੂੰ ਅਲੌਕਿਕ ਢੰਗ ਨਾਲ ਗੂੰਗਾ ਕਰ ਦਿੱਤਾ ਗਿਆ ਸੀ, ਅਤੇ ਉਸ ਨੂੰ ਇਹ ਸੁਚਿਤ ਕੀਤਾ ਗਿਆ ਸੀ ਕਿ ਜਦੋਂ ਯਰੂਸ਼ਲਮ ਡਿੱਗ ਪਵੇਗੀ, ਤਦ ਉਹ ਮੁੜ ਬੋਲਣ ਦੇ ਯੋਗ ਹੋ ਜਾਵੇਗਾ, ਅਤੇ ਤਦ ਉਹ ਇੱਕ ‘ਚਿੰਨ੍ਹ’ ਹੋਵੇਗਾ। ਹਿਜ਼ਕੀਏਲ ਵੱਲੋਂ ਆਪਣੀ ਪਤਨੀ ਦੀ ਮੌਤ ਉੱਤੇ ਸੋਗ ਨਾ ਮਨਾਉਣਾ ਘੇਰੇਬੰਦੀ ਦੇ ਆਰੰਭ ਵਿੱਚ ਅਲਫਾ-ਚਿੰਨ੍ਹ ਸੀ, ਅਤੇ ਜਦੋਂ ਯਰੂਸ਼ਲਮ ਡਿੱਗ ਪਈ ਤਦ ਹਿਜ਼ਕੀਏਲ ਦਾ ਮੂੰਹ ਖੁੱਲ ਜਾਣਾ ਓਮੀਗਾ-ਚਿੰਨ੍ਹ ਸੀ। ਵਿਨਾਸ਼ ਤੱਕ ਦੀ ਘੇਰੇਬੰਦੀ ਨੂੰ ਆਰੰਭ ਅਤੇ ਅੰਤ ਵਿੱਚ ਇੱਕ-ਇੱਕ ਚਿੰਨ੍ਹ ਦੁਆਰਾ ਚਿੰਨ੍ਹਿਤ ਕੀਤਾ ਗਿਆ ਹੈ। ਇਸੇ ਦ੍ਰਿਸ਼ਟਾਂਤ ਦੇ ਅੰਦਰ, ਅਲਫਾ ਅਤੇ ਓਮੀਗਾ ਚਿੰਨ੍ਹ ਦੀ ਇੱਕ ਦੂਜੀ ਗਵਾਹੀ ਇਸ ਰੂਪ ਵਿੱਚ ਪ੍ਰਸਤੁਤ ਕੀਤੀ ਗਈ ਹੈ ਕਿ “ਹਿਜ਼ਕੀਏਲ ਦੀਆਂ ਅੱਖਾਂ ਦੀ ਇੱਛਾ” ਦੀ ਮੌਤ ਅਲਫਾ ਹੈ, ਅਤੇ ਲੋਕਾਂ ਦੀ “ਅੱਖਾਂ ਦੀ ਇੱਛਾ” ਦੀ ਮੌਤ ਉਸ ਅਵਧੀ ਦਾ ਓਮੀਗਾ-ਚਿੰਨ੍ਹ ਹੈ। ਡੇਢ ਸਾਲ ਦੀ ਇਸ ਅਵਧੀ ਵਿੱਚ ਅਲਫਾ ਅਤੇ ਓਮੀਗਾ ਦੀਆਂ ਦੋ ਗਵਾਹੀਆਂ ਹਨ। ਹਿਜ਼ਕੀਏਲ ਦੀ ਪਤਨੀ ਦੀ ਮੌਤ ਨੇ ਸੈਨਾ ਦੀ ਬੰਦਵਾਈ ਅਤੇ ਪੈਰਾਂ ਹੇਠ ਰੌਂਦੇ ਜਾਣ ਦੀ ਪ੍ਰਤੀਨਿਧਤਾ ਕੀਤੀ, ਅਤੇ ਯਰੂਸ਼ਲਮ ਦੀ ਓਮੀਗਾ-ਮੌਤ ਨੇ ਪਵਿੱਤਰ ਅਸਥਾਨ ਦੇ ਪੈਰਾਂ ਹੇਠ ਰੌਂਦੇ ਜਾਣ ਦੀ ਪ੍ਰਤੀਨਿਧਤਾ ਕੀਤੀ।</w:t>
      </w:r>
    </w:p>
    <w:p>
      <w:pPr>
        <w:pStyle w:val="ArticleScripture"/>
        <w:jc w:val="left"/>
      </w:pPr>
      <w:r>
        <w:rPr>
          <w:rFonts w:ascii="Nirmala UI" w:hAnsi="Nirmala UI" w:eastAsia="Nirmala UI" w:cs="Nirmala UI"/>
        </w:rPr>
        <w:t>ਇਸ ਤਰ੍ਹਾਂ ਹਿਜ਼ਕੀਏਲ ਤੁਹਾਡੇ ਲਈ ਇਕ ਨਿਸ਼ਾਨ ਹੈ; ਜਿਵੇਂ ਉਸ ਨੇ ਜੋ ਕੁਝ ਕੀਤਾ ਹੈ, ਓਹੋ ਜਿਹਾ ਤੁਸੀਂ ਕਰੋਗੇ; ਅਤੇ ਜਦੋਂ ਇਹ ਹੋਵੇਗਾ, ਤਦ ਤੁਸੀਂ ਜਾਣ ਲਓਗੇ ਕਿ ਮੈਂ ਪ੍ਰਭੂ ਯਹੋਵਾਹ ਹਾਂ। ਅਤੇ ਹੇ ਮਨੁੱਖ ਦੇ ਪੁੱਤਰ, ਕੀ ਇਹ ਉਸ ਦਿਨ ਨਹੀਂ ਹੋਵੇਗਾ ਜਦੋਂ ਮੈਂ ਉਨ੍ਹਾਂ ਤੋਂ ਉਨ੍ਹਾਂ ਦੀ ਤਾਕਤ, ਉਨ੍ਹਾਂ ਦੀ ਮਹਿਮਾ ਦੀ ਖੁਸ਼ੀ, ਉਨ੍ਹਾਂ ਦੀਆਂ ਅੱਖਾਂ ਦੀ ਇੱਛਾ, ਅਤੇ ਜਿਸ ਉੱਤੇ ਉਹ ਆਪਣਾ ਮਨ ਲਾਉਂਦੇ ਹਨ, ਅਰਥਾਤ ਉਨ੍ਹਾਂ ਦੇ ਪੁੱਤਰਾਂ ਅਤੇ ਉਨ੍ਹਾਂ ਦੀਆਂ ਧੀਆਂ ਨੂੰ, ਲੈ ਲਵਾਂਗਾ, ਕਿ ਉਸ ਦਿਨ ਜੋ ਬਚ ਨਿਕਲੇਗਾ ਉਹ ਤੇਰੇ ਕੋਲ ਆਵੇਗਾ ਤਾਂ ਜੋ ਤੂੰ ਇਹ ਆਪਣੇ ਕੰਨਾਂ ਨਾਲ ਸੁਣੇਂ? ਉਸ ਦਿਨ ਤੇਰਾ ਮੂੰਹ ਉਸ ਦੇ ਲਈ ਖੁੱਲ੍ਹ ਜਾਵੇਗਾ ਜੋ ਬਚ ਨਿਕਲਿਆ ਹੈ, ਅਤੇ ਤੂੰ ਬੋਲੇਂਗਾ ਅਤੇ ਫਿਰ ਗੂੰਗਾ ਨਾ ਰਹੇਗਾ; ਅਤੇ ਤੂੰ ਉਨ੍ਹਾਂ ਲਈ ਇਕ ਨਿਸ਼ਾਨ ਹੋਵੇਂਗਾ; ਅਤੇ ਉਹ ਜਾਣ ਲੈਣਗੇ ਕਿ ਮੈਂ ਯਹੋਵਾਹ ਹਾਂ। ਹਿਜ਼ਕੀਏਲ 24:24–27.</w:t>
      </w:r>
    </w:p>
    <w:p>
      <w:pPr>
        <w:pStyle w:val="ArticleHeading"/>
        <w:jc w:val="left"/>
      </w:pPr>
      <w:r>
        <w:rPr>
          <w:rFonts w:ascii="Nirmala UI" w:hAnsi="Nirmala UI" w:eastAsia="Nirmala UI" w:cs="Nirmala UI"/>
        </w:rPr>
        <w:t>ਛੇ ਮੌਤਾਂ</w:t>
      </w:r>
    </w:p>
    <w:p>
      <w:pPr>
        <w:pStyle w:val="ArticleBody"/>
        <w:jc w:val="left"/>
      </w:pPr>
      <w:r>
        <w:rPr>
          <w:rFonts w:ascii="Nirmala UI" w:hAnsi="Nirmala UI" w:eastAsia="Nirmala UI" w:cs="Nirmala UI"/>
        </w:rPr>
        <w:t>ਹਿਜ਼ਕੀਏਲ ਦੀ ਪਤਨੀ ਦੀ ਮੌਤ ਘੇਰੇ ਦੀ ਸ਼ੁਰੂਆਤ ਅਤੇ ਯਰੂਸ਼ਲਮ ਦੀ ਮੌਤ ਨੂੰ ਦਰਸਾਉਂਦੀ ਹੈ, ਜੋ ਭਵਿੱਖਬਾਣੀਕ ਰੂਪ ਵਿੱਚ ਮਸੀਹ ਦੀ ਦੂਲਹਨ ਹੈ, ਅਤੇ ਇਹ ਉਸ ਜਲਦੀ ਆਉਣ ਵਾਲੇ ਐਤਵਾਰ ਦੇ ਕਾਨੂੰਨ ਨੂੰ ਵੀ ਪ੍ਰਗਟ ਕਰਦੀ ਹੈ, ਜਿਸ ਤੋਂ ਪਹਿਲਾਂ ਇੱਕ ਅਜਿਹਾ ਸਮਾਂ ਹੁੰਦਾ ਹੈ ਜੋ ਘੇਰੇ ਦੁਆਰਾ ਪ੍ਰਤੀਕਾਤਮਕ ਰੂਪ ਵਿੱਚ ਦਰਸਾਇਆ ਗਿਆ ਹੈ। ਘੇਰੇ ਦਾ ਸਮਾਂ ਅਤੇ ਵਿਨਾਸ਼—ਇਹ ਦੋ ਵੱਖਰੇ, ਭਾਵੇਂ ਸਿੱਧੇ ਤੌਰ ‘ਤੇ ਆਪਸ ਵਿੱਚ ਜੁੜੇ ਹੋਏ, ਮਾਰਗ-ਚਿੰਨ੍ਹ ਹਨ। ਘੇਰਾ ਇੱਕ ਸਮੇਂ ਦੀ ਅਵਧੀ ਹੈ, ਅਤੇ ਵਿਨਾਸ਼ ਸਮੇਂ ਦਾ ਇੱਕ ਨਿਸ਼ਚਿਤ ਬਿੰਦੂ ਹੈ। ਵਿਨਾਸ਼ ਉਹ ਐਤਵਾਰ ਦਾ ਕਾਨੂੰਨ ਹੈ, ਜਿਸ ਤੋਂ ਪਹਿਲਾਂ ਜਾਨਵਰ ਦੀ ਮੂਰਤੀ ਦੀ ਰਚਨਾ ਦਾ ਸਮਾਂ ਆਉਂਦਾ ਹੈ। ਜਾਨਵਰ ਦੀ ਮੂਰਤੀ ਦਾ ਇਹ ਸਮਾਂ ਜਾਨਵਰ ਦੀ ਛਾਪ ਨਾਲ ਸਮਾਪਤ ਹੁੰਦਾ ਹੈ। ਜਦੋਂ ਯਿਸੂ ਨੇ ਮੱਤੀ ਚੌਵੀ ਵਿੱਚ ਯਰੂਸ਼ਲਮ ਦੇ ਵਿਨਾਸ਼ ਦੀ ਨਿਸ਼ਾਨੀ ਦੀ ਪਹਿਚਾਣ ਕਰਵਾਈ, ਤਦ ਉਹਨਾਂ ਨੇ ਨੂਹ ਦੇ ਦਿਨਾਂ ਦਾ ਵੀ ਹਵਾਲਾ ਦਿੱਤਾ।</w:t>
      </w:r>
    </w:p>
    <w:p>
      <w:pPr>
        <w:pStyle w:val="ArticleScripture"/>
        <w:jc w:val="left"/>
      </w:pPr>
      <w:r>
        <w:rPr>
          <w:rFonts w:ascii="Nirmala UI" w:hAnsi="Nirmala UI" w:eastAsia="Nirmala UI" w:cs="Nirmala UI"/>
        </w:rPr>
        <w:t>ਪਰ ਜਿਵੇਂ ਨੋਹ ਦੇ ਦਿਨ ਸਨ, ਤਿਵੇਂ ਹੀ ਮਨੁੱਖ ਦੇ ਪੁੱਤਰ ਦਾ ਆਉਣਾ ਵੀ ਹੋਵੇਗਾ। ਕਿਉਂਕਿ ਜਿਵੇਂ ਜਲ-ਪਲਾਵਨ ਤੋਂ ਪਹਿਲਾਂ ਦੇ ਦਿਨਾਂ ਵਿੱਚ ਉਹ ਖਾਂਦੇ-ਪੀੰਦੇ, ਵਿਆਹ ਕਰਦੇ ਅਤੇ ਵਿਆਹ ਵਿੱਚ ਦਿੱਤੇ ਜਾਂਦੇ ਰਹੇ, ਉਸ ਦਿਨ ਤੱਕ ਜਦੋਂ ਨੋਹ ਕਿਸ਼ਤੀ ਵਿੱਚ ਦਾਖਲ ਹੋਇਆ, ਅਤੇ ਉਹਨਾਂ ਨੂੰ ਕੁਝ ਪਤਾ ਨਾ ਲੱਗਾ ਜਦ ਤੱਕ ਜਲ-ਪਲਾਵਨ ਆ ਕੇ ਉਹਨਾਂ ਸਭਨਾਂ ਨੂੰ ਬਹਾ ਨਾ ਲੈ ਗਿਆ; ਤਿਵੇਂ ਹੀ ਮਨੁੱਖ ਦੇ ਪੁੱਤਰ ਦਾ ਆਉਣਾ ਵੀ ਹੋਵੇਗਾ। ਮੱਤੀ 24:37–39.</w:t>
      </w:r>
    </w:p>
    <w:p>
      <w:pPr>
        <w:pStyle w:val="ArticleBody"/>
        <w:jc w:val="left"/>
      </w:pPr>
      <w:r>
        <w:rPr>
          <w:rFonts w:ascii="Nirmala UI" w:hAnsi="Nirmala UI" w:eastAsia="Nirmala UI" w:cs="Nirmala UI"/>
        </w:rPr>
        <w:t>ਨੂਹ ਦੇ ਦਿਨਾਂ ਵਿੱਚ ਕਿਰਪਾ-ਕਾਲ ਦਾ ਦਰਵਾਜ਼ਾ ਬੰਦ ਕਰ ਦਿੱਤਾ ਗਿਆ ਸੀ; ਇਸ ਤਰ੍ਹਾਂ ਉਸ ਨੇ ਜਲਦੀ ਆਉਣ ਵਾਲੇ ਐਤਵਾਰ ਦੇ ਕਾਨੂੰਨ ਦਾ ਪ੍ਰਤੀਕ ਰੂਪ ਧਾਰਿਆ, ਜਿਸ ਦਾ ਪ੍ਰਤੀਕ ਅਕਤੂਬਰ 22, 1844 ਨੂੰ ਦਰਵਾਜ਼ਾ ਬੰਦ ਹੋਣ ਨਾਲ ਵੀ ਕੀਤਾ ਗਿਆ ਹੈ। 1844 ਵਿੱਚ 12–17 ਅਗਸਤ ਦੀ ਐਕਸੀਟਰ ਕੈਂਪ ਮੀਟਿੰਗ ਤੋਂ ਸ਼ੁਰੂ ਹੋਣ ਵਾਲਾ ਸਮਾਂ-ਕਾਲ ਇੱਕ ਭਵਿੱਖਬਾਣੀਕਾਲੀ ਅਵਧੀ ਨੂੰ ਦਰਸਾਉਂਦਾ ਹੈ ਜੋ ਬੰਦ ਦਰਵਾਜ਼ੇ ਵੱਲ ਲੈ ਜਾਂਦੀ ਹੈ।</w:t>
      </w:r>
    </w:p>
    <w:p>
      <w:pPr>
        <w:pStyle w:val="ArticleBody"/>
        <w:jc w:val="left"/>
      </w:pPr>
      <w:r>
        <w:rPr>
          <w:rFonts w:ascii="Nirmala UI" w:hAnsi="Nirmala UI" w:eastAsia="Nirmala UI" w:cs="Nirmala UI"/>
        </w:rPr>
        <w:t>ਨੂਹ ਦੇ ਦਿਨਾਂ ਵਿੱਚ, ਨੂਹ ਤੀਜੇ ਦੂਤ ਦਾ ਪ੍ਰਤੀਨਿਧਿਤਵ ਕਰਦਾ ਸੀ ਅਤੇ ਤੀਜਾ ਦੂਤ 22 ਅਕਤੂਬਰ, 1844 ਦੀ ਬੰਦ ਕਿਵਾੜ ਤੱਕ ਪਹੁੰਚਿਆ। ਨੂਹ ਦੇ ਦਿਨਾਂ ਵਿੱਚ, ਜੋ ਯਿਸੂ ਦੇ ਅਨੁਸਾਰ “ਮਨੁੱਖ ਦੇ ਪੁੱਤਰ ਦੇ ਆਉਣ” ਵਰਗੇ ਹੋਣੇ ਸਨ, ਪ੍ਰਕਾਸ਼ਿਤ ਵਾਕਯ ਚੌਦ੍ਹਾਂ ਦੇ ਤਿੰਨ ਦੂਤ ਬੰਦ ਕਿਵਾੜ ਤੱਕ ਲੈ ਗਏ। ਵਿਲੀਅਮ ਮਿਲਰ ਪਹਿਲੇ ਦੂਤ ਦੇ ਸੰਦੇਸ਼ ਦਾ ਪ੍ਰਤੀਨਿਧਿਤਵ ਕਰਦਾ ਸੀ, ਅਤੇ ਨੂਹ ਦੇ ਦਿਨਾਂ ਵਿੱਚ ਉਸ ਦਾ ਪ੍ਰਤੀਰੂਪ ਹਨੋਕ ਸੀ। ਯਹੂਦਾ ਹਨੋਕ ਦੇ ਸੰਦੇਸ਼ ਨੂੰ ਮਿਲਰ ਦੇ ਸੰਦੇਸ਼ ਦੇ ਸਮਾਨਾਂਤਰ ਵਜੋਂ ਪਛਾਣਦਾ ਹੈ।</w:t>
      </w:r>
    </w:p>
    <w:p>
      <w:pPr>
        <w:pStyle w:val="ArticleScripture"/>
        <w:jc w:val="left"/>
      </w:pPr>
      <w:r>
        <w:rPr>
          <w:rFonts w:ascii="Nirmala UI" w:hAnsi="Nirmala UI" w:eastAsia="Nirmala UI" w:cs="Nirmala UI"/>
        </w:rPr>
        <w:t>ਅਤੇ ਆਦਮ ਤੋਂ ਸੱਤਵਾਂ ਹਨੋਕ ਵੀ ਇਨ੍ਹਾਂ ਦੇ ਵਿਸ਼ੇ ਵਿੱਚ ਭਵਿੱਖਬਾਣੀ ਕਰਦਾ ਹੋਇਆ ਕਹਿੰਦਾ ਹੈ, ਵੇਖੋ, ਪ੍ਰਭੂ ਆਪਣੇ ਪਵਿੱਤਰ ਹਜ਼ਾਰਾਂ ਹਜ਼ਾਰਾਂ ਦੇ ਨਾਲ ਆ ਰਿਹਾ ਹੈ, ਤਾਂ ਜੋ ਸਭ ਉੱਤੇ ਨਿਆਂ ਕਰੇ, ਅਤੇ ਉਨ੍ਹਾਂ ਵਿੱਚੋਂ ਸਭ ਅਧਰਮੀਆਂ ਨੂੰ ਉਨ੍ਹਾਂ ਦੇ ਉਹਨਾਂ ਸਾਰੇ ਅਧਰਮੀ ਕਰਤੂਤਾਂ ਦੇ ਵਿਸ਼ੇ ਵਿੱਚ, ਜੋ ਉਨ੍ਹਾਂ ਨੇ ਅਧਰਮ ਨਾਲ ਕੀਤੀਆਂ ਹਨ, ਅਤੇ ਉਹਨਾਂ ਸਾਰੀਆਂ ਕਠੋਰ ਗੱਲਾਂ ਦੇ ਵਿਸ਼ੇ ਵਿੱਚ, ਜੋ ਅਧਰਮੀ ਪਾਪੀਆਂ ਨੇ ਉਸ ਦੇ ਵਿਰੁੱਧ ਕਹੀਆਂ ਹਨ, ਦੋਸ਼ੀ ਠਹਿਰਾਏ। ਯਹੂਦਾ 1:14, 15.</w:t>
      </w:r>
    </w:p>
    <w:p>
      <w:pPr>
        <w:pStyle w:val="ArticleBody"/>
        <w:jc w:val="left"/>
      </w:pPr>
      <w:r>
        <w:rPr>
          <w:rFonts w:ascii="Nirmala UI" w:hAnsi="Nirmala UI" w:eastAsia="Nirmala UI" w:cs="Nirmala UI"/>
        </w:rPr>
        <w:t>ਮਿਲਰ ਦਾ ਪਹਿਲੇ ਦੂਤ ਦਾ ਸੰਦੇਸ਼ “ਨਿਆਂ” ਦੀ ਘੋਸ਼ਣਾ ਕਰਦਾ ਸੀ, ਜਿਵੇਂ ਕਿ ਉਹ ਹਨੋਕ ਦੇ ਸੰਦੇਸ਼ ਦੁਆਰਾ ਪ੍ਰਤੀਕਾਤਮਕ ਰੂਪ ਵਿੱਚ ਦਰਸਾਇਆ ਗਿਆ ਸੀ। ਹਨੋਕ ਦੀ ਸ਼ੁਰੂਆਤ ਇਸ ਤਰ੍ਹਾਂ ਚਿੰਨ੍ਹਿਤ ਕੀਤੀ ਗਈ ਹੈ ਕਿ ਉਹ “ਆਦਮ ਤੋਂ ਸੱਤਵਾਂ” ਸੀ। ਮਿਲਰ ਦਾ ਸੰਦੇਸ਼ ਉੱਤਰੀ ਰਾਜ ਦੇ ਵਿਰੁੱਧ ਆਏ “ਸੱਤ ਸਮਿਆਂ” ਦੇ ਆਗਮਨ ਨਾਲ ਸ਼ੁਰੂ ਹੋਇਆ ਅਤੇ ਉਸੇ ਨਾਲ ਸਮਾਪਤ ਹੋਇਆ, ਅਤੇ ਛਿਆਲੀ ਸਾਲ ਬਾਅਦ ਤੀਜਾ ਦੂਤ 22 ਅਕਤੂਬਰ, 1844 ਨੂੰ ਆਇਆ, ਜਦੋਂ ਦੱਖਣੀ ਰਾਜ ਦੇ ਵਿਰੁੱਧ “ਸੱਤ ਸਮਿਆਂ” ਦੀ ਪੂਰਤੀ ਹੋਈ। ਹਨੋਕ ਅਤੇ ਮਿਲਰ ਦੋਵੇਂ, ਜੋ ਨਿਆਂ ਦੀ ਘੜੀ ਦੇ ਸੰਦੇਸ਼ਵਾਹਕ ਸਨ, ਇਸ ਗੱਲ ਨਾਲ ਸ਼ੁਰੂ ਹੋਏ ਕਿ ਗਿਣਤੀ ਸੱਤ ਦੀ ਪਹਿਚਾਣ ਕੀਤੀ ਗਈ। ਜੋ ਅਵਧੀ ਹਨੋਕ ਨਾਲ ਸ਼ੁਰੂ ਹੋਈ, ਉਹ ਸੱਤ ਦਿਨਾਂ ਨਾਲ ਸਮਾਪਤ ਹੋਈ, ਜਿਨ੍ਹਾਂ ਦੌਰਾਨ ਪਸ਼ੂ ਕਿਸ਼ਤੀ ਵਿੱਚ ਦਾਖ਼ਲ ਹੋਏ, ਜਦ ਤੱਕ ਕਿ ਦਰਵਾਜ਼ਾ ਅਲੌਕਿਕ ਢੰਗ ਨਾਲ ਬੰਦ ਨਾ ਕਰ ਦਿੱਤਾ ਗਿਆ। ਯਿਸੂ ਸਦਾ ਅੰਤ ਨੂੰ ਸ਼ੁਰੂਆਤ ਨਾਲ ਹੀ ਦਰਸਾਉਂਦਾ ਹੈ।</w:t>
      </w:r>
    </w:p>
    <w:p>
      <w:pPr>
        <w:pStyle w:val="ArticleBody"/>
        <w:jc w:val="left"/>
      </w:pPr>
      <w:r>
        <w:rPr>
          <w:rFonts w:ascii="Nirmala UI" w:hAnsi="Nirmala UI" w:eastAsia="Nirmala UI" w:cs="Nirmala UI"/>
        </w:rPr>
        <w:t>ਹਨੋਕ ਨੇ ਮਥੂਸਾਲਹ ਨੂੰ ਜਨਮ ਦਿੱਤਾ, ਜਿਸ ਨੇ ਅੱਗੇ ਲਾਮਕ ਨੂੰ ਜਨਮ ਦਿੱਤਾ। ਲਾਮਕ ਅਤੇ ਮਥੂਸਾਲਹ ਦੂਜੇ ਦੂਤ ਦੇ ਸੰਦੇਸ਼ ਨੂੰ ਅਤੇ ਅੱਧੀ ਰਾਤ ਦੀ ਪੁਕਾਰ ਦੇ ਸੰਦੇਸ਼ ਨੂੰ ਵੀ ਦਰਸਾਉਂਦੇ ਹਨ। ਅੱਧੀ ਰਾਤ ਦੀ ਪੁਕਾਰ ਬੰਦ ਦਰਵਾਜ਼ੇ ਤੱਕ ਅੱਗੇ ਵਧੀ, ਅਤੇ ਇਸ ਲਈ ਉਸ ਦੀ ਪ੍ਰਤੀਕਤਾ ਮਥੂਸਾਲਹ ਦੁਆਰਾ ਕੀਤੀ ਗਈ ਹੈ, ਜੋ ਜਲ-ਪ੍ਰਲੈ ਦੇ ਸਾਲ ਮਰ ਗਿਆ। ਲਾਮਕ ਦੂਜੇ ਦੂਤ ਦੇ ਸੰਦੇਸ਼ ਦੀ ਪ੍ਰਤੀਕਤਾ ਕਰਦਾ ਸੀ, ਅਤੇ ਲਾਮਕ ਜਲ-ਪ੍ਰਲੈ ਤੋਂ ਪੰਜ ਸਾਲ ਪਹਿਲਾਂ ਮਰ ਗਿਆ। ਲਾਮਕ ਦੀ ਮੌਤ ਤੋਂ ਮਥੂਸਾਲਹ ਦੀ ਮੌਤ ਤੱਕ ਦੇ ਉਹ ਪੰਜ ਸਾਲ, ਜਦੋਂ ਦਰਵਾਜ਼ਾ ਬੰਦ ਹੋਇਆ, ਹਿਜ਼ਕੀਏਲ ਦੀ ਦੂਲਹਨ ਦੀ ਮੌਤ ਦਾ ਪ੍ਰਤੀਕ ਸਨ, ਜੋ ਉਸ ਅਵਧੀ ਦੀ ਸ਼ੁਰੂਆਤ ਨੂੰ ਚਿੰਨ੍ਹਿਤ ਕਰਦੀ ਸੀ ਜੋ ਮਸੀਹ ਦੀ ਦੂਲਹਨ ਦੀ ਮੌਤ ਵੱਲ ਲੈ ਗਈ, ਜਿਸ ਦੀ ਪ੍ਰਤੀਕਤਾ ਮਥੂਸਾਲਹ ਦੁਆਰਾ ਕੀਤੀ ਗਈ ਹੈ।</w:t>
      </w:r>
    </w:p>
    <w:p>
      <w:pPr>
        <w:pStyle w:val="ArticleBody"/>
        <w:jc w:val="left"/>
      </w:pPr>
      <w:r>
        <w:rPr>
          <w:rFonts w:ascii="Nirmala UI" w:hAnsi="Nirmala UI" w:eastAsia="Nirmala UI" w:cs="Nirmala UI"/>
        </w:rPr>
        <w:t>ਹਨੋਕ ਨੇ 1798 ਵਿੱਚ ਆਏ ਪਹਿਲੇ ਦੂਤ ਦਾ ਪ੍ਰਤੀਕ ਰੂਪ ਧਾਰਿਆ ਸੀ, ਲਾਮੇਖ ਨੇ 19 ਅਪ੍ਰੈਲ, 1844 ਨੂੰ ਆਏ ਦੂਜੇ ਦੂਤ ਦਾ ਪ੍ਰਤੀਕ ਰੂਪ ਧਾਰਿਆ ਸੀ, ਅਤੇ ਮਥੂਸਲਹ ਨੇ ਐਕਸੇਟਰ ਤੋਂ 22 ਅਕਤੂਬਰ, 1844 ਦੇ ਬੰਦ ਹੋਏ ਦਰਵਾਜ਼ੇ ਤੱਕ ਦੀ ਅੱਧੀ ਰਾਤ ਦੀ ਪੁਕਾਰ ਦਾ ਪ੍ਰਤੀਕ ਰੂਪ ਧਾਰਿਆ ਸੀ, ਜਿਸ ਦਾ ਪ੍ਰਤੀਕ ਨੂਹ ਸੀ। ਲਾਮੇਖ ਦੀ ਮੌਤ ਤੋਂ ਮਥੂਸਲਹ ਦੀ ਮੌਤ ਤੱਕ ਦੇ ਪੰਜ ਸਾਲ 587 ਈ.ਪੂ. ਤੋਂ 586 ਈ.ਪੂ. ਤੱਕ ਦੇ ਡੇਢ ਸਾਲ ਦਾ ਪ੍ਰਤੀਕ ਸਨ। ਲਾਮੇਖ ਤੋਂ ਮਥੂਸਲਹ ਤੱਕ ਦੇ ਉਹ ਪੰਜ ਸਾਲ 1448 ਤੋਂ 1453 ਤੱਕ ਦੇ ਪੰਜ ਸਾਲਾਂ ਦਾ ਪ੍ਰਤੀਕ ਹਨ।</w:t>
      </w:r>
    </w:p>
    <w:p>
      <w:pPr>
        <w:pStyle w:val="ArticleBody"/>
        <w:jc w:val="left"/>
      </w:pPr>
      <w:r>
        <w:rPr>
          <w:rFonts w:ascii="Nirmala UI" w:hAnsi="Nirmala UI" w:eastAsia="Nirmala UI" w:cs="Nirmala UI"/>
        </w:rPr>
        <w:t>31 ਅਕਤੂਬਰ 1448 ਨੂੰ, ਜੌਨ ਪਾਲਾਇਓਲੋਗੋਸ ਦੀ ਮੌਤ ਹੋ ਗਈ, ਅਤੇ ਉਸ ਦੇ ਭਰਾ ਕੌਂਸਟੈਂਟਾਈਨ ਗਿਆਰ੍ਹਵੇਂ ਨੇ (ਆਖਰੀ ਕੌਂਸਟੈਂਟਾਈਨ ਨੇ) ਪੂਰਬੀ ਰੋਮ ਦੇ ਸਿੰਹਾਸਨ ਉੱਤੇ ਬੈਠਣ ਲਈ ਇਸਲਾਮੀ ਤੁਰਕੀ ਸ਼ਕਤੀ ਤੋਂ ਆਗਿਆ ਮੰਗੀ। 27 ਜੁਲਾਈ 1299 ਨੂੰ ਉਸ ਦੀ ਅਧੀਨਤਾ ਨੇ ਪਰਕਾਸ਼ ਦੀ ਪੋਥੀ ਅਧਿਆਇ ਨੌਂ ਵਿੱਚ ਦਰਸਾਏ ਦੂਜੇ ਇੱਕ ਸੌ ਪੰਜਾਹ ਸਾਲ ਪੂਰੇ ਕੀਤੇ, ਜੋ ਆਯਤ ਦਸ ਵਿੱਚ ਪ੍ਰਸਤੁਤ ਕੀਤੇ ਗਏ ਹਨ। ਜੌਨ ਪਾਲਾਇਓਲੋਗੋਸ ਦੀ ਮੌਤ ਤੋਂ ਪੰਜ ਸਾਲ ਬਾਅਦ, ਉਸ ਦਾ ਭਰਾ ਕੌਂਸਟੈਂਟਾਈਨ ਗਿਆਰ੍ਹਵਾਂ ਕੌਂਸਟੈਂਟੀਨੋਪਲ ਦੀਆਂ ਕੰਧਾਂ ਉੱਤੇ ਮਾਰਿਆ ਗਿਆ, ਜਦੋਂ ਮਹਿਮਦ ਦੂਜੇ ਨੇ ਪੂਰਬੀ ਰੋਮ ਦੇ ਬਿਜੈਂਟੀਨ ਸਾਮਰਾਜ ਨੂੰ ਜਿੱਤ ਲਿਆ। ਮਹਿਮਦ, ਮੁਹੰਮਦ ਦਾ ਤੁਰਕੀ ਰੂਪ ਹੈ; ਇਸ ਲਈ 632 ਵਿੱਚ ਪਹਿਲੇ ਮੁਹੰਮਦ ਦੀ ਮੌਤ, ਜਿਸ ਨੇ ਪਰਕਾਸ਼ ਦੀ ਪੋਥੀ ਅਧਿਆਇ ਨੌਂ ਦੀ ਪਹਿਲੀ ਇੱਕ ਸੌ ਪੰਜਾਹ ਸਾਲਾਂ ਦੀ ਭਵਿੱਖਬਾਣੀ ਦਾ ਆਰੰਭ ਕੀਤਾ ਸੀ, (ਜੋ ਆਯਤ ਪੰਜ ਵਿੱਚ ਸਥਿਤ ਹੈ), ਅੱਠ ਸੌ ਇਕੀ ਸਾਲ ਬਾਅਦ ‘ਮੁਹੰਮਦ ਦੂਜੇ’ ਦੇ ਹੱਥੋਂ ਆਖਰੀ ਕੌਂਸਟੈਂਟਾਈਨ ਦੀ ਮੌਤ ਨਾਲ ਸਮਾਪਤ ਹੋਈ। ਆਪਣੀ ਮੌਤ ਤੋਂ ਪੰਜ ਸਾਲ ਪਹਿਲਾਂ ਮੁਹੰਮਦ ਨੇ ਰੋਮ ਦੇ ਪਤਨ ਦੀ ਭਵਿੱਖਬਾਣੀ ਕੀਤੀ ਸੀ, ਅਤੇ ਇਹ ਤੁਰਕ, ਜਿਸ ਦਾ ਨਾਮ ਮੁਹੰਮਦ ਦੂਜਾ ਸੀ, ਦੁਆਰਾ ਪੂਰੀ ਕੀਤੀ ਗਈ।</w:t>
      </w:r>
    </w:p>
    <w:p>
      <w:pPr>
        <w:pStyle w:val="ArticleBody"/>
        <w:jc w:val="left"/>
      </w:pPr>
      <w:r>
        <w:rPr>
          <w:rFonts w:ascii="Nirmala UI" w:hAnsi="Nirmala UI" w:eastAsia="Nirmala UI" w:cs="Nirmala UI"/>
        </w:rPr>
        <w:t>ਕੌਨਸਟੈਂਟਾਈਨ ਆਖ਼ਰੀ, ਅਰਥਾਤ ਗਿਆਰ੍ਹਵਾਂ, ਕੌਨਸਟੈਂਟੀਨੋਪਲ ਦੀ ਲੜਾਈ ਵਿੱਚ ਮਰ ਗਿਆ; ਇਸ ਤਰ੍ਹਾਂ ਉਸ ਨੇ ਆਪਣੇ ਭਰਾ ਜੌਨ ਦੀ ਮੌਤ ਤੋਂ ਆਪਣੀ ਮੌਤ ਤੱਕ ਦੇ ਪੰਜ ਸਾਲਾਂ ਦੀ ਪਛਾਣ ਕਰਵਾਈ। ਉਹ ਪੰਜ ਸਾਲ ਲਾਮੇਕ ਦੇ ਪੁੱਤਰ ਦੀ ਮੌਤ ਤੋਂ ਉਸ ਦੇ ਪਿਤਾ ਮਥੂਸਲਹ ਦੀ ਮੌਤ ਤੱਕ ਦੇ ਪੰਜ ਸਾਲਾਂ ਦੁਆਰਾ ਪ੍ਰਤੀਕਿਤ ਕੀਤੇ ਗਏ ਸਨ, ਜੋ ਪੰਜ ਸਾਲ ਬਾਅਦ ਉਸ ਵੇਲੇ ਹੋਈ ਜਦੋਂ ਕਿਸ਼ਤੀ ਉੱਤੇ ਦਰਵਾਜ਼ਾ ਬੰਦ ਹੋਇਆ। ਇਸ ਪ੍ਰਕਾਰ, ਹਿਜ਼ਕੀਏਲ ਦੀ ਵਧੂ ਦੀ ਮੌਤ ਲਾਮੇਕ ਦੀ ਮੌਤ ਦੁਆਰਾ ਪ੍ਰਤੀਕਿਤ ਕੀਤੀ ਗਈ ਸੀ, ਅਤੇ ਇਕੱਠੇ ਹੋ ਕੇ ਉਹ 1448 ਵਿੱਚ ਜੌਨ ਪਾਲਾਇਓਲੋਗੋਸ ਦੀ ਮੌਤ ਦੀ ਗਵਾਹੀ ਦਿੰਦੇ ਹਨ। ਇਸ ਤੋਂ ਬਾਅਦ ਮਥੂਸਲਹ ਦੀ ਮੌਤ ਮਸੀਹ ਦੀ ਵਧੂ ਦੀ ਮੌਤ ਅਤੇ 586 ਈ.ਪੂ. ਵਿੱਚ ਯਰੂਸ਼ਲਮ ਦੇ ਨਾਸ ਨਾਲ ਮੇਲ ਖਾਂਦੀ ਹੈ, ਅਤੇ ਇਕੱਠੇ ਹੋ ਕੇ ਉਹ ਕੌਨਸਟੈਂਟਾਈਨ ਗਿਆਰ੍ਹਵੇਂ ਦੀ ਮੌਤ ਨਾਲ ਵੀ ਮੇਲ ਖਾਂਦੀਆਂ ਹਨ।</w:t>
      </w:r>
    </w:p>
    <w:p>
      <w:pPr>
        <w:pStyle w:val="ArticleBody"/>
        <w:jc w:val="left"/>
      </w:pPr>
      <w:r>
        <w:rPr>
          <w:rFonts w:ascii="Nirmala UI" w:hAnsi="Nirmala UI" w:eastAsia="Nirmala UI" w:cs="Nirmala UI"/>
        </w:rPr>
        <w:t>ਇੱਕ ਭਵਿੱਖਬਾਣੀਕਾਲ ਦੇ ਤਿੰਨ ਗਵਾਹ, ਜੋ ਮੌਤ ਨਾਲ ਆਰੰਭ ਹੁੰਦਾ ਹੈ ਅਤੇ ਮੌਤ ਨਾਲ ਹੀ ਸਮਾਪਤ ਹੁੰਦਾ ਹੈ, ਉਸ ਅਵਧੀ ਨੂੰ ਦਰਸਾਉਂਦੇ ਹਨ ਜਿਸ ਵਿੱਚ ਜਾਨਵਰ ਦੀ ਮੂਰਤ ਦੀ ਰਚਨਾ ਹੁੰਦੀ ਹੈ ਅਤੇ ਜੋ ਜਾਨਵਰ ਦੀ ਛਾਪ ਨਾਲ ਸਮਾਪਤ ਹੁੰਦੀ ਹੈ; ਅਤੇ ਇਹ ਮਿਲਰਾਈਟ ਇਤਿਹਾਸ ਵਿੱਚ ਅੱਧੀ ਰਾਤ ਦੇ ਪੁਕਾਰ ਦੀ ਘੋਸ਼ਣਾ ਅਤੇ ਸਾਡੇ ਵਰਤਮਾਨ ਇਤਿਹਾਸ ਵਿੱਚ ਜਾਨਵਰ ਦੀ ਮੂਰਤ ਦੀ ਰਚਨਾ—ਜੋ ਜਾਨਵਰ ਦੀ ਛਾਪ ਨਾਲ ਸਮਾਪਤ ਹੁੰਦੀ ਹੈ—ਦੇ ਨਾਲ ਸੰਗਤ ਰੱਖਦੀ ਹੈ। ਜਦੋਂ ਜਾਨਵਰ ਦੀ ਛਾਪ ਜਲਦੀ ਆਉਣ ਵਾਲੇ ਐਤਵਾਰ ਦੇ ਕਾਨੂੰਨ ਵਿੱਚ ਪੂਰੀ ਹੋ ਜਾਂਦੀ ਹੈ, ਤਾਂ ਭਵਿੱਖਬਾਣੀਕ “ਬੋਲਣਾ” ਉਸ ਸਮੇਂ ਪ੍ਰਗਟ ਹੁੰਦਾ ਹੈ, ਜਿਵੇਂ ਯਹਿਜ਼ਕੇਲ ਯਰੂਸ਼ਲਮ ਦੇ ਨਾਸ ਹੋਣ ਉੱਤੇ ਆਪਣੀ ਹੀ ਇੱਛਾ ਅਨੁਸਾਰ “ਬੋਲ” ਸਕਦਾ ਸੀ।</w:t>
      </w:r>
    </w:p>
    <w:p>
      <w:pPr>
        <w:pStyle w:val="ArticleHeading"/>
        <w:jc w:val="left"/>
      </w:pPr>
      <w:r>
        <w:rPr>
          <w:rFonts w:ascii="Nirmala UI" w:hAnsi="Nirmala UI" w:eastAsia="Nirmala UI" w:cs="Nirmala UI"/>
        </w:rPr>
        <w:t>ਬੋਲਣਾ</w:t>
      </w:r>
    </w:p>
    <w:p>
      <w:pPr>
        <w:pStyle w:val="ArticleBody"/>
        <w:jc w:val="left"/>
      </w:pPr>
      <w:r>
        <w:rPr>
          <w:rFonts w:ascii="Nirmala UI" w:hAnsi="Nirmala UI" w:eastAsia="Nirmala UI" w:cs="Nirmala UI"/>
        </w:rPr>
        <w:t>ਐਤਵਾਰ ਦੇ ਕਾਨੂੰਨ ਦੇ ਸਮੇਂ, ਜਿਸ ਦੀ ਪ੍ਰਤੀਕਾਤਮਕ ਛਾਇਆ ਯਰੂਸ਼ਲਮ ਦੇ ਵਿਨਾਸ਼ ਵਿੱਚ ਮਿਲਦੀ ਹੈ, ਸੰਯੁਕਤ ਰਾਜ ਅਮਰੀਕਾ ਦੀ ਭਵਿੱਖਬਾਣੀਕ ਬੋਲਚਾਲ ਨੂੰ ਇਸ ਤੌਰ ਤੇ ਚਿੰਨ੍ਹਿਤ ਕੀਤਾ ਜਾਂਦਾ ਹੈ ਕਿ ਝੂਠਾ ਨਬੀ ਅਜਗਰ ਵਾਂਗ ਬੋਲਦਾ ਹੈ।</w:t>
      </w:r>
    </w:p>
    <w:p>
      <w:pPr>
        <w:pStyle w:val="ArticleScripture"/>
        <w:jc w:val="left"/>
      </w:pPr>
      <w:r>
        <w:rPr>
          <w:rFonts w:ascii="Nirmala UI" w:hAnsi="Nirmala UI" w:eastAsia="Nirmala UI" w:cs="Nirmala UI"/>
        </w:rPr>
        <w:t>ਅਤੇ ਮੈਂ ਧਰਤੀ ਵਿੱਚੋਂ ਇੱਕ ਹੋਰ ਦਰਿੰਦੇ ਨੂੰ ਉੱਪਰ ਆਉਂਦਾ ਵੇਖਿਆ; ਅਤੇ ਉਸ ਦੇ ਮੇਮਨੇ ਵਾਂਗ ਦੋ ਸਿੰਗ ਸਨ, ਅਤੇ ਉਹ ਅਜਗਰ ਵਾਂਗ ਬੋਲਦਾ ਸੀ। ਪ੍ਰਕਾਸ਼ ਦੀ ਪੁਸਤਕ 13:11।</w:t>
      </w:r>
    </w:p>
    <w:p>
      <w:pPr>
        <w:pStyle w:val="ArticleBody"/>
        <w:jc w:val="left"/>
      </w:pPr>
      <w:r>
        <w:rPr>
          <w:rFonts w:ascii="Nirmala UI" w:hAnsi="Nirmala UI" w:eastAsia="Nirmala UI" w:cs="Nirmala UI"/>
        </w:rPr>
        <w:t>ਐਤਵਾਰ ਦੇ ਕਾਨੂੰਨ ਵੇਲੇ, ਬਿਲਆਮ ਆਪਣੀ ਗਧੀ ਨੂੰ ਤੀਜੀ ਵਾਰ ਮਾਰਦਾ ਹੈ, ਅਤੇ ਤਦ ਗਧੀ ਬੋਲਦੀ ਹੈ।</w:t>
      </w:r>
    </w:p>
    <w:p>
      <w:pPr>
        <w:pStyle w:val="ArticleScripture"/>
        <w:jc w:val="left"/>
      </w:pPr>
      <w:r>
        <w:rPr>
          <w:rFonts w:ascii="Nirmala UI" w:hAnsi="Nirmala UI" w:eastAsia="Nirmala UI" w:cs="Nirmala UI"/>
        </w:rPr>
        <w:t>ਅਤੇ ਯਹੋਵਾਹ ਨੇ ਗਧੀ ਦਾ ਮੂੰਹ ਖੋਲ੍ਹ ਦਿੱਤਾ, ਅਤੇ ਉਸ ਨੇ ਬਿਲਆਮ ਨੂੰ ਆਖਿਆ, ਮੈਂ ਤੇਰਾ ਕੀ ਵਿਗਾੜਿਆ ਹੈ ਜੋ ਤੂੰ ਮੈਨੂੰ ਇਹ ਤਿੰਨ ਵਾਰ ਮਾਰਿਆ ਹੈ? ਅਤੇ ਬਿਲਆਮ ਨੇ ਗਧੀ ਨੂੰ ਕਿਹਾ, ਇਸ ਲਈ ਕਿ ਤੂੰ ਮੇਰਾ ਠੱਠਾ ਕੀਤਾ ਹੈ; ਕਾਸ਼ ਮੇਰੇ ਹੱਥ ਵਿੱਚ ਤਲਵਾਰ ਹੁੰਦੀ, ਕਿਉਂਕਿ ਹੁਣ ਮੈਂ ਤੈਨੂੰ ਮਾਰ ਹੀ ਦਿੰਦਾ। ਅਤੇ ਗਧੀ ਨੇ ਬਿਲਆਮ ਨੂੰ ਆਖਿਆ, ਕੀ ਮੈਂ ਤੇਰੀ ਆਪਣੀ ਗਧੀ ਨਹੀਂ ਹਾਂ, ਜਿਸ ਉੱਤੇ ਤੂੰ ਉਸ ਦਿਨ ਤੋਂ ਲੈ ਕੇ ਅੱਜ ਤੱਕ ਸਵਾਰੀ ਕਰਦਾ ਆਇਆ ਹੈਂ ਜਦੋਂ ਤੋਂ ਮੈਂ ਤੇਰੀ ਹੋਈ? ਕੀ ਮੈਂ ਕਦੇ ਤੇਰੇ ਨਾਲ ਅਜਿਹਾ ਕਰਨ ਦੀ ਆਦੀ ਰਹੀ ਹਾਂ? ਅਤੇ ਉਸ ਨੇ ਕਿਹਾ, ਨਹੀਂ। ਗਿਣਤੀ 22:28–30.</w:t>
      </w:r>
    </w:p>
    <w:p>
      <w:pPr>
        <w:pStyle w:val="ArticleBody"/>
        <w:jc w:val="left"/>
      </w:pPr>
      <w:r>
        <w:rPr>
          <w:rFonts w:ascii="Nirmala UI" w:hAnsi="Nirmala UI" w:eastAsia="Nirmala UI" w:cs="Nirmala UI"/>
        </w:rPr>
        <w:t>ਝੂਠਾ ਨਬੀ ਐਤਵਾਰ ਦੇ ਕਾਨੂੰਨ ਵੇਲੇ ਬੋਲਦਾ ਹੈ ਅਤੇ ਇਸਲਾਮ ਵੀ ਐਤਵਾਰ ਦੇ ਕਾਨੂੰਨ ਵੇਲੇ ਬੋਲਦਾ ਹੈ। ਦੋਵੇਂ ਭਵਿੱਖਬਾਣੀ ਦੇ ਅਰਥ ਵਿੱਚ ਝੂਠੇ ਨਬੀ ਹਨ। ਐਤਵਾਰ ਦੇ ਕਾਨੂੰਨ ਵੇਲੇ ਹਬੱਕੂਕ ਦਾ ਉਹ “ਦਰਸ਼ਨ” ਜੋ ਦੇਰ ਕਰਦਾ ਰਿਹਾ ਸੀ, ਬੋਲਦਾ ਹੈ।</w:t>
      </w:r>
    </w:p>
    <w:p>
      <w:pPr>
        <w:pStyle w:val="ArticleScripture"/>
        <w:jc w:val="left"/>
      </w:pPr>
      <w:r>
        <w:rPr>
          <w:rFonts w:ascii="Nirmala UI" w:hAnsi="Nirmala UI" w:eastAsia="Nirmala UI" w:cs="Nirmala UI"/>
        </w:rPr>
        <w:t>ਕਿਉਂਕਿ ਇਹ ਦਰਸ਼ਨ ਅਜੇ ਨਿਰਧਾਰਤ ਸਮੇਂ ਲਈ ਹੈ, ਪਰ ਅੰਤ ਵੇਲੇ ਇਹ ਬੋਲੇਗਾ ਅਤੇ ਝੂਠ ਨਾ ਠਹਿਰੇਗਾ; ਭਾਵੇਂ ਇਹ ਦੇਰੀ ਕਰਦਾ ਜਾਪੇ, ਤਾਂ ਵੀ ਇਸ ਦੀ ਉਡੀਕ ਕਰ; ਕਿਉਂਕਿ ਇਹ ਨਿਸ਼ਚਤ ਹੀ ਆਵੇਗਾ, ਇਹ ਦੇਰੀ ਨਾ ਕਰੇਗਾ। ਹਬੱਕੂਕ 2:3।</w:t>
      </w:r>
    </w:p>
    <w:p>
      <w:pPr>
        <w:pStyle w:val="ArticleBody"/>
        <w:jc w:val="left"/>
      </w:pPr>
      <w:r>
        <w:rPr>
          <w:rFonts w:ascii="Nirmala UI" w:hAnsi="Nirmala UI" w:eastAsia="Nirmala UI" w:cs="Nirmala UI"/>
        </w:rPr>
        <w:t>ਹਬੱਕੂਕ ਉਹ ਸੱਚਾ ਨਬੀ ਹੈ ਜੋ ਝੂਠੇ ਨਬੀਆਂ ਦੇ ਵਿਰੁੱਧ ਬੋਲਦਾ ਹੈ। ਹਬੱਕੂਕ ਦਾ ‘ਦਰਸ਼ਨ’ ਪਹਿਲਾਂ ਗੂੰਗੇ ਰਹੇ ਹਿਜ਼ਕੀਏਲ ਦੇ ਮੂੰਹ ਰਾਹੀਂ ਬੋਲਦਾ ਹੈ, ਜਿਸ ਦਾ ਮੂੰਹ ਫਿਰ ਖੋਲ੍ਹਿਆ ਜਾਂਦਾ ਹੈ। ਪਰਮੇਸ਼ੁਰ ਦਾ ਮੂੰਹ ਹੋਣ ਦਾ ਵਾਅਦਾ ਯਿਰਮਿਯਾਹ ਨੂੰ ਦਿੱਤਾ ਗਿਆ ਸੀ।</w:t>
      </w:r>
    </w:p>
    <w:p>
      <w:pPr>
        <w:pStyle w:val="ArticleScripture"/>
        <w:jc w:val="left"/>
      </w:pPr>
      <w:r>
        <w:rPr>
          <w:rFonts w:ascii="Nirmala UI" w:hAnsi="Nirmala UI" w:eastAsia="Nirmala UI" w:cs="Nirmala UI"/>
        </w:rPr>
        <w:t>ਮੇਰਾ ਦਰਦ ਕਿਉਂ ਸਦਾ ਕਾਇਮ ਰਹਿੰਦਾ ਹੈ, ਅਤੇ ਮੇਰਾ ਘਾਅ ਅਸਾਧ ਕਿਉਂ ਹੈ, ਜੋ ਚੰਗਾ ਹੋਣ ਤੋਂ ਇਨਕਾਰ ਕਰਦਾ ਹੈ? ਕੀ ਤੂੰ ਮੇਰੇ ਲਈ ਪੂਰੀ ਤਰ੍ਹਾਂ ਝੂਠੇ ਵਰਗਾ ਹੋਵੇਂਗਾ, ਅਤੇ ਉਹਨਾਂ ਪਾਣੀਆਂ ਵਰਗਾ ਜੋ ਮੁੱਕ ਜਾਂਦੇ ਹਨ? ਇਸ ਲਈ ਯਹੋਵਾਹ ਇਉਂ ਆਖਦਾ ਹੈ, ਜੇ ਤੂੰ ਮੁੜ ਆਵੇਂ, ਤਾਂ ਮੈਂ ਤੈਨੂੰ ਫਿਰ ਲਿਆਵਾਂਗਾ, ਅਤੇ ਤੂੰ ਮੇਰੇ ਸਾਹਮਣੇ ਖਲੋਤਾ ਰਹੇਂਗਾ; ਅਤੇ ਜੇ ਤੂੰ ਕੀਮਤੀ ਨੂੰ ਨਿਕੰਮੇ ਤੋਂ ਵੱਖਰਾ ਕਰੇਂ, ਤਾਂ ਤੂੰ ਮੇਰੇ ਮੂੰਹ ਵਰਗਾ ਹੋਵੇਂਗਾ; ਉਹ ਤੇਰੇ ਵੱਲ ਮੁੜਣ, ਪਰ ਤੂੰ ਉਹਨਾਂ ਵੱਲ ਨਾ ਮੁੜੀਂ। ਯਿਰਮਿਯਾਹ 15:18, 19.</w:t>
      </w:r>
    </w:p>
    <w:p>
      <w:pPr>
        <w:pStyle w:val="ArticleBody"/>
        <w:jc w:val="left"/>
      </w:pPr>
      <w:r>
        <w:rPr>
          <w:rFonts w:ascii="Nirmala UI" w:hAnsi="Nirmala UI" w:eastAsia="Nirmala UI" w:cs="Nirmala UI"/>
        </w:rPr>
        <w:t>ਐਤਵਾਰ ਦੇ ਕਾਨੂੰਨ ਸਮੇਂ, ਜ਼ਖ਼ਰਿਆਹ ਦੀ ਨੌਂ ਮਹੀਨਿਆਂ ਦੀ ਗੂੰਗਾਪਣ ਦੀ ਅਵਸਥਾ ਉਸ ਵੇਲੇ ਸਮਾਪਤ ਹੋਈ ਜਦੋਂ ਉਸ ਨੇ ਬੋਲ ਕੇ ਇਹ ਪੁਸ਼ਟੀ ਕੀਤੀ ਕਿ ਉਸ ਦੇ ਪੁੱਤਰ ਦਾ ਨਾਮ ਯੂਹੰਨਾ ਰੱਖਿਆ ਜਾਣਾ ਹੈ। ਜ਼ਖ਼ਰਿਆਹ ਨੇ ਉਸ ਨੇਤ੍ਰਿਤਵ ਦੀ ਪ੍ਰਤੀਨਿਧਤਾ ਕੀਤੀ ਜੋ ਤੀਜੇ ਦੂਤ ਦੇ ਵਚਨ ਉੱਤੇ ਅਵਿਸ਼ਵਾਸ ਕਰਦਾ ਹੈ, ਅਤੇ ਯੂਹੰਨਾ ਨੇ ਇਲੀਆਹ ਅੰਦੋਲਨ ਦੀ ਪ੍ਰਤੀਨਿਧਤਾ ਕੀਤੀ, ਅਰਥਾਤ ਉਹ ਕਲੀਸੀਆ ਜੋ ਮਸੀਹ ਦੇ ਦੂਜੇ ਆਗਮਨ ਦਾ ਅਗਵਾਨ ਬਣੇਗੀ।</w:t>
      </w:r>
    </w:p>
    <w:p>
      <w:pPr>
        <w:pStyle w:val="ArticleScripture"/>
        <w:jc w:val="left"/>
      </w:pPr>
      <w:r>
        <w:rPr>
          <w:rFonts w:ascii="Nirmala UI" w:hAnsi="Nirmala UI" w:eastAsia="Nirmala UI" w:cs="Nirmala UI"/>
        </w:rPr>
        <w:t>ਤਦ ਜ਼ਖਰਿਆਹ ਨੇ ਦੂਤ ਨੂੰ ਆਖਿਆ, ਮੈਂ ਇਹ ਗੱਲ ਕਿਸ ਰਾਹੀਂ ਜਾਣਾਂ? ਕਿਉਂਕਿ ਮੈਂ ਬੁੱਢਾ ਮਨੁੱਖ ਹਾਂ, ਅਤੇ ਮੇਰੀ ਇਸਤ੍ਰੀ ਵੀ ਉਮਰ ਵਿੱਚ ਬਹੁਤ ਅੱਗੇ ਵੱਧ ਚੁੱਕੀ ਹੈ। ਦੂਤ ਨੇ ਉੱਤਰ ਦੇ ਕੇ ਉਸ ਨੂੰ ਕਿਹਾ, ਮੈਂ ਗਬਰੀਏਲ ਹਾਂ, ਜੋ ਪਰਮੇਸ਼ੁਰ ਦੀ ਹਜ਼ੂਰੀ ਵਿੱਚ ਖੜਾ ਰਹਿੰਦਾ ਹਾਂ; ਅਤੇ ਮੈਂ ਤੇਰੇ ਨਾਲ ਬੋਲਣ ਅਤੇ ਤੈਨੂੰ ਇਹ ਖੁਸ਼ਖਬਰੀ ਸੁਣਾਉਣ ਲਈ ਭੇਜਿਆ ਗਿਆ ਹਾਂ। ਅਤੇ ਵੇਖ, ਤੂੰ ਗੂੰਗਾ ਹੋ ਜਾਵੇਂਗਾ ਅਤੇ ਉਸ ਦਿਨ ਤੱਕ ਬੋਲਣ ਦੇ ਯੋਗ ਨਾ ਰਹੇਂਗਾ ਜਦ ਤੱਕ ਇਹ ਗੱਲਾਂ ਪੂਰੀਆਂ ਨਾ ਹੋ ਜਾਣ, ਕਿਉਂਕਿ ਤੂੰ ਮੇਰੇ ਬਚਨਾਂ ਦਾ ਵਿਸ਼ਵਾਸ ਨਹੀਂ ਕੀਤਾ, ਜੋ ਆਪਣੇ ਨਿਯਤ ਸਮੇਂ ਵਿੱਚ ਪੂਰੇ ਹੋਣਗੇ।</w:t>
      </w:r>
    </w:p>
    <w:p>
      <w:pPr>
        <w:pStyle w:val="ArticleScripture"/>
        <w:jc w:val="left"/>
      </w:pPr>
      <w:r>
        <w:rPr>
          <w:rFonts w:ascii="Nirmala UI" w:hAnsi="Nirmala UI" w:eastAsia="Nirmala UI" w:cs="Nirmala UI"/>
        </w:rPr>
        <w:t>ਅਤੇ ਲੋਕ ਜ਼ਖਰਿਆਹ ਦੀ ਉਡੀਕ ਕਰਦੇ ਰਹੇ ਅਤੇ ਹੈਰਾਨ ਹੋਏ ਕਿ ਉਹ ਮੰਦਰ ਵਿੱਚ ਇੰਨਾ ਦੇਰ ਕਿਉਂ ਲਗਾ ਰਿਹਾ ਸੀ। ਅਤੇ ਜਦੋਂ ਉਹ ਬਾਹਰ ਆਇਆ, ਉਹ ਉਨ੍ਹਾਂ ਨਾਲ ਬੋਲ ਨਾ ਸਕਿਆ; ਤਦ ਉਨ੍ਹਾਂ ਨੇ ਸਮਝ ਲਿਆ ਕਿ ਉਸ ਨੇ ਮੰਦਰ ਵਿੱਚ ਕੋਈ ਦਰਸ਼ਨ ਵੇਖਿਆ ਹੈ; ਕਿਉਂਕਿ ਉਹ ਉਨ੍ਹਾਂ ਵੱਲ ਇਸ਼ਾਰੇ ਕਰਦਾ ਰਿਹਾ ਅਤੇ ਗੂੰਗਾ ਹੀ ਰਿਹਾ। ਲੂਕਾ 1:18–22.</w:t>
      </w:r>
    </w:p>
    <w:p>
      <w:pPr>
        <w:pStyle w:val="ArticleBody"/>
        <w:jc w:val="left"/>
      </w:pPr>
      <w:r>
        <w:rPr>
          <w:rFonts w:ascii="Nirmala UI" w:hAnsi="Nirmala UI" w:eastAsia="Nirmala UI" w:cs="Nirmala UI"/>
        </w:rPr>
        <w:t>ਜ਼ਖ਼ਰਿਆ ਯਾਜਕਾਂ ਦੀ ਅੱਠਵੀਂ ਵਾਰੀ ਨਾਲ ਸੰਬੰਧਿਤ ਸੀ।</w:t>
      </w:r>
    </w:p>
    <w:p>
      <w:pPr>
        <w:pStyle w:val="ArticleScripture"/>
        <w:jc w:val="left"/>
      </w:pPr>
      <w:r>
        <w:rPr>
          <w:rFonts w:ascii="Nirmala UI" w:hAnsi="Nirmala UI" w:eastAsia="Nirmala UI" w:cs="Nirmala UI"/>
        </w:rPr>
        <w:t>ਯਹੂਦੀਆ ਦੇ ਰਾਜਾ ਹੇਰੋਦੇਸ ਦੇ ਦਿਨਾਂ ਵਿੱਚ ਅਬੀਆ ਦੀ ਵਾਰੀ ਦਾ ਇੱਕ ਯਾਜਕ ਸੀ, ਜਿਸ ਦਾ ਨਾਮ ਜ਼ਖਰਿਆਹ ਸੀ; ਅਤੇ ਉਸ ਦੀ ਪਤਨੀ ਹਾਰੂਨ ਦੀਆਂ ਧੀਆਂ ਵਿੱਚੋਂ ਸੀ, ਅਤੇ ਉਸ ਦਾ ਨਾਮ ਇਲਿਜ਼ਾਬੇਥ ਸੀ। ਅਤੇ ਉਹ ਦੋਵੇਂ ਪਰਮੇਸ਼ੁਰ ਦੇ ਸਾਹਮਣੇ ਧਰਮੀ ਸਨ, ਅਤੇ ਪ੍ਰਭੂ ਦੀਆਂ ਸਾਰੀਆਂ ਆਗਿਆਵਾਂ ਅਤੇ ਵਿਧੀਆਂ ਵਿੱਚ ਨਿਰਦੋਸ਼ ਚੱਲਦੇ ਸਨ। ਅਤੇ ਉਨ੍ਹਾਂ ਦੀ ਕੋਈ ਸੰਤਾਨ ਨਾ ਸੀ, ਕਿਉਂਕਿ ਇਲਿਜ਼ਾਬੇਥ ਬਾਂਝ ਸੀ, ਅਤੇ ਉਹ ਦੋਵੇਂ ਹੁਣ ਬਹੁਤ ਉਮਰਦਰਾਜ਼ ਹੋ ਚੁੱਕੇ ਸਨ। ਅਤੇ ਐਸਾ ਹੋਇਆ ਕਿ ਜਦੋਂ ਉਹ ਆਪਣੀ ਵਾਰੀ ਦੇ ਕ੍ਰਮ ਅਨੁਸਾਰ ਪਰਮੇਸ਼ੁਰ ਦੇ ਸਾਹਮਣੇ ਯਾਜਕੀ ਸੇਵਾ ਨਿਭਾ ਰਿਹਾ ਸੀ, ਤਾਂ ਯਾਜਕੀ ਰੀਤ ਦੇ ਅਨੁਸਾਰ ਉਸ ਦਾ ਚਿੱਠਾ ਨਿਕਲਿਆ ਕਿ ਉਹ ਪ੍ਰਭੂ ਦੇ ਮੰਦਰ ਵਿੱਚ ਜਾ ਕੇ ਧੂਪ ਧੂਏ। ਅਤੇ ਧੂਪ ਦੇ ਸਮੇਂ ਲੋਕਾਂ ਦੀ ਸਾਰੀ ਭੀੜ ਬਾਹਰ ਪ੍ਰਾਰਥਨਾ ਕਰ ਰਹੀ ਸੀ। ਲੂਕਾ 1:5–10.</w:t>
      </w:r>
    </w:p>
    <w:p>
      <w:pPr>
        <w:pStyle w:val="ArticleBody"/>
        <w:jc w:val="left"/>
      </w:pPr>
      <w:r>
        <w:rPr>
          <w:rFonts w:ascii="Nirmala UI" w:hAnsi="Nirmala UI" w:eastAsia="Nirmala UI" w:cs="Nirmala UI"/>
        </w:rPr>
        <w:t>ਸਾਰੇ ਨਬੀ ਅੰਤਿਮ ਦਿਨਾਂ ਦੀ ਨੁਮਾਇੰਦਗੀ ਕਰਦੇ ਹਨ, ਅਤੇ ਜ਼ਖਰਯਾਹ ਮੰਦਰ ਵਿੱਚ ਦਾਖ਼ਲ ਹੋਇਆ, ਜਿਵੇਂ ਕਿ ਯਹਿਜ਼ਕੀਏਲ ਵੀ ਹੋਇਆ ਸੀ। ਉਹ ਯਾਜਕਾਂ ਦੇ ਅੱਠਵੇਂ ਵਰਗ ਦਾ ਸੀ, ਜੋ ਨੂਹ ਦੀ ਕਿਸ਼ਤੀ ਵਿੱਚ ਮੌਜੂਦ ਉਹਨਾਂ ਅੱਠ ਜਾਨਾਂ ਦੇ ਪ੍ਰਤੀਕ ਨੂੰ ਦਰਸਾਉਂਦਾ ਹੈ ਜੋ ਪੁਰਾਣੀ ਦੁਨੀਆ ਤੋਂ ਨਵੀਂ ਦੁਨੀਆ ਵਿੱਚ ਗਈਆਂ। ਉਹ ਅਤੇ ਉਸ ਦੀ ਪਤਨੀ ਦੋਵੇਂ ਹੀ ਨਿਰਦੋਸ਼ ਸਨ, ਪਰ ਜ਼ਖਰਯਾਹ ਗਬਰੀਏਲ ਦੇ ਬਚਨਾਂ ਉੱਤੇ ਸੰਦੇਹ ਕਰੇਗਾ। ਮਿਲਰਾਈਟ ਆੰਦੋਲਨ ਫ਼ਿਲਾਦੈਲਫ਼ੀਆਈਆਂ (ਨਿਰਦੋਸ਼) ਵਜੋਂ ਸ਼ੁਰੂ ਹੋਇਆ, ਪਰ 1856 ਵਿੱਚ ਲਾਓਦੀਕੀਆਈਆਂ ਵਿੱਚ ਪਰਿਵਰਤਿਤ ਹੋ ਗਿਆ। ਅੰਤਿਮ ਦਿਨਾਂ ਵਿੱਚ, ਦੂਤ ਦਾ ਸੰਦੇਸ਼ ਤੀਜੇ ਦੂਤ ਦਾ ਸੰਦੇਸ਼ ਹੈ, ਅਤੇ ਜ਼ਖਰਯਾਹ ਲਈ ਗਬਰੀਏਲ ਦਾ ਸੰਦੇਸ਼ ਤੀਜੇ ਦੂਤ ਦੇ ਸੰਦੇਸ਼ ਦੀ ਨੁਮਾਇੰਦਗੀ ਕਰਦਾ ਹੈ ਅਤੇ ਇਲਿਆਹ ਦੇ ਸੰਦੇਸ਼ ਦੀ ਵੀ, ਜਿਵੇਂ ਯੂਹੰਨਾ ਬਪਤਿਸਮਾ ਦੇਣ ਵਾਲੇ ਦੁਆਰਾ ਦਰਸਾਇਆ ਗਿਆ ਹੈ।</w:t>
      </w:r>
    </w:p>
    <w:p>
      <w:pPr>
        <w:pStyle w:val="ArticleScripture"/>
        <w:jc w:val="left"/>
      </w:pPr>
      <w:r>
        <w:rPr>
          <w:rFonts w:ascii="Nirmala UI" w:hAnsi="Nirmala UI" w:eastAsia="Nirmala UI" w:cs="Nirmala UI"/>
        </w:rPr>
        <w:t>ਅਤੇ ਪ੍ਰਭੂ ਦਾ ਇੱਕ ਦੂਤ ਧੂਪ ਦੀ ਵੇਦੀ ਦੇ ਸੱਜੇ ਪਾਸੇ ਖੜਾ ਹੋਇਆ ਉਸ ਨੂੰ ਦਿੱਸਿਆ। ਅਤੇ ਜਦੋਂ ਜ਼ਖਰਿਆਹ ਨੇ ਉਸ ਨੂੰ ਵੇਖਿਆ, ਤਾਂ ਉਹ ਘਬਰਾ ਗਿਆ, ਅਤੇ ਉਸ ਉੱਤੇ ਡਰ ਛਾ ਗਿਆ। ਪਰ ਦੂਤ ਨੇ ਉਸ ਨੂੰ ਕਿਹਾ, ਹੇ ਜ਼ਖਰਿਆਹ, ਡਰ ਨਾ; ਕਿਉਂਕਿ ਤੇਰੀ ਪ੍ਰਾਰਥਨਾ ਸੁਣੀ ਗਈ ਹੈ, ਅਤੇ ਤੇਰੀ ਪਤਨੀ ਇਲਿਸ਼ਬਤ ਤੇਰੇ ਲਈ ਇੱਕ ਪੁੱਤਰ ਜਣੇਗੀ, ਅਤੇ ਤੂੰ ਉਸ ਦਾ ਨਾਮ ਯੂਹੰਨਾ ਰੱਖੀਂ। ਅਤੇ ਤੈਨੂੰ ਖੁਸ਼ੀ ਅਤੇ ਅਨੰਦ ਹੋਵੇਗਾ; ਅਤੇ ਉਸ ਦੇ ਜਨਮ ਉੱਤੇ ਬਹੁਤੇ ਆਨੰਦ ਮਨਾਉਣਗੇ। ਕਿਉਂਕਿ ਉਹ ਪ੍ਰਭੂ ਦੀ ਨਿਗਾਹ ਵਿੱਚ ਮਹਾਨ ਹੋਵੇਗਾ, ਅਤੇ ਨਾ ਦਾਖਰਸ ਪੀਏਗਾ, ਨਾ ਕੋਈ ਮਦਿਰਾ; ਅਤੇ ਉਹ ਆਪਣੀ ਮਾਂ ਦੇ ਗਰਭ ਤੋਂ ਹੀ ਪਵਿੱਤਰ ਆਤਮਾ ਨਾਲ ਭਰਿਆ ਹੋਇਆ ਹੋਵੇਗਾ। ਅਤੇ ਇਸਰਾਏਲ ਦੀ ਸੰਤਾਨ ਵਿੱਚੋਂ ਬਹੁਤਿਆਂ ਨੂੰ ਉਹ ਪ੍ਰਭੂ ਉਹਨਾਂ ਦੇ ਪਰਮੇਸ਼ੁਰ ਵੱਲ ਫੇਰ ਲਿਆਵੇਗਾ। ਅਤੇ ਉਹ ਏਲੀਆਹ ਦੀ ਆਤਮਾ ਅਤੇ ਸ਼ਕਤੀ ਵਿੱਚ ਉਸ ਦੇ ਅੱਗੇ ਅੱਗੇ ਚੱਲੇਗਾ, ਤਾਂ ਜੋ ਪਿਉਆਂ ਦੇ ਦਿਲਾਂ ਨੂੰ ਬੱਚਿਆਂ ਵੱਲ, ਅਤੇ ਅਣਆਗਿਆਕਾਰੀਆਂ ਨੂੰ ਧਰਮੀ ਲੋਕਾਂ ਦੀ ਬੁੱਧੀ ਵੱਲ ਫੇਰ ਦੇਵੇ; ਅਤੇ ਪ੍ਰਭੂ ਲਈ ਇੱਕ ਤਿਆਰ ਕੀਤੀ ਹੋਈ ਪ੍ਰਜਾ ਨੂੰ ਤਿਆਰ ਕਰੇ। ਅਤੇ ਜ਼ਖਰਿਆਹ ਨੇ ਦੂਤ ਨੂੰ ਕਿਹਾ, ਮੈਂ ਇਹ ਕਿਸ ਤਰ੍ਹਾਂ ਜਾਣਾਂ? ਕਿਉਂਕਿ ਮੈਂ ਬੁੱਢਾ ਮਨੁੱਖ ਹਾਂ, ਅਤੇ ਮੇਰੀ ਪਤਨੀ ਵੀ ਉਮਰ ਵਿੱਚ ਬਹੁਤ ਅੱਗੇ ਵੱਧ ਚੁੱਕੀ ਹੈ। ਅਤੇ ਦੂਤ ਨੇ ਉੱਤਰ ਦੇ ਕੇ ਉਸ ਨੂੰ ਕਿਹਾ, ਮੈਂ ਗਬਰੀਏਲ ਹਾਂ, ਜੋ ਪਰਮੇਸ਼ੁਰ ਦੀ ਹਜ਼ੂਰੀ ਵਿੱਚ ਖੜਾ ਰਹਿੰਦਾ ਹਾਂ; ਅਤੇ ਮੈਂ ਤੇਰੇ ਨਾਲ ਗੱਲ ਕਰਨ ਅਤੇ ਤੈਨੂੰ ਇਹ ਸੁਖਦਾਈ ਸੁਸਮਾਚਾਰ ਸੁਣਾਉਣ ਲਈ ਭੇਜਿਆ ਗਿਆ ਹਾਂ। ਲੂਕਾ 1:11–19.</w:t>
      </w:r>
    </w:p>
    <w:p>
      <w:pPr>
        <w:pStyle w:val="ArticleBody"/>
        <w:jc w:val="left"/>
      </w:pPr>
      <w:r>
        <w:rPr>
          <w:rFonts w:ascii="Nirmala UI" w:hAnsi="Nirmala UI" w:eastAsia="Nirmala UI" w:cs="Nirmala UI"/>
        </w:rPr>
        <w:t>ਜ਼ਖ਼ਰਿਆਹ ਨੇ ਇਸ ਗੱਲ ‘ਤੇ ਸੰਦੇਹ ਕੀਤਾ ਕਿ ਆਉਣ ਵਾਲੇ ਇਲਿਆਹ ਦਾ ਸੰਦੇਸ਼ ਪੂਰਾ ਹੋਵੇਗਾ।</w:t>
      </w:r>
    </w:p>
    <w:p>
      <w:pPr>
        <w:pStyle w:val="ArticleScripture"/>
        <w:jc w:val="left"/>
      </w:pPr>
      <w:r>
        <w:rPr>
          <w:rFonts w:ascii="Nirmala UI" w:hAnsi="Nirmala UI" w:eastAsia="Nirmala UI" w:cs="Nirmala UI"/>
        </w:rPr>
        <w:t>ਵੇਖੋ, ਮੈਂ ਤੁਹਾਡੇ ਕੋਲ ਪ੍ਰਭੂ ਦੇ ਉਸ ਮਹਾਨ ਅਤੇ ਭਿਆਨਕ ਦਿਨ ਦੇ ਆਉਣ ਤੋਂ ਪਹਿਲਾਂ ਭਵਿੱਖਦ੍ਰਿਸ਼ਟਾ ਇਲਿਆਹ ਨੂੰ ਭੇਜਾਂਗਾ; ਅਤੇ ਉਹ ਪਿਉਆਂ ਦੇ ਦਿਲ ਪੁੱਤਰਾਂ ਵੱਲ, ਅਤੇ ਪੁੱਤਰਾਂ ਦੇ ਦਿਲ ਉਨ੍ਹਾਂ ਦੇ ਪਿਉਆਂ ਵੱਲ ਫੇਰੇਗਾ, ਕਿਤੇ ਐਸਾ ਨਾ ਹੋਵੇ ਕਿ ਮੈਂ ਆ ਕੇ ਧਰਤੀ ਨੂੰ ਸ਼ਾਪ ਨਾਲ ਮਾਰਾਂ। ਮਲਾਕੀ 4:5, 6.</w:t>
      </w:r>
    </w:p>
    <w:p>
      <w:pPr>
        <w:pStyle w:val="ArticleBody"/>
        <w:jc w:val="left"/>
      </w:pPr>
      <w:r>
        <w:rPr>
          <w:rFonts w:ascii="Nirmala UI" w:hAnsi="Nirmala UI" w:eastAsia="Nirmala UI" w:cs="Nirmala UI"/>
        </w:rPr>
        <w:t>ਭੈਣ ਵਾਈਟ, ਹਿਜ਼ਕੀਏਲ ਦੇ ਨੌਵੇਂ ਅਧਿਆਇ ਵਿੱਚ ਵਰਣਿਤ ਮੁਹਰ ਲਗਾਉਣ ਦੇ ਸੰਦਰਭ ਵਿੱਚ, ਇਹ ਦਰਸਾਉਂਦੀ ਹੈ ਕਿ ਲਾਉਦੀਕੀਆਈ ਸੇਵੰਥ-ਡੇ ਐਡਵੈਂਟਿਸਟ ਕਲੀਸਿਆ ਦੇ ਨੇਤ੍ਰਤਵ ਨੂੰ ਜ਼ਖਰਿਆਹ ਦੇ ਅਵਿਸ਼ਵਾਸ ਦੁਆਰਾ ਕਿਉਂ ਪ੍ਰਤੀਕਾਤਮਕ ਰੂਪ ਵਿੱਚ ਦਰਸਾਇਆ ਗਿਆ ਸੀ।</w:t>
      </w:r>
    </w:p>
    <w:p>
      <w:pPr>
        <w:pStyle w:val="ArticleScripture"/>
        <w:jc w:val="left"/>
      </w:pPr>
      <w:r>
        <w:rPr>
          <w:rFonts w:ascii="Nirmala UI" w:hAnsi="Nirmala UI" w:eastAsia="Nirmala UI" w:cs="Nirmala UI"/>
        </w:rPr>
        <w:t>“ਜੋ ਵਰਗ ਆਪਣੀ ਹੀ ਆਤਮਿਕ ਗਿਰਾਵਟ ਉੱਤੇ ਦੁੱਖੀ ਨਹੀਂ ਹੁੰਦਾ ਅਤੇ ਹੋਰਾਂ ਦੇ ਪਾਪਾਂ ਉੱਤੇ ਵਿਲਾਪ ਨਹੀਂ ਕਰਦਾ, ਉਹ ਪਰਮੇਸ਼ੁਰ ਦੀ ਮੋਹਰ ਤੋਂ ਬਿਨਾ ਛੱਡਿਆ ਜਾਵੇਗਾ। ਪ੍ਰਭੂ ਆਪਣੇ ਦੂਤਾਂ ਨੂੰ—ਉਹਨਾਂ ਮਨੁੱਖਾਂ ਨੂੰ ਜਿਨ੍ਹਾਂ ਦੇ ਹੱਥਾਂ ਵਿੱਚ ਸੰਹਾਰ ਦੇ ਹਥਿਆਰ ਹਨ—ਇਹ ਆਗਿਆ ਦਿੰਦਾ ਹੈ: ‘ਤੁਸੀਂ ਉਸ ਦੇ ਪਿੱਛੇ ਪਿੱਛੇ ਸ਼ਹਿਰ ਵਿੱਚ ਜਾਓ, ਅਤੇ ਵੱਢੋ; ਤੁਹਾਡੀ ਅੱਖ ਤਰਸ ਨਾ ਖਾਏ, ਨਾ ਹੀ ਤੁਸੀਂ ਦਇਆ ਕਰੋ; ਬੁੱਢਿਆਂ ਅਤੇ ਜੁਆਨਾਂ ਨੂੰ, ਕੁਆਰੀਆਂ ਨੂੰ, ਨਿੱਕੇ ਬੱਚਿਆਂ ਨੂੰ ਅਤੇ ਇਸਤ੍ਰੀਆਂ ਨੂੰ ਪੂਰੀ ਤਰ੍ਹਾਂ ਮਾਰ ਦਿਉ; ਪਰ ਕਿਸੇ ਵੀ ਉਸ ਮਨੁੱਖ ਦੇ ਨੇੜੇ ਨਾ ਆਉਣਾ ਜਿਸ ਉੱਤੇ ਨਿਸ਼ਾਨ ਹੈ; ਅਤੇ ਮੇਰੇ ਪਵਿੱਤਰ ਸਥਾਨ ਤੋਂ ਸ਼ੁਰੂ ਕਰੋ। ਤਦ ਉਹਨਾਂ ਨੇ ਉਹਨਾਂ ਬੁਜ਼ੁਰਗ ਮਨੁੱਖਾਂ ਤੋਂ ਸ਼ੁਰੂ ਕੀਤਾ ਜੋ ਘਰ ਦੇ ਅੱਗੇ ਸਨ।’”</w:t>
      </w:r>
    </w:p>
    <w:p>
      <w:pPr>
        <w:pStyle w:val="ArticleScripture"/>
        <w:jc w:val="left"/>
      </w:pPr>
      <w:r>
        <w:rPr>
          <w:rFonts w:ascii="Nirmala UI" w:hAnsi="Nirmala UI" w:eastAsia="Nirmala UI" w:cs="Nirmala UI"/>
        </w:rPr>
        <w:t>“ਇੱਥੇ ਅਸੀਂ ਵੇਖਦੇ ਹਾਂ ਕਿ ਕਲੀਸੀਆ—ਪ੍ਰਭੂ ਦਾ ਪਵਿੱਤਰ ਸਥਾਨ—ਸਭ ਤੋਂ ਪਹਿਲਾਂ ਪਰਮੇਸ਼ੁਰ ਦੇ ਕ੍ਰੋਧ ਦੀ ਚੋਟ ਨੂੰ ਭੋਗਣ ਵਾਲੀ ਸੀ। ਉਹ ਬਜ਼ੁਰਗ ਮਨੁੱਖ, ਜਿਨ੍ਹਾਂ ਨੂੰ ਪਰਮੇਸ਼ੁਰ ਨੇ ਵੱਡਾ ਪ੍ਰਕਾਸ਼ ਦਿੱਤਾ ਸੀ ਅਤੇ ਜੋ ਲੋਕਾਂ ਦੇ ਆਤਮਿਕ ਹਿਤਾਂ ਦੇ ਰਖਵਾਲੇ ਬਣ ਕੇ ਖੜ੍ਹੇ ਰਹੇ ਸਨ, ਆਪਣੇ ਭਰੋਸੇ ਨਾਲ ਦਗਾ ਕਰ ਗਏ ਸਨ। ਉਨ੍ਹਾਂ ਨੇ ਇਹ ਸਥਿਤੀ ਅਪਣਾ ਲਈ ਸੀ ਕਿ ਸਾਨੂੰ ਪਹਿਲਿਆਂ ਦਿਨਾਂ ਵਾਂਗ ਚਮਤਕਾਰਾਂ ਅਤੇ ਪਰਮੇਸ਼ੁਰ ਦੀ ਸ਼ਕਤੀ ਦੇ ਵਿਸ਼ੇਸ਼ ਪ੍ਰਗਟਾਵੇ ਦੀ ਉਮੀਦ ਨਹੀਂ ਰੱਖਣੀ ਚਾਹੀਦੀ। ਸਮੇਂ ਬਦਲ ਗਏ ਹਨ। ਇਹ ਬਚਨ ਉਨ੍ਹਾਂ ਦੇ ਅਵਿਸ਼ਵਾਸ ਨੂੰ ਹੋਰ ਮਜ਼ਬੂਤ ਕਰਦੇ ਹਨ, ਅਤੇ ਉਹ ਕਹਿੰਦੇ ਹਨ: ਪ੍ਰਭੂ ਨਾ ਭਲਾ ਕਰੇਗਾ ਅਤੇ ਨਾ ਹੀ ਬੁਰਾ ਕਰੇਗਾ। ਉਹ ਆਪਣੇ ਲੋਕਾਂ ਉੱਤੇ ਨਿਆਂ ਕਰਨ ਲਈ ਬਹੁਤ ਹੀ ਦਇਆਲੂ ਹੈ। ਇਸ ਤਰ੍ਹਾਂ ‘ਸ਼ਾਂਤੀ ਅਤੇ ਸੁਰੱਖਿਆ’ ਉਹਨਾਂ ਮਨੁੱਖਾਂ ਦੀ ਪੁਕਾਰ ਹੈ ਜੋ ਮੁੜ ਕਦੇ ਵੀ ਆਪਣੀ ਆਵਾਜ਼ ਤੁਰਹੀ ਵਾਂਗ ਉੱਚੀ ਕਰਕੇ ਪਰਮੇਸ਼ੁਰ ਦੇ ਲੋਕਾਂ ਨੂੰ ਉਹਨਾਂ ਦੇ ਅਪਰਾਧ ਅਤੇ ਯਾਕੂਬ ਦੇ ਘਰਾਣੇ ਨੂੰ ਉਹਨਾਂ ਦੇ ਪਾਪ ਨਹੀਂ ਵਿਖਾਵਣਗੇ। ਇਹ ਗੂੰਗੇ ਕੁੱਤੇ, ਜੋ ਭੌਂਕਣਾ ਨਹੀਂ ਚਾਹੁੰਦੇ ਸਨ, ਉਹੀ ਹਨ ਜੋ ਰੁੱਠੇ ਹੋਏ ਪਰਮੇਸ਼ੁਰ ਦੇ ਧਰਮੀ ਪ੍ਰਤਿਕਾਰ ਨੂੰ ਭੋਗਦੇ ਹਨ। ਮਰਦ, ਕੁਆਰੀਆਂ ਅਤੇ ਨਿੱਕੇ ਬੱਚੇ ਸਭ ਇਕੱਠੇ ਨਾਸ ਹੋ ਜਾਂਦੇ ਹਨ।” Testimonies, volume 5, 211.</w:t>
      </w:r>
    </w:p>
    <w:p>
      <w:pPr>
        <w:pStyle w:val="ArticleBody"/>
        <w:jc w:val="left"/>
      </w:pPr>
      <w:r>
        <w:rPr>
          <w:rFonts w:ascii="Nirmala UI" w:hAnsi="Nirmala UI" w:eastAsia="Nirmala UI" w:cs="Nirmala UI"/>
        </w:rPr>
        <w:t>ਜ਼ਖਰਿਆਹ ਨੇ ਤੀਜੇ ਦੂਤ ਦੇ ਸੰਦੇਸ਼ ਉੱਤੇ ਸੰਦੇਹ ਕੀਤਾ, ਜੋ ਇਲੀਆਹ ਦਾ ਸੰਦੇਸ਼ ਹੈ ਅਤੇ ਜੋ ਯੂਹੰਨਾ ਬਪਤਿਸਮਾ ਦੇਣ ਵਾਲੇ ਦੇ ਇਤਿਹਾਸ ਦੇ ਨਾਲ-ਨਾਲ ਵਿਲੀਅਮ ਮਿਲਰ ਦੇ ਇਤਿਹਾਸ ਨੂੰ ਵੀ ਦੁਹਰਾਉਂਦਾ ਹੈ।</w:t>
      </w:r>
    </w:p>
    <w:p>
      <w:pPr>
        <w:pStyle w:val="ArticleHeading"/>
        <w:jc w:val="left"/>
      </w:pPr>
      <w:r>
        <w:rPr>
          <w:rFonts w:ascii="Nirmala UI" w:hAnsi="Nirmala UI" w:eastAsia="Nirmala UI" w:cs="Nirmala UI"/>
        </w:rPr>
        <w:t>ਪੰਜ ਮਹੀਨੇ</w:t>
      </w:r>
    </w:p>
    <w:p>
      <w:pPr>
        <w:pStyle w:val="ArticleBody"/>
        <w:jc w:val="left"/>
      </w:pPr>
      <w:r>
        <w:rPr>
          <w:rFonts w:ascii="Nirmala UI" w:hAnsi="Nirmala UI" w:eastAsia="Nirmala UI" w:cs="Nirmala UI"/>
        </w:rPr>
        <w:t>ਇਲਿਜ਼ਾਬੇਥ ਨੇ ਆਪਣੀ ਗਰਭਾਵਸਥਾ ਪੰਜ ਮਹੀਨੇ ਤੱਕ ਲੁਕਾਈ ਰੱਖੀ।</w:t>
      </w:r>
    </w:p>
    <w:p>
      <w:pPr>
        <w:pStyle w:val="ArticleScripture"/>
        <w:jc w:val="left"/>
      </w:pPr>
      <w:r>
        <w:rPr>
          <w:rFonts w:ascii="Nirmala UI" w:hAnsi="Nirmala UI" w:eastAsia="Nirmala UI" w:cs="Nirmala UI"/>
        </w:rPr>
        <w:t>ਅਤੇ ਉਹਨਾਂ ਦਿਨਾਂ ਤੋਂ ਬਾਅਦ ਉਸ ਦੀ ਇਸਤਰੀ ਇਲਿਜ਼ਾਬੇਥ ਗਰਭਵਤੀ ਹੋਈ, ਅਤੇ ਇਹ ਕਹਿੰਦੀ ਹੋਈ ਪੰਜ ਮਹੀਨੇ ਤੱਕ ਆਪਣੇ ਆਪ ਨੂੰ ਲੁਕਾਈ ਰੱਖਿਆ ਕਿ, “ਇਸੇ ਪ੍ਰਕਾਰ ਪ੍ਰਭੂ ਨੇ ਮੇਰੇ ਨਾਲ ਉਹਨਾਂ ਦਿਨਾਂ ਵਿੱਚ ਵਰਤਾਉ ਕੀਤਾ ਜਦੋਂ ਉਸ ਨੇ ਮੇਰੇ ਉੱਤੇ ਦ੍ਰਿਸ਼ਟੀ ਕੀਤੀ, ਤਾਂ ਜੋ ਮਨੁੱਖਾਂ ਵਿੱਚੋਂ ਮੇਰੀ ਨਿੰਦਿਆ ਦੂਰ ਕਰੇ।” ਅਤੇ ਛੇਵੇਂ ਮਹੀਨੇ ਵਿੱਚ ਪਰਮੇਸ਼ੁਰ ਵੱਲੋਂ ਦੂਤ ਗਬਰੀਏਲ ਗਲੀਲ ਦੇ ਇੱਕ ਸ਼ਹਿਰ ਵਿੱਚ, ਜਿਸ ਦਾ ਨਾਮ ਨਾਸਰਤ ਸੀ, ਭੇਜਿਆ ਗਿਆ। ਲੂਕਾ 1:24–26.</w:t>
      </w:r>
    </w:p>
    <w:p>
      <w:pPr>
        <w:pStyle w:val="ArticleBody"/>
        <w:jc w:val="left"/>
      </w:pPr>
      <w:r>
        <w:rPr>
          <w:rFonts w:ascii="Nirmala UI" w:hAnsi="Nirmala UI" w:eastAsia="Nirmala UI" w:cs="Nirmala UI"/>
        </w:rPr>
        <w:t>ਜ਼ਖਰਿਆਹ ਪੁਜਾਰੀਆਂ ਦੇ ਅੱਠਵੇਂ ਵਰਗ ਦਾ ਸੀ, ਜੋ ਉਸ ਦੇ ਪੁੱਤਰ ਯੂਹੰਨਾ ਦੀ ਅੱਠਵੇਂ ਦਿਨ ਹੋਈ ਸੁੰਨਤ ਨਾਲ ਸੰਗਤ ਰੱਖਦਾ ਹੈ, ਜਦੋਂ ਜ਼ਖਰਿਆਹ ਮੁੜ ਬੋਲੇਗਾ। ਉਹ ਅਤੇ ਉਸ ਦਾ ਪੁੱਤਰ ਯੂਹੰਨਾ ਉਹਨਾਂ ਅੱਠ ਜਾਨਾਂ ਦੀ ਨੁਮਾਇੰਦਗੀ ਕਰਦੇ ਹਨ ਜੋ ਨੂਹ ਦੇ ਜਹਾਜ਼ ਵਿੱਚ ਸਨ, ਜਿਨ੍ਹਾਂ ਨੂੰ ਪੰਜ ਮਹੀਨੇ, ਅਰਥਾਤ ਇੱਕ ਸੌ ਪੰਜਾਹ ਦਿਨਾਂ ਲਈ, ਜਲ-ਪ੍ਰਲੈ ਦੇ ਪਾਣੀਆਂ ਦੁਆਰਾ ਆਈ ਮੌਤ ਤੋਂ ਲੁਕਾ ਕੇ ਰੱਖਿਆ ਗਿਆ ਸੀ। ਗਰਭਾਵਸਥਾ ਦੇ ਇੱਕ ਸੌ ਪੰਜਾਹ ਦਿਨ ਅਤੇ ਜਲ-ਪ੍ਰਲੈ ਦੇ ਪਾਣੀ ਪ੍ਰਕਾਸ਼ ਦੀ ਪੁਸਤਕ ਦੇ ਨੌਵੇਂ ਅਧਿਆਇ ਵਿੱਚ ਦਿੱਤੇ ਪੰਜ ਮਹੀਨਿਆਂ ਦੇ ਦੋ ਸਮਿਆਂ ਨਾਲ ਸੰਗਤ ਰੱਖਦੇ ਹਨ।</w:t>
      </w:r>
    </w:p>
    <w:p>
      <w:pPr>
        <w:pStyle w:val="ArticleBody"/>
        <w:jc w:val="left"/>
      </w:pPr>
      <w:r>
        <w:rPr>
          <w:rFonts w:ascii="Nirmala UI" w:hAnsi="Nirmala UI" w:eastAsia="Nirmala UI" w:cs="Nirmala UI"/>
        </w:rPr>
        <w:t>ਜ਼ਖਰਿਆਹ ਅਤੇ ਉਸ ਦਾ ਪੁੱਤਰ ਯੂਹੰਨਾ ਵੀ ਉਸ ਵੇਲੇ ਦਾ ਪ੍ਰਤੀਕ ਹਨ ਜਦੋਂ ਲਾਓਦੀਕੀਆ ਦੀ ਸੱਤਵੀਂ ਕਲੀਸਿਆ ਫ਼ਿਲਾਦੇਲਫ਼ੀਆ ਦੀ ਅੱਠਵੀਂ ਕਲੀਸਿਆ ਵੱਲ ਪਰਿਵਰਤਿਤ ਹੁੰਦੀ ਹੈ। ਜ਼ਖਰਿਆਹ ਦੀ ਅੱਠਵੇਂ ਕ੍ਰਮ ਦੌਰਾਨ ਕੀਤੀ ਸੇਵਾ ਤੋਂ ਲੈ ਕੇ ਉਸ ਦੇ ਪੁੱਤਰ ਯੂਹੰਨਾ ਦੇ ਅੱਠਵੇਂ ਦਿਨ ਦੇ ਖਤਨੇ ਤੱਕ, ਇਹ ਇੱਕ ਭਵਿੱਖਬਾਣੀਕਾਲੀ ਅਵਧੀ ਦਾ ਪ੍ਰਤੀਕ ਹੈ, ਜਿਸ ਵਿੱਚ ਅੱਠ ਦੀ ਗਿਣਤੀ ਆਰੰਭ ਅਤੇ ਅੰਤ ਦੀ ਪਹਿਚਾਣ ਕਰਦੀ ਹੈ। ਉਸ ਭਵਿੱਖਬਾਣੀਕਾਲੀ ਅਵਧੀ ਦੇ ਅੰਦਰ ਪੰਜ ਮਹੀਨਿਆਂ ਦੀ ਇੱਕ ਅਵਧੀ ਹੈ, ਜੋ ਲੁਕਾਓ ਦੇ ਸਮੇਂ ਦਾ ਪ੍ਰਤੀਕ ਹੈ।</w:t>
      </w:r>
    </w:p>
    <w:p>
      <w:pPr>
        <w:pStyle w:val="ArticleBody"/>
        <w:jc w:val="left"/>
      </w:pPr>
      <w:r>
        <w:rPr>
          <w:rFonts w:ascii="Nirmala UI" w:hAnsi="Nirmala UI" w:eastAsia="Nirmala UI" w:cs="Nirmala UI"/>
        </w:rPr>
        <w:t>ਭਵਿੱਖਬਾਣੀ ਦਾ “ਬੋਲਣਾ” ਜਲਦੀ ਆਉਣ ਵਾਲੇ ਐਤਵਾਰ ਦੇ ਕਾਨੂੰਨ ਦੀ ਪਹਿਚਾਣ ਕਰਾਂਦਾ ਹੈ; ਇਸ ਲਈ ਜ਼ਖਰਿਆਹ ਐਤਵਾਰ ਦੇ ਕਾਨੂੰਨ ਦੇ ਸਮੇਂ ਬੋਲਦਾ ਹੈ, ਜਦੋਂ ਉਸ ਦਾ ਪੁੱਤਰ ਮੁਹਰਬੰਦ ਕੀਤਾ ਜਾਂਦਾ ਹੈ, ਜਿਵੇਂ ਖਤਨੇ ਦੇ ਕਰਮ ਦੁਆਰਾ ਦਰਸਾਇਆ ਗਿਆ ਹੈ। ਉਸ ਇਤਿਹਾਸ ਵਿੱਚ, ਜ਼ਖਰਿਆਹ ਦੇ ਬੋਲਣ ਤੋਂ ਪਹਿਲਾਂ, ਅਰਥਾਤ ਐਤਵਾਰ ਦੇ ਕਾਨੂੰਨ ਤੋਂ ਪਹਿਲਾਂ, ਪੰਜ ਮਹੀਨੇ ਦੇ ਅੰਤ ਤੇ, ਛੇਵੇਂ ਮਹੀਨੇ ਵਿੱਚ ਮਰਿਆਮ ਇਲੀਸ਼ਾਬੇਥ ਨੂੰ ਮਿਲਣ ਆਉਂਦੀ ਹੈ, ਅਤੇ ਪਵਿੱਤਰ ਆਤਮਾ ਇਲੀਸ਼ਾਬੇਥ ਦਾ ਅਭਿਸ਼ੇਕ ਕਰਦਾ ਹੈ, ਜੋ ਇੱਕ ਇਸਤ੍ਰੀ ਹੋਣ ਦੇ ਨਾਤੇ ਪਰਮੇਸ਼ੁਰ ਦੀ ਕਲੀਸਿਆ ਦੇ ਅਭਿਸ਼ੇਕ ਨੂੰ, ਜਲਦੀ ਆਉਣ ਵਾਲੇ ਐਤਵਾਰ ਦੇ ਕਾਨੂੰਨ ਤੋਂ ਚਾਰ ਮਹੀਨੇ ਪਹਿਲਾਂ, ਪ੍ਰਤੀਨਿਧਿਤ ਕਰਦੀ ਹੈ।</w:t>
      </w:r>
    </w:p>
    <w:p>
      <w:pPr>
        <w:pStyle w:val="ArticleScripture"/>
        <w:jc w:val="left"/>
      </w:pPr>
      <w:r>
        <w:rPr>
          <w:rFonts w:ascii="Nirmala UI" w:hAnsi="Nirmala UI" w:eastAsia="Nirmala UI" w:cs="Nirmala UI"/>
        </w:rPr>
        <w:t>ਅਤੇ ਉਹਨਾਂ ਦਿਨਾਂ ਵਿੱਚ ਮਰਿਯਮ ਉੱਠੀ ਅਤੇ ਜਲਦੀ ਨਾਲ ਪਹਾੜੀ ਦੇਸ਼ ਵੱਲ, ਯਹੂਦਾ ਦੇ ਇੱਕ ਸ਼ਹਿਰ ਵਿੱਚ ਗਈ। ਅਤੇ ਜ਼ਖਰਿਆਹ ਦੇ ਘਰ ਵਿੱਚ ਪ੍ਰਵੇਸ਼ ਕਰਕੇ ਇਲਿਸ਼ਾਬੇਤ ਨੂੰ ਨਮਸਕਾਰ ਕੀਤਾ। ਅਤੇ ਇਹ ਹੋਇਆ ਕਿ ਜਦੋਂ ਇਲਿਸ਼ਾਬੇਤ ਨੇ ਮਰਿਯਮ ਦੀ ਨਮਸਕਾਰ ਸੁਣੀ, ਤਾਂ ਬਾਲਕ ਉਸ ਦੀ ਕੋਖ ਵਿੱਚ ਉੱਛਲਿਆ; ਅਤੇ ਇਲਿਸ਼ਾਬੇਤ ਪਵਿੱਤਰ ਆਤਮਾ ਨਾਲ ਭਰ ਗਈ। ਅਤੇ ਉਸ ਨੇ ਉੱਚੀ ਆਵਾਜ਼ ਨਾਲ ਕਿਹਾ, ਤੂੰ ਇਸਤ੍ਰੀਆਂ ਵਿੱਚ ਧੰਨ ਹੈਂ, ਅਤੇ ਤੇਰੀ ਕੋਖ ਦਾ ਫਲ ਧੰਨ ਹੈ। ਅਤੇ ਇਹ ਮੈਨੂੰ ਕਿਉਂ ਪ੍ਰਾਪਤ ਹੋਇਆ ਕਿ ਮੇਰੇ ਪ੍ਰਭੂ ਦੀ ਮਾਤਾ ਮੇਰੇ ਕੋਲ ਆਵੇ? ਕਿਉਂਕਿ ਵੇਖ, ਜਿਵੇਂ ਹੀ ਤੇਰੇ ਨਮਸਕਾਰ ਦੀ ਆਵਾਜ਼ ਮੇਰੇ ਕੰਨਾਂ ਵਿੱਚ ਪਈ, ਬਾਲਕ ਮੇਰੀ ਕੋਖ ਵਿੱਚ ਆਨੰਦ ਨਾਲ ਉੱਛਲਿਆ। ਅਤੇ ਧੰਨ ਹੈ ਉਹ ਜਿਸ ਨੇ ਵਿਸ਼ਵਾਸ ਕੀਤਾ; ਕਿਉਂਕਿ ਜੋ ਗੱਲਾਂ ਉਸ ਨੂੰ ਪ੍ਰਭੂ ਵੱਲੋਂ ਕਹੀਆਂ ਗਈਆਂ ਸਨ, ਉਹਨਾਂ ਦੀ ਪੂਰਤੀ ਹੋਵੇਗੀ। ਲੂਕਾ 1:39–45.</w:t>
      </w:r>
    </w:p>
    <w:p>
      <w:pPr>
        <w:pStyle w:val="ArticleBody"/>
        <w:jc w:val="left"/>
      </w:pPr>
      <w:r>
        <w:rPr>
          <w:rFonts w:ascii="Nirmala UI" w:hAnsi="Nirmala UI" w:eastAsia="Nirmala UI" w:cs="Nirmala UI"/>
        </w:rPr>
        <w:t>ਪੰਜ ਮਹੀਨਿਆਂ ਦੇ ਅੰਤ ਤੇ, ਇਲਿਜ਼ਾਬੇਥ ਨੇ ਮਰਿਯਮ ਨਾਲ “ਉੱਚੀ ਆਵਾਜ਼ ਨਾਲ” ਗੱਲ ਕੀਤੀ, ਅਤੇ ਗਬਰਾਈਲ ਦੇ ਸੰਦੇਸ਼ ਉੱਤੇ ਮਰਿਯਮ ਦੇ ਵਿਸ਼ਵਾਸ ਦੀ ਪ੍ਰਸ਼ੰਸਾ ਕੀਤੀ; ਜੋ ਆਖਰੀ ਦਿਨਾਂ ਵਿੱਚ ਤੀਜੇ ਦੂਤ ਦਾ ਸੰਦੇਸ਼ ਹੈ। ਇਲਿਜ਼ਾਬੇਥ ਦੇ ਪਤੀ ਜ਼ਖਰਿਆਹ ਨੇ ਅਵਿਸ਼ਵਾਸ ਕੀਤਾ ਸੀ, ਪਰ ਮਰਿਯਮ ਨੇ ਨਹੀਂ। ਮਰਿਯਮ ਨੇ ਜ਼ਖਰਿਆਹ ਤੋਂ ਪੰਜ ਮਹੀਨੇ ਬਾਅਦ ਗਬਰਾਈਲ ਦਾ ਸੰਦੇਸ਼ ਸੁਣਿਆ, ਇਸ ਲਈ ਤੀਜੇ ਦੂਤ ਵਿੱਚ ਉਸਦਾ ਵਿਸ਼ਵਾਸ ਇਸ ਗੱਲ ਵਜੋਂ ਚਿੰਨ੍ਹਿਤ ਹੈ ਕਿ ਉਹ ਪੰਜ ਮਹੀਨਿਆਂ ਦੇ ਗੁਪਤ ਸੰਦੇਸ਼ ਦੇ ਪ੍ਰਗਟ ਕੀਤੇ ਜਾਣ ਤੋਂ ਬਾਅਦ ਆਉਂਦਾ ਹੈ। ਆਖਰੀ ਦਿਨਾਂ ਵਿੱਚ ਪੰਜ ਮਹੀਨਿਆਂ ਦਾ ਗੁਪਤ ਸੰਦੇਸ਼ ਪ੍ਰਕਾਸ਼ ਦੀ ਪੋਥੀ 9:5 ਦੇ ਪਹਿਲੇ ਪੰਜ ਮਹੀਨੇ ਹਨ। ਮਰਿਯਮ ਆਖਰੀ ਦਿਨਾਂ ਦੀ ਉਸ ਕਲੀਸੀਆ ਦੀ ਪ੍ਰਤੀਨਿਧਤਾ ਕਰਦੀ ਹੈ ਜੋ ਤੀਜੇ ਦੂਤ ਦੇ ਸੰਦੇਸ਼ ਨੂੰ ਸਵੀਕਾਰ ਕਰਦੀ ਹੈ, ਜਿਸ ਵਿੱਚ ਪੰਜ ਮਹੀਨਿਆਂ ਦਾ ਇਕ ਵਿਸ਼ੇਸ਼ ਉਨਮੋਚਨ ਵੀ ਸ਼ਾਮਲ ਹੈ, ਜੋ ਜਲਦੀ ਆਉਣ ਵਾਲੇ ਐਤਵਾਰ ਦੇ ਕਾਨੂੰਨ ਦੀ ਘੋਸ਼ਣਾ ਦੇ ਲਗਭਗ ਚਾਰ ਮਹੀਨੇ ਬਾਅਦ ਆਉਣ ਤੋਂ ਥੋੜ੍ਹਾ ਪਹਿਲਾਂ ਹੁੰਦਾ ਹੈ।</w:t>
      </w:r>
    </w:p>
    <w:p>
      <w:pPr>
        <w:pStyle w:val="ArticleBody"/>
        <w:jc w:val="left"/>
      </w:pPr>
      <w:r>
        <w:rPr>
          <w:rFonts w:ascii="Nirmala UI" w:hAnsi="Nirmala UI" w:eastAsia="Nirmala UI" w:cs="Nirmala UI"/>
        </w:rPr>
        <w:t>ਮਰਿਯਮ ਦੀ ਮੁਲਾਕਾਤ ਦੇ ਮਾਰਗ-ਚਿੰਨ੍ਹਾਂ ਉੱਤੇ, ਪਹਿਲੇ ਅਤੇ ਦੂਜੇ ਦੂਤ ਦੀ ਚਲਹੇਤ—ਜਿਸ ਦੀ ਨੁਮਾਇੰਦਗੀ ਜ਼ਖਰਯਾਹ ਅਤੇ ਇਲਿਜ਼ਾਬੇਥ ਕਰਦੇ ਹਨ—ਤੀਜੇ ਦੂਤ ਦੀ ਚਲਹੇਤ ਨਾਲ ਜੁੜਦੀ ਹੈ, ਜਿਸ ਦੀ ਨੁਮਾਇੰਦਗੀ ਮਰਿਯਮ ਅਤੇ ਯੂਸਫ਼ ਕਰਦੇ ਹਨ। ਜ਼ਖਰਯਾਹ ਉਸ ਕਲੀਸਿਆ ਦੇ ਇੱਕ ਅਧਿਕਾਰੀ ਦੀ ਨੁਮਾਇੰਦਗੀ ਕਰਦਾ ਹੈ ਜਿਸ ਨੇ ਤੀਜੇ ਦੂਤ ਦੇ ਸੰਦੇਸ਼ ਉੱਤੇ ਅਵਿਸ਼ਵਾਸ ਕੀਤਾ, ਅਤੇ ਬੜ੍ਹਈ ਯੂਸਫ਼ ਉਸ ਚਲਹੇਤ ਦੀ ਨੁਮਾਇੰਦਗੀ ਕਰਦਾ ਹੈ ਜੋ ਸਵੈ-ਸਹਾਇਕ ਕੰਮ ਦੁਆਰਾ ਪ੍ਰਤੀਨਿਧਿਤ ਕੀਤੀ ਜਾਂਦੀ ਹੈ। ਐਡਵੈਂਟਵਾਦ ਜਿਵੇਂ ਸ਼ੁਰੂ ਹੋਇਆ ਸੀ, ਤਿਵੇਂ ਹੀ ਸਮਾਪਤ ਹੁੰਦਾ ਹੈ; ਅਤੇ ਇਹ ਇੱਕ ਚਲਹੇਤ ਵਜੋਂ ਸ਼ੁਰੂ ਹੋਇਆ ਸੀ, ਨਾ ਕਿ ਇੱਕ ਸੰਗਠਿਤ ਕਲੀਸਿਆਈ ਸੰਰਚਨਾ ਵਜੋਂ। ਇੱਕ ਸੌ ਚੁਤਾਲੀਹ ਹਜ਼ਾਰ ਦੀ ਚਲਹੇਤ, ਜਿਸ ਦੀ ਨੁਮਾਇੰਦਗੀ ਯੂਸਫ਼, ਮਰਿਯਮ ਅਤੇ ਮਸੀਹ ਕਰਦੇ ਹਨ, ਮਿਲਰਾਈਟ ਚਲਹੇਤ—ਜਿਸ ਦੀ ਨੁਮਾਇੰਦਗੀ ਜ਼ਖਰਯਾਹ, ਇਲਿਜ਼ਾਬੇਥ ਅਤੇ ਯੂਹੰਨਾ ਕਰਦੇ ਹਨ—ਦੀ ਸਿੱਧੀ ਰਿਸ਼ਤੇਦਾਰ ਹੈ, ਅਤੇ 1863 ਦਾ ਅਵਿਸ਼ਵਾਸ ਜ਼ਖਰਯਾਹ ਦੁਆਰਾ ਦਰਸਾਇਆ ਗਿਆ ਹੈ। 1863 ਪਹਿਲੇ ਅਤੇ ਦੂਜੇ ਦੂਤਾਂ ਦੇ ਸੰਦੇਸ਼ਾਂ ਪ੍ਰਤੀ ਅਵਿਸ਼ਵਾਸ ਦੀ ਨੁਮਾਇੰਦਗੀ ਕਰਦਾ ਹੈ, ਅਤੇ ਤੀਜੇ ਦੂਤ ਦੀ ਚਲਹੇਤ ਮਰਿਯਮ ਦੇ ਵਿਸ਼ਵਾਸ ਦੀ ਨੁਮਾਇੰਦਗੀ ਕਰਦੀ ਹੈ।</w:t>
      </w:r>
    </w:p>
    <w:p>
      <w:pPr>
        <w:pStyle w:val="ArticleScripture"/>
        <w:jc w:val="left"/>
      </w:pPr>
      <w:r>
        <w:rPr>
          <w:rFonts w:ascii="Nirmala UI" w:hAnsi="Nirmala UI" w:eastAsia="Nirmala UI" w:cs="Nirmala UI"/>
        </w:rPr>
        <w:t>“ਸਵਰਗ ਤੋਂ ਆਏ ਉਸ ਸ਼ਕਤੀਸ਼ਾਲੀ ਦੂਤ ਦੀ ਸਹਾਇਤਾ ਲਈ ਦੂਤ ਭੇਜੇ ਗਏ, ਅਤੇ ਮੈਂ ਅਵਾਜ਼ਾਂ ਸੁਣੀਆਂ ਜੋ ਇਉਂ ਜਾਪਦੀਆਂ ਸਨ ਕਿ ਹਰ ਥਾਂ ਗੂੰਜ ਰਹੀਆਂ ਹਨ, ‘ਉਸ ਵਿੱਚੋਂ ਬਾਹਰ ਨਿਕਲ ਆਓ, ਹੇ ਮੇਰੇ ਲੋਕੋ, ਤਾਂ ਜੋ ਤੁਸੀਂ ਉਸ ਦੇ ਪਾਪਾਂ ਵਿੱਚ ਭਾਗੀ ਨਾ ਹੋਵੋ, ਅਤੇ ਉਸ ਦੀਆਂ ਮਾਰੀਆਂ ਵਿੱਚੋਂ ਕੁਝ ਵੀ ਨਾ ਪਾਵੋ। ਕਿਉਂਕਿ ਉਸ ਦੇ ਪਾਪ ਸਵਰਗ ਤਕ ਪਹੁੰਚ ਗਏ ਹਨ, ਅਤੇ ਪਰਮੇਸ਼ੁਰ ਨੇ ਉਸ ਦੀਆਂ ਬੁਰਾਈਆਂ ਨੂੰ ਯਾਦ ਕੀਤਾ ਹੈ।’ ਇਹ ਸੰਦੇਸ਼ ਤੀਜੇ ਸੰਦੇਸ਼ ਵਿੱਚ ਇੱਕ ਜੋੜ ਵਾਂਗ ਜਾਪਿਆ, ਜਿਵੇਂ 1844 ਵਿੱਚ ਅੱਧੀ ਰਾਤ ਦੀ ਪੁਕਾਰ ਦੂਜੇ ਦੂਤ ਦੇ ਸੰਦੇਸ਼ ਨਾਲ ਜੁੜੀ ਸੀ। ਪਰਮੇਸ਼ੁਰ ਦੀ ਮਹਿਮਾ ਧੀਰਜਵਾਨ, ਉਡੀਕ ਕਰ ਰਹੇ ਪਵਿੱਤਰ ਜਨਾਂ ਉੱਤੇ ਠਹਿਰੀ ਹੋਈ ਸੀ, ਅਤੇ ਉਨ੍ਹਾਂ ਨੇ ਨਿਡਰ ਹੋ ਕੇ ਆਖਰੀ ਗੰਭੀਰ ਚੇਤਾਵਨੀ ਦਿੱਤੀ, ਬਾਬਲ ਦੇ ਪਤਨ ਦਾ ਐਲਾਨ ਕਰਦੇ ਹੋਏ ਅਤੇ ਪਰਮੇਸ਼ੁਰ ਦੇ ਲੋਕਾਂ ਨੂੰ ਉਸ ਵਿੱਚੋਂ ਬਾਹਰ ਨਿਕਲ ਆਉਣ ਲਈ ਪੁਕਾਰਦੇ ਹੋਏ, ਤਾਂ ਜੋ ਉਹ ਉਸ ਦੀ ਭਿਆਨਕ ਵਿਨਾਸ਼ਕਾਰੀ ਸਜ਼ਾ ਤੋਂ ਬਚ ਸਕਣ।” Early Writings, 277.</w:t>
      </w:r>
    </w:p>
    <w:p>
      <w:pPr>
        <w:pStyle w:val="ArticleBody"/>
        <w:jc w:val="left"/>
      </w:pPr>
      <w:r>
        <w:rPr>
          <w:rFonts w:ascii="Nirmala UI" w:hAnsi="Nirmala UI" w:eastAsia="Nirmala UI" w:cs="Nirmala UI"/>
        </w:rPr>
        <w:t>ਦੋ ਸੰਦੇਸ਼ਾਂ ਦਾ ਇਕੱਠੇ ਜੁੜਨਾ ਮਰਿਯਮ ਦੇ ਐਲੀਜ਼ਾਬੈਥ ਨੂੰ ਮਿਲਣ ਜਾਣ ਨਾਲ ਦਰਸਾਇਆ ਗਿਆ ਹੈ, ਅਤੇ ਉਹ ਬਿੰਦੂ ਉਸ ਵੇਲੇ ਆਇਆ ਜਦੋਂ ਲੁਕੇ ਹੋਏ ਪੰਜ ਮਹੀਨੇ ਪ੍ਰਗਟ ਕੀਤੇ ਜਾਂਦੇ ਹਨ। ਉਹੀ ਬਿੰਦੂ ਹੈ ਜਿੱਥੇ ਦੋ ਭਵਿੱਖਬਾਣੀਆਂ ਮਿਲਦੀਆਂ ਹਨ ਅਤੇ ਇਕੱਠੇ ਘੋਸ਼ਿਤ ਕੀਤੀਆਂ ਜਾਂਦੀਆਂ ਹਨ। ਇੱਕ ਐਲੀਜ਼ਾਬੈਥ ਵੱਲੋਂ ਘੋਸ਼ਿਤ ਕੀਤੀ ਗਈ ਸੀ ਅਤੇ ਦੂਜੀ ਮਰਿਯਮ ਵੱਲੋਂ। ਦੋ ਸੰਦੇਸ਼ਾਂ ਦਾ ਇਹ ਮਿਲਾਪ ਦਰਸਾਉਂਦਾ ਹੈ ਕਿ ਅੱਧੀ ਰਾਤ ਦੀ ਪੁਕਾਰ ਕਦੋਂ ਦੂਜੇ ਦੂਤ ਦੇ ਸੰਦੇਸ਼ ਨਾਲ ਮਿਲਦੀ ਹੈ, ਅਤੇ ਇਹ ਮਿਲਰਾਈਟ ਇਤਿਹਾਸ ਵਿੱਚ ਐਗਜ਼ਿਟਰ ਕੈਂਪ ਮੀਟਿੰਗ ਵਿੱਚ ਵਾਪਰਿਆ ਸੀ।</w:t>
      </w:r>
    </w:p>
    <w:p>
      <w:pPr>
        <w:pStyle w:val="ArticleBody"/>
        <w:jc w:val="left"/>
      </w:pPr>
      <w:r>
        <w:rPr>
          <w:rFonts w:ascii="Nirmala UI" w:hAnsi="Nirmala UI" w:eastAsia="Nirmala UI" w:cs="Nirmala UI"/>
        </w:rPr>
        <w:t>ਇਲਿਜ਼ਾਬੇਥ ਅਤੇ ਫਿਰ ਮਰਿਯਮ ਨੇ ਆਪਣੀਆਂ ਘੋਸ਼ਣਾਵਾਂ ਕੀਤੀਆਂ ਤੋਂ ਬਾਅਦ, “ਮਰਿਯਮ ਲਗਭਗ ਤਿੰਨ ਮਹੀਨੇ ਉਸ ਦੇ ਨਾਲ ਰਹੀ, ਅਤੇ ਆਪਣੇ ਘਰ ਨੂੰ ਮੁੜ ਗਈ।” ਲੂਕਾ 1:56। ਐਕਸੀਟਰ ਤੋਂ 22 ਅਕਤੂਬਰ, 1844 ਤੱਕ ਦਾ ਛਿਆਸਠ ਦਿਨਾਂ ਦਾ ਸਮਾਂ ਉਹਨਾਂ ਚਾਰ ਮਹੀਨਿਆਂ ਦੁਆਰਾ ਦਰਸਾਇਆ ਗਿਆ ਹੈ, ਜੋ ਨੇੜੇ-ਆਉਣ ਵਾਲੇ ਐਤਵਾਰ ਦੇ ਕਾਨੂੰਨ ਉੱਤੇ ਸਮਾਪਤ ਹੋਏ, ਜਦੋਂ ਜ਼ਖਰਿਆਹ ਨੇ ਬੋਲਿਆ। ਉਹ ਚਾਰ ਮਹੀਨੇ ਅੱਧੀ ਰਾਤ ਦੀ ਪੁਕਾਰ ਦੇ ਸੰਦੇਸ਼ ਦੀ ਘੋਸ਼ਣਾ ਦੇ ਸਮੇਂ ਨੂੰ ਦਰਸਾਉਂਦੇ ਹਨ, ਜੋ ਪੰਜ ਗੁਪਤ ਮਹੀਨਿਆਂ ਦੇ ਸੰਦੇਸ਼ ਤੋਂ ਬਾਅਦ ਆਉਂਦਾ ਹੈ।</w:t>
      </w:r>
    </w:p>
    <w:p>
      <w:pPr>
        <w:pStyle w:val="ArticleBody"/>
        <w:jc w:val="left"/>
      </w:pPr>
      <w:r>
        <w:rPr>
          <w:rFonts w:ascii="Nirmala UI" w:hAnsi="Nirmala UI" w:eastAsia="Nirmala UI" w:cs="Nirmala UI"/>
        </w:rPr>
        <w:t>ਮਿਲਰਾਈਟ ਇਤਿਹਾਸ ਦੇ ਦੋ ਸੰਦੇਸ਼ ਪਹਿਲੇ ਅਤੇ ਦੂਜੇ ਦੂਤ ਦੇ ਸੰਦੇਸ਼ ਸਨ, ਅਤੇ ਪਹਿਲੇ ਦੂਤ ਦੇ ਸੰਦੇਸ਼ ਨੂੰ ਉਸ ਸਮੇਂ-ਸੰਬੰਧੀ ਭਵਿੱਖਬਾਣੀ ਦੀ ਪੂਰਤੀ ਦੁਆਰਾ ਸ਼ਕਤੀ ਪ੍ਰਾਪਤ ਹੋਈ ਸੀ ਜੋ ਪੰਜ ਮਹੀਨਿਆਂ ਦੀ ਇੱਕ ਮਿਆਦ ਨਾਲ ਸ਼ੁਰੂ ਹੋਈ ਸੀ, ਜੋ ਆਪਣੀ ਪੂਰਤੀ ਤੋਂ ਦਸ ਦਿਨ ਪਹਿਲਾਂ, 11 ਅਗਸਤ, 1840 ਤੱਕ, ਅੰਸ਼ਿਕ ਤੌਰ ’ਤੇ ਗੁਪਤ ਰਹੀ, ਜਿਵੇਂ ਯੋਸਿਆਹ ਲਿਚ ਦੁਆਰਾ ਪ੍ਰਸਤੁਤ ਕੀਤਾ ਗਿਆ। ਦੂਜੇ ਦੂਤ ਦੇ ਸੰਦੇਸ਼ ਨੂੰ ਸ਼ਕਤੀ ਪ੍ਰਾਪਤ ਹੋਣਾ 1843 ਦੀ ਗਲਤ ਭਵਿੱਖਬਾਣੀ ਦੀ ਸੋਧ ਸੀ, ਜੋ ਐਕਜ਼ੀਟਰ ਕੈਂਪ ਮੀਟਿੰਗ ਵਿੱਚ ਹੋਈ, ਜਿਵੇਂ ਸੈਮੂਅਲ ਸਨੋ ਦੁਆਰਾ ਪ੍ਰਸਤੁਤ ਕੀਤਾ ਗਿਆ।</w:t>
      </w:r>
    </w:p>
    <w:p>
      <w:pPr>
        <w:pStyle w:val="ArticleBody"/>
        <w:jc w:val="left"/>
      </w:pPr>
      <w:r>
        <w:rPr>
          <w:rFonts w:ascii="Nirmala UI" w:hAnsi="Nirmala UI" w:eastAsia="Nirmala UI" w:cs="Nirmala UI"/>
        </w:rPr>
        <w:t>ਅੱਧੀ ਰਾਤ ਦੀ ਪੁਕਾਰ ਦੇ ਦੋਹਰੇ ਸੰਦੇਸ਼ ਦੀ ਘੋਸ਼ਣਾ ਨੂੰ ਉਸ ਛੋਟੇ ਸਮੇਂ ਦੀ ਮਿਆਦ ਵਜੋਂ ਦਰਸਾਇਆ ਗਿਆ ਹੈ ਜੋ ਦਰਵਾਜ਼ਾ ਬੰਦ ਹੋਣ ਤੋਂ ਥੋੜ੍ਹਾ ਪਹਿਲਾਂ ਆਉਂਦੀ ਹੈ; ਅਤੇ ਨੂਹ ਦੀ ਕਹਾਣੀ ਵਿੱਚ ਇਸ ਨੇ ਪੰਜ ਮਹੀਨਿਆਂ ਦੀ ਇੱਕ ਮਿਆਦ ਖੋਲ੍ਹ ਦਿੱਤੀ ਸੀ, ਜੋ ਆਖ਼ਿਰਕਾਰ ਇਸ ਗੱਲ ‘ਤੇ ਸਮਾਪਤ ਹੋਈ ਕਿ ਕਿਸ਼ਤੀ ਅਰਾਰਾਤ ਪਹਾੜ ਦੀ ਚੋਟੀ ਉੱਤੇ ਟਿਕ ਗਈ। ਅੱਧੀ ਰਾਤ ਦੀ ਪੁਕਾਰ ਦੀ ਘੋਸ਼ਣਾ ਦਾ ਸਮਾਂ ਉਸ ਲੁਕੇ ਹੋਏ ਪੰਜ ਮਹੀਨਿਆਂ ਦੇ ਖੁਲ੍ਹਣ ਤੋਂ ਬਾਅਦ ਆਉਂਦਾ ਹੈ, ਜੋ 11 ਅਗਸਤ, 1840 ਤੋਂ ਦਸ ਦਿਨ ਪਹਿਲਾਂ ਆਇਆ ਸੀ; ਅਤੇ ਇਹ ਉਸ ਤੋਂ ਬਾਅਦ ਵੀ ਆਇਆ ਜਦੋਂ ਪ੍ਰਭੂ ਨੇ 1843 ਦੇ ਚਾਰਟ ਉੱਤੇ ਉਹਨਾਂ ਪ੍ਰਤੀਕਾਤਮਕ ਆਕ੍ਰਿਤੀਆਂ ਤੋਂ ਆਪਣਾ ਹੱਥ ਹਟਾ ਲਿਆ ਸੀ ਜਿਨ੍ਹਾਂ ਨੂੰ ਉਸ ਨੇ ਢੱਕਿਆ ਹੋਇਆ ਸੀ। 1 ਅਗਸਤ ਤੋਂ 11 ਅਗਸਤ ਤੱਕ ਦੇ ਦਸ ਦਿਨ, ਐਕਜ਼ੇਟਰ ਤੋਂ 22 ਅਕਤੂਬਰ, 1844 ਤੱਕ ਦੇ ਛਿਆਸਠ ਦਿਨਾਂ ਨਾਲ ਸਮਰੂਪ ਹਨ, ਅਤੇ ਦੋਹਰੀ ਗਵਾਹੀ ਇਹ ਪਛਾਣ ਕਰਾਉਂਦੀ ਹੈ ਕਿ ਲੁਕੇ ਹੋਏ ਪੰਜ ਮਹੀਨਿਆਂ ਦਾ ਖੁਲ੍ਹਣਾ, ਉਸ ਗਲਤ ਘੋਸ਼ਣਾ ਦੀ ਦਰੁਸਤੀ ਦੇ ਨਾਲ-ਨਾਲ, ਜਿਸ ਨੇ ਪਹਿਲੀ ਨਿਰਾਸ਼ਾ ਪੈਦਾ ਕੀਤੀ ਸੀ, ਉਸ ਵੇਲੇ ਹੁੰਦਾ ਹੈ ਜਦੋਂ ਮਰਿਯਮ ਛੇਵੇਂ ਮਹੀਨੇ ਵਿੱਚ ਐਲਿਜ਼ਾਬੇਥ ਨੂੰ ਮਿਲਦੀ ਹੈ ਅਤੇ ਉਸ ਦਾ ਅਭਿਨੰਦਨ ਕਰਦੀ ਹੈ।</w:t>
      </w:r>
    </w:p>
    <w:p>
      <w:pPr>
        <w:pStyle w:val="ArticleBody"/>
        <w:jc w:val="left"/>
      </w:pPr>
      <w:r>
        <w:rPr>
          <w:rFonts w:ascii="Nirmala UI" w:hAnsi="Nirmala UI" w:eastAsia="Nirmala UI" w:cs="Nirmala UI"/>
        </w:rPr>
        <w:t>ਐਤਵਾਰ ਦੀ ਵਿਵਸਥਾ ਦੇ ਸਮੇਂ ਸੰਯੁਕਤ ਰਾਜ ਅਮਰੀਕਾ ਅਜਗਰ ਵਾਂਗ ਬੋਲਦਾ ਹੈ, ਇਸਲਾਮ ਦਾ ਗਧਾ ਬੋਲਦਾ ਹੈ, ਅਤੇ ਹਬੱਕੂਕ ਦੀ ਦਰਸ਼ਨ-ਵਾਣੀ ਯਿਰਮਿਯਾਹ, ਜ਼ਕਰਯਾਹ ਅਤੇ ਹਿਜ਼ਕੀਏਲ ਦੇ ਮੂੰਹ ਰਾਹੀਂ ਬੋਲਦੀ ਹੈ। ਐਤਵਾਰ ਦੀ ਵਿਵਸਥਾ ਦੇ ਸਮੇਂ ਹਿਜ਼ਕੀਏਲ ਇੱਕ ਨਿਸ਼ਾਨ ਹੈ, ਇਸ ਤਰ੍ਹਾਂ ਉਹ ਉਸ ਝੰਡੇ ਦਾ ਪ੍ਰਤੀਨਿਧਿਤਵ ਕਰਦਾ ਹੈ ਜੋ ਐਤਵਾਰ ਦੀ ਵਿਵਸਥਾ ਵੇਲੇ ਉੱਚਾ ਕੀਤਾ ਜਾਂਦਾ ਹੈ। ਹਿਜ਼ਕੀਏਲ ਵਿੱਚ ‘ਨਿਸ਼ਾਨ’ ਸ਼ਬਦ ਦੇ ਨੌਂ ਹਵਾਲਿਆਂ ਵਿੱਚੋਂ ਦੋ “ਸੱਬਤਾਂ” ਨੂੰ ਉਸ ਪਵਿੱਤਰਤਾ ਦੇ ਨਿਸ਼ਾਨ ਵਜੋਂ ਦਰਸਾਉਂਦੇ ਹਨ ਜੋ ਦਿਵ੍ਯਤਾ ਅਤੇ ਮਨੁੱਖਤਾ ਦੇ ਮਿਲਾਪ ਦਾ ਪ੍ਰਤੀਕ ਹੈ।</w:t>
      </w:r>
    </w:p>
    <w:p>
      <w:pPr>
        <w:pStyle w:val="ArticleScripture"/>
        <w:jc w:val="left"/>
      </w:pPr>
      <w:r>
        <w:rPr>
          <w:rFonts w:ascii="Nirmala UI" w:hAnsi="Nirmala UI" w:eastAsia="Nirmala UI" w:cs="Nirmala UI"/>
        </w:rPr>
        <w:t>ਪਰ ਮੈਂ ਆਪਣੇ ਨਾਮ ਦੀ ਖਾਤਰ ਇਹ ਕੀਤਾ, ਤਾਂ ਜੋ ਉਹ ਜਾਤੀਆਂ ਦੇ ਸਾਹਮਣੇ, ਜਿਨ੍ਹਾਂ ਦੇ ਵਿਚਕਾਰ ਉਹ ਰਹਿੰਦੇ ਸਨ, ਅਪਵਿਤ੍ਰ ਨਾ ਠਹਿਰੇ, ਜਿਨ੍ਹਾਂ ਦੀਆਂ ਅੱਖਾਂ ਅੱਗੇ ਮੈਂ ਆਪਣੇ ਆਪ ਨੂੰ ਉਨ੍ਹਾਂ ਉੱਤੇ ਪ੍ਰਗਟ ਕੀਤਾ ਸੀ, ਜਦੋਂ ਮੈਂ ਉਨ੍ਹਾਂ ਨੂੰ ਮਿਸਰ ਦੇ ਦੇਸ਼ ਵਿੱਚੋਂ ਬਾਹਰ ਕੱਢਿਆ। ਇਸ ਲਈ ਮੈਂ ਉਨ੍ਹਾਂ ਨੂੰ ਮਿਸਰ ਦੇ ਦੇਸ਼ ਵਿੱਚੋਂ ਨਿਕਲਣ ਲਈ ਕਰਾਇਆ ਅਤੇ ਉਨ੍ਹਾਂ ਨੂੰ ਜੰਗਲ ਵਿੱਚ ਲੈ ਆਇਆ। ਅਤੇ ਮੈਂ ਉਨ੍ਹਾਂ ਨੂੰ ਆਪਣੇ ਕਾਨੂੰਨ ਦਿੱਤੇ ਅਤੇ ਆਪਣੇ ਨਿਆਂ ਉਨ੍ਹਾਂ ਉੱਤੇ ਪ੍ਰਗਟ ਕੀਤੇ, ਜਿਨ੍ਹਾਂ ਨੂੰ ਜੇ ਕੋਈ ਮਨੁੱਖ ਮੰਨੇ, ਤਾਂ ਉਹ ਉਨ੍ਹਾਂ ਵਿੱਚ ਜੀਊਂਦਾ ਰਹੇਗਾ।</w:t>
      </w:r>
    </w:p>
    <w:p>
      <w:pPr>
        <w:pStyle w:val="ArticleScripture"/>
        <w:jc w:val="left"/>
      </w:pPr>
      <w:r>
        <w:rPr>
          <w:rFonts w:ascii="Nirmala UI" w:hAnsi="Nirmala UI" w:eastAsia="Nirmala UI" w:cs="Nirmala UI"/>
        </w:rPr>
        <w:t>ਇਸ ਤੋਂ ਇਲਾਵਾ ਮੈਂ ਉਨ੍ਹਾਂ ਨੂੰ ਆਪਣੀਆਂ ਸਭਤਾਂ ਵੀ ਦਿੱਤੀਆਂ, ਤਾਂ ਜੋ ਉਹ ਮੇਰੇ ਅਤੇ ਉਨ੍ਹਾਂ ਦੇ ਵਿਚਕਾਰ ਇੱਕ ਨਿਸ਼ਾਨ ਹੋਣ, ਤਾਂਕਿ ਉਹ ਜਾਣਣ ਕਿ ਮੈਂ ਹੀ ਯਹੋਵਾਹ ਹਾਂ ਜੋ ਉਨ੍ਹਾਂ ਨੂੰ ਪਵਿੱਤਰ ਕਰਦਾ ਹੈ। ਪਰ ਇਸਰਾਏਲ ਦੇ ਘਰਾਣੇ ਨੇ ਜੰਗਲ ਵਿੱਚ ਮੇਰੇ ਵਿਰੁੱਧ ਬਗਾਵਤ ਕੀਤੀ: ਉਹ ਮੇਰੀਆਂ ਵਿਧੀਆਂ ਅਨੁਸਾਰ ਨਾ ਚੱਲੇ, ਅਤੇ ਉਨ੍ਹਾਂ ਨੇ ਮੇਰੇ ਨਿਆਉਆਂ ਨੂੰ ਤੁੱਛ ਜਾਣਿਆ, ਜਿਨ੍ਹਾਂ ਨੂੰ ਜੇ ਮਨੁੱਖ ਮੰਨੇ ਤਾਂ ਉਹ ਉਨ੍ਹਾਂ ਵਿੱਚ ਜੀਊਂਦਾ ਰਹੇਗਾ; ਅਤੇ ਉਨ੍ਹਾਂ ਨੇ ਮੇਰੀਆਂ ਸਭਤਾਂ ਨੂੰ ਬਹੁਤ ਅਪਵਿੱਤਰ ਕੀਤਾ: ਤਦ ਮੈਂ ਕਿਹਾ ਕਿ ਮੈਂ ਜੰਗਲ ਵਿੱਚ ਉਨ੍ਹਾਂ ਉੱਤੇ ਆਪਣਾ ਕ੍ਰੋਧ ਉਡੇਲ ਦਿਆਂਗਾ, ਤਾਂ ਜੋ ਉਨ੍ਹਾਂ ਦਾ ਸੰਹਾਰ ਕਰ ਦਿਆਂ। ਪਰ ਮੈਂ ਆਪਣੇ ਨਾਮ ਦੇ ਨਿਮਿੱਤ ਇਹ ਕੀਤਾ, ਤਾਂ ਜੋ ਉਹ ਉਨ੍ਹਾਂ ਕੌਮਾਂ ਦੇ ਸਾਹਮਣੇ ਅਪਵਿੱਤਰ ਨਾ ਹੋਵੇ ਜਿਨ੍ਹਾਂ ਦੀਆਂ ਅੱਖਾਂ ਦੇ ਸਾਹਮਣੇ ਮੈਂ ਉਨ੍ਹਾਂ ਨੂੰ ਬਾਹਰ ਕੱਢਿਆ ਸੀ। ਫਿਰ ਵੀ ਮੈਂ ਜੰਗਲ ਵਿੱਚ ਉਨ੍ਹਾਂ ਵੱਲ ਆਪਣਾ ਹੱਥ ਚੁੱਕ ਕੇ ਇਹ ਵੀ ਸੌਂਹ ਖਾਈ ਕਿ ਮੈਂ ਉਨ੍ਹਾਂ ਨੂੰ ਉਸ ਦੇਸ਼ ਵਿੱਚ ਨਾ ਲਿਆਂਵਾਂਗਾ ਜੋ ਮੈਂ ਉਨ੍ਹਾਂ ਨੂੰ ਦਿੱਤਾ ਸੀ, ਜੋ ਦੁੱਧ ਅਤੇ ਸ਼ਹਿਦ ਨਾਲ ਵਗਦਾ ਹੈ, ਅਤੇ ਜੋ ਸਾਰੇ ਦੇਸ਼ਾਂ ਦੀ ਸ਼ੋਭਾ ਹੈ; ਕਿਉਂਕਿ ਉਨ੍ਹਾਂ ਨੇ ਮੇਰੇ ਨਿਆਉਆਂ ਨੂੰ ਤੁੱਛ ਜਾਣਿਆ, ਅਤੇ ਮੇਰੀਆਂ ਵਿਧੀਆਂ ਅਨੁਸਾਰ ਨਾ ਚੱਲੇ, ਪਰ ਮੇਰੀਆਂ ਸਭਤਾਂ ਨੂੰ ਅਪਵਿੱਤਰ ਕੀਤਾ: ਕਿਉਂਕਿ ਉਨ੍ਹਾਂ ਦਾ ਦਿਲ ਆਪਣੇ ਮੂਰਤਾਂ ਦੇ ਪਿੱਛੇ ਲੱਗਿਆ ਹੋਇਆ ਸੀ। ਤਦ ਭੀ ਮੇਰੀ ਅੱਖ ਨੇ ਉਨ੍ਹਾਂ ਨੂੰ ਨਾਸ ਕਰਨ ਤੋਂ ਬਚਾਇਆ, ਅਤੇ ਨਾ ਹੀ ਮੈਂ ਜੰਗਲ ਵਿੱਚ ਉਨ੍ਹਾਂ ਦਾ ਪੂਰਾ ਅੰਤ ਕੀਤਾ। ਪਰ ਮੈਂ ਜੰਗਲ ਵਿੱਚ ਉਨ੍ਹਾਂ ਦੇ ਪੁੱਤਰਾਂ ਨੂੰ ਕਿਹਾ, ‘ਤੁਸੀਂ ਆਪਣੇ ਪਿਉਆਂ ਦੀਆਂ ਵਿਧੀਆਂ ਅਨੁਸਾਰ ਨਾ ਚੱਲੋ, ਨਾ ਉਨ੍ਹਾਂ ਦੇ ਨਿਆਉਆਂ ਨੂੰ ਮੰਨੋ, ਅਤੇ ਨਾ ਹੀ ਆਪਣੇ ਆਪ ਨੂੰ ਉਨ੍ਹਾਂ ਦੀਆਂ ਮੂਰਤਾਂ ਨਾਲ ਅਪਵਿੱਤਰ ਕਰੋ: ਮੈਂ ਯਹੋਵਾਹ ਤੁਹਾਡਾ ਪਰਮੇਸ਼ੁਰ ਹਾਂ; ਮੇਰੀਆਂ ਵਿਧੀਆਂ ਅਨੁਸਾਰ ਚੱਲੋ, ਮੇਰੇ ਨਿਆਉਆਂ ਨੂੰ ਮੰਨੋ, ਅਤੇ ਉਨ੍ਹਾਂ ਨੂੰ ਪੂਰਾ ਕਰੋ; ਅਤੇ ਮੇਰੀਆਂ ਸਭਤਾਂ ਨੂੰ ਪਵਿੱਤਰ ਮੰਨੋ; ਅਤੇ ਉਹ ਮੇਰੇ ਅਤੇ ਤੁਹਾਡੇ ਵਿਚਕਾਰ ਇੱਕ ਨਿਸ਼ਾਨ ਹੋਣਗੀਆਂ, ਤਾਂਕਿ ਤੁਸੀਂ ਜਾਣੋ ਕਿ ਮੈਂ ਯਹੋਵਾਹ ਤੁਹਾਡਾ ਪਰਮੇਸ਼ੁਰ ਹਾਂ।’ ਹਿਜ਼ਕੀਏਲ 20:9–20.</w:t>
      </w:r>
    </w:p>
    <w:p>
      <w:pPr>
        <w:pStyle w:val="ArticleBody"/>
        <w:jc w:val="left"/>
      </w:pPr>
      <w:r>
        <w:rPr>
          <w:rFonts w:ascii="Nirmala UI" w:hAnsi="Nirmala UI" w:eastAsia="Nirmala UI" w:cs="Nirmala UI"/>
        </w:rPr>
        <w:t>ਹਿਜ਼ਕੀਏਲ ਇੱਕ ਲੱਖ ਚੁਮਾਲੀ ਹਜ਼ਾਰਾਂ ਦੇ ਝੰਡੇ ਦਾ ਪ੍ਰਤੀਕ ਹੈ, ਅਤੇ ਦਿਵਤਾ ਦਾ ਮਨੁੱਖਤਾ ਨਾਲ ਇਕੱਠਿਆ ਹੋਇਆ ਚਿੰਨ੍ਹ ਪ੍ਰਭੂ ਦੇ “ਸੱਬਤ” ਹਨ। ਘੇਰੇਬੰਦੀ ਦੇ ਆਰੰਭ ਵਿੱਚ ਹਿਜ਼ਕੀਏਲ ਇੱਕ ਚਿੰਨ੍ਹ ਹੈ, ਅਤੇ ਯਰੂਸ਼ਲਮ ਦੇ ਨਾਸ ਦੇ ਸਮੇਂ ਵੀ ਉਹ ਇੱਕ ਚਿੰਨ੍ਹ ਹੈ, ਜਦੋਂ ਉਹ ਝੰਡੇ ਵਾਂਗ ਉੱਚਾ ਕੀਤਾ ਜਾਂਦਾ ਹੈ। ਘੇਰੇਬੰਦੀ ਦੇ ਆਰੰਭ ਵਿੱਚ, ਉਹ ਜੋ ਦੇਖਣ ਅਤੇ ਸੁਣਨ ਤੋਂ ਇਨਕਾਰ ਕਰਦੇ ਹਨ, ਜੋ ਉਸ ਦੇ “ਸੱਬਤਾਂ” ਨੂੰ ਅਪਵਿਤ੍ਰ ਕਰਦੇ ਹਨ, ਉਹ ਵੀ ਇੱਕ ਚਿੰਨ੍ਹ ਹਨ।</w:t>
      </w:r>
    </w:p>
    <w:p>
      <w:pPr>
        <w:pStyle w:val="ArticleScripture"/>
        <w:jc w:val="left"/>
      </w:pPr>
      <w:r>
        <w:rPr>
          <w:rFonts w:ascii="Nirmala UI" w:hAnsi="Nirmala UI" w:eastAsia="Nirmala UI" w:cs="Nirmala UI"/>
        </w:rPr>
        <w:t>ਤਦ ਇਸਰਾਏਲ ਦੇ ਕੁਝ ਬਜ਼ੁਰਗ ਮੇਰੇ ਕੋਲ ਆਏ ਅਤੇ ਮੇਰੇ ਸਾਹਮਣੇ ਬੈਠ ਗਏ। ਅਤੇ ਯਹੋਵਾਹ ਦਾ ਬਚਨ ਮੇਰੇ ਕੋਲ ਆਇਆ ਕਿ, ਹੇ ਮਨੁੱਖ ਦੇ ਪੁੱਤਰ, ਇਨ੍ਹਾਂ ਮਨੁੱਖਾਂ ਨੇ ਆਪਣੇ ਦਿਲ ਵਿੱਚ ਆਪਣੀਆਂ ਮੂਰਤੀਆਂ ਕਾਇਮ ਕੀਤੀਆਂ ਹਨ ਅਤੇ ਆਪਣੀ ਬਦੀ ਦੇ ਠੋਕਰ ਦੇ ਕਾਰਨ ਨੂੰ ਆਪਣੇ ਮੂੰਹ ਅੱਗੇ ਰੱਖਿਆ ਹੈ; ਕੀ ਮੈਂ ਉਨ੍ਹਾਂ ਵੱਲੋਂ ਬਿਲਕੁਲ ਪੁੱਛਿਆ ਜਾਵਾਂ? ਇਸ ਲਈ ਉਨ੍ਹਾਂ ਨਾਲ ਬੋਲ ਅਤੇ ਉਨ੍ਹਾਂ ਨੂੰ ਆਖ, ਪ੍ਰਭੂ ਯਹੋਵਾਹ ਇਉਂ ਫਰਮਾਉਂਦਾ ਹੈ: ਇਸਰਾਏਲ ਦੇ ਘਰਾਣੇ ਦਾ ਹਰ ਮਨੁੱਖ ਜੋ ਆਪਣੇ ਦਿਲ ਵਿੱਚ ਆਪਣੀਆਂ ਮੂਰਤੀਆਂ ਕਾਇਮ ਕਰਦਾ ਹੈ ਅਤੇ ਆਪਣੀ ਬਦੀ ਦੇ ਠੋਕਰ ਦੇ ਕਾਰਨ ਨੂੰ ਆਪਣੇ ਮੂੰਹ ਅੱਗੇ ਰੱਖਦਾ ਹੈ ਅਤੇ ਨਬੀ ਕੋਲ ਆਉਂਦਾ ਹੈ—ਮੈਂ ਯਹੋਵਾਹ ਉਸ ਨੂੰ, ਜੋ ਆਉਂਦਾ ਹੈ, ਉਸ ਦੀਆਂ ਮੂਰਤੀਆਂ ਦੀ ਬਹੁਤਾਤ ਅਨੁਸਾਰ ਉੱਤਰ ਦਿਆਂਗਾ; ਤਾਂ ਜੋ ਮੈਂ ਇਸਰਾਏਲ ਦੇ ਘਰਾਣੇ ਨੂੰ ਉਨ੍ਹਾਂ ਦੇ ਆਪਣੇ ਹੀ ਦਿਲ ਵਿੱਚ ਫੜ ਲਵਾਂ, ਕਿਉਂਕਿ ਉਹ ਸਾਰੇ ਆਪਣੀਆਂ ਮੂਰਤੀਆਂ ਦੇ ਕਾਰਨ ਮੇਰੇ ਤੋਂ ਪਰਾਏ ਹੋ ਗਏ ਹਨ।</w:t>
      </w:r>
    </w:p>
    <w:p>
      <w:pPr>
        <w:pStyle w:val="ArticleScripture"/>
        <w:jc w:val="left"/>
      </w:pPr>
      <w:r>
        <w:rPr>
          <w:rFonts w:ascii="Nirmala UI" w:hAnsi="Nirmala UI" w:eastAsia="Nirmala UI" w:cs="Nirmala UI"/>
        </w:rPr>
        <w:t>ਇਸ ਲਈ ਇਸਰਾਏਲ ਦੇ ਘਰਾਣੇ ਨੂੰ ਆਖ, ਪ੍ਰਭੂ ਯਹੋਵਾਹ ਇਹ ਆਖਦਾ ਹੈ: ਤੌਬਾ ਕਰੋ, ਅਤੇ ਆਪਣੇ ਆਪ ਨੂੰ ਆਪਣੀਆਂ ਮੂਰਤੀਆਂ ਤੋਂ ਫੇਰ ਲਵੋ; ਅਤੇ ਆਪਣੇ ਸਾਰੇ ਘਿਨਾਉਣੇ ਕੰਮਾਂ ਤੋਂ ਆਪਣਾ ਮੂੰਹ ਮੋੜ ਲਵੋ। ਕਿਉਂਕਿ ਇਸਰਾਏਲ ਦੇ ਘਰਾਣੇ ਵਿੱਚੋਂ ਹਰ ਕੋਈ, ਜਾਂ ਉਹ ਪਰਦੇਸੀ ਜੋ ਇਸਰਾਏਲ ਵਿੱਚ ਪਰਦੇਸ ਕਰਦਾ ਹੈ, ਜੇਕਰ ਉਹ ਆਪਣੇ ਆਪ ਨੂੰ ਮੈਨੂੰ ਤੋਂ ਅਲੱਗ ਕਰ ਲੈਂਦਾ ਹੈ, ਅਤੇ ਆਪਣੀਆਂ ਮੂਰਤੀਆਂ ਨੂੰ ਆਪਣੇ ਦਿਲ ਵਿੱਚ ਕਾਇਮ ਕਰਦਾ ਹੈ, ਅਤੇ ਆਪਣੇ ਅਪਰਾਧ ਦੀ ਠੋਕਰ ਨੂੰ ਆਪਣੇ ਮੂੰਹ ਦੇ ਸਾਹਮਣੇ ਰੱਖਦਾ ਹੈ, ਅਤੇ ਕਿਸੇ ਨਬੀ ਕੋਲ ਮੇਰੇ ਬਾਰੇ ਪੁੱਛਣ ਲਈ ਆਉਂਦਾ ਹੈ, ਤਾਂ ਮੈਂ, ਯਹੋਵਾਹ, ਆਪ ਹੀ ਉਸ ਨੂੰ ਉੱਤਰ ਦਿਆਂਗਾ। ਅਤੇ ਮੈਂ ਉਸ ਮਨੁੱਖ ਦੇ ਵਿਰੁੱਧ ਆਪਣਾ ਮੂੰਹ ਕਰਾਂਗਾ, ਅਤੇ ਉਸ ਨੂੰ ਨਿਸ਼ਾਨ ਅਤੇ ਮਿਸਾਲ ਬਣਾਵਾਂਗਾ, ਅਤੇ ਮੈਂ ਉਸ ਨੂੰ ਆਪਣੀ ਪ੍ਰਜਾ ਦੇ ਵਿਚਕਾਰੋਂ ਕੱਟ ਸੁੱਟਾਂਗਾ; ਤਦ ਤੁਸੀਂ ਜਾਣ ਲਓਗੇ ਕਿ ਮੈਂ ਯਹੋਵਾਹ ਹਾਂ। ਅਤੇ ਜੇ ਨਬੀ ਭੁਲਾਵੇ ਵਿੱਚ ਆ ਕੇ ਕੋਈ ਗੱਲ ਕਹੇ, ਤਾਂ ਮੈਂ, ਯਹੋਵਾਹ ਨੇ ਹੀ ਉਸ ਨਬੀ ਨੂੰ ਭੁਲਾਇਆ ਹੈ; ਅਤੇ ਮੈਂ ਉਸ ਉੱਤੇ ਆਪਣਾ ਹੱਥ ਵਧਾਵਾਂਗਾ, ਅਤੇ ਉਸ ਨੂੰ ਆਪਣੀ ਪ੍ਰਜਾ ਇਸਰਾਏਲ ਦੇ ਵਿਚਕਾਰੋਂ ਨਾਸ ਕਰ ਦਿਆਂਗਾ। ਅਤੇ ਉਹ ਆਪਣੇ ਅਪਰਾਧ ਦੀ ਸਜ਼ਾ ਝੱਲਣਗੇ: ਨਬੀ ਦੀ ਸਜ਼ਾ ਓਹੀ ਹੋਵੇਗੀ ਜਿਹੀ ਉਸ ਦੀ ਸਜ਼ਾ ਹੈ ਜੋ ਉਸ ਦੇ ਕੋਲ ਪੁੱਛਣ ਲਈ ਆਉਂਦਾ ਹੈ; ਤਾਂ ਜੋ ਇਸਰਾਏਲ ਦਾ ਘਰਾਣਾ ਫਿਰ ਕਦੇ ਮੈਨੂੰ ਛੱਡ ਕੇ ਭਟਕੇ ਨਾ, ਅਤੇ ਨਾ ਹੀ ਆਪਣੇ ਸਾਰੇ ਅਪਰਾਧਾਂ ਨਾਲ ਫਿਰ ਅਪਵਿੱਤਰ ਹੋਵੇ; ਪਰ ਇਹ ਕਿ ਉਹ ਮੇਰੀ ਪ੍ਰਜਾ ਹੋਣ, ਅਤੇ ਮੈਂ ਉਹਨਾਂ ਦਾ ਪਰਮੇਸ਼ੁਰ ਹੋਵਾਂ, ਪ੍ਰਭੂ ਯਹੋਵਾਹ ਆਖਦਾ ਹੈ। ਹਿਜ਼ਕੀਏਲ 14:1–11।</w:t>
      </w:r>
    </w:p>
    <w:p>
      <w:pPr>
        <w:pStyle w:val="ArticleBody"/>
        <w:jc w:val="left"/>
      </w:pPr>
      <w:r>
        <w:rPr>
          <w:rFonts w:ascii="Nirmala UI" w:hAnsi="Nirmala UI" w:eastAsia="Nirmala UI" w:cs="Nirmala UI"/>
        </w:rPr>
        <w:t>ਨੈਸ਼ਵਿਲ ਵਿਖੇ, ਲਾਓਦੀਕੀਆਈ ਸੱਤਵੇਂ-ਦਿਨ ਐਡਵੈਂਟਿਸਟ ਕਲੀਸਿਆ ਦੇ ਅੰਦਰਲੇ ਉਹ ਲੋਕ, ਜਿਨ੍ਹਾਂ ਨੇ ਜ਼ਖਰਿਆਹ ਵਾਂਗ ਅਵਿਸ਼ਵਾਸ ਕੀਤਾ; ਜਿਨ੍ਹਾਂ ਨੇ “ਇਹ ਮੰਨ ਲਿਆ ਸੀ ਕਿ ਸਾਨੂੰ ਚਮਤਕਾਰਾਂ ਅਤੇ ਪੁਰਾਣੇ ਦਿਨਾਂ ਵਾਂਗ ਪਰਮੇਸ਼ੁਰ ਦੀ ਸ਼ਕਤੀ ਦੇ ਪ੍ਰਗਟ ਪ੍ਰਦਰਸ਼ਨ ਦੀ ਉਡੀਕ ਕਰਨ ਦੀ ਲੋੜ ਨਹੀਂ,” ਜਿਵੇਂ ਕਿ 1840 ਤੋਂ 1844 ਦੁਆਰਾ ਦਰਸਾਇਆ ਗਿਆ ਹੈ, ਐਡਵੈਂਟਵਾਦ ਤੋਂ ਬਾਹਰਲੇ ਲੋਕਾਂ ਵੱਲੋਂ ਇਸ ਗੱਲ ਬਾਰੇ ਸਾਮ੍ਹਣੇ ਲਿਆਂਦੇ ਜਾਣਗੇ ਕਿ ਉਹ ਚੇਤਾਵਨੀ ਦੇਣ ਵਿੱਚ ਅਸਫਲ ਕਿਉਂ ਰਹੇ। ਉਹ ਝੂਠੇ ਸ਼ਾਂਤੀ ਅਤੇ ਸੁਰੱਖਿਆ ਦੇ ਸੰਦੇਸ਼ ਦਾ “ਚਿੰਨ੍ਹ” ਬਣ ਜਾਂਦੇ ਹਨ, ਜੋ ਐਕਸੇਟਰ ਕੈਂਪ ਮੀਟਿੰਗ ਵਿੱਚ ਇਕ-ਦੂਜੇ ਦੇ ਵਿਰੁੱਧ ਖੜ੍ਹੇ ਦੋ ਤੰਬੂਆਂ ਦੁਆਰਾ ਦਰਸਾਈ ਗਈ ਬੁੱਧਿਮਾਨਾਂ ਅਤੇ ਮੂਰਖਾਂ ਦੀ ਵੱਖਰੀਕਰਨ ਨੂੰ ਚਿੰਨ੍ਹਿਤ ਕਰਦਾ ਹੈ। ਉਹ ਮੂਰਤੀਪੂਜਾ ਅਤੇ ਬਗਾਵਤ ਦਾ ਇੱਕ “ਚਿੰਨ੍ਹ” ਧਾਰਨ ਕਰਦੇ ਹਨ, ਜਦਕਿ ਹਿਜ਼ਕੀਏਲ ਸੱਚਾ ਭਵਿੱਖਬਾਣੀ ਵਾਲਾ ਚੇਤਾਵਨੀ-ਸੰਦੇਸ਼ ਲੈ ਕੇ ਫਿਰਦਾ ਹੈ। ਘੇਰੇ ਦੇ ਅੰਤ ਵਿੱਚ, ਜਦੋਂ ਯਰੂਸ਼ਲਮ ਨਸ਼ਟ ਕੀਤਾ ਜਾਂਦਾ ਹੈ, ਜੋ ਐਤਵਾਰ ਦੇ ਕਾਨੂੰਨ ਦਾ ਪ੍ਰਤੀਕ ਹੈ, ਤਾਂ ਬਗਾਵਤ ਦਾ ਚਿੰਨ੍ਹ ਦਰਿੰਦੇ ਦੀ ਛਾਪ ਹੁੰਦਾ ਹੈ ਅਤੇ ਆਗਿਆਕਾਰਿਤਾ ਦਾ ਚਿੰਨ੍ਹ ਪਰਮੇਸ਼ੁਰ ਦੀ ਮੋਹਰ ਹੁੰਦੀ ਹੈ।</w:t>
      </w:r>
    </w:p>
    <w:p>
      <w:pPr>
        <w:pStyle w:val="ArticleBody"/>
        <w:jc w:val="left"/>
      </w:pPr>
      <w:r>
        <w:rPr>
          <w:rFonts w:ascii="Nirmala UI" w:hAnsi="Nirmala UI" w:eastAsia="Nirmala UI" w:cs="Nirmala UI"/>
        </w:rPr>
        <w:t>ਐਡਵੈਂਟਵਾਦ ਲਈ ਐਤਵਾਰ ਦੇ ਕਾਨੂੰਨ ਉੱਤੇ ਕਿਰਪਾ-ਅਵਧੀ ਪੂਰੀ ਤਰ੍ਹਾਂ ਬੰਦ ਹੋ ਜਾਂਦੀ ਹੈ, ਅਤੇ ਉੱਥੇ ਧਰਮੀ ਅਤੇ ਦੁਸਟਾਂ ਦਾ ਇੱਕ ਨਿਸ਼ਾਨ ਹੈ ਜੋ ਚਿੰਨ੍ਹਿਤ ਕੀਤੇ ਜਾਂਦੇ ਹਨ। ਜਲਦੀ ਆਉਣ ਵਾਲੇ ਐਤਵਾਰ ਦੇ ਕਾਨੂੰਨ ਵੇਲੇ ਕਿਰਪਾ-ਅਵਧੀ ਦਾ ਬੰਦ ਹੋਣਾ ਉਸ ਕਿਰਪਾ-ਅਵਧੀ ਦੇ ਬੰਦ ਹੋਣ ਦਾ ਪ੍ਰਤੀਕ ਹੈ ਜਦੋਂ ਮੀਖਾਏਲ ਖੜ੍ਹਦਾ ਹੈ, ਅਤੇ ਉੱਥੇ ਭੀੜਾਂ ਦੀ ਮੌਤ ਦਾ ਨਿਸ਼ਾਨ ਗੋਗ ਅਤੇ ਮਾਗੋਗ ਦੁਆਰਾ ਦਰਸਾਇਆ ਗਿਆ ਹੈ।</w:t>
      </w:r>
    </w:p>
    <w:p>
      <w:pPr>
        <w:pStyle w:val="ArticleScripture"/>
        <w:jc w:val="left"/>
      </w:pPr>
      <w:r>
        <w:rPr>
          <w:rFonts w:ascii="Nirmala UI" w:hAnsi="Nirmala UI" w:eastAsia="Nirmala UI" w:cs="Nirmala UI"/>
        </w:rPr>
        <w:t>ਅਤੇ ਦੇਸ਼ ਵਿੱਚੋਂ ਲੰਘਣ ਵਾਲੇ ਯਾਤਰੀ, ਜਦੋਂ ਉਹਨਾਂ ਵਿੱਚੋਂ ਕੋਈ ਕਿਸੇ ਮਨੁੱਖ ਦੀ ਹੱਡੀ ਵੇਖੇ, ਤਾਂ ਉਹ ਉਸ ਦੇ ਕੋਲ ਇੱਕ ਨਿਸ਼ਾਨ ਖੜਾ ਕਰੇਗਾ, ਜਦ ਤੱਕ ਦਫਨ ਕਰਨ ਵਾਲਿਆਂ ਨੇ ਉਸ ਨੂੰ ਹਾਮੋਨਗੋਗ ਦੀ ਘਾਟੀ ਵਿੱਚ ਦਫਨ ਨਾ ਕਰ ਦਿੱਤਾ ਹੋਵੇ। ਅਤੇ ਸ਼ਹਿਰ ਦਾ ਨਾਮ ਵੀ ਹਾਮੋਨਾਹ ਹੋਵੇਗਾ। ਇਸ ਪ੍ਰਕਾਰ ਉਹ ਦੇਸ਼ ਨੂੰ ਸ਼ੁੱਧ ਕਰਨਗੇ। ਹਿਜ਼ਕੀਏਲ 39:15, 16.</w:t>
      </w:r>
    </w:p>
    <w:p>
      <w:pPr>
        <w:pStyle w:val="ArticleBody"/>
        <w:jc w:val="left"/>
      </w:pPr>
      <w:r>
        <w:rPr>
          <w:rFonts w:ascii="Nirmala UI" w:hAnsi="Nirmala UI" w:eastAsia="Nirmala UI" w:cs="Nirmala UI"/>
        </w:rPr>
        <w:t>ਅਹਿਦ ਦਾ ਨਿਸ਼ਾਨ ਹਿਜ਼ਕੀਏਲ ਦੇ ਸੈਂਤੀਵੇਂ ਅਧਿਆਇ ਵਿੱਚ ਪਛਾਣਿਆ ਜਾਂਦਾ ਹੈ, ਜਿੱਥੇ ਮਰੀਆਂ ਹੱਡੀਆਂ ਦੀ ਘਾਟੀ ਨੂੰ ਜੀਉਂਦਾ ਕੀਤਾ ਜਾਂਦਾ ਹੈ ਅਤੇ ਦੋ ਲੱਕੜੀਆਂ ਨੂੰ ਇਕੱਠਿਆਂ ਜੋੜਿਆ ਜਾਂਦਾ ਹੈ। ਹੱਡੀਆਂ ਨੂੰ ਇਸਲਾਮ ਦੇ ਇਕ ਸੰਦੇਸ਼ ਦੁਆਰਾ ਜੀਵਨ ਦਿੱਤਾ ਜਾਂਦਾ ਹੈ, ਜਿਸ ਨੂੰ ਚਾਰ ਹਵਾਵਾਂ ਦੇ ਰੂਪ ਵਿੱਚ ਦਰਸਾਇਆ ਗਿਆ ਹੈ; ਇਸ ਤਰ੍ਹਾਂ ਇਹ 11 ਅਗਸਤ, 1840 ਦਾ ਪ੍ਰਤੀਕ ਬਣਦਾ ਹੈ। ਦੋ ਲੱਕੜੀਆਂ ਨੂੰ ਇਕ ਵਿੱਚ ਮਿਲਾਇਆ ਜਾਂਦਾ ਹੈ; ਇਸ ਤਰ੍ਹਾਂ ਇਹ ਦੂਜੇ ਦੂਤ ਦੇ ਸੰਦੇਸ਼ ਨੂੰ ਅੱਧੀ ਰਾਤ ਦੀ ਪੁਕਾਰ ਦੇ ਸੰਦੇਸ਼ ਨਾਲ ਜੋੜਨ ਦਾ ਪ੍ਰਤੀਕ ਹੈ। ਹੱਡੀਆਂ ਪਹਿਲੇ ਦੂਤ ਦੀ ਸ਼ਕਤੀ-ਸੰਪੰਨਤਾ ਹਨ ਅਤੇ ਦੋ ਲੱਕੜੀਆਂ ਦੂਜੇ ਦੂਤ ਦੀ ਸ਼ਕਤੀ-ਸੰਪੰਨਤਾ ਹਨ। ਇਸ ਤੋਂ ਬਾਅਦ ਪਰਮੇਸ਼ੁਰ ਦੇ ਲੋਕ ਉਸ ਦੇ ਅੰਤਿਮ ਦਿਨਾਂ ਦੇ ਚੁਣੇ ਹੋਏ ਅਹਿਦੀ ਲੋਕ ਹਨ, ਜਿਨ੍ਹਾਂ ਨੂੰ ਯੂਹੰਨਾ ਦੁਆਰਾ ਇੱਕ ਲੱਖ ਚੁਮਾਲੀ ਹਜ਼ਾਰ ਵਜੋਂ ਦਰਸਾਇਆ ਗਿਆ ਹੈ।</w:t>
      </w:r>
    </w:p>
    <w:p>
      <w:pPr>
        <w:pStyle w:val="ArticleScripture"/>
        <w:jc w:val="left"/>
      </w:pPr>
      <w:r>
        <w:rPr>
          <w:rFonts w:ascii="Nirmala UI" w:hAnsi="Nirmala UI" w:eastAsia="Nirmala UI" w:cs="Nirmala UI"/>
        </w:rPr>
        <w:t>ਅਤੇ ਮੈਂ ਉਨ੍ਹਾਂ ਨਾਲ ਸ਼ਾਂਤੀ ਦੀ ਇਕ ਵਾਚਾ ਬੰਨ੍ਹਾਂਗਾ; ਇਹ ਉਨ੍ਹਾਂ ਨਾਲ ਸਦੀਵੀ ਵਾਚਾ ਹੋਵੇਗੀ; ਅਤੇ ਮੈਂ ਉਨ੍ਹਾਂ ਨੂੰ ਅਡੋਲ ਕਰਾਂਗਾ, ਅਤੇ ਉਨ੍ਹਾਂ ਦੀ ਵਾਧਾ ਕਰਾਂਗਾ, ਅਤੇ ਆਪਣਾ ਪਵਿੱਤਰ ਅਸਥਾਨ ਉਨ੍ਹਾਂ ਦੇ ਵਿਚਕਾਰ ਸਦਾ ਲਈ ਸਥਾਪਿਤ ਕਰਾਂਗਾ। ਮੇਰਾ ਨਿਵਾਸ-ਤੰਬੂ ਵੀ ਉਨ੍ਹਾਂ ਨਾਲ ਹੋਵੇਗਾ; ਹਾਂ, ਮੈਂ ਉਨ੍ਹਾਂ ਦਾ ਪਰਮੇਸ਼ੁਰ ਹੋਵਾਂਗਾ, ਅਤੇ ਉਹ ਮੇਰੀ ਪ੍ਰਜਾ ਹੋਣਗੇ। ਅਤੇ ਜਾਤੀਆਂ ਜਾਣਣਗੀਆਂ ਕਿ ਮੈਂ ਯਹੋਵਾਹ ਇਸਰਾਏਲ ਨੂੰ ਪਵਿੱਤਰ ਕਰਦਾ ਹਾਂ, ਜਦੋਂ ਮੇਰਾ ਪਵਿੱਤਰ ਅਸਥਾਨ ਉਨ੍ਹਾਂ ਦੇ ਵਿਚਕਾਰ ਸਦਾ ਲਈ ਹੋਵੇਗਾ। ਹਿਜ਼ਕੀਏਲ 37:26–28.</w:t>
      </w:r>
    </w:p>
    <w:p>
      <w:pPr>
        <w:pStyle w:val="ArticleBody"/>
        <w:jc w:val="left"/>
      </w:pPr>
      <w:r>
        <w:rPr>
          <w:rFonts w:ascii="Nirmala UI" w:hAnsi="Nirmala UI" w:eastAsia="Nirmala UI" w:cs="Nirmala UI"/>
        </w:rPr>
        <w:t>ਇਲਾਹੀਅਤ ਅਤੇ ਮਨੁੱਖਤਾ ਦਾ ਸੰਯੋਗ ਪਰਮੇਸ਼ੁਰ ਦੇ ਬਚਨ ਵਿੱਚ ਨਾਨਾ ਪ੍ਰਕਾਰਾਂ ਨਾਲ ਦਰਸਾਇਆ ਗਿਆ ਹੈ, ਅਤੇ ਇਸ ਦਾ ਇੱਕ ਦ੍ਰਿਸ਼ਟਾਂਤ ਉਹ ਹੈ ਜਦੋਂ ਮਨੁੱਖ ਦੀ ਉੱਚਤਮ ਪ੍ਰਕਿਰਤੀ ਦੇ ਅੰਦਰ ਸਥਿਤ “ਆਤਮਾ ਦਾ ਗੜ੍ਹ” ਪਰਮੇਸ਼ੁਰ ਦੇ ਪਵਿੱਤਰ ਧਾਮ ਦੇ ਗੜ੍ਹ ਨਾਲ ਜੁੜਿਆ ਹੋਇਆ ਹੁੰਦਾ ਹੈ। ਜਦੋਂ ਪਰਮੇਸ਼ੁਰ ਦੇ ਗੜ੍ਹ ਦਾ ਪ੍ਰਤੀਕ ਉਹ ਆਕਾਸ਼ੀ ਸਿੰਘਾਸਨ-ਕੱਖ ਮਨੁੱਖ ਦੀ ਉੱਚਤਮ ਪ੍ਰਕਿਰਤੀ ਦੇ ਗੜ੍ਹ ਨਾਲ ਜੋੜਿਆ ਜਾਂਦਾ ਹੈ, ਤਾਂ ਪਰਮੇਸ਼ੁਰ ਦੇ ਲੋਕ “ਪਵਿੱਤਰ ਕੀਤੇ ਜਾਂਦੇ ਹਨ” ਅਤੇ ਉਹ “ਸਦੀਵ ਹੀ ਉਨ੍ਹਾਂ ਦੇ ਵਿਚਕਾਰ ਵੱਸਦਾ ਹੈ।”</w:t>
      </w:r>
    </w:p>
    <w:p>
      <w:pPr>
        <w:pStyle w:val="ArticleBody"/>
        <w:jc w:val="left"/>
      </w:pPr>
      <w:r>
        <w:rPr>
          <w:rFonts w:ascii="Nirmala UI" w:hAnsi="Nirmala UI" w:eastAsia="Nirmala UI" w:cs="Nirmala UI"/>
        </w:rPr>
        <w:t>ਅਧਿਆਇ ਸੈਂਤੀਹ ਤੋਂ ਬਾਅਦ ਹਿਜ਼ਕੀਏਲ ਅਧਿਆਇ ਅਠੱਤੀ ਅਤੇ ਉਨਤਾਲੀ ਪੇਸ਼ ਕਰਦਾ ਹੈ, ਜਿੱਥੇ ਉਹ ਗੋਗ ਅਤੇ ਮਾਗੋਗ ਨੂੰ ਮਨੁੱਖਤਾ ਦੀ ਉਸ ਸੰਘਬੱਧਤਾ ਦੇ ਪ੍ਰਤੀਕਾਂ ਵਜੋਂ ਸੰਬੋਧਿਤ ਕਰਦਾ ਹੈ ਜੋ ਪਰਮੇਸ਼ੁਰ ਦੀ ਚੁਣੀ ਹੋਈ ਵਾਚਾਕਾਰ ਪ੍ਰਜਾ ਤੋਂ ਬਾਹਰ ਹੈ। ਅਧਿਆਇ ਚਾਲੀ ਵਿੱਚ, ਅਧਿਆਇ ਸੈਂਤੀਹ ਦੀ ਵਾਚਾਕਾਰ ਪ੍ਰਜਾ ਨੂੰ ਇੱਕ ਅਜੇਹੇ ਮੰਦਰ ਵਜੋਂ ਦਰਸਾਇਆ ਗਿਆ ਹੈ ਜੋ ਸਾਰੀ ਧਰਤੀ ਨੂੰ ਭਰ ਦਿੰਦਾ ਹੈ। ਅਧਿਆਇ ਅਠੱਤੀ ਤੋਂ ਚਾਲੀ ਤੱਕ ਅੰਤਿਮ ਦਿਨਾਂ ਵਿੱਚ ਪਰਮੇਸ਼ੁਰ ਦੀ ਵਾਚਾਕਾਰ ਪ੍ਰਜਾ ਦੇ ਉੱਥਾਨ ਨੂੰ ਦਰਸਾਉਂਦੇ ਹਨ, ਜਿਵੇਂ ਕਿ 38 ਅਤੇ 40 ਸੰਖਿਆਵਾਂ ਦੁਆਰਾ ਪ੍ਰਤੀਨਿਧਿਤ ਕੀਤਾ ਗਿਆ ਹੈ।</w:t>
      </w:r>
    </w:p>
    <w:p>
      <w:pPr>
        <w:pStyle w:val="ArticleBody"/>
        <w:jc w:val="left"/>
      </w:pPr>
      <w:r>
        <w:rPr>
          <w:rFonts w:ascii="Nirmala UI" w:hAnsi="Nirmala UI" w:eastAsia="Nirmala UI" w:cs="Nirmala UI"/>
        </w:rPr>
        <w:t>ਅਸੀਂ ਇਨ੍ਹਾਂ ਗੱਲਾਂ ਨੂੰ ਅਗਲੇ ਲੇਖ ਵਿੱਚ ਜਾਰੀ ਰੱਖਾਂਗੇ।</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ਚਾਲੀਵੇਂ ਪਦ ਦਾ ਲੁਕਿਆ ਹੋਇਆ ਇਤਿਹਾਸ - ਬੱਤੀਵਾਂ ਨੰਬਰ</dc:title>
  <dc:subject>ਹਿਜ਼ਕੀਏਲ ਅਧਿਆਇ ਤੇਰਵਾਂ</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