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ایک سو چورانوےواں حصہ</w:t>
      </w:r>
    </w:p>
    <w:p>
      <w:pPr>
        <w:pStyle w:val="ArticleSubtitle"/>
        <w:jc w:val="right"/>
        <w:bidi w:val="1"/>
      </w:pPr>
      <w:r>
        <w:rPr>
          <w:rFonts w:ascii="Segoe UI" w:hAnsi="Segoe UI" w:eastAsia="Segoe UI" w:cs="Segoe UI"/>
          <w:rtl w:val="1"/>
        </w:rPr>
        <w:t>بازتاب‌های مکابیان: پیروزی ترامپ و مسیر نبوی به‌سوی تصویر وحش</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2024-04-24</w:t>
      </w:r>
    </w:p>
    <w:p>
      <w:pPr>
        <w:pStyle w:val="ArticleBody"/>
        <w:jc w:val="right"/>
        <w:bidi w:val="1"/>
      </w:pPr>
      <w:r>
        <w:rPr>
          <w:rFonts w:ascii="Segoe UI" w:hAnsi="Segoe UI" w:eastAsia="Segoe UI" w:cs="Segoe UI"/>
          <w:rtl w:val="1"/>
        </w:rPr>
        <w:t>خطی که به‌وسیلهٔ مکابیان نمایان شد (که بیانگر پروتستانتیسمِ مرتد در ایالات متحده است)، شورش خود را بر ضد دین یونانی در مودین، در سال ۱۶۷ پیش از میلاد، آغاز کرد. مکابیان در آنجا بر تلاش‌های آنتیوخوس اپیفانِس برای تحمیل دین یونانی بر یهودیان چیره شدند، و نیز رهبر یهودیانی را که با آنتیوخوس همکاری می‌کرد، کشتند. بدین‌سان، بایدن در انتخابات ۲۰۲۴، از طریق بلوک رأییِ شناخته‌شده به نام «راستِ مذهبی»، شکست می‌خورد. این تاریخ، پیروزیِ انتخابات ۲۰۲۴ را چنین توصیف می‌کند که پروتستانتیسمِ مرتد نه تنها بر جمهوری‌خواهانِ جهانی‌گرا که RINO خوانده می‌شوند غالب می‌آید، بلکه همچنین بر تلاش‌های دموکرات‌های بی‌خدا برای تحمیل دینِ ووکیسم بر ملت نیز فائق می‌شود.</w:t>
      </w:r>
    </w:p>
    <w:p>
      <w:pPr>
        <w:pStyle w:val="ArticleBody"/>
        <w:jc w:val="right"/>
        <w:bidi w:val="1"/>
      </w:pPr>
      <w:r>
        <w:rPr>
          <w:rFonts w:ascii="Segoe UI" w:hAnsi="Segoe UI" w:eastAsia="Segoe UI" w:cs="Segoe UI"/>
          <w:rtl w:val="1"/>
        </w:rPr>
        <w:t>جنگ روحانیِ درونی که به‌وسیلۀ سلسلۀ مکابیان بازنمایی شده است، در سال ۲۰۱۵ آغاز شد؛ آنگاه که رئیس‌جمهورِ ثروتمند، قدرت‌های اژدهاییِ جهانی‌گرایی را برانگیخت، و کارِ اژدها در کشتنِ دو شاهد، محاکماتِ پلوسی را دربارۀ ۶ ژانویۀ ۲۰۲۱ دربر می‌گرفت. مودئین و قیامِ مکابیان، پیروزیِ آیندۀ پروتستانیسمِ مرتد را در ۵ نوامبر ۲۰۲۴ مشخص می‌سازد. مراسمِ تحلیفِ ۲۰ ژانویۀ ۲۰۲۵ به‌وسیلۀ ۱۶۴ پیش از میلاد نمونه‌وار گردیده بود، که نمایانگرِ تجدیدِ تخصیصِ معبدِ دوم بود، و در همان سال (۱۶۴ پیش از میلاد)، آنتیوخوس اپیفانس درگذشت. آنتیوخوس نمایندۀ حزب دموکرات است، و نیز شریکانِ جهانی‌گرای ایشان که خود را جمهوری‌خواه می‌خوانند، هرچند آنان بیش از آنکه یک دختر، پسر باشد، جمهوری‌خواهانِ MAGA نیستند.</w:t>
      </w:r>
    </w:p>
    <w:p>
      <w:pPr>
        <w:pStyle w:val="ArticleBody"/>
        <w:jc w:val="right"/>
        <w:bidi w:val="1"/>
      </w:pPr>
      <w:r>
        <w:rPr>
          <w:rFonts w:ascii="Segoe UI" w:hAnsi="Segoe UI" w:eastAsia="Segoe UI" w:cs="Segoe UI"/>
          <w:rtl w:val="1"/>
        </w:rPr>
        <w:t>La lucha política representada por los versículos trece al quince, que concluye con la Batalla de Panio, corre paralela a la lucha religiosa en esa historia entre el wokismo y el protestantismo apóstata. Después de la investidura de Trump en 2025, representada por la rededicación del segundo templo en 164 a. C., entonces comenzará la formación efectiva de una imagen de la bestia al unir la iglesia protestante apóstata con su gobierno republicano apóstata, representado por la alianza de Roma y los Macabeos desde 161 a. C. hasta 158 a. C. Trump unirá la iglesia y el Estado en una alianza, en la que el elemento religioso tendrá el control. En la historia profética en la que la bestia de la tierra forma la imagen de la bestia del catolicismo, el cuerno republicano apóstata y el cuerno protestante apóstata llenarán la copa de su tiempo de gracia en el lado equivocado de la cuestión de la vida eterna.</w:t>
      </w:r>
    </w:p>
    <w:p>
      <w:pPr>
        <w:pStyle w:val="ArticleBody"/>
        <w:jc w:val="right"/>
        <w:bidi w:val="1"/>
      </w:pPr>
      <w:r>
        <w:rPr>
          <w:rFonts w:ascii="Segoe UI" w:hAnsi="Segoe UI" w:eastAsia="Segoe UI" w:cs="Segoe UI"/>
          <w:rtl w:val="1"/>
        </w:rPr>
        <w:t>از هنگامِ تحلیف، که با تطهیرِ دومِ معبد در سال 164 ق.م. نمود یافته است، کارِ شکل‌دادنِ صورتِ وحش آغاز می‌شود، چنان‌که با پیمانِ یهودیان و روم از سال 161 ق.م. تا 158 ق.م. به تصویر کشیده شده است. ترامپ در 5 نوامبر 2024 (167 ق.م.) بار دیگر انتخاب خواهد شد و در هنگامِ تحلیفِ خود (164 ق.م.) هشتمین رئیس‌جمهور از زمانِ پایان در 1989 خواهد شد. بدین‌سان او هشتم خواهد شد، یعنی از آن هفت، و این بازتابِ وحشِ پاپی است که هنگامی که زخمِ مهلکِ او در قانونِ یکشنبه شفا می‌یابد، به هشتمین پادشاهیِ نبوتِ کتاب‌مقدس بدل می‌شود. تحلیفِ او با تجدیدِ وقفِ معبدِ دوم به‌وسیلهٔ مکابیان در سال 164 ق.م. نمود یافته بود. شورشِ مکابیان سه سال پیش از آن در شهرِ مودین آغاز شد، که معنای آن «اعتراض» است و پیروزیِ انتخاباتیِ او در 5 نوامبر 2024 را مشخص می‌سازد.</w:t>
      </w:r>
    </w:p>
    <w:p>
      <w:pPr>
        <w:pStyle w:val="ArticleBody"/>
        <w:jc w:val="right"/>
        <w:bidi w:val="1"/>
      </w:pPr>
      <w:r>
        <w:rPr>
          <w:rFonts w:ascii="Segoe UI" w:hAnsi="Segoe UI" w:eastAsia="Segoe UI" w:cs="Segoe UI"/>
          <w:rtl w:val="1"/>
        </w:rPr>
        <w:t>در سال ۱۶۴ پیش از میلاد، دومین تقدیسِ معبد دوم روی داد، و بدین‌سان نمونه‌ای از دومین مراسم تحلیف ترامپ در ۲۰ ژانویهٔ ۲۰۲۵ به‌شمار می‌آید. در آن هنگام، او رسماً هشتمین رئیس‌جمهور می‌شود که از میان هفت رئیس‌جمهورِ پیش از اوست. سال ۱۶۴ پیش از میلاد در آیین یهود برای بزرگداشت دومین تقدیسِ معبد دوم یاد می‌شود.</w:t>
      </w:r>
    </w:p>
    <w:p>
      <w:pPr>
        <w:pStyle w:val="ArticleBody"/>
        <w:jc w:val="right"/>
        <w:bidi w:val="1"/>
      </w:pPr>
      <w:r>
        <w:rPr>
          <w:rFonts w:ascii="Segoe UI" w:hAnsi="Segoe UI" w:eastAsia="Segoe UI" w:cs="Segoe UI"/>
          <w:rtl w:val="1"/>
        </w:rPr>
        <w:t>مراسم تحلیف جایی است که ترامپ هشتمین می‌شود، یعنی از آن هفت است، و از آن نقطه به بعد، معجزات شیطانی رخ خواهد داد که از کارِ پدید آوردن تصویری برای وحش پشتیبانی می‌کنند. عدد هشت نمادِ تصویرِ وحشِ برخاسته از مرگ است، و در آن هنگام، شکل‌گیری آن تصویر آغاز می‌شود، چنان‌که به‌وسیلهٔ ۱۶۱ پیش از میلاد نمایانده شده است.</w:t>
      </w:r>
    </w:p>
    <w:p>
      <w:pPr>
        <w:pStyle w:val="ArticleBody"/>
        <w:jc w:val="right"/>
        <w:bidi w:val="1"/>
      </w:pPr>
      <w:r>
        <w:rPr>
          <w:rFonts w:ascii="Segoe UI" w:hAnsi="Segoe UI" w:eastAsia="Segoe UI" w:cs="Segoe UI"/>
          <w:rtl w:val="1"/>
        </w:rPr>
        <w:t>تشکیلِ شبیهِ وحش نخست در ایالات متحده به انجام می‌رسد، و سپس شبیهِ وحش بر سراسر جهان تحمیل می‌شود. در آغازِ آن‌که ایالات متحده جهان را وادار می‌سازد شبیهی برای وحش را بپذیرد، شبیهی که هم سخن خواهد گفت و هم باعث خواهد شد هر چند نفری که شبیهِ وحش را پرستش نکنند به قتل برسند، ایالات متحده به‌تازگی قانونِ یکشنبه را به تصویب رسانده و اتحادیه‌ای سه‌گانه را تشکیل داده خواهد بود. در هنگامِ قانونِ یکشنبه، آن اتحادیهٔ سه‌گانه برقرار است، و زمانِ کارهای شگفت‌انگیزِ شیطان فرا رسیده است، زیرا شیطان خود را به‌جای مسیح می‌نمایاند و معجزات به‌جا می‌آورد تا جهان را به پذیرفتنِ شبیهِ جهانیِ وحش و پرستشِ یکشنبه رهبری کند. در آن هنگام، ترامپ رهبرِ ده پادشاه می‌شود.</w:t>
      </w:r>
    </w:p>
    <w:p>
      <w:pPr>
        <w:pStyle w:val="ArticleBody"/>
        <w:jc w:val="right"/>
        <w:bidi w:val="1"/>
      </w:pPr>
      <w:r>
        <w:rPr>
          <w:rFonts w:ascii="Segoe UI" w:hAnsi="Segoe UI" w:eastAsia="Segoe UI" w:cs="Segoe UI"/>
          <w:rtl w:val="1"/>
        </w:rPr>
        <w:t>ازاین‌رو، تحلیفِ ترامپ به‌عنوان پادشاهِ برترِ آن ده پادشاه، که در اتحادِ سه‌گانه در قانونِ یکشنبه‌ایِ به‌زودی واقع‌شونده تحقق می‌یابد، از پیش به‌وسیلهٔ تحلیفِ ترامپ به‌عنوان هشتمین رئیس‌جمهور، یعنی از آنِ هفت، در 20 ژانویهٔ 2025 پیش‌نموده شده است. در قانونِ یکشنبه‌ای که تکمیلِ شکل‌گیریِ صورتِ وحش را در ایالات متحده به انجام می‌رساند، وحشِ پاپی نیز هشتمینِ از آنِ هفت می‌شود. بنابراین، زمانِ آزمونِ صورتِ وحش با این آغاز می‌شود که ترامپ هشتمینِ از آنِ هفت می‌گردد، و هنگامی که آن دوره پایان می‌یابد، پاپیّت نیز هشتمینِ از آنِ هفت می‌شود، زیرا آلفا و اُمگا پایان را با آغاز به تصویر می‌کشد.</w:t>
      </w:r>
    </w:p>
    <w:p>
      <w:pPr>
        <w:pStyle w:val="ArticleBody"/>
        <w:jc w:val="right"/>
        <w:bidi w:val="1"/>
      </w:pPr>
      <w:r>
        <w:rPr>
          <w:rFonts w:ascii="Segoe UI" w:hAnsi="Segoe UI" w:eastAsia="Segoe UI" w:cs="Segoe UI"/>
          <w:rtl w:val="1"/>
        </w:rPr>
        <w:t>معجزاتِ شیطانی از زمانِ تحلیفِ ترامپ آغاز می‌شود، هنگامی که دورهٔ شکل‌گیریِ تصویرِ وحش آغاز می‌گردد، و این نشانهٔ عملِ شگفت‌انگیزِ شیطان است که در پایانِ دورهٔ شکل‌گیریِ تصویرِ وحش در ایالات متحده آغاز می‌شود. تحلیفِ ترامپ آغازِ آن دوره را نشان می‌دهد، و تحلیفِ او به‌عنوانِ پادشاهِ اعظمِ ده پادشاهِ سازمانِ مللِ متحد پایانِ آن دوره را مشخص می‌سازد. در تحلیف‌های آغازین و پایانی که هر دو شکل‌گیریِ تصویرِ وحش را آغاز می‌کنند، این امر نخست در ایالات متحده است، و سپس در سراسرِ جهان.</w:t>
      </w:r>
    </w:p>
    <w:p>
      <w:pPr>
        <w:pStyle w:val="ArticleBody"/>
        <w:jc w:val="right"/>
        <w:bidi w:val="1"/>
      </w:pPr>
      <w:r>
        <w:rPr>
          <w:rFonts w:ascii="Segoe UI" w:hAnsi="Segoe UI" w:eastAsia="Segoe UI" w:cs="Segoe UI"/>
          <w:rtl w:val="1"/>
        </w:rPr>
        <w:t>کارِ اتحادیہ، یا روم کے ساتھ وہ اشتراک جو 161 قبلِ مسیح سے 158 قبلِ مسیح کے درمیان وقوع پذیر ہوا، اس تاریخ کی نشان دہی کرتا ہے، اور یہ سلسلہ آیت سولہ میں اتوار کے قانون پر اختتام پذیر ہوتا ہے۔ پاپائی نظام کی شبیہ پر مبنی حکومت کے نفاذ کا آخری کام حیوان کی شبیہ کی تشکیل کے طور پر آغاز پاتا ہے، اور ٹرمپ اسے اس طور آگے بڑھاتا ہے کہ وہ اُن سیاسی احسانات کا بدلہ چکاتا ہے جو مرتد پروٹسٹنٹس نے اس کی سیاسی فتح میں اس کے لیے فراہم کیے تھے۔</w:t>
      </w:r>
    </w:p>
    <w:p>
      <w:pPr>
        <w:pStyle w:val="ArticleBody"/>
        <w:jc w:val="right"/>
        <w:bidi w:val="1"/>
      </w:pPr>
      <w:r>
        <w:rPr>
          <w:rFonts w:ascii="Segoe UI" w:hAnsi="Segoe UI" w:eastAsia="Segoe UI" w:cs="Segoe UI"/>
          <w:rtl w:val="1"/>
        </w:rPr>
        <w:t>این ساختار نبوی باید در تاریخ پنهانِ آیهٔ چهل قرار داده شود. تاریخ پنهانِ آیهٔ دو تا آیهٔ سهِ دانیال یازده نیز باید بر آن ساختار نهاده شود. تاریخ نبویِ دو شاهدِ مکاشفهٔ فصل یازدهم نیز باید بر آن ساختار قرار داده شود. با گرد آوردن این سه خط در تاریخ پنهانِ آیهٔ چهل، شیرِ سبطِ یهودا آن بخش از نبوتِ دانیال را که تا ایام آخر مهر و موم شده بود، می‌گشاید.</w:t>
      </w:r>
    </w:p>
    <w:p>
      <w:pPr>
        <w:pStyle w:val="ArticleScripture"/>
        <w:jc w:val="right"/>
        <w:bidi w:val="1"/>
      </w:pPr>
      <w:r>
        <w:rPr>
          <w:rFonts w:ascii="Segoe UI" w:hAnsi="Segoe UI" w:eastAsia="Segoe UI" w:cs="Segoe UI"/>
          <w:rtl w:val="1"/>
        </w:rPr>
        <w:t>آیا در شهری کرنا نواخته می‌شود و مردم نترسند؟ آیا در شهری بلایی واقع می‌شود و یهوه آن را نکرده باشد؟ به‌یقین خداوندگار یهوه هیچ کاری نمی‌کند مگر آنکه راز خود را بر بندگان خویش، انبیا، مکشوف سازد. شیر غریده است؛ کیست که نترسد؟ خداوندگار یهوه سخن گفته است؛ کیست که نبوّت نکند؟ در قصرهای اَشدود و در قصرهای سرزمین مصر ندا دهید و بگویید: بر کوه‌های سامره گرد آیید و آشوب‌های عظیم را در میان آن و ستمدیدگان را در اندرون آن بنگرید. عاموس ۳:‏۶–۹</w:t>
      </w:r>
    </w:p>
    <w:p>
      <w:pPr>
        <w:pStyle w:val="ArticleBody"/>
        <w:jc w:val="right"/>
        <w:bidi w:val="1"/>
      </w:pPr>
      <w:r>
        <w:rPr>
          <w:rFonts w:ascii="Segoe UI" w:hAnsi="Segoe UI" w:eastAsia="Segoe UI" w:cs="Segoe UI"/>
          <w:rtl w:val="1"/>
        </w:rPr>
        <w:t>پیامی که گشوده می‌شود و در تاریخ پنهانِ آیهٔ چهلِ دانیال یازده بازنمایی شده است، همان پیامِ مُهر است؛ و عاموس این پرسشِ بلاغی را مطرح می‌کند که آیا شیپور در شهری نواخته می‌شود و شیر غرّش می‌کند؟ و عاموس پاسخ را نیز می‌دهد، آنگاه که می‌گوید خدا هیچ کاری نمی‌کند مگر آنکه نخست آن را بر بندگان خود، انبیا، مکشوف سازد. او همچنین بیان می‌دارد که پیامِ شیپور، که برای پدید آوردن ترسِ خداترسه طراحی شده است، شرارت را نیز در شهر آشکار خواهد ساخت و اینکه باید در اَشدود، مصر و سامره اعلام گردد، که نمایانگر ترکیبِ سه‌گانهٔ بابلِ مدرن است. پیامِ شیپورِ مُهر باید پیش از وقوعِ رویدادهایی که در پیامِ مُهر بازنمایی شده‌اند، به تمامی جهان اعلام می‌شد. پیامِ شیپور که همان پیامِ مُهر است، امضای «حقیقت» را با خود دارد، زیرا زمانِ مُهر بر سه نوبتِ دمیدنِ شیپورِ وایِ سوم ساختار یافته است.</w:t>
      </w:r>
    </w:p>
    <w:p>
      <w:pPr>
        <w:pStyle w:val="ArticleBody"/>
        <w:jc w:val="right"/>
        <w:bidi w:val="1"/>
      </w:pPr>
      <w:r>
        <w:rPr>
          <w:rFonts w:ascii="Segoe UI" w:hAnsi="Segoe UI" w:eastAsia="Segoe UI" w:cs="Segoe UI"/>
          <w:rtl w:val="1"/>
        </w:rPr>
        <w:t>نخستین شیپور، آغاز مُهرگذاری را در ۱۱ سپتامبر ۲۰۰۱ نشان داد، و آخرینِ آن‌ها نمایانگر پایان مُهرگذاری در قانون یکشنبه‌ای است که به‌زودی خواهد آمد؛ آنگاه که در زلزلهٔ عظیم، وایِ سوم ناگهان فرا می‌رسد. نواخت میانی در ۷ اکتبر ۲۰۲۳ روی داد، هنگامی که سرزمین جلیلِ کهن با حمله‌ای غافلگیرانه از سوی اسلامِ وایِ سوم مورد اصابت قرار گرفت؛ همان‌گونه که سرزمین جلیلِ مدرن در سال ۲۰۰۱ با حمله‌ای غافلگیرانه از سوی اسلامِ وایِ سوم مورد اصابت قرار گرفت، و همان‌گونه که در آخرینِ آن سه نواخت، در قانون یکشنبه‌ای که به‌زودی خواهد آمد، خواهد بود. آن حملهٔ غافلگیرانهٔ میانی بر سرزمین جلیلِ کهن، بر اسرائیلِ literal بود؛ نمادی از آن عصیانی که مسیحا را مصلوب کرد.</w:t>
      </w:r>
    </w:p>
    <w:p>
      <w:pPr>
        <w:pStyle w:val="ArticleBody"/>
        <w:jc w:val="right"/>
        <w:bidi w:val="1"/>
      </w:pPr>
      <w:r>
        <w:rPr>
          <w:rFonts w:ascii="Segoe UI" w:hAnsi="Segoe UI" w:eastAsia="Segoe UI" w:cs="Segoe UI"/>
          <w:rtl w:val="1"/>
        </w:rPr>
        <w:t>پیام شیپورِ عاموس به سراسر جهان منتشر می‌شد، و آن کارِ انتشارِ این پیام در پایان ژوئیهٔ ۲۰۲۳ آغاز گردید. آنگاه شیرِ سبطِ یهودا غرید؛ و کیست که نترسد، و چه کسی آن‌قدر جسور خواهد بود که انکار کند رویدادهای مرتبط با زمانِ مُهر شدنِ یکصد و چهل و چهار هزار نفر اکنون در سراسر کرهٔ زمین در حال مکشوف شدن است؟ این مقالات اکنون در بیش از یکصد و بیست کشور، به بیش از شصت زبان، در دسترس‌اند و می‌توان آن‌ها را یا خواند یا به آن‌ها گوش سپرد.</w:t>
      </w:r>
    </w:p>
    <w:p>
      <w:pPr>
        <w:pStyle w:val="ArticleScripture"/>
        <w:jc w:val="right"/>
        <w:bidi w:val="1"/>
      </w:pPr>
      <w:r>
        <w:rPr>
          <w:rFonts w:ascii="Segoe UI" w:hAnsi="Segoe UI" w:eastAsia="Segoe UI" w:cs="Segoe UI"/>
          <w:rtl w:val="1"/>
        </w:rPr>
        <w:t>خوشا به حال آن‌که می‌خوانَد، و آنان که سخنان این نبوت را می‌شنوند و آنچه را که در آن نوشته شده است نگاه می‌دارند، زیرا زمان نزدیک است. مکاشفه ۱:۳</w:t>
      </w:r>
    </w:p>
    <w:p>
      <w:pPr>
        <w:pStyle w:val="ArticleBody"/>
        <w:jc w:val="right"/>
        <w:bidi w:val="1"/>
      </w:pPr>
      <w:r>
        <w:rPr>
          <w:rFonts w:ascii="Segoe UI" w:hAnsi="Segoe UI" w:eastAsia="Segoe UI" w:cs="Segoe UI"/>
          <w:rtl w:val="1"/>
        </w:rPr>
        <w:t>هنگامی که آتشی که از روی مذبح، آمیخته با دعاها و بخور، برگرفته شده است، با برداشته شدن مهر هفتم و نهایی بر زمین افکنده می‌شود، صداها و رعدها و برق‌ها و زلزله‌ای عظیم پدید می‌آید. این زلزلهٔ عظیم در پیِ آن پدید می‌آید که پیام ندای نیمه‌شب همچون آتش بر مقدسینی که در حزقیال باب نهم آه و ناله می‌کنند، فرو افکنده می‌شود؛ همان‌گونه که آتش در روز پنطیکاست فرود آمد. آن آتش نمایانگر پیامی بود که سپس به هر امت و قبیله و زبان و قوم رسانده شد، چنان‌که این مقالات نیز چنین‌اند. آن آتش نمایانگر تواناییِ رساندن آن پیام به کثرتی از زبان‌ها بود، چنان‌که این مقالات نیز چنین‌اند. این مقالات از پیش آنچه را که در شرف وقوع است مشخص می‌سازند، زیرا خداوند هیچ کاری نمی‌کند مگر آنکه نخست اعمال خود را از طریق کلام نبوی خویش آشکار سازد.</w:t>
      </w:r>
    </w:p>
    <w:p>
      <w:pPr>
        <w:pStyle w:val="ArticleScripture"/>
        <w:jc w:val="right"/>
        <w:bidi w:val="1"/>
      </w:pPr>
      <w:r>
        <w:rPr>
          <w:rFonts w:ascii="Segoe UI" w:hAnsi="Segoe UI" w:eastAsia="Segoe UI" w:cs="Segoe UI"/>
          <w:rtl w:val="1"/>
        </w:rPr>
        <w:t>بشنو، ای آسمان‌ها، و سخن خواهم گفت؛ و گوش فرا ده، ای زمین، به کلمات دهانم. تعلیم من چون باران فرو خواهد چکید، گفتارم چون شبنم خواهد تراوید، مانند بارانِ نرم بر گیاهِ نازک، و مانند رگبارها بر علف؛ زیرا نامِ خداوند را اعلام خواهم کرد: عظمت را به خدای ما نسبت دهید. او صخره است، عملش کامل است؛ زیرا تمامی طریق‌های او عدالت است؛ خدایی امین و عاری از ناراستی؛ عادل و راست است او. ایشان خود را فاسد ساخته‌اند؛ عیب ایشان عیبِ فرزندان او نیست؛ نسلی کج‌رو و پیچیده‌اند. تثنیه 32:1–5.</w:t>
      </w:r>
    </w:p>
    <w:p>
      <w:pPr>
        <w:pStyle w:val="ArticleBody"/>
        <w:jc w:val="right"/>
        <w:bidi w:val="1"/>
      </w:pPr>
      <w:r>
        <w:rPr>
          <w:rFonts w:ascii="Segoe UI" w:hAnsi="Segoe UI" w:eastAsia="Segoe UI" w:cs="Segoe UI"/>
          <w:rtl w:val="1"/>
        </w:rPr>
        <w:t>اب «تعلیم» بارانِ آخر به‌وسیلهٔ خداوند در حال انتشار است، و تعالیمی که پیامِ فریادِ نیمه‌شب ـ بارانِ آخر را تشکیل می‌دهند، بر «نامِ خداوند» مبتنی هستند. نام او «حق» است؛ او پالمونی، شمارندهٔ شگفت‌انگیز است، و او زبان‌دانِ شگفت‌انگیز است؛ او الفا و امگا است؛ او پسرِ خدا و پسرِ انسان است؛ او کاهنِ اعظم است؛ او شیرِ قبیلهٔ یهودا است؛ و او میکائیلِ فرشتهٔ اعظم است. همهٔ این نام‌های مسیح بخشِ جدایی‌ناپذیرِ مکاشفهٔ عیسی مسیح هستند که اندکی پیش از بسته‌شدنِ زمانِ آزمایش از مُهر گشوده می‌شود، و آنها همچنین بخشِ جدایی‌ناپذیرِ مقالاتی هستند که از پایانِ ژوئیهٔ ۲۰۲۳ تاکنون در سراسرِ سیاره منتشر شده‌اند. «هر که گوش دارد، بشنود که روح به کلیساها چه می‌گوید.»</w:t>
      </w:r>
    </w:p>
    <w:p>
      <w:pPr>
        <w:pStyle w:val="ArticleBody"/>
        <w:jc w:val="right"/>
        <w:bidi w:val="1"/>
      </w:pPr>
      <w:r>
        <w:rPr>
          <w:rFonts w:ascii="Segoe UI" w:hAnsi="Segoe UI" w:eastAsia="Segoe UI" w:cs="Segoe UI"/>
          <w:rtl w:val="1"/>
        </w:rPr>
        <w:t>شیرِ قبیلۂ یہوداہ، جو وہی ہے جس نے غالب آ کر اُس کتاب کو، جو سات مہروں سے مہر بند ہے، کھولنے کا حق حاصل کیا، اب پکار رہا ہے، جیسا کہ اُس نے 22 اکتوبر 1844 کو پکارا تھا؛ کون نہ ڈرے گا؟</w:t>
      </w:r>
    </w:p>
    <w:p>
      <w:pPr>
        <w:pStyle w:val="ArticleScripture"/>
        <w:jc w:val="right"/>
        <w:bidi w:val="1"/>
      </w:pPr>
      <w:r>
        <w:rPr>
          <w:rFonts w:ascii="Segoe UI" w:hAnsi="Segoe UI" w:eastAsia="Segoe UI" w:cs="Segoe UI"/>
          <w:rtl w:val="1"/>
        </w:rPr>
        <w:t>و با آوازی بلند فریاد برآورد، چنان‌که شیر غرّش می‌کند؛ و چون فریاد برآورد، هفت رعد آوازهای خویش را برآوردند. و چون هفت رعد آوازهای خویش را برآوردند، من آماده بودم که بنویسم؛ و آوازی از آسمان شنیدم که به من می‌گفت: آنچه را هفت رعد برآوردند، مُهر کن و آنها را منویس. مکاشفه ۱۰:‏۳، ۴</w:t>
      </w:r>
    </w:p>
    <w:p>
      <w:pPr>
        <w:pStyle w:val="ArticleBody"/>
        <w:jc w:val="right"/>
        <w:bidi w:val="1"/>
      </w:pPr>
      <w:r>
        <w:rPr>
          <w:rFonts w:ascii="Segoe UI" w:hAnsi="Segoe UI" w:eastAsia="Segoe UI" w:cs="Segoe UI"/>
          <w:rtl w:val="1"/>
        </w:rPr>
        <w:t>ایک مقدس تاریخ، جو دانی ایل باب گیارہ آیت چالیس کی پوشیدہ تاریخ کے مطابق ہے، ملیرائٹس کی تاریخ ہے، جو متی پچیس کی دس کنواریوں کی تمثیل، مکاشفہ دس کی سات گرجوں، حبقوق باب دو، اور حزقی ایل باب بارہ آیات اکیس تا اٹھائیس کی تکمیل میں ہے۔ ان کی تاریخ 1798 میں وقتِ آخر سے شروع ہوئی، جو 1989 میں وقتِ آخر کے مطابق ہے۔ مکاشفہ باب دس میں سات گرجوں نے اپنی آوازیں بلند کیں، لیکن یوحنا کو یہ لکھنے سے روک دیا گیا کہ سات گرجوں نے کیا کہا تھا۔ رسول پولس نے تیسرے آسمان میں ایسی باتیں دیکھیں اور سنیں جنہیں انسانوں کے لیے لکھنا روا نہ تھا۔</w:t>
      </w:r>
    </w:p>
    <w:p>
      <w:pPr>
        <w:pStyle w:val="ArticleScripture"/>
        <w:jc w:val="right"/>
        <w:bidi w:val="1"/>
      </w:pPr>
      <w:r>
        <w:rPr>
          <w:rFonts w:ascii="Segoe UI" w:hAnsi="Segoe UI" w:eastAsia="Segoe UI" w:cs="Segoe UI"/>
          <w:rtl w:val="1"/>
        </w:rPr>
        <w:t>رسولِ پولُس کو اپنی مسیحی زندگی کے ابتدائی زمانہ ہی میں یہ خاص مواقع عطا کیے گئے کہ وہ یسوع کے پیروکاروں کے بارے میں خدا کی مرضی کو جان لے۔ وہ “تیسرے آسمان تک اُٹھا لیا گیا،” “فردوس میں، اور اس نے ایسے ناقابلِ بیان الفاظ سنے جن کا کہنا انسان کے لیے روا نہیں۔” اُس نے خود اقرار کیا کہ اُسے “خداوند کی طرف سے” بہت سے “رؤیا اور مکاشفات” عطا ہوئے تھے۔ انجیل کی سچائی کے اصولوں کی اُس کی سمجھ “سب سے بڑے رسولوں” کے برابر تھی۔ 2 Corinthians 12:2, 4, 1, 11. اُسے “مسیح کی اُس محبت” کی “چوڑائی، اور لمبائی، اور گہرائی، اور اُونچائی” کا واضح اور کامل ادراک حاصل تھا “جو علم سے باہر ہے۔” Ephesians 3:18, 19. اعمالِ رسولاں، 469۔</w:t>
      </w:r>
    </w:p>
    <w:p>
      <w:pPr>
        <w:pStyle w:val="ArticleBody"/>
        <w:jc w:val="right"/>
        <w:bidi w:val="1"/>
      </w:pPr>
      <w:r>
        <w:rPr>
          <w:rFonts w:ascii="Segoe UI" w:hAnsi="Segoe UI" w:eastAsia="Segoe UI" w:cs="Segoe UI"/>
          <w:rtl w:val="1"/>
        </w:rPr>
        <w:t>تمام انبیا ایامِ آخر کی نشان دہی کرتے ہیں، اور جو کچھ یوحنا نے اُس وقت سنا جب سات گرجوں نے اپنی آوازیں “بلند” کیں، اُسے لکھنے سے اُسے منع کیا گیا۔ اور جو کچھ پولس نے تیسرے آسمان میں ہوتے ہوئے دیکھا، اُسے کسی انسان کے لیے “بیان” کرنا جائز نہ تھا۔ سات گرجوں کے ذریعے ظاہر کی گئی سچائی پر اُس وقت تک مہر رہنی تھی جب تک یہوداہ کے قبیلے کا شیر خود اُس سچائی کو کھولنے کا انتخاب نہ کرے۔</w:t>
      </w:r>
    </w:p>
    <w:p>
      <w:pPr>
        <w:pStyle w:val="ArticleBody"/>
        <w:jc w:val="right"/>
        <w:bidi w:val="1"/>
      </w:pP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आंशिक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सिस्टर</w:t>
      </w:r>
      <w:r>
        <w:rPr>
          <w:rFonts w:ascii="Segoe UI" w:hAnsi="Segoe UI" w:eastAsia="Segoe UI" w:cs="Segoe UI"/>
          <w:rtl w:val="1"/>
        </w:rPr>
        <w:t xml:space="preserve"> </w:t>
      </w:r>
      <w:r>
        <w:rPr>
          <w:rFonts w:ascii="Nirmala UI" w:hAnsi="Nirmala UI" w:eastAsia="Nirmala UI" w:cs="Nirmala UI"/>
          <w:rtl w:val="1"/>
        </w:rPr>
        <w:t>व्हाइट</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खोला</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प्रथम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द्वितीय</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घटनाओं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घटित</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भविष्य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घटनाओं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क्रम</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भविष्य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घटनाओं</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संबंधित</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निर्देश</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गर्जनों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मुहरबंद</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पुस्तक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मुहरबंद</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प्रतिरूपित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था।</w:t>
      </w:r>
    </w:p>
    <w:p>
      <w:pPr>
        <w:pStyle w:val="ArticleScripture"/>
        <w:jc w:val="right"/>
        <w:bidi w:val="1"/>
      </w:pPr>
      <w:r>
        <w:rPr>
          <w:rFonts w:ascii="Segoe UI" w:hAnsi="Segoe UI" w:eastAsia="Segoe UI" w:cs="Segoe UI"/>
          <w:rtl w:val="1"/>
        </w:rPr>
        <w:t>“نورِ خاصی که به یوحنا داده شد و در هفت رعد بیان گردید، ترسیمی از وقایعی بود که در تحتِ پیام‌های فرشتهٔ اول و دوم به وقوع می‌پیوست....”</w:t>
      </w:r>
    </w:p>
    <w:p>
      <w:pPr>
        <w:pStyle w:val="ArticleScripture"/>
        <w:jc w:val="right"/>
        <w:bidi w:val="1"/>
      </w:pPr>
      <w:r>
        <w:rPr>
          <w:rFonts w:ascii="Segoe UI" w:hAnsi="Segoe UI" w:eastAsia="Segoe UI" w:cs="Segoe UI"/>
          <w:rtl w:val="1"/>
        </w:rPr>
        <w:t>«پس از آن‌که این هفت رعد آوازهای خود را برآوردند، این فرمان به یوحنا داده می‌شود، همان‌گونه که در مورد کتاب کوچک به دانیال داده شد: «آنچه را هفت رعد گفتند، مُهر کن.» این امور به وقایع آینده مربوط می‌شوند که به‌ترتیب خود آشکار خواهند شد.» تفسیر کتاب‌مقدسی ادونتیست‌های روز هفتم، جلد ۷، ص. ۹۷۱.</w:t>
      </w:r>
    </w:p>
    <w:p>
      <w:pPr>
        <w:pStyle w:val="ArticleBody"/>
        <w:jc w:val="right"/>
        <w:bidi w:val="1"/>
      </w:pPr>
      <w:r>
        <w:rPr>
          <w:rFonts w:ascii="Segoe UI" w:hAnsi="Segoe UI" w:eastAsia="Segoe UI" w:cs="Segoe UI"/>
          <w:rtl w:val="1"/>
        </w:rPr>
        <w:t>این فهم که هفت رعد نمادی است که روش‌شناسی را ثابت و تأیید می‌کند، در زمان آخر که در سال ۱۹۸۹ آغاز شد شناخته شد. پس از ۱۱ سپتامبر ۲۰۰۱، اهمیت تکرارِ دو حرکت به حقیقتِ آزمون‌کننده‌ای حاضر بدل شد.</w:t>
      </w:r>
    </w:p>
    <w:p>
      <w:pPr>
        <w:pStyle w:val="ArticleBody"/>
        <w:jc w:val="right"/>
        <w:bidi w:val="1"/>
      </w:pPr>
      <w:r>
        <w:rPr>
          <w:rFonts w:ascii="Segoe UI" w:hAnsi="Segoe UI" w:eastAsia="Segoe UI" w:cs="Segoe UI"/>
          <w:rtl w:val="1"/>
        </w:rPr>
        <w:t>تکرارِ تاریخِ میلری در تاریخِ صد و چهل و چهار هزار، قاعدهٔ اصلی‌ای بود که در آن تاریخ تأیید شد؛ همان‌گونه که قاعدهٔ اصلیِ میلری‌ها در 11 اوت 1840 تأیید گردید. برای میلری‌ها، قاعدهٔ اصلیِ اینکه یک روز نمایندهٔ یک سال است، در 11 اوت 1840 تأیید شد، و قاعدهٔ اصلی‌ای که مشخص می‌سازد همهٔ جنبش‌های اصلاحی، «سطر بر سطر»، یکدیگر را تمثیل می‌کنند، در 11 سپتامبر 2001 تأیید گردید. هفت رعد، به‌عنوان شاهدی بر آن حقیقت، در همان زمان مُهرگشایی شدند.</w:t>
      </w:r>
    </w:p>
    <w:p>
      <w:pPr>
        <w:pStyle w:val="ArticleBody"/>
        <w:jc w:val="right"/>
        <w:bidi w:val="1"/>
      </w:pPr>
      <w:r>
        <w:rPr>
          <w:rFonts w:ascii="Segoe UI" w:hAnsi="Segoe UI" w:eastAsia="Segoe UI" w:cs="Segoe UI"/>
          <w:rtl w:val="1"/>
        </w:rPr>
        <w:t>عیسی همواره پایانِ یک چیز را با آغازِ آن به تصویر می‌کشد، و یازدهم سپتامبر ۲۰۰۱، چون آغازِ فرایندِ مُهر کردن بود، پایانِ فرایندِ مُهر کردن را نیز مشخص می‌سازد. شیرِ سبطِ یهودا هنگامی که در ژوئیهٔ ۲۰۲۳ آغاز به برخیزانیدنِ استخوان‌های خشکِ مردگان نمود، بُعدِ دیگری از هفت رعد را گشود؛ زیرا او آنگاه آشکار ساخت که، در توافق با «Truth»، هفت رعد همچنین به‌طور نمادین نمایانگرِ تاریخِ میلریِ نخستین و آخرین نومیدی‌ها هستند، و عصیانِ ندای نیمه‌شب، نشانهٔ میانیِ آن است.</w:t>
      </w:r>
    </w:p>
    <w:p>
      <w:pPr>
        <w:pStyle w:val="ArticleBody"/>
        <w:jc w:val="right"/>
        <w:bidi w:val="1"/>
      </w:pPr>
      <w:r>
        <w:rPr>
          <w:rFonts w:ascii="Segoe UI" w:hAnsi="Segoe UI" w:eastAsia="Segoe UI" w:cs="Segoe UI"/>
          <w:rtl w:val="1"/>
        </w:rPr>
        <w:t>با این کار، او آشکار ساخت که هفت رعد در تاریخ ۱۸ ژوئیهٔ ۲۰۲۰ تا قانون یکشنبه‌ای که به‌زودی خواهد آمد، در تاریخ تکرار می‌شود. نومیدیِ ۱۸ ژوئیهٔ ۲۰۲۰ که نخستین راه‌نشان است، و نومیدیِ قانون یکشنبه‌ایِ قریب‌الوقوع که آخرینِ سه راه‌نشانِ «حقیقت» است—راه‌نشان‌هایی که هفت رعد را در پایانِ زمانِ مُهر کردن مشخص می‌سازند—به‌وسیلهٔ شورشی که با باکره‌های جاهل مرتبط است، که پیامِ شیرِ سبطِ یهودا را که اکنون غرش می‌کند رد می‌نمایند، به تصویر کشیده شده است؛ زیرا او اکنون در حال گشودن مُهرها و انتشار پیام خویش در سراسر کرهٔ زمین است، و آن پیام، پیامِ فریادِ نیمه‌شبِ ایام آخر است.</w:t>
      </w:r>
    </w:p>
    <w:p>
      <w:pPr>
        <w:pStyle w:val="ArticleBody"/>
        <w:jc w:val="right"/>
        <w:bidi w:val="1"/>
      </w:pPr>
      <w:r>
        <w:rPr>
          <w:rFonts w:ascii="Segoe UI" w:hAnsi="Segoe UI" w:eastAsia="Segoe UI" w:cs="Segoe UI"/>
          <w:rtl w:val="1"/>
        </w:rPr>
        <w:t>در آغاز زمان مُهرگذاری، در ۱۱ سپتامبر ۲۰۰۱، فرشتهٔ مکاشفه فصل هجدهم نازل شد و از جمله چند امر، فهمی کامل‌تر از معنای هفت رعد را گشود. آنچه در آن زمان دربارهٔ هفت رعد فهمیده شد، صرفاً این نبود که جنبش‌های اصلاحی با یکدیگر موازی‌اند، بلکه همچنین این بود که هنگامی که فرشته در آن نشانهٔ راهِ یک جنبش اصلاحی نازل می‌شود، قاعدهٔ اصلیِ نبویِ تاریخِ مربوط به آن را تأیید می‌کند.</w:t>
      </w:r>
    </w:p>
    <w:p>
      <w:pPr>
        <w:pStyle w:val="ArticleBody"/>
        <w:jc w:val="right"/>
        <w:bidi w:val="1"/>
      </w:pPr>
      <w:r>
        <w:rPr>
          <w:rFonts w:ascii="Segoe UI" w:hAnsi="Segoe UI" w:eastAsia="Segoe UI" w:cs="Segoe UI"/>
          <w:rtl w:val="1"/>
        </w:rPr>
        <w:t>نزول فرشتهٔ مکاشفه، باب هجدهم، در ۱۱ سپتامبر ۲۰۰۱، روش‌شناسی باران آخرِ «خط بر خط» را تأیید کرد، بدین‌وسیله که نشان داد جنبش آغازین (یا آلفا) جنبش پایانی (یا امگا) را به تصویر می‌کشد. در پایان زمانِ مُهرگذاری، میکائیل فرود آمد تا استخوان‌های خشکِ مردگان را زنده سازد؛ همانانی که به‌وسیلهٔ دو شاهد نمایان شده بودند که در کوچهٔ آن شهر عظیم، یعنی سدوم و مصر، جایی که خداوند ما نیز در آن مصلوب شد، مرده بودند. هنگامی که میکائیل مردگان را دوباره به حیات فراخواند، او، به‌عنوان شیرِ سبطِ یهودا، مکشوف ساخت که هفت رعد تاریخی پنهان، فراتر از حقایقی که پیش‌تر دربارهٔ هفت رعد آشکار شده بود، داشته‌اند.</w:t>
      </w:r>
    </w:p>
    <w:p>
      <w:pPr>
        <w:pStyle w:val="ArticleBody"/>
        <w:jc w:val="right"/>
        <w:bidi w:val="1"/>
      </w:pPr>
      <w:r>
        <w:rPr>
          <w:rFonts w:ascii="Segoe UI" w:hAnsi="Segoe UI" w:eastAsia="Segoe UI" w:cs="Segoe UI"/>
          <w:rtl w:val="1"/>
        </w:rPr>
        <w:t>اور جب یہوداہ کے قبیلے کے شیر نے اُس سچائی کو کھولا، تو اُس نے اُسے "سچائی" کی ساخت کے اندر رکھ دیا۔ تب یہ ظاہر کیا گیا کہ 18 جولائی 2020، 19 اپریل 1844 کے متوازی تھا، اور یہ کہ اُن میں سے ہر ایک نشانِ راہ کے بعد نصف شب کی پکار کے پیغام کا انکشاف ہونا تھا، جو اپنی اپنی تاریخ میں نادان کنواریوں کی بغاوت کو ظاہر کرتا۔ اُس نے یہ حقیقت بھی کھول دی کہ یہ پیغام سونامی کی مانند دنیا بھر میں پھیل جائے گا، یہاں تک کہ اتوار کے قانون کی عظیم مایوسی نافذ کر دی جائے۔</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و مرا گفت: «سخنانِ نبوّتِ این کتاب را مُهر مکن، زیرا زمان نزدیک است. آن که ظالم است، بگذار همچنان ظلم کند؛ و آن که ناپاک است، بگذار همچنان ناپاک بماند؛ و آن که عادل است، بگذار همچنان عدالت ورزد؛ و آن که مقدّس است، بگذار همچنان مقدّس بماند. و اینک، من به‌زودی می‌آیم، و پاداش من با من است تا هر کس را بر حسب اعمالش جزا دهم. من الفا و امگا هستم، ابتدا و انتها، اوّل و آخر.» مکاشفه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چورانوےواں حصہ</dc:title>
  <dc:subject>بازتاب‌های مکابیان: پیروزی ترامپ و مسیر نبوی به‌سوی تصویر وحش</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