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صد و نود و پنجم</w:t>
      </w:r>
    </w:p>
    <w:p>
      <w:pPr>
        <w:pStyle w:val="ArticleSubtitle"/>
        <w:jc w:val="right"/>
        <w:bidi w:val="1"/>
      </w:pPr>
      <w:r>
        <w:rPr>
          <w:rFonts w:ascii="Segoe UI" w:hAnsi="Segoe UI" w:eastAsia="Segoe UI" w:cs="Segoe UI"/>
          <w:rtl w:val="1"/>
        </w:rPr>
        <w:t>یکشنبه کے قانون کی راہ: دانی ایل 11 میں ٹرمپ کا کردار اور نبوتی انکشاف کا تدریجی ظہور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2024-04-25</w:t>
      </w:r>
    </w:p>
    <w:p>
      <w:pPr>
        <w:pStyle w:val="ArticleBody"/>
        <w:jc w:val="right"/>
        <w:bidi w:val="1"/>
      </w:pPr>
      <w:r>
        <w:rPr>
          <w:rFonts w:ascii="Segoe UI" w:hAnsi="Segoe UI" w:eastAsia="Segoe UI" w:cs="Segoe UI"/>
          <w:rtl w:val="1"/>
        </w:rPr>
        <w:t>تاریخِ پنهانِ آیهٔ چهل، دربرگیرندهٔ سلسلهٔ شش رئیس‌جمهور از زمانِ پایان در سال ۱۹۸۹ تا سال ۲۰۲۰ است؛ زمانی که بایدن، هفتمین رئیس‌جمهور، ریاست‌جمهوری را دزدید. سال ۲۰۲۰ آغازِ یک تاریخِ پنهان را نشان می‌دهد، از آن نقطه تا «اسکندرِ کبیر»؛ که نمایانگرِ زمانی است که هفتمین پادشاهیِ نبوتِ کتاب‌مقدس در قانونِ یکشنبه‌ای که به‌زودی خواهد آمد برقرار می‌شود. آن ده پادشاه بی‌درنگ موافقت می‌کنند که هفتمین پادشاهیِ خود را به هشتمین پادشاهی، که از آن هفت است—یعنی قدرتِ پاپی—بسپارند. آن تاریخِ پنهان با هفتمین رئیس‌جمهور آغاز می‌شود و با هفتمین پادشاهی پایان می‌یابد.</w:t>
      </w:r>
    </w:p>
    <w:p>
      <w:pPr>
        <w:pStyle w:val="ArticleBody"/>
        <w:jc w:val="right"/>
        <w:bidi w:val="1"/>
      </w:pPr>
      <w:r>
        <w:rPr>
          <w:rFonts w:ascii="Segoe UI" w:hAnsi="Segoe UI" w:eastAsia="Segoe UI" w:cs="Segoe UI"/>
          <w:rtl w:val="1"/>
        </w:rPr>
        <w:t>جب تاریخ یہ شناخت کرتی ہے کہ خشیارشا، جو اُس دولت مند بادشاہ کی نمائندگی کرتا ہے جو یونان کو ابھارتا ہے، سے لے کر اسکندرِ اعظم تک، فارسیوں کے آٹھ بادشاہ تھے، تو ہم پاتے ہیں کہ آیت دو کے اختتام اور آیت تین کے درمیان کی مخفی تاریخ، عدد آٹھ کے ذریعہ، حیوان کی مورت کے امتحانی زمانہ کی نمائندگی کرتی ہے۔ ریاستہائے متحدہ میں حیوان کی مورت پوری طرح قائم ہو جاتی ہے جب اتوار کے قانون کو نافذ کیا جاتا ہے، اور اُس مقام پر ساتویں اور پھر آٹھویں مملکتیں آ پہنچتی ہیں۔ فارسیوں کے آٹھ بادشاہ اسکندرِ اعظم پر ختم ہوتے ہیں، لہٰذا عدد آٹھ حیوان کی مورت کے اُس امتحانی زمانہ کی علامت ہے جو اتوار کے قانون پر اختتام پذیر ہوتا ہے۔</w:t>
      </w:r>
    </w:p>
    <w:p>
      <w:pPr>
        <w:pStyle w:val="ArticleBody"/>
        <w:jc w:val="right"/>
        <w:bidi w:val="1"/>
      </w:pPr>
      <w:r>
        <w:rPr>
          <w:rFonts w:ascii="Segoe UI" w:hAnsi="Segoe UI" w:eastAsia="Segoe UI" w:cs="Segoe UI"/>
          <w:rtl w:val="1"/>
        </w:rPr>
        <w:t>آیات ده تا پانزده به ما آگاه می‌سازند که زمانِ آزمونِ تصویرِ وحش، سومینِ سه نشانه‌ای بود که به‌وسیلهٔ تاریخ مکابیان نمایان شده است، و این‌که سومین نشانه، دوره‌ای زمانی بود که در ۱۶۱ پیش از میلاد آغاز شد و در ۱۵۸ پیش از میلاد پایان یافت. آن دوره در پیِ نخستین نشانهٔ ۱۶۷ پیش از میلاد آمد که آغاز شورش مکابیان را در مودعین مشخص می‌کرد، شهری که نام آن به معنای «اعتراض کردن» است. ۱۶۴ پیش از میلاد در پیِ آن اعتراض در مودعین آمد، و تقدیسِ دوبارهٔ معبد دوم را مشخص ساخت. ۱۶۴ پیش از میلاد، دومین تحلیفِ دونالد ترامپ را به‌عنوان هشتمین رئیس‌جمهور از زمان ریگان در ۱۹۸۹ مشخص می‌کند، که از آن هفت است. تحلیف او در ۲۰ ژانویهٔ ۲۰۲۵ با ۱۶۴ پیش از میلاد نمایان شده بود، و نیز آیینِ تجدیدِ تقدیس، که معجزهٔ شیطانی را پدید آورد که مشتمل بر دو اشاره به این است که آن هشت، از آن هفت است.</w:t>
      </w:r>
    </w:p>
    <w:p>
      <w:pPr>
        <w:pStyle w:val="ArticleBody"/>
        <w:jc w:val="right"/>
        <w:bidi w:val="1"/>
      </w:pPr>
      <w:r>
        <w:rPr>
          <w:rFonts w:ascii="Segoe UI" w:hAnsi="Segoe UI" w:eastAsia="Segoe UI" w:cs="Segoe UI"/>
          <w:rtl w:val="1"/>
        </w:rPr>
        <w:t>لهٰذا، آٹھ فارسی بادشاہ 161 قبلِ مسیح سے 158 قبلِ مسیح تک یہودیوں کے روم کے ساتھ اتحاد کی تاریخ کی نمائندگی کرتے ہیں، اور ایسا کرتے ہوئے 2025 میں ٹرمپ کی حلف برداری کے بعد آنے والے حیوان کی شبیہ کے امتحانی وقت پر دوسری گواہی فراہم کرتے ہیں۔ آیت دو 2020 کے چرائے گئے انتخاب تک آگے بڑھتی ہے، جہاں یہ وہیں ختم ہو جاتی ہے جب تک آٹھ فارسی بادشاہوں کی تاریخی گواہی کا اطلاق نہ کیا جائے، اور ان کا اطلاق ٹرمپ کی دوسری حلف برداری کے بعد پایا جاتا ہے۔ جب آٹھ فارسی بادشاہوں کو آیت دو اور تین کے درمیان کی تاریخ پر منطبق کیا جاتا ہے، تب بھی بائیڈن کی حلف برداری سے لے کر ٹرمپ کی دوسری حلف برداری تک ایک مخفی مدت باقی رہتی ہے۔</w:t>
      </w:r>
    </w:p>
    <w:p>
      <w:pPr>
        <w:pStyle w:val="ArticleBody"/>
        <w:jc w:val="right"/>
        <w:bidi w:val="1"/>
      </w:pPr>
      <w:r>
        <w:rPr>
          <w:rFonts w:ascii="Segoe UI" w:hAnsi="Segoe UI" w:eastAsia="Segoe UI" w:cs="Segoe UI"/>
          <w:rtl w:val="1"/>
        </w:rPr>
        <w:t>وہ مخفی تاریخ مکاشفہ باب گیارہ میں واضح کی گئی ہے، جہاں الحاد کا درندہ 2020 میں دو گواہوں کو ہلاک کرتا ہے۔ پھر ساڑھے تین علامتی دنوں کے بعد، میکائیل ان دو گواہوں کو زندہ کرنے کے لیے نزول کرتا ہے۔ ایک “زندہ کیا گیا” ٹرمپ نے 15 نومبر 2022 کو صدارت کے لیے اپنی تیسری مہم کا آغاز کیا، اور ایک زندہ کی گئی “بیابان میں پکارنے والی آواز” نے جولائی 2023 کے آخر میں ایک لاکھ چوالیس ہزار کو پکارنا شروع کیا۔</w:t>
      </w:r>
    </w:p>
    <w:p>
      <w:pPr>
        <w:pStyle w:val="ArticleBody"/>
        <w:jc w:val="right"/>
        <w:bidi w:val="1"/>
      </w:pPr>
      <w:r>
        <w:rPr>
          <w:rFonts w:ascii="Segoe UI" w:hAnsi="Segoe UI" w:eastAsia="Segoe UI" w:cs="Segoe UI"/>
          <w:rtl w:val="1"/>
        </w:rPr>
        <w:t>آیات دهم، یازدهم و دوازدهمِ باب یازدهمِ دانیال، جنگ اوکراین را که در سال ۲۰۱۴ آغاز شد و با پیروزی روسیه پایان خواهد یافت، شناسایی می‌کنند؛ و پس از آن، فروپاشی کنفدراسیون کنونی روسیه رخ خواهد داد، چنان‌که این امر به‌گونه‌ای نمادین در فروپاشی اتحاد جماهیر شوروی در سال ۱۹۸۹ متجلی شد.</w:t>
      </w:r>
    </w:p>
    <w:p>
      <w:pPr>
        <w:pStyle w:val="ArticleBody"/>
        <w:jc w:val="right"/>
        <w:bidi w:val="1"/>
      </w:pPr>
      <w:r>
        <w:rPr>
          <w:rFonts w:ascii="Segoe UI" w:hAnsi="Segoe UI" w:eastAsia="Segoe UI" w:cs="Segoe UI"/>
          <w:rtl w:val="1"/>
        </w:rPr>
        <w:t>آیات سیزدهم تا پانزدهم سه خط نبوت را مشخص می‌کنند. خطِ شفای پاپیّت که از زمانی آغاز می‌شود که فاحشهٔ صور از نهان‌گاه بیرون می‌آید، در آیهٔ چهاردهم به‌صورت نمادین معرفی شده است؛ و تحقق تاریخی آن سال ۲۰۰ پیش از میلاد است، هنگامی که رومِ مشرک به‌عنوان «دزدانِ قوم تو» وارد تاریخ نبوی شد؛ آنان که خود را برمی‌افرازند، اما سقوط می‌کنند.</w:t>
      </w:r>
    </w:p>
    <w:p>
      <w:pPr>
        <w:pStyle w:val="ArticleBody"/>
        <w:jc w:val="right"/>
        <w:bidi w:val="1"/>
      </w:pPr>
      <w:r>
        <w:rPr>
          <w:rFonts w:ascii="Segoe UI" w:hAnsi="Segoe UI" w:eastAsia="Segoe UI" w:cs="Segoe UI"/>
          <w:rtl w:val="1"/>
        </w:rPr>
        <w:t>در این سه آیه، خط نبویِ جمهوری‌خواهیِ مرتد به‌وسیلهٔ تاریخ آنتیوخوس سوم بازنمایی شده است؛ کسی که نقش ترامپ را به‌عنوان هشتمین رئیس‌جمهور، یعنی از آن هفت، نمونه‌وار مجسم می‌سازد. این آیات همچنین خط نبویِ پروتستانیسمِ مرتد را، آن‌گونه که به‌وسیلهٔ تاریخ مکابیان بازنمایی شده است، مشخص می‌سازند.</w:t>
      </w:r>
    </w:p>
    <w:p>
      <w:pPr>
        <w:pStyle w:val="ArticleBody"/>
        <w:jc w:val="right"/>
        <w:bidi w:val="1"/>
      </w:pPr>
      <w:r>
        <w:rPr>
          <w:rFonts w:ascii="Segoe UI" w:hAnsi="Segoe UI" w:eastAsia="Segoe UI" w:cs="Segoe UI"/>
          <w:rtl w:val="1"/>
        </w:rPr>
        <w:t>خط نبویِ شاخِ راستینِ پروتستان که به‌صورت جنبش فیلادلفیِ میلری‌ها آغاز شد و به‌صورت جنبش فیلادلفیِ صد و چهل و چهار هزار به پایان می‌رسد، همچنین باید بر تاریخ پنهانِ آیهٔ چهل منطبق گردد. هفت رعدِ باب دهمِ مکاشفه نمادی است هم از جنبش فیلادلفیِ میلری‌ها و هم از صد و چهل و چهار هزار. مُهر کردنِ نبوت، و گشودنِ مُهرِ نبوت، به‌وسیلهٔ مسیح به انجام می‌رسد، و هنگامی که او چنین می‌کند، خویشتن را چون شیرِ سبطِ یهودا به تصویر می‌کشد. در باب دهم، آن فرشته‌ای که خواهر وایت می‌گوید «کسی جز خودِ عیسی مسیح نیست» «به آواز بلند ندا درداد، چنان‌که شیری غُرّش کند؛ و چون ندا درداد، هفت رعد آوازهای خود را برآوردند.»</w:t>
      </w:r>
    </w:p>
    <w:p>
      <w:pPr>
        <w:pStyle w:val="ArticleBody"/>
        <w:jc w:val="right"/>
        <w:bidi w:val="1"/>
      </w:pPr>
      <w:r>
        <w:rPr>
          <w:rFonts w:ascii="Segoe UI" w:hAnsi="Segoe UI" w:eastAsia="Segoe UI" w:cs="Segoe UI"/>
          <w:rtl w:val="1"/>
        </w:rPr>
        <w:t>مسیح، به‌عنوان شیرِ سبطِ یهودا، هفت رعد را در حدود سال ۱۰۰ میلادی در تاریخِ نبوی قرار داد، و بی‌درنگ آن را مُهر و موم کرد؛ زیرا «چون آن هفت رعد آوازهای خود را به صدا درآوردند»، یوحنا «قصد داشت بنویسد؛ و» «آوازی از آسمان شنید که می‌گفت»، «آنچه را آن هفت رعد گفتند، مُهر و موم کن و آنها را منویس.»</w:t>
      </w:r>
    </w:p>
    <w:p>
      <w:pPr>
        <w:pStyle w:val="ArticleBody"/>
        <w:jc w:val="right"/>
        <w:bidi w:val="1"/>
      </w:pPr>
      <w:r>
        <w:rPr>
          <w:rFonts w:ascii="Segoe UI" w:hAnsi="Segoe UI" w:eastAsia="Segoe UI" w:cs="Segoe UI"/>
          <w:rtl w:val="1"/>
        </w:rPr>
        <w:t>تاریخِ پوشیدۂ آیهٔ چهل اکنون به‌وسیلهٔ شیرِ قبیلهٔ یهودا گشوده می‌شود، و در آن تاریخ، تبارِ شاخِ حقیقیِ پروتستان به‌وسیلهٔ هفت رعد نمایانده شده است. هنگامی که آن صدا در بیابان در ژوئیهٔ ۲۰۲۳ آغاز به ندا دادن کرد، شیرِ قبیلهٔ یهودا مکاشفه‌ای دیگر از آنچه «هفت رعد» نمایندگی می‌کنند، گشود.</w:t>
      </w:r>
    </w:p>
    <w:p>
      <w:pPr>
        <w:pStyle w:val="ArticleBody"/>
        <w:jc w:val="right"/>
        <w:bidi w:val="1"/>
      </w:pPr>
      <w:r>
        <w:rPr>
          <w:rFonts w:ascii="Segoe UI" w:hAnsi="Segoe UI" w:eastAsia="Segoe UI" w:cs="Segoe UI"/>
          <w:rtl w:val="1"/>
        </w:rPr>
        <w:t>ہفتوں کی سات گرجیں 18 جولائی، 2020 سے لے کر اُس جلد آنے والے اتوار کے قانون تک کی تاریخ کی نمائندگی کرتی ہیں، جب ایک لاکھ چوالیس ہزار کی تحریک سڑکوں میں قتل کی گئی تھی۔ سات گرجوں کی لکیر اُن “واقعات” کی نشاندہی کرتی ہے جو اُس تاریخ میں وقوع پذیر ہوتے ہیں۔ پہلی مایوسی کے بعد نصف شب کی للکار کا پیغام آتا ہے، اور اُس کے بعد اتوار کا قانون۔ جب سسٹر وائٹ نے سات گرجوں کی نشان دہی کی، خواہ پہلے اور دوسرے فرشتوں کی تاریخ کے طور پر، یا آئندہ کے واقعات کے طور پر، دونوں صورتوں میں انہوں نے یہی واضح کیا کہ وہ “واقعات” کی نمائندگی کرتی ہیں۔</w:t>
      </w:r>
    </w:p>
    <w:p>
      <w:pPr>
        <w:pStyle w:val="ArticleBody"/>
        <w:jc w:val="right"/>
        <w:bidi w:val="1"/>
      </w:pPr>
      <w:r>
        <w:rPr>
          <w:rFonts w:ascii="Segoe UI" w:hAnsi="Segoe UI" w:eastAsia="Segoe UI" w:cs="Segoe UI"/>
          <w:rtl w:val="1"/>
        </w:rPr>
        <w:t>پیام «فریاد نیمه‌شب» ممکن است چیزی به نظر آید که یک «رویداد» نباشد، اما در تاریخ میلری، اجتماع اردوییِ اکستر از ۱۲ تا ۱۷ اوت ۱۸۴۴ یک «رویداد» بود، با چندین جزئیات وابسته که با آن رویداد مرتبط بودند. با این حال، رسیدن پیام فریاد نیمه‌شب به آن اجتماع اردویی نیز تحقق مَثَل ده باکره در متی بیست‌وپنج بود. «رویدادِ» اجتماع اردوییِ اکستر تحقق هفت رعد بود، اما مَثَل ده باکره به آن رویدادها نمی‌پردازد، بلکه به «تجربه» باکره‌ها می‌پردازد،</w:t>
      </w:r>
    </w:p>
    <w:p>
      <w:pPr>
        <w:pStyle w:val="ArticleScripture"/>
        <w:jc w:val="right"/>
        <w:bidi w:val="1"/>
      </w:pPr>
      <w:r>
        <w:rPr>
          <w:rFonts w:ascii="Segoe UI" w:hAnsi="Segoe UI" w:eastAsia="Segoe UI" w:cs="Segoe UI"/>
          <w:rtl w:val="1"/>
        </w:rPr>
        <w:t>«مَثَلِ ده باکره در متی ۲۵ نیز تجربهٔ قوم ادونتیست را به تصویر می‌کشد.» نبرد عظیم، ۳۹۳.</w:t>
      </w:r>
    </w:p>
    <w:p>
      <w:pPr>
        <w:pStyle w:val="ArticleBody"/>
        <w:jc w:val="right"/>
        <w:bidi w:val="1"/>
      </w:pPr>
      <w:r>
        <w:rPr>
          <w:rFonts w:ascii="Segoe UI" w:hAnsi="Segoe UI" w:eastAsia="Segoe UI" w:cs="Segoe UI"/>
          <w:rtl w:val="1"/>
        </w:rPr>
        <w:t>چنان‌که هفت رعد تاریخِ موازیِ حرکتِ فرشتهٔ اوّل و سوّم را مشخص می‌سازد، همچنین مَثَلِ ده باکره نیز آن دو تاریخِ موازی را مشخص می‌نماید.</w:t>
      </w:r>
    </w:p>
    <w:p>
      <w:pPr>
        <w:pStyle w:val="ArticleScripture"/>
        <w:jc w:val="right"/>
        <w:bidi w:val="1"/>
      </w:pPr>
      <w:r>
        <w:rPr>
          <w:rFonts w:ascii="Segoe UI" w:hAnsi="Segoe UI" w:eastAsia="Segoe UI" w:cs="Segoe UI"/>
          <w:rtl w:val="1"/>
        </w:rPr>
        <w:t>«من بارها به مَثَلِ ده باکره ارجاع داده شده‌ام؛ که پنج تن از ایشان دانا بودند و پنج تن نادان. این مَثَل تا کوچک‌ترین جزئیات تحقق یافته است و تحقق خواهد یافت، زیرا کاربردی ویژه برای این زمان دارد و، همچون پیام فرشتهٔ سوم، تحقق یافته است و تا پایان زمان همچنان حقیقتِ حاضر خواهد بود.» Review and Herald, August 19, 1890.</w:t>
      </w:r>
    </w:p>
    <w:p>
      <w:pPr>
        <w:pStyle w:val="ArticleBody"/>
        <w:jc w:val="right"/>
        <w:bidi w:val="1"/>
      </w:pPr>
      <w:r>
        <w:rPr>
          <w:rFonts w:ascii="Segoe UI" w:hAnsi="Segoe UI" w:eastAsia="Segoe UI" w:cs="Segoe UI"/>
          <w:rtl w:val="1"/>
        </w:rPr>
        <w:t>نمادِ هفت رعد، «رویدادهای» تاریخ‌های موازی را نمایندگی می‌کند، و ده باکره، «تجربه» باکرگانِ دانا و نادان را در آن دو تاریخِ موازی نمایندگی می‌کنند. تجربهٔ میلری، تا سال ۱۸۵۶، تجربهٔ فیلادلفیا بود، و تجربهٔ جنبشِ صد و چهل و چهار هزار نفر، تا اندکی پس از ژوئیهٔ ۲۰۲۳، تجربهٔ لائودکیه بود. در هر دو تاریخ، با رسیدنِ پیامِ فریادِ نیمه‌شب، باکرگانِ دانا و نادان آشکار خواهند شد، زیرا در آن هنگام دیده خواهد شد که چه کسانی روغنِ آمادگی را در اختیار داشتند.</w:t>
      </w:r>
    </w:p>
    <w:p>
      <w:pPr>
        <w:pStyle w:val="ArticleScripture"/>
        <w:jc w:val="right"/>
        <w:bidi w:val="1"/>
      </w:pPr>
      <w:r>
        <w:rPr>
          <w:rFonts w:ascii="Segoe UI" w:hAnsi="Segoe UI" w:eastAsia="Segoe UI" w:cs="Segoe UI"/>
          <w:rtl w:val="1"/>
        </w:rPr>
        <w:t>«حالتی از کلیسا که با باکرگانِ نادان نمایانده شده است، همچنین به‌عنوان وضعیتِ لائودیکیه نیز یاد می‌شود.» Review and Herald, August 19, 1890.</w:t>
      </w:r>
    </w:p>
    <w:p>
      <w:pPr>
        <w:pStyle w:val="ArticleBody"/>
        <w:jc w:val="right"/>
        <w:bidi w:val="1"/>
      </w:pPr>
      <w:r>
        <w:rPr>
          <w:rFonts w:ascii="Segoe UI" w:hAnsi="Segoe UI" w:eastAsia="Segoe UI" w:cs="Segoe UI"/>
          <w:rtl w:val="1"/>
        </w:rPr>
        <w:t>وہ لوگ جو اُس پیغام کو کھانے سے انکار کرتے ہیں جو مہادُوت میکائیل کے ہاتھ میں ہے، جو جولائی 2023 کے آخر میں نازل ہوا، لاودیکیہ کی حالت میں رہیں گے، اور جو لوگ اُس چھوٹی کتاب کو لے کر اسے کھائیں گے وہ فِلَدِلفیہ کی حالت میں منتقل ہو جائیں گے۔ لاودیکیہ کی حالت ایسے لوگوں، یا ایسے شخص کی نمائندگی کرتی ہے جس کے باہر مسیح کھڑا ہے مگر پھر بھی اندر داخل ہونے کی طلب رکھتا ہے، اور فِلَدِلفیہ کی حالت الوہیت اور انسانیت کے امتزاج کے طور پر ظاہر کی گئی ہے۔ سات گرجیں اُس سچے پروٹسٹنٹ سینگ کی لکیر کے “واقعات” کی نشان دہی کرتی ہیں جو آیت چالیس کی مخفی تاریخ میں رکھ دی گئی ہے، جس کا آغاز 18 جولائی 2020 سے ہوتا ہے اور اختتام سنڈے لا کے وقت پر ہوتا ہے۔</w:t>
      </w:r>
    </w:p>
    <w:p>
      <w:pPr>
        <w:pStyle w:val="ArticleBody"/>
        <w:jc w:val="right"/>
        <w:bidi w:val="1"/>
      </w:pPr>
      <w:r>
        <w:rPr>
          <w:rFonts w:ascii="Segoe UI" w:hAnsi="Segoe UI" w:eastAsia="Segoe UI" w:cs="Segoe UI"/>
          <w:rtl w:val="1"/>
        </w:rPr>
        <w:t>مَثَلُ العذارى العشر يحدِّد «اختبار» أولئك الذين دُعوا ليكونوا ضمن المئة والأربعة والأربعين ألفًا خلال تلك الفترة نفسها عينها. وإن «الأحداث» التي تميِّز تاريخ المئة والأربعة والأربعين ألفًا من 18 يوليو 2020 إلى قانون الأحد، و«الاختبار» الذي يمرّ به الصنفان أثناء ذلك التاريخ، يقترن بها تحديدُ العمل الذي أُنيطَ بها وكان ولا يزال مُسنَدًا في هذين التاريخين المتوازيين. وهذا العمل تمثِّله ملائكة رؤيا 14، كما أن عمل المِلَّريين كان ممثَّلًا بالملاك الأول والملاك الثاني، وعمل المئة والأربعة والأربعين ألفًا يمثِّله الملاك الثالث.</w:t>
      </w:r>
    </w:p>
    <w:p>
      <w:pPr>
        <w:pStyle w:val="ArticleScripture"/>
        <w:jc w:val="right"/>
        <w:bidi w:val="1"/>
      </w:pPr>
      <w:r>
        <w:rPr>
          <w:rFonts w:ascii="Segoe UI" w:hAnsi="Segoe UI" w:eastAsia="Segoe UI" w:cs="Segoe UI"/>
          <w:rtl w:val="1"/>
        </w:rPr>
        <w:t>«من فرصت‌های گران‌بهایی برای کسبِ تجربه داشته‌ام. من در پیام‌های فرشتهٔ اول، دوم و سوم تجربه داشته‌ام. فرشتگان چنین به تصویر کشیده شده‌اند که در میانهٔ آسمان پرواز می‌کنند، پیامی هشداردهنده را به جهان اعلام می‌دارند، و این پیام به‌طور مستقیم به مردمی مربوط است که در روزهای آخرِ تاریخِ این زمین زندگی می‌کنند. هیچ‌کس صدای این فرشتگان را نمی‌شنود، زیرا آنان نمادی هستند برای نمایاندنِ قومِ خدا که در هماهنگی با عالمِ آسمان کار می‌کنند. مردان و زنان، که به‌وسیلهٔ روحِ خدا روشن شده و از طریقِ حقیقت تقدیس یافته‌اند، این سه پیام را به ترتیبِ خود اعلام می‌کنند.» Life Sketches, 429.</w:t>
      </w:r>
    </w:p>
    <w:p>
      <w:pPr>
        <w:pStyle w:val="ArticleBody"/>
        <w:jc w:val="right"/>
        <w:bidi w:val="1"/>
      </w:pPr>
      <w:r>
        <w:rPr>
          <w:rFonts w:ascii="Segoe UI" w:hAnsi="Segoe UI" w:eastAsia="Segoe UI" w:cs="Segoe UI"/>
          <w:rtl w:val="1"/>
        </w:rPr>
        <w:t>کاری که در ۱۱ سپتامبر ۲۰۰۱، در آغاز زمانِ مُهرگذاری، به قومِ آخرالزمانیِ خدا سپرده شد، اکنون بار دیگر در پایانِ زمانِ مُهرگذاری، هنگامی که میکائیل در ژوئیهٔ ۲۰۲۳ فرود آمد، به قومِ آخرالزمانیِ خدا سپرده می‌شود.</w:t>
      </w:r>
    </w:p>
    <w:p>
      <w:pPr>
        <w:pStyle w:val="ArticleScripture"/>
        <w:jc w:val="right"/>
        <w:bidi w:val="1"/>
      </w:pPr>
      <w:r>
        <w:rPr>
          <w:rFonts w:ascii="Segoe UI" w:hAnsi="Segoe UI" w:eastAsia="Segoe UI" w:cs="Segoe UI"/>
          <w:rtl w:val="1"/>
        </w:rPr>
        <w:t>«یوحنا دید که “فرشته‌ای دیگر از آسمان نازل می‌شود که قدرتی عظیم دارد؛ و تمامی زمین از جلال او منوّر گردید.” مکاشفه 18:1. آن عمل، صدای قوم خداست که پیامی هشداردهنده را به جهان اعلام می‌کنند.» The 1888 Materials, 926.</w:t>
      </w:r>
    </w:p>
    <w:p>
      <w:pPr>
        <w:pStyle w:val="ArticleBody"/>
        <w:jc w:val="right"/>
        <w:bidi w:val="1"/>
      </w:pPr>
      <w:r>
        <w:rPr>
          <w:rFonts w:ascii="Segoe UI" w:hAnsi="Segoe UI" w:eastAsia="Segoe UI" w:cs="Segoe UI"/>
          <w:rtl w:val="1"/>
        </w:rPr>
        <w:t>چنان‌که «رویدادهایی» که به‌وسیلهٔ هفت رعد نمایانده شده‌اند، و «تجربه‌ای» که به‌وسیلهٔ ده باکره نمایانده شده است، چنین‌اند، کارِ سه فرشته نیز دو تاریخِ موازی را نمایندگی می‌کند.</w:t>
      </w:r>
    </w:p>
    <w:p>
      <w:pPr>
        <w:pStyle w:val="ArticleScripture"/>
        <w:jc w:val="right"/>
        <w:bidi w:val="1"/>
      </w:pPr>
      <w:r>
        <w:rPr>
          <w:rFonts w:ascii="Segoe UI" w:hAnsi="Segoe UI" w:eastAsia="Segoe UI" w:cs="Segoe UI"/>
          <w:rtl w:val="1"/>
        </w:rPr>
        <w:t>«خداوند پیام‌های مکاشفهٔ ۱۴ را در جایگاه خود در سلسلهٔ نبوت قرار داده است، و کار آن‌ها تا پایان تاریخ این جهان نباید متوقف گردد. پیام‌های فرشتهٔ اول و دوم همچنان برای این زمان حقیقت‌اند، و باید به موازات این پیامی که در پی می‌آید پیش روند. فرشتهٔ سوم هشدار خود را با آوازی بلند اعلام می‌کند. یوحنا گفت: «و بعد از این امور، فرشته‌ای دیگر را دیدم که از آسمان نازل می‌شد و قدرتی عظیم داشت، و زمین از جلال او منوّر گردید.» در این روشنایی، نور هر سه پیام با یکدیگر متحد است.» The 1888 Materials, 804.</w:t>
      </w:r>
    </w:p>
    <w:p>
      <w:pPr>
        <w:pStyle w:val="ArticleBody"/>
        <w:jc w:val="right"/>
        <w:bidi w:val="1"/>
      </w:pPr>
      <w:r>
        <w:rPr>
          <w:rFonts w:ascii="Segoe UI" w:hAnsi="Segoe UI" w:eastAsia="Segoe UI" w:cs="Segoe UI"/>
          <w:rtl w:val="1"/>
        </w:rPr>
        <w:t>در آیات سیزده تا پانزدهِ دانیال یازده، کار نبویِ خطِّ پروتستانیسمِ مرتد (مکابیان)، جمهوری‌خواهیِ مرتد (آنتیوخوس سوم) و فاحشهٔ صور (راهزنانِ قومِ تو) شناسایی می‌شود. در همان تاریخ، خطوط نبویِ شاخِ پروتستانِ حقیقیِ صد و چهل و چهار هزار نفر، کار ایشان، «تجربه»ی ایشان، و «وقایعی» را که در میان قومِ آخرالزمانیِ خدا رخ می‌دهد، مشخص می‌سازد. خطِّ شاخِ پروتستانِ حقیقی به‌صورت هفت رعد نمایانده شده است، که یگانه نبوت در کتاب مکاشفه است که مشخصاً مُهر شده معرفی می‌شود. اندکی پیش از بسته شدن زمانِ آزمایش، فرمان از شیرِ سبطِ یهودا، همان که نبوتِ هفت رعد را مُهر کرده بود، صادر می‌شود تا نبوت‌های این کتاب گشوده شود.</w:t>
      </w:r>
    </w:p>
    <w:p>
      <w:pPr>
        <w:pStyle w:val="ArticleBody"/>
        <w:jc w:val="right"/>
        <w:bidi w:val="1"/>
      </w:pPr>
      <w:r>
        <w:rPr>
          <w:rFonts w:ascii="Segoe UI" w:hAnsi="Segoe UI" w:eastAsia="Segoe UI" w:cs="Segoe UI"/>
          <w:rtl w:val="1"/>
        </w:rPr>
        <w:t>گشوده شدنِ هفت رعد در پایانِ زمانِ مُهرگذاریِ صد و چهل و چهار هزار نفر، که به‌واسطۀ گشوده شدنِ هفت رعد در آغازِ زمانِ مُهرگذاری پیش‌نگاشته شده بود، باید (سطر بر سطر) بر آن بخشی از کتابِ دانیال که به ایّامِ آخر مربوط است تطبیق داده شود، و آن بخش همان تاریخِ پنهانِ آیهٔ چهل است. هنگامی که آن گشودگی به‌طور کامل به انجام رسد، چنان‌که با گشوده شدنِ مُهرِ هفتم به تصویر کشیده شده است، خدا آتشِ روح‌القدسِ خویش را بر صد و چهل و چهار هزار نفر فرو خواهد ریخت، همان‌گونه که در پنطیکاست بر شاگردان فرو ریخت. پنطیکاست با قانونِ یکشنبۀ به‌زودی‌آینده منطبق است.</w:t>
      </w:r>
    </w:p>
    <w:p>
      <w:pPr>
        <w:pStyle w:val="ArticleScripture"/>
        <w:jc w:val="right"/>
        <w:bidi w:val="1"/>
      </w:pPr>
      <w:r>
        <w:rPr>
          <w:rFonts w:ascii="Segoe UI" w:hAnsi="Segoe UI" w:eastAsia="Segoe UI" w:cs="Segoe UI"/>
          <w:rtl w:val="1"/>
        </w:rPr>
        <w:t>“میں نہایت سنجیدہ اشتیاق کے ساتھ اُس وقت کا انتظار کرتی ہوں جب پینتیکست کے دن کے واقعات اُس موقع سے بھی زیادہ عظیم قدرت کے ساتھ دوبارہ واقع ہوں گے۔ یوحنا کہتا ہے، ‘میں نے ایک اور فرشتہ کو آسمان سے اُترتے دیکھا، جس کے پاس بڑی قدرت تھی؛ اور زمین اُس کے جلال سے منور ہو گئی۔’ پھر، جیسے پینتیکست کے زمانہ میں ہوا تھا، لوگ اپنے اپنے لہجے میں اپنے لیے سچائی بیان ہوتی ہوئی سنیں گے۔”</w:t>
      </w:r>
    </w:p>
    <w:p>
      <w:pPr>
        <w:pStyle w:val="ArticleScripture"/>
        <w:jc w:val="right"/>
        <w:bidi w:val="1"/>
      </w:pPr>
      <w:r>
        <w:rPr>
          <w:rFonts w:ascii="Segoe UI" w:hAnsi="Segoe UI" w:eastAsia="Segoe UI" w:cs="Segoe UI"/>
          <w:rtl w:val="1"/>
        </w:rPr>
        <w:t>خدا می‌تواند در هر جانى که صادقانه آرزومند خدمت به اوست، حیاتی تازه بدمد، و لب‌ها را با اخگری زنده از مذبح لمس کند، و سبب شود که به ستایش او فصیح گردند. هزاران صدا به قدرتی آکنده خواهند شد تا حقایق شگفت‌انگیز کلام خدا را بازگویند. زبانِ لکنت‌دار گشوده خواهد شد، و ترسویان نیرومند خواهند گردید تا به حقیقت شهادتی دلیرانه بدهند. خداوند قوم خود را یاری فرماید تا هیکل جان را از هر آلودگی پاک سازند، و چنان پیوندی نزدیک با او نگاه دارند که چون باران آخر فرو ریخته شود، از آن بهره‌مند گردند.» Review and Herald, July 20, 1886.</w:t>
      </w:r>
    </w:p>
    <w:p>
      <w:pPr>
        <w:pStyle w:val="ArticleBody"/>
        <w:jc w:val="right"/>
        <w:bidi w:val="1"/>
      </w:pPr>
      <w:r>
        <w:rPr>
          <w:rFonts w:ascii="Segoe UI" w:hAnsi="Segoe UI" w:eastAsia="Segoe UI" w:cs="Segoe UI"/>
          <w:rtl w:val="1"/>
        </w:rPr>
        <w:t>آغازِ زمانِ مُہر لگانے کا عمل، زمانِ مُہر لگانے کے اختتام کی مثال پیش کرتا ہے۔ ابتدا میں پچھلی بارش پیمانے کے ساتھ نازل کی گئی، اور آخر میں وہ بے پیمانہ نازل کی جاتی ہے۔ جو فرشتہ 11 ستمبر 2001 کو اترا تھا، وہی فرشتہ جولائی 2023 کے آخر میں نازل ہوا۔ پینتیکوست کی تاریخ مسیح کے جی اُٹھنے سے شروع ہوئی، اور پینتیکوست کی کامل تکمیل کا اختتام ایک لاکھ چوالیس ہزار کے جی اُٹھنے پر ہوتا ہے۔</w:t>
      </w:r>
    </w:p>
    <w:p>
      <w:pPr>
        <w:pStyle w:val="ArticleScripture"/>
        <w:jc w:val="right"/>
        <w:bidi w:val="1"/>
      </w:pPr>
      <w:r>
        <w:rPr>
          <w:rFonts w:ascii="Segoe UI" w:hAnsi="Segoe UI" w:eastAsia="Segoe UI" w:cs="Segoe UI"/>
          <w:rtl w:val="1"/>
        </w:rPr>
        <w:t>«فعلِ مسیح در دمیدن روح‌القدس بر شاگردان خویش و در بخشیدن سلام خود به ایشان، همچون چند قطره‌ای پیش از بارانِ فراوانی بود که در روز پنتیکاست عطا می‌شد.» روح نبوت، جلد ۳، ۲۴۳.</w:t>
      </w:r>
    </w:p>
    <w:p>
      <w:pPr>
        <w:pStyle w:val="ArticleBody"/>
        <w:jc w:val="right"/>
        <w:bidi w:val="1"/>
      </w:pPr>
      <w:r>
        <w:rPr>
          <w:rFonts w:ascii="Segoe UI" w:hAnsi="Segoe UI" w:eastAsia="Segoe UI" w:cs="Segoe UI"/>
          <w:rtl w:val="1"/>
        </w:rPr>
        <w:t>مسیح پس از آن‌که قیام کرد، بر شاگردان خود دمید، درست پس از آن‌که نزد پدر خویش صعود کرده بود. هنگامی که از دیدار با پدر خویش فرود آمد، بر شاگردان ظاهر شد و «چند قطره» بر ایشان دمید که پیش‌درآمدِ «بارش‌های فراوانِ پنتیکاست» بود. آن چند قطره نمایانگر آغازِ زمانِ مُهر کردن است، و بارش‌های فراوان نمایانگر پایانِ آن. آغازِ زمانِ مُهر کردن در انتها تکرار می‌شود، و همان‌گونه که مسیح در آغازِ دورهٔ پنتیکاست بر شاگردان خود دمید، در پایانِ آن دوره نیز بر قومِ آخرالزمانیِ خویش دمید.</w:t>
      </w:r>
    </w:p>
    <w:p>
      <w:pPr>
        <w:pStyle w:val="ArticleScripture"/>
        <w:jc w:val="right"/>
        <w:bidi w:val="1"/>
      </w:pPr>
      <w:r>
        <w:rPr>
          <w:rFonts w:ascii="Segoe UI" w:hAnsi="Segoe UI" w:eastAsia="Segoe UI" w:cs="Segoe UI"/>
          <w:rtl w:val="1"/>
        </w:rPr>
        <w:t>«استخوان‌های خشک نیاز دارند که روح‌القدسِ خدا بر آنها بدمد، تا به حرکت درآیند، چنان‌که گویی در رستاخیزی از مردگان.» Bible Training School, December 1, 1903.</w:t>
      </w:r>
    </w:p>
    <w:p>
      <w:pPr>
        <w:pStyle w:val="ArticleBody"/>
        <w:jc w:val="right"/>
        <w:bidi w:val="1"/>
      </w:pPr>
      <w:r>
        <w:rPr>
          <w:rFonts w:ascii="Segoe UI" w:hAnsi="Segoe UI" w:eastAsia="Segoe UI" w:cs="Segoe UI"/>
          <w:rtl w:val="1"/>
        </w:rPr>
        <w:t>مرگِ آن دو شاهد شامل این حقیقت نیز هست که کسانی که پیامِ دروغینِ نشویل و ۱۸ ژوئیهٔ ۲۰۲۰ را اعلام کردند، این کار را به‌عنوان لاودیکیان انجام دادند. رستاخیزِ استخوان‌های خشکِ مرده نمایانگرِ گذار از وضعیتِ لاودیکیه است، که وضعیتی از مرگ است، به وضعیتِ فیلادلفیه، که حیات است. نَفَسی که این رستاخیز و این گذار را پدید می‌آورد، پیامی نبوی است.</w:t>
      </w:r>
    </w:p>
    <w:p>
      <w:pPr>
        <w:pStyle w:val="ArticleScripture"/>
        <w:jc w:val="right"/>
        <w:bidi w:val="1"/>
      </w:pPr>
      <w:r>
        <w:rPr>
          <w:rFonts w:ascii="Segoe UI" w:hAnsi="Segoe UI" w:eastAsia="Segoe UI" w:cs="Segoe UI"/>
          <w:rtl w:val="1"/>
        </w:rPr>
        <w:t>«ما باید از جانب خدا چه قدرتی داشته باشیم تا دل‌های یخ‌زده، که تنها دیانتی شریعت‌مدار دارند، چیزهای بهترِ مهیاشده برای ایشان را ببینند—مسیح و پارساییِ او! پیامی حیات‌بخش لازم بود تا به استخوان‌های خشک حیات ببخشد.» Manuscript Releases, vol. 12, p. 205.</w:t>
      </w:r>
    </w:p>
    <w:p>
      <w:pPr>
        <w:pStyle w:val="ArticleBody"/>
        <w:jc w:val="right"/>
        <w:bidi w:val="1"/>
      </w:pPr>
      <w:r>
        <w:rPr>
          <w:rFonts w:ascii="Segoe UI" w:hAnsi="Segoe UI" w:eastAsia="Segoe UI" w:cs="Segoe UI"/>
          <w:rtl w:val="1"/>
        </w:rPr>
        <w:t>د مسیح د قیامت او عروج ترمنځ موده په دوو پړاوونو وېشل شوې وه؛ لومړی پړاو څلوېښت ورځې وې، چې وروسته هغه عروج وکړ، او ورپسې د پنتیکاست نه وړاندې لس ورځې راغلې. څلوېښت د بیابان نښه ده، لکه څنګه چې درې نیمې ورځې، یا زر دوه سوه او شپېته کاله، یا ورځې هم همداسې دي.</w:t>
      </w:r>
    </w:p>
    <w:p>
      <w:pPr>
        <w:pStyle w:val="ArticleBody"/>
        <w:jc w:val="right"/>
        <w:bidi w:val="1"/>
      </w:pPr>
      <w:r>
        <w:rPr>
          <w:rFonts w:ascii="Segoe UI" w:hAnsi="Segoe UI" w:eastAsia="Segoe UI" w:cs="Segoe UI"/>
          <w:rtl w:val="1"/>
        </w:rPr>
        <w:t>کله چې میخائیل د ۲۰۲۳ کال په جولای کې راکښته شو، په کوڅو کې د مرګ هغه درې نیمې ورځې پای ته ورسېدې، ځکه چې مسیح د یو سل او څلور څلوېښت زرو په منځ کې د خپلې الوهیت له انسانیت سره د یوځای کولو کار پیل کړ. دا کار د پنتیکاست نه مخکې په هغو لسو ورځو کې تمثیل شوی و، چې په کې ګناه لیرې کړل شوه او د وروڼو ترمنځ یووالی ټینګ شو. لس د ازمېښت بهیر استازیتوب کوي، او د ازمېښت بهیر په پنتیکاست کې پای ته ورسېد، چې د یکشنبې د قانون استازیتوب کوي.</w:t>
      </w:r>
    </w:p>
    <w:p>
      <w:pPr>
        <w:pStyle w:val="ArticleBody"/>
        <w:jc w:val="right"/>
        <w:bidi w:val="1"/>
      </w:pPr>
      <w:r>
        <w:rPr>
          <w:rFonts w:ascii="Segoe UI" w:hAnsi="Segoe UI" w:eastAsia="Segoe UI" w:cs="Segoe UI"/>
          <w:rtl w:val="1"/>
        </w:rPr>
        <w:t>در همان تاریخِ مورد اشاره در آیهٔ چهل، جایی که هشت پادشاهِ فارس و تاریخِ پیمان میان یهودیان و روم نمایانگرِ فرایندِ آزمونِ تصویرِ وحش است، فرایندِ آزمونِ باکره‌ها در ده روزِ منتهی به پنتیکاست به تصویر کشیده شده است. شاخ‌های مرتدِ پروتستانیسم و جمهوری‌خواهی در آن تاریخ با یکدیگر متحد می‌شوند تا تصویرِ وحش را پدید آورند، حال آنکه شاخِ راستینِ پروتستان، انسانیتِ ایشان را با الوهیتِ مسیح متحد می‌سازد، و بدین‌سان تصویرِ مسیح را در فرایندی شکل می‌دهد که دو طبقه از پرستندگان را از یکدیگر جدا می‌سازد.</w:t>
      </w:r>
    </w:p>
    <w:p>
      <w:pPr>
        <w:pStyle w:val="ArticleBody"/>
        <w:jc w:val="right"/>
        <w:bidi w:val="1"/>
      </w:pPr>
      <w:r>
        <w:rPr>
          <w:rFonts w:ascii="Segoe UI" w:hAnsi="Segoe UI" w:eastAsia="Segoe UI" w:cs="Segoe UI"/>
          <w:rtl w:val="1"/>
        </w:rPr>
        <w:t>رویدادهای تاریخی که به‌صورت هفت رعد به تصویر کشیده شده‌اند، در تاریخی که در آیات سیزده تا پانزدهِ دانیال یازدهم بازنمایی شده است، مکشوف می‌گردند؛ و این‌ها در کنار هم با تاریخ پنهانِ آیهٔ چهل هم‌راستا هستند، تاریخی که در قانون یکشنبه‌ایِ قریب‌الوقوع—جایی که مهلتِ توبه برای نگاه‌دارانِ سبت بسته می‌شود—به پایان می‌رسد.</w:t>
      </w:r>
    </w:p>
    <w:p>
      <w:pPr>
        <w:pStyle w:val="ArticleScripture"/>
        <w:jc w:val="right"/>
        <w:bidi w:val="1"/>
      </w:pPr>
      <w:r>
        <w:rPr>
          <w:rFonts w:ascii="Segoe UI" w:hAnsi="Segoe UI" w:eastAsia="Segoe UI" w:cs="Segoe UI"/>
          <w:rtl w:val="1"/>
        </w:rPr>
        <w:t>«باز هم، این مَثَل‌ها تعلیم می‌دهند که پس از داوری، دیگر فرصتی برای آزمون باقی نخواهد بود. هنگامی که کار انجیل به انجام رسد، بی‌درنگ جدایی میان نیکان و شریران در پی می‌آید، و سرنوشت هر یک از این دو گروه تا ابد تثبیت می‌گردد.» Christ’s Object Lessons, 123.</w:t>
      </w:r>
    </w:p>
    <w:p>
      <w:pPr>
        <w:pStyle w:val="ArticleBody"/>
        <w:jc w:val="right"/>
        <w:bidi w:val="1"/>
      </w:pPr>
      <w:r>
        <w:rPr>
          <w:rFonts w:ascii="Segoe UI" w:hAnsi="Segoe UI" w:eastAsia="Segoe UI" w:cs="Segoe UI"/>
          <w:rtl w:val="1"/>
        </w:rPr>
        <w:t>جداییِ دانایان و نادانان، لائودیکیان و فیلادلفیان، یا گندم و علف‌های هرز، به‌وسیلهٔ فرشتگان انجام می‌شود.</w:t>
      </w:r>
    </w:p>
    <w:p>
      <w:pPr>
        <w:pStyle w:val="ArticleScripture"/>
        <w:jc w:val="right"/>
        <w:bidi w:val="1"/>
      </w:pPr>
      <w:r>
        <w:rPr>
          <w:rFonts w:ascii="Segoe UI" w:hAnsi="Segoe UI" w:eastAsia="Segoe UI" w:cs="Segoe UI"/>
          <w:rtl w:val="1"/>
        </w:rPr>
        <w:t>«بگذارید هم کرکاس و هم گندم تا هنگام حصاد با هم نمو کنند. آنگاه این فرشتگان‌اند که کارِ جدا ساختن را انجام می‌دهند.» Selected Messages، کتاب 2، ص. 69.</w:t>
      </w:r>
    </w:p>
    <w:p>
      <w:pPr>
        <w:pStyle w:val="ArticleBody"/>
        <w:jc w:val="right"/>
        <w:bidi w:val="1"/>
      </w:pPr>
      <w:r>
        <w:rPr>
          <w:rFonts w:ascii="Segoe UI" w:hAnsi="Segoe UI" w:eastAsia="Segoe UI" w:cs="Segoe UI"/>
          <w:rtl w:val="1"/>
        </w:rPr>
        <w:t>پیامی که درست پیش از بسته‌شدنِ مهلتِ آزمایش گشوده می‌شود، کار قوم خدا را، آن‌گونه که به‌وسیلهٔ فرشتگان نمادین شده است، مشخص می‌سازد. پیامی که در این مقالات مندرج است، اکنون در سراسر جهان به بیش از شصت زبان (tongues) منتشر می‌شود. این اکنون درست پیش از بسته‌شدنِ مهلتِ آزمایش در حال تحقق است، و کار قوم خدا در ایام آخر آن است که این پیام را ارائه کنند. این پیام رویدادهایی را که به‌صورت هفت رعد نمایان شده‌اند مشخص می‌سازد، و کارِ فهمیدن و ارائه‌کردنِ این پیام، تجربهٔ باکره‌های دانا را پدید می‌آورد.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«در رؤیاهای شب، صحنه‌ای بس تکان‌دهنده از برابر من گذشت. دیدم که گوی عظیمی از آتش در میان چند عمارت زیبا فرود آمد و موجب نابودی فوری آنها شد. شنیدم کسی می‌گفت: “ما می‌دانستیم که داوری‌های خدا بر زمین خواهد آمد، اما نمی‌دانستیم که چنین زود فرا خواهد رسید.” دیگران با صداهایی آکنده از جانکاهی می‌گفتند: “شما می‌دانستید! پس چرا ما را آگاه نساختید؟ ما نمی‌دانستیم.” از هر سو سخنان مشابهی از سرزنش به گوشم می‌رسید.»</w:t>
      </w:r>
    </w:p>
    <w:p>
      <w:pPr>
        <w:pStyle w:val="ArticleScripture"/>
        <w:jc w:val="right"/>
        <w:bidi w:val="1"/>
      </w:pPr>
      <w:r>
        <w:rPr>
          <w:rFonts w:ascii="Segoe UI" w:hAnsi="Segoe UI" w:eastAsia="Segoe UI" w:cs="Segoe UI"/>
          <w:rtl w:val="1"/>
        </w:rPr>
        <w:t>«در پریشانی عظیم بیدار شدم. بار دیگر به خواب رفتم، و چنین به نظرم آمد که در مجمعی بزرگ حضور دارم. شخصی صاحب اقتدار جماعت را خطاب می‌کرد، و در برابر او نقشه‌ای از جهان گسترده بود. او گفت که این نقشه تاکستان خدا را تصویر می‌کند، که باید فلاحت شود. هرگاه نور آسمان بر کسی می‌تابید، او می‌بایست آن نور را به دیگران بازتاب دهد. می‌بایست در جاهای بسیار چراغ‌ها افروخته شود، و از این چراغ‌ها چراغ‌های دیگری نیز افروخته گردد.»</w:t>
      </w:r>
    </w:p>
    <w:p>
      <w:pPr>
        <w:pStyle w:val="ArticleScripture"/>
        <w:jc w:val="right"/>
        <w:bidi w:val="1"/>
      </w:pPr>
      <w:r>
        <w:rPr>
          <w:rFonts w:ascii="Segoe UI" w:hAnsi="Segoe UI" w:eastAsia="Segoe UI" w:cs="Segoe UI"/>
          <w:rtl w:val="1"/>
        </w:rPr>
        <w:t>یہ الفاظ دہرائے گئے: ’’تم زمین کا نمک ہو؛ لیکن اگر نمک اپنا ذائقہ کھو دے تو پھر وہ کس چیز سے نمکین کیا جائے؟ پھر وہ کسی کام کا نہیں رہتا، سوائے اس کے کہ باہر پھینک دیا جائے اور لوگوں کے پاؤں تلے روند</w:t>
      </w:r>
      <w:r>
        <w:rPr>
          <w:rFonts w:ascii="Nirmala UI" w:hAnsi="Nirmala UI" w:eastAsia="Nirmala UI" w:cs="Nirmala UI"/>
          <w:rtl w:val="1"/>
        </w:rPr>
        <w:t>ा</w:t>
      </w:r>
      <w:r>
        <w:rPr>
          <w:rFonts w:ascii="Segoe UI" w:hAnsi="Segoe UI" w:eastAsia="Segoe UI" w:cs="Segoe UI"/>
          <w:rtl w:val="1"/>
        </w:rPr>
        <w:t xml:space="preserve"> جائے۔ تم دنیا کا نور ہو۔ جو شہر پہاڑی پر بسا ہو وہ پوشیدہ نہیں رہ سکتا۔ اور لوگ چراغ جلا کر اسے پیمانے کے نیچے نہیں رکھتے بلکہ چراغدان پر رکھتے ہیں؛ اور وہ گھر کے سب لوگوں کو روشنی دیتا ہے۔ اسی طرح تمہاری روشنی لوگوں کے سامنے چمکے، تاکہ وہ تمہارے نیک کاموں کو دیکھیں اور تمہارے باپ کی، جو آسمان پر ہے، تمجید کریں۔‘‘ متی 5:13–16۔</w:t>
      </w:r>
    </w:p>
    <w:p>
      <w:pPr>
        <w:pStyle w:val="ArticleScripture"/>
        <w:jc w:val="right"/>
        <w:bidi w:val="1"/>
      </w:pPr>
      <w:r>
        <w:rPr>
          <w:rFonts w:ascii="Segoe UI" w:hAnsi="Segoe UI" w:eastAsia="Segoe UI" w:cs="Segoe UI"/>
          <w:rtl w:val="1"/>
        </w:rPr>
        <w:t>من فوران‌های نور را دیدم که از شهرها و روستاها، و از بلندی‌ها و پستی‌های زمین می‌درخشیدند. کلام خدا اطاعت می‌شد، و در نتیجه، در هر شهر و روستا یادبودهایی برای او برپا بود. حق او در سراسر جهان اعلام می‌شد.</w:t>
      </w:r>
    </w:p>
    <w:p>
      <w:pPr>
        <w:pStyle w:val="ArticleScripture"/>
        <w:jc w:val="right"/>
        <w:bidi w:val="1"/>
      </w:pPr>
      <w:r>
        <w:rPr>
          <w:rFonts w:ascii="Segoe UI" w:hAnsi="Segoe UI" w:eastAsia="Segoe UI" w:cs="Segoe UI"/>
          <w:rtl w:val="1"/>
        </w:rPr>
        <w:t>«پس این نقشه برداشته شد و نقشه‌ای دیگر به جای آن نهاده شد. بر آن، نور تنها از چند جای اندک می‌تابید. باقیِ جهان در تاریکی بود، و فقط اینجا و آنجا فروغی کم‌سو دیده می‌شد. آموزگار ما گفت: “این تاریکی نتیجهٔ آن است که آدمیان راه خود را پی گرفته‌اند. آنان تمایلات موروثی و پرورش‌یافته به سوی شرارت را در خود پرورده‌اند. پرسشگری و عیب‌جویی و اتهام‌زنی را عمده‌ترین کار زندگی خویش ساخته‌اند. دل‌های ایشان با خدا راست نیست. نور خود را زیر پیمانه پنهان کرده‌اند.”»</w:t>
      </w:r>
    </w:p>
    <w:p>
      <w:pPr>
        <w:pStyle w:val="ArticleScripture"/>
        <w:jc w:val="right"/>
        <w:bidi w:val="1"/>
      </w:pPr>
      <w:r>
        <w:rPr>
          <w:rFonts w:ascii="Segoe UI" w:hAnsi="Segoe UI" w:eastAsia="Segoe UI" w:cs="Segoe UI"/>
          <w:rtl w:val="1"/>
        </w:rPr>
        <w:t>«اگر هر سربازِ مسیح وظیفهٔ خود را انجام داده بود، اگر هر دیده‌بان بر حصارهای صهیون شیپور را با آوایی روشن و بی‌اشتباه به صدا درآورده بود، جهان تا کنون می‌توانست پیامِ هشدار را شنیده باشد. اما این کار سال‌ها به تأخیر افتاده است. در حالی که آدمیان خفته بودند، شیطان بر ما پیشی جسته است.»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صد و نود و پنجم</dc:title>
  <dc:subject>یکشنبه کے قانون کی راہ: دانی ایل 11 میں ٹرمپ کا کردار اور نبوتی انکشاف کا تدریجی ظہور</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