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پانزده</w:t>
      </w:r>
    </w:p>
    <w:p>
      <w:pPr>
        <w:pStyle w:val="ArticleSubtitle"/>
        <w:jc w:val="right"/>
        <w:bidi w:val="1"/>
      </w:pPr>
      <w:r>
        <w:rPr>
          <w:rFonts w:ascii="Segoe UI" w:hAnsi="Segoe UI" w:eastAsia="Segoe UI" w:cs="Segoe UI"/>
          <w:rtl w:val="1"/>
        </w:rPr>
        <w:t>«۲۵۰» سه بار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2026-02-19</w:t>
      </w:r>
    </w:p>
    <w:p>
      <w:pPr>
        <w:pStyle w:val="ArticleBody"/>
        <w:jc w:val="right"/>
        <w:bidi w:val="1"/>
      </w:pPr>
      <w:r>
        <w:rPr>
          <w:rFonts w:ascii="Segoe UI" w:hAnsi="Segoe UI" w:eastAsia="Segoe UI" w:cs="Segoe UI"/>
          <w:rtl w:val="1"/>
        </w:rPr>
        <w:t>در سال ۲۰۲۶، ترامپ قرار است «۲۵۰» سالگی آمریکا را جشن بگیرد؛ و بدین‌سان با «۲۵۰» سال از ۴۵۷ پیش از میلاد تا آنتیوخوس ماگنوس در تاریخِ میان نبرد رافیا و نبرد پانیوم هم‌راستا می‌گردد. در پایانِ «۲۵۰» سال، آنتیوخوس ماگنوس در سال ۲۰۷ پیش از میلاد قرار می‌گیرد، یعنی ده سال پس از رافیا و هفت سال پیش از پانیوم. شهادتِ «۲۵۰» سال همچنین با دوره «۲۵۰» سالهٔ رومِ بت‌پرست هم‌راستا است، زیرا در سال ۶۴، نرون آزار و جفای مسیحیان را آغاز کرد و «۲۵۰» سال بعد، با فرمان میلان در سال ۳۱۳، کنستانتینِ کبیر مسیحیت را قانونی ساخت و آزارها پایان یافت.</w:t>
      </w:r>
    </w:p>
    <w:p>
      <w:pPr>
        <w:pStyle w:val="ArticleBody"/>
        <w:jc w:val="right"/>
        <w:bidi w:val="1"/>
      </w:pPr>
      <w:r>
        <w:rPr>
          <w:rFonts w:ascii="Segoe UI" w:hAnsi="Segoe UI" w:eastAsia="Segoe UI" w:cs="Segoe UI"/>
          <w:rtl w:val="1"/>
        </w:rPr>
        <w:t>Donald Trump به سبب تلاش‌هایش برای عظیم ساختن دوبارۀ آمریکا شناخته می‌شود؛ این عنوانِ پیروان اوست—MAGA. ترامپ در نبوت به‌واسطۀ Constantine the Great، Antiochus the Great، و البته در چند آیۀ نخستِ Daniel eleven، به‌صورت Cyrus the Great، Xerxes the Great و پس از آن Alexander the Great نمونه‌سازی شده است. از فرمانِ Cyrus، Darius و Artaxerxes در 457 BC تا تاریخِ Panium، دویست‌وپنجاه سال است. پایانِ «250» سال در نقطۀ میانی میان Raphia و Panium قرار دارد، و 2026 نیز چنین است. 2026 میانهٔ دورۀ دومِ ریاست‌جمهوری ترامپ است. «250» سالِ آزارِ Nero به فرمانی منتهی می‌شود که آزارِ مسیحیان را پایان می‌دهد. خطِ Nero، خطِ میانیِ سه خطِ «250» ساله‌ای است که به‌وسیلۀ Cyrus، Nero و Trump بازنمایی شده‌اند.</w:t>
      </w:r>
    </w:p>
    <w:p>
      <w:pPr>
        <w:pStyle w:val="ArticleBody"/>
        <w:jc w:val="right"/>
        <w:bidi w:val="1"/>
      </w:pPr>
      <w:r>
        <w:rPr>
          <w:rFonts w:ascii="Segoe UI" w:hAnsi="Segoe UI" w:eastAsia="Segoe UI" w:cs="Segoe UI"/>
          <w:rtl w:val="1"/>
        </w:rPr>
        <w:t>کورش فرمانِ اوّل را صادر کرد و اردشیر فرمانِ سوم را صادر نمود. کورش فرشتهٔ اوّل است و اردشیر فرشتهٔ سوم. قصد دارم از کورش به‌عنوان نماد هر سه فرمانی استفاده کنم که در مجموع، سال 457 پیش از میلاد را مشخص می‌سازند.</w:t>
      </w:r>
    </w:p>
    <w:p>
      <w:pPr>
        <w:pStyle w:val="ArticleBody"/>
        <w:jc w:val="right"/>
        <w:bidi w:val="1"/>
      </w:pPr>
      <w:r>
        <w:rPr>
          <w:rFonts w:ascii="Segoe UI" w:hAnsi="Segoe UI" w:eastAsia="Segoe UI" w:cs="Segoe UI"/>
          <w:rtl w:val="1"/>
        </w:rPr>
        <w:t>کوروش در سال ۴۵۷ پیش از میلاد خطِ «۲۵۰» ساله‌ای را آغاز می‌کند که در تاریخِ پانیوم به پایان می‌رسد؛ و آن، تاریخِ آنتیوخوسِ کبیر است، که همان دونالد ترامپ است. پانیوم آیه‌ای است که پیش از قانونِ یکشنبه قرار دارد. کوروش آغازِ خطِ «۲۵۰» سالهٔ تاریخ را مشخص می‌کند که نمایانگرِ شاخِ جمهوری‌خواهِ وحشِ زمین است، و نیز کوروش آغازِ خطِ ۲٬۳۰۰ سالهٔ تاریخ را مشخص می‌کند که نمایانگرِ شاخِ پروتستانِ وحشِ زمین است.</w:t>
      </w:r>
    </w:p>
    <w:p>
      <w:pPr>
        <w:pStyle w:val="ArticleBody"/>
        <w:jc w:val="right"/>
        <w:bidi w:val="1"/>
      </w:pPr>
      <w:r>
        <w:rPr>
          <w:rFonts w:ascii="Segoe UI" w:hAnsi="Segoe UI" w:eastAsia="Segoe UI" w:cs="Segoe UI"/>
          <w:rtl w:val="1"/>
        </w:rPr>
        <w:t>نیرون آغازگر خطی از تاریخ است که نمایانگر آزار تا سازش می‌باشد. برخلاف کورش و ایالات متحده که نمایانگر خطی هستند که در میانهٔ یک دورهٔ نبوی به نقطهٔ میانی پایان می‌یابد، خط نیرون با تصویری از یک دورهٔ تدریجیِ سازش پایان می‌پذیرد که با فرمان میلان در 313 آغاز می‌شود، سپس با نخستین قانون یکشنبه در 321 ادامه می‌یابد، و آنگاه در 330 با تقسیم روم به شرق و غرب دنبال می‌شود. قسطنطین در هر سه تاریخ نمایان شده است. در خط نیرون، از 313 تا 330 هفده سال است. در خط کورش، از نبرد رافیا در 217 پیش از میلاد تا نبرد پانیوم در 200 پیش از میلاد نیز هفده سال است.</w:t>
      </w:r>
    </w:p>
    <w:p>
      <w:pPr>
        <w:pStyle w:val="ArticleBody"/>
        <w:jc w:val="right"/>
        <w:bidi w:val="1"/>
      </w:pPr>
      <w:r>
        <w:rPr>
          <w:rFonts w:ascii="Segoe UI" w:hAnsi="Segoe UI" w:eastAsia="Segoe UI" w:cs="Segoe UI"/>
          <w:rtl w:val="1"/>
        </w:rPr>
        <w:t>در باب یازدهم دانیال، اردشیر فرمان سوم است. فرمان سوم نمایانگر فرشتهٔ سوم و قانون یکشنبه است. «۲۵۰» سال از ۴۵۷ پیش از میلاد و «۲۵۰» سال از ۱۷۷۶، هر دو در میانهٔ تاریخی که درست پیش از قانون یکشنبهٔ آیهٔ شانزده رخ می‌دهد، به پایان می‌رسند. باب یازدهم آیاتی را مطرح می‌سازد که در نهایت تاریخ ۱۹۸۹ را در آیهٔ ده نمایندگی می‌کردند، و تاریخ جنگ اوکراین را که در ۲۰۱۴ آغاز شد در آیهٔ یازده نمایندگی می‌کند، و سپس بازگشت ترامپ برای دومین دورهٔ خود در ۲۰۲۴، چنان‌که در آیهٔ سیزده نمایان شده است، و آنگاه آیهٔ چهارده سال ۲۰۲۵ را مشخص می‌سازد، با نخستین پاپ از سرزمینِ جلال که رؤیای خارجی را برقرار می‌سازد.</w:t>
      </w:r>
    </w:p>
    <w:p>
      <w:pPr>
        <w:pStyle w:val="ArticleBody"/>
        <w:jc w:val="right"/>
        <w:bidi w:val="1"/>
      </w:pPr>
      <w:r>
        <w:rPr>
          <w:rFonts w:ascii="Segoe UI" w:hAnsi="Segoe UI" w:eastAsia="Segoe UI" w:cs="Segoe UI"/>
          <w:rtl w:val="1"/>
        </w:rPr>
        <w:t>دانیال ۱۱:۴۰ در سال ۱۹۸۹ تحقق یافت، هنگامی که اتحاد جماهیر شوروی از طریق ائتلافی پنهانی میان ژان پل دوم و رونالد ریگان سرنگون شد. آن ائتلاف پنهانی در زمان آخر، در سال ۱۹۸۹، نمونه‌ای بود از ائتلافی آشکار در پایان دورهٔ نبوی که در ۱۹۸۹ آغاز شد. آن ائتلاف آشکار همان چیزی است که رؤیا را برقرار می‌سازد.</w:t>
      </w:r>
    </w:p>
    <w:p>
      <w:pPr>
        <w:pStyle w:val="ArticleBody"/>
        <w:jc w:val="right"/>
        <w:bidi w:val="1"/>
      </w:pPr>
      <w:r>
        <w:rPr>
          <w:rFonts w:ascii="Segoe UI" w:hAnsi="Segoe UI" w:eastAsia="Segoe UI" w:cs="Segoe UI"/>
          <w:rtl w:val="1"/>
        </w:rPr>
        <w:t>2026، اختتام «250» سنة من التاريخ النبوي، وهي فترة بدأت باثنتين وعشرين سنة من 1776 إلى وقت النهاية في 1798. وإن تاريخ الاثنتين والعشرين سنة لذلك البدء ينعكس في تاريخ الاثنتين والعشرين سنة الممتد من 11/9 إلى 2023. فعند نهاية الاثنتين والعشرين سنة في 1798، فُكَّ ختمُ سفر دانيال؛ ثم عند نهاية الاثنتين والعشرين سنة التي بدأت في 11/9 وانتهت في 31 ديسمبر/كانون الأول 2023، بدأ الأسد الذي من سبط يهوذا يفك أختام رؤيا يسوع المسيح.</w:t>
      </w:r>
    </w:p>
    <w:p>
      <w:pPr>
        <w:pStyle w:val="ArticleBody"/>
        <w:jc w:val="right"/>
        <w:bidi w:val="1"/>
      </w:pPr>
      <w:r>
        <w:rPr>
          <w:rFonts w:ascii="Segoe UI" w:hAnsi="Segoe UI" w:eastAsia="Segoe UI" w:cs="Segoe UI"/>
          <w:rtl w:val="1"/>
        </w:rPr>
        <w:t>پیامی که در پایان بیست‌ودو سال، در 1798، گشوده شد، در 1831 در معرض عموم قرار گرفت؛ یعنی دویست‌وبیست سال پس از آنکه کتاب‌مقدس کینگ جیمز در 1611 منتشر شد. از 1798 تا 1831، کلام نبوی خدا به‌تدریج گشوده می‌شد. تا 1831، این پیام در عرصه عمومی قرار گرفته بود، و آنگاه مردان و زنان می‌توانستند در برابر پیامی که در 1798 گشوده شده بود، مسئول شناخته شوند. سپس در 1840، «رویداد برجسته دیگری»، چنان‌که خواهر وایت آن را می‌نامد، رخ داد، هنگامی که پیشگویی‌ای درباره اسلام به تحقق پیوست.</w:t>
      </w:r>
    </w:p>
    <w:p>
      <w:pPr>
        <w:pStyle w:val="ArticleBody"/>
        <w:jc w:val="right"/>
        <w:bidi w:val="1"/>
      </w:pPr>
      <w:r>
        <w:rPr>
          <w:rFonts w:ascii="Segoe UI" w:hAnsi="Segoe UI" w:eastAsia="Segoe UI" w:cs="Segoe UI"/>
          <w:rtl w:val="1"/>
        </w:rPr>
        <w:t>از پایانِ یک دورهٔ بیست‌ودو ساله (1798) تا پایانِ یک دورهٔ دویست‌وبیست‌ساله (1831)، دوره‌ای از گشوده‌شدنِ مُهرِ یک پیام به تصویر کشیده شده است. این تصویر شاملِ نشانه‌ای راهنماست که در آن پیام صورت‌بندی می‌شود؛ و پس از آن، نشانه‌ای راهنما که پیشگویی‌ای را مشخص می‌سازد که سپس از نو محاسبه شده است؛ و آن پیشگویی، چون بعداً به انجام می‌رسد، نشانه‌ای راهنما پدید می‌آورد که آغازِ «تجلّیِ شگفت‌انگیزِ قدرتِ خدا» را مشخص می‌کند.</w:t>
      </w:r>
    </w:p>
    <w:p>
      <w:pPr>
        <w:pStyle w:val="ArticleBody"/>
        <w:jc w:val="right"/>
        <w:bidi w:val="1"/>
      </w:pPr>
      <w:r>
        <w:rPr>
          <w:rFonts w:ascii="Segoe UI" w:hAnsi="Segoe UI" w:eastAsia="Segoe UI" w:cs="Segoe UI"/>
          <w:rtl w:val="1"/>
        </w:rPr>
        <w:t>دورۀ بیست‌ودوساله در پایان جنبشِ ۱۹۸۹، از ۱۱ سپتامبر تا ۲۰۲۳ بود؛ زمانی که بار دیگر نبوتی گشوده شد. آن نبوت بناگزیر می‌بایست دورانی از افزایشِ معرفت را آغاز کند؛ معرفتی که می‌آزماید و جدا می‌سازد، زیرا بسیاری خوانده می‌شوند، اما اندکی برگزیده‌اند. نقطه‌ای فرا می‌رسید که پیام در عرصۀ عمومی مطرح می‌شد. این پیام واجدِ ویژگی‌های پیامی می‌بود که از نظر نبوی بار دیگر محاسبه شده است، و بار دیگر نیز مشتمل بر یک پیشگویی می‌بود. هنگامی که آن پیشگوییِ علنی به انجام رسد، پیام قوّت می‌یابد؛ چنان‌که تاریخِ ۱۸۴۰ و پنتیکاست نمایانگر آن است.</w:t>
      </w:r>
    </w:p>
    <w:p>
      <w:pPr>
        <w:pStyle w:val="ArticleBody"/>
        <w:jc w:val="right"/>
        <w:bidi w:val="1"/>
      </w:pPr>
      <w:r>
        <w:rPr>
          <w:rFonts w:ascii="Segoe UI" w:hAnsi="Segoe UI" w:eastAsia="Segoe UI" w:cs="Segoe UI"/>
          <w:rtl w:val="1"/>
        </w:rPr>
        <w:t>با فروپاشی اتحاد جماهیر شوروی در سال ۱۹۸۹، دانیال ۱۱:۴۰ گشوده شد؛ و در سال ۱۹۹۶ پیام دانیال ۱۱ به عرصۀ عمومی وارد گردید. سال ۱۹۹۶ دویست و بیست سال پس از ۱۷۷۶ است؛ سالی که نه تنها آغازگر بیست‌ودو سالی بود که در ۱۷۹۸ به پایان رسید، بلکه آغازگر دویست و پنجاه سالی نیز بود که در ۲۰۲۶ پایان می‌پذیرد. شاخ جمهوری‌خواه در انتخابات میان‌دوره‌ای سیاسی سال ۲۰۲۶ به نقطۀ میانی می‌رسد و شاخ پروتستان تا ۲۰۲۶ امتداد می‌یابد؛ سالی که پایان یک دورۀ سی‌ساله است که با صورت‌بندی رسمی پیام در ۱۹۹۶ آغاز شد، همان پیامی که در زمان آخر در ۱۹۸۹ گشوده شده بود. عیسی همواره پایان را با آغاز به تصویر می‌کشد؛ از این‌رو ۲۰۲۶ سالی است که در آن باید پیام اصلاح‌شدۀ فریاد نیمه‌شب، سی سال پس از آنکه پیام گشوده‌شدۀ ۱۹۸۹ در ۱۹۹۶ به‌صورت رسمی صورت‌بندی شد، صورت‌بندی رسمی گردد.</w:t>
      </w:r>
    </w:p>
    <w:p>
      <w:pPr>
        <w:pStyle w:val="ArticleBody"/>
        <w:jc w:val="right"/>
        <w:bidi w:val="1"/>
      </w:pPr>
      <w:r>
        <w:rPr>
          <w:rFonts w:ascii="Segoe UI" w:hAnsi="Segoe UI" w:eastAsia="Segoe UI" w:cs="Segoe UI"/>
          <w:rtl w:val="1"/>
        </w:rPr>
        <w:t>خط «250» ساله‌ای که در 1776 آغاز می‌شود، شما را به 2026 می‌رساند، یعنی میانهٔ دورهٔ دونالد ترامپ، درست پیش از نبرد ایالات متحده و روسیه، که هنگامی آغاز می‌شود که الاغ رها می‌شود و اسلام بار دیگر، همان‌گونه که در 9/11 کرد، به ایالات متحده ضربه می‌زند.</w:t>
      </w:r>
    </w:p>
    <w:p>
      <w:pPr>
        <w:pStyle w:val="ArticleBody"/>
        <w:jc w:val="right"/>
        <w:bidi w:val="1"/>
      </w:pPr>
      <w:r>
        <w:rPr>
          <w:rFonts w:ascii="Segoe UI" w:hAnsi="Segoe UI" w:eastAsia="Segoe UI" w:cs="Segoe UI"/>
          <w:rtl w:val="1"/>
        </w:rPr>
        <w:t>خط «250» نیرون، از لحاظ تاریخی و نبوی، خط میانیِ این سه خط است. این امر خط نیرون را به‌عنوان فرشتهٔ دوم معرّفی می‌کند، که همان آزمون دوم است و پیش از آزمون سوم قرار دارد. آن آزمون دوم، آزمونِ تصویرِ وحش است، که برپایی تدریجیِ اتحادِ کلیسا و دولت را نمایندگی می‌کند؛ اتحادی که فرمان میلان در سال 313 نمودارِ آن است، و آن نیز به نوبهٔ خود به نخستین قانونِ یکشنبه، در سال 321، انجامید، و سپس به ویرانیِ ملی‌ای که همواره در پیِ یک قانونِ یکشنبه می‌آید، چنان‌که در تاریخِ 330 بازنمایی شده است.</w:t>
      </w:r>
    </w:p>
    <w:p>
      <w:pPr>
        <w:pStyle w:val="ArticleBody"/>
        <w:jc w:val="right"/>
        <w:bidi w:val="1"/>
      </w:pPr>
      <w:r>
        <w:rPr>
          <w:rFonts w:ascii="Segoe UI" w:hAnsi="Segoe UI" w:eastAsia="Segoe UI" w:cs="Segoe UI"/>
          <w:rtl w:val="1"/>
        </w:rPr>
        <w:t>فرمان میلان در سال ۳۱۳ آغاز برپایی رابطۀ کلیسا و دولت را در ایالات متحدۀ آمریکا مشخص می‌سازد؛ رابطه‌ای که به‌تدریج به قانون یکشنبهِ آیۀ شانزدهم منتهی می‌شود. این کار در ۱۱ سپتامبر با «پاتریوت اکت» آغاز شد، اما در فراکتالِ پایانِ زمانِ مُهر شدن، «پاتریوت اکت» و فرمان میلان هر دو مُمثِّل عملی هستند که دوره‌ای تدریجی از مصالحه را آغاز می‌کند؛ دوره‌ای که به قانون یکشنبۀ قریب‌الوقوع می‌انجامد. این نخستین حلقه در سلسله‌ای از اعمال نبوی است که به‌طور مستقیم کلیسا و دولت را در ایالات متحدۀ آمریکا به هم پیوند می‌دهد و در نهایت به قانون یکشنبه منتهی می‌گردد.</w:t>
      </w:r>
    </w:p>
    <w:p>
      <w:pPr>
        <w:pStyle w:val="ArticleBody"/>
        <w:jc w:val="right"/>
        <w:bidi w:val="1"/>
      </w:pPr>
      <w:r>
        <w:rPr>
          <w:rFonts w:ascii="Segoe UI" w:hAnsi="Segoe UI" w:eastAsia="Segoe UI" w:cs="Segoe UI"/>
          <w:rtl w:val="1"/>
        </w:rPr>
        <w:t>فرمانِ میلان در سال ۳۱۳ همین عناصر را در متنِ گزارش تاریخیِ خود دربر دارد، زیرا آن یک فرمانِ واحد نبود؛ بلکه مجموعه‌ای از نامه‌ها از سوی لیسینیوس، حاکمِ رومِ شرقی، بود. رومِ شرقی در آن زمان همچنان به‌طور چشمگیری بت‌پرست بود، حال آنکه قسطنطین پادشاهیِ غربیِ خود را به روی مسیحیت می‌گشود. خودِ این توافق در فوریهٔ ۳۱۳، در جریانِ نشستی عالی، صورت گرفت؛ جایی که لیسینیوس همچنین برای مُهر کردنِ اتحادِ خود، با خواهرِ ناتنیِ قسطنطین ازدواج کرد. نامه‌های لیسینیوس که در بخشِ شرقیِ امپراتوری انتشار یافت، آزادیِ عبادت را برای مسیحیان و همهٔ دیگران، و نیز بازگرداندنِ اموالِ مصادره‌شدهٔ مسیحیان، به اجرا گذاشت.</w:t>
      </w:r>
    </w:p>
    <w:p>
      <w:pPr>
        <w:pStyle w:val="ArticleBody"/>
        <w:jc w:val="right"/>
        <w:bidi w:val="1"/>
      </w:pPr>
      <w:r>
        <w:rPr>
          <w:rFonts w:ascii="Segoe UI" w:hAnsi="Segoe UI" w:eastAsia="Segoe UI" w:cs="Segoe UI"/>
          <w:rtl w:val="1"/>
        </w:rPr>
        <w:t>فرمانِ میلان «250» برس کے ظلم و ستم کا خاتمہ کرتا ہے اور ایک ایسے زمانے کی نمائندگی کرتا ہے جس میں اس فرمان کی نمائندگی کرنے والی تمام آزادیوں کو بتدریج مسیحیوں سے واپس لے لیا جانا ہے، جب دنیا ٹرمپ کے ساتھ مل کر جلد آنے والے اتوار کے قانون کی طرف بڑھتی ہے۔</w:t>
      </w:r>
    </w:p>
    <w:p>
      <w:pPr>
        <w:pStyle w:val="ArticleScripture"/>
        <w:jc w:val="right"/>
        <w:bidi w:val="1"/>
      </w:pPr>
      <w:r>
        <w:rPr>
          <w:rFonts w:ascii="Segoe UI" w:hAnsi="Segoe UI" w:eastAsia="Segoe UI" w:cs="Segoe UI"/>
          <w:rtl w:val="1"/>
        </w:rPr>
        <w:t>اگر قاری اس قریب‌الوقوع کشمکش میں کام میں لائی جانے والی قوتوں کو سمجھنا چاہے، تو اسے صرف اُن وسائل کے ریکارڈ کا سراغ لگانا ہے جنہیں روم نے گزشتہ ادوار میں اسی مقصد کے لیے استعمال کیا تھا۔ اگر وہ جاننا چاہے کہ پوپیت کے پیروکار اور پروٹسٹنٹ، متحد ہو کر، اُن لوگوں کے ساتھ کیا سلوک کریں گے جو اُن کے عقائدِ رسمی کو رد کرتے ہیں، تو وہ اُس روح کو دیکھے جو روم نے سبت اور اُس کے مدافعین کے خلاف ظاہر کی۔</w:t>
      </w:r>
    </w:p>
    <w:p>
      <w:pPr>
        <w:pStyle w:val="ArticleScripture"/>
        <w:jc w:val="right"/>
        <w:bidi w:val="1"/>
      </w:pPr>
      <w:r>
        <w:rPr>
          <w:rFonts w:ascii="Segoe UI" w:hAnsi="Segoe UI" w:eastAsia="Segoe UI" w:cs="Segoe UI"/>
          <w:rtl w:val="1"/>
        </w:rPr>
        <w:t>«فرامین سلطنتی، شوراهای عمومی، و احکام کلیسایی که به‌وسیلهٔ قدرت سکولار پشتیبانی می‌شدند، مراحلی بودند که از طریق آنها این عید بت‌پرستانه در جهان مسیحیت به مقام شرافت دست یافت. نخستین اقدام علنی در اجرای رعایت یکشنبه، قانونی بود که به‌وسیلهٔ کنستانتین وضع شد. (A.D. 321) این فرمان از شهرنشینان می‌خواست که در «روز محترم خورشید» استراحت کنند، اما به روستاییان اجازه می‌داد که به فعالیت‌های کشاورزی خود ادامه دهند. هرچند این قانون عملاً حکمی بت‌پرستانه بود، امپراتور پس از پذیرش اسمیِ مسیحیت آن را به اجرا گذاشت.» The Great Controversy, 573, 574.</w:t>
      </w:r>
    </w:p>
    <w:p>
      <w:pPr>
        <w:pStyle w:val="ArticleBody"/>
        <w:jc w:val="right"/>
        <w:bidi w:val="1"/>
      </w:pPr>
      <w:r>
        <w:rPr>
          <w:rFonts w:ascii="Segoe UI" w:hAnsi="Segoe UI" w:eastAsia="Segoe UI" w:cs="Segoe UI"/>
          <w:rtl w:val="1"/>
        </w:rPr>
        <w:t>شمارهٔ «25»، که عشرِ «250» است، نمایانگر طغیان و انقسام است. آن «25» رهبرِ ادونتیسمِ لائودیکیه که در حزقیال باب هشت در برابر خورشید سجده می‌کنند، از کسانی که در بابِ بلافاصله بعدی مُهر می‌شوند جدا شده‌اند، و خواهر وایت به‌روشنی مُهرگذاریِ حزقیال باب نه را همان مُهرگذاریِ صد و چهل و چهار هزارِ مکاشفه معرفی می‌کند. آن «25» مرد، جز عشرِ آن «250» مردِ نامدار نیستند که به طغیانِ قورح، داتان و ابیرام پیوستند. خواهر وایت از ترکِ جلسهٔ کنفرانس عمومیِ 1888 منع شد، زیرا جبرئیل به او گفت که باید بماند و طغیانِ مینیاپولیس را ثبت کند، زیرا آن تکرارِ طغیانِ قورح بود. «250» نمادِ طغیان و جدایی است. در متی «25» سه مَثَل وجود دارد که دربارهٔ جداییِ شریران و حکیمان تعلیم می‌دهند. هر دو شاخِ جمهوری‌خواه و پروتستان، تابعِ دوره‌ای از مهلتِ آزمون‌اند که به صورتِ چهار نسل به تصویر کشیده شده است، و هم قومِ عهد و هم آن ملتی که قومِ عهد در آن استقرار یافته‌اند، در همان دورهٔ زمانی داوری می‌شوند.</w:t>
      </w:r>
    </w:p>
    <w:p>
      <w:pPr>
        <w:pStyle w:val="ArticleBody"/>
        <w:jc w:val="right"/>
        <w:bidi w:val="1"/>
      </w:pPr>
      <w:r>
        <w:rPr>
          <w:rFonts w:ascii="Segoe UI" w:hAnsi="Segoe UI" w:eastAsia="Segoe UI" w:cs="Segoe UI"/>
          <w:rtl w:val="1"/>
        </w:rPr>
        <w:t>در «۲۵۰» سالِ وحشِ زمینی، که ششمین پادشاهیِ نبوتِ کتاب‌مقدّس است و ایالات متحده می‌باشد، خطِّ نِرون حکمی را شناسایی می‌کند که به‌وسیلهٔ فرمانِ میلان بازنمایی شده است؛ فرمانی که آغازِ تشدیدی تدریجی از جنگِ حقوقی را نشان می‌دهد و در حکمِ قانونِ یکشنبه در سالِ ۳۲۱ به اوجِ نهایی خود می‌رسد، و بدین‌سان دوره‌ای را آغاز می‌کند که در سالِ ۳۳۰ با تقسیمِ تمامیِ جهان به دو طبقه، که به‌صورتِ شرق و غرب بازنمایی شده‌اند، پایان می‌پذیرد. آن دورهٔ نه‌ساله از ۳۲۱ تا ۳۳۰، همچنین همان هفت روزِ عیدِ خیمه‌ها است که با قانونِ یکشنبهٔ ۳۲۱ آغاز می‌شود و هنگامی پایان می‌یابد که میکائیل برمی‌خیزد و مهلتِ آزمون در سالِ ۳۳۰ بسته می‌شود.</w:t>
      </w:r>
    </w:p>
    <w:p>
      <w:pPr>
        <w:pStyle w:val="ArticleBody"/>
        <w:jc w:val="right"/>
        <w:bidi w:val="1"/>
      </w:pPr>
      <w:r>
        <w:rPr>
          <w:rFonts w:ascii="Segoe UI" w:hAnsi="Segoe UI" w:eastAsia="Segoe UI" w:cs="Segoe UI"/>
          <w:rtl w:val="1"/>
        </w:rPr>
        <w:t>ردّ فهم الميلريين التأسيسي القائل إنّ روما هي التي تُثبِّت الرؤيا هو إخفاقٌ في الامتحان التأسيسي الذي جاء في 31 ديسمبر/كانون الأوّل 2023 وانتهى حين انتُخب أوّل بابا من الأرض البهيّة في 8 مايو/أيّار 2025. إنّ الحقيقة التأسيسيّة التي أتاحت لوليام ميلر أن يدرك أنّ روما هي الرمز الذي يُثبِّت الرؤيا، هي الحقيقة التي إن رُفضت جلبت ضلالًا قويًّا. والإخفاق في ذلك الامتحان الأوّل يجلب الضلال القوي المذكور في تسالونيكي، ويُثبت أنّ الجاهلات اللواتي لا يفهمن لا يُحببن «الحق». وإنّ رفض الرمز الذي يُثبِّت الرؤيا الخارجيّة هو رفضٌ للامتحان التأسيسي، وهو الأوّل من ثلاثة امتحانات. وتُوافق الأخت وايت بين الامتحان الأوّل في زمن المسيح ورسالة يوحنّا المعمدان. وهي تُبيّن أنّ الذين رفضوا رسالة يوحنّا لم يكونوا لينتفعوا من تعاليم يسوع، ولا كانوا ليقدروا أن يروا التغيّر التدبيري حين انتقل المسيح من الدار الخارجيّة إلى القدس.</w:t>
      </w:r>
    </w:p>
    <w:p>
      <w:pPr>
        <w:pStyle w:val="ArticleBody"/>
        <w:jc w:val="right"/>
        <w:bidi w:val="1"/>
      </w:pPr>
      <w:r>
        <w:rPr>
          <w:rFonts w:ascii="Segoe UI" w:hAnsi="Segoe UI" w:eastAsia="Segoe UI" w:cs="Segoe UI"/>
          <w:rtl w:val="1"/>
        </w:rPr>
        <w:t>او آن فرایند آزمایش تدریجی را با دورهٔ میلری‌ها همسو ساخت و تعلیم می‌دهد که کسانی که پیام فرشتهٔ اول را رد کردند، همتای یهودیانی بودند که پیام یوحنا را رد کردند. در هر خط تاریخی، کسانی که در آزمون نخست کامیاب نشدند، از گام بعدی بهره‌ای نبردند و نسبت به تغییر تدبیریِ مسیح کور شدند. کسانی که پیام 11/9 را رد کردند، نتوانستند ببینند که مسیح داوری زندگان را آغاز کرده است. کسانی که در آزمون بنیادیِ 2023 ناکام شوند، تغییر انتقالیِ کلیسای مجاهد به کلیسای ظافر را نخواهند دید. ردکنندگان هر یک از این آزمون‌های بنیادی سرانجام در «تاریکی کامل» قرار گرفتند. هر جا رؤیا نباشد، قوم در تاریکی کامل فرو می‌رود، و این روم است که نورِ رؤیتِ ظاهری را برقرار می‌سازد. این حقیقت را می‌توان در سه پاپ و رابطهٔ آنان با سه رئیس‌جمهور مشاهده کرد که در سه نبردِ آیات ده، یازده و پانزدهِ دانیال یازده ایستاده‌اند.</w:t>
      </w:r>
    </w:p>
    <w:p>
      <w:pPr>
        <w:pStyle w:val="ArticleBody"/>
        <w:jc w:val="right"/>
        <w:bidi w:val="1"/>
      </w:pPr>
      <w:r>
        <w:rPr>
          <w:rFonts w:ascii="Segoe UI" w:hAnsi="Segoe UI" w:eastAsia="Segoe UI" w:cs="Segoe UI"/>
          <w:rtl w:val="1"/>
        </w:rPr>
        <w:t>خط بیرونی «۲۵۰» سالهٔ کوروش که در سال ۲۰۷ پیش از میلاد، در میانهٔ یک دورهٔ هفده‌ساله که از نبرد رافیا تا نبرد پانیوم مشخص شده بود، به پایان رسید، با خط «۲۵۰» ساله‌ای هم‌راستا بود که با نرون آغاز شد و به فرمان میلان در سال ۳۱۳ خاتمه یافت؛ و بدین‌سان دورهٔ هفده‌سالهٔ قسطنطین کبیر را معین ساخت. دونالد ترامپ در سال ۲۰۷ پیش از میلاد، که همان ۲۰۲۶ است، در جایگاه آنتیوخوس کبیر ایستاده است، و همچنین در سال ۳۱۳ در جایگاه قسطنطین کبیر ایستاده است، در آغاز زمانِ آزمونِ تصویرِ وحش. در ۴ ژوئیهٔ ۲۰۲۶، ترامپ به‌عنوان آنتیوخوس و قسطنطین، آمریکا را «عظیم» می‌سازد. ترامپ سومینِ آن سه رئیس‌جمهوری است که با سه نبردِ آیات ده، یازده و پانزده هم‌راستا هستند. ریگان نخستینِ آن سه بود و اوباما در میانه قرار داشت. آن سه رئیس‌جمهور مُهرِ «حقیقت» را بر خود دارند و ریگان و ترامپ نه تنها نمایانگر اول و سوم، بلکه آلفا و امگا نیز هستند.</w:t>
      </w:r>
    </w:p>
    <w:p>
      <w:pPr>
        <w:pStyle w:val="ArticleBody"/>
        <w:jc w:val="right"/>
        <w:bidi w:val="1"/>
      </w:pPr>
      <w:r>
        <w:rPr>
          <w:rFonts w:ascii="Segoe UI" w:hAnsi="Segoe UI" w:eastAsia="Segoe UI" w:cs="Segoe UI"/>
          <w:rtl w:val="1"/>
        </w:rPr>
        <w:t>ويژگی‌های نبوّتی هر یک از این رؤسای جمهور آن است که چون به سلطنت می‌رسند، با پاپِ زمانِ خود اتحادی دارند. ریگان و ژان پل دوم به‌طور پنهانی هم‌پیمان بودند، آنگاه که در سال ۱۹۸۹ اتحاد جماهیر شوروی را، در تحقق آیات ده و چهلِ دانیال یازده، فرو افکندند. اوباما، رئیس‌جمهور جهانی‌گرای وُک، که در میانهٔ ریگان و ترامپ قرار داشت، از حیث فلسفی با پاپ وُک، فرانسیس، هم‌سو بود. اتحاد ترامپ با پاپ لئو برای همگان آشکار است، و در سال ۲۰۲۵ ترامپ به‌عنوان رئیس‌جمهور تحلیف شد و لئو به‌عنوان ضدّمسیح برکشیده شد. رابطهٔ روحانیِ میان یک رئیس‌جمهور و یک پاپ به‌وسیلهٔ ایزابل و انبیای بعل بازنمایی می‌شود. رابطهٔ سیاسیِ رئیس‌جمهور و پاپ به‌وسیلهٔ ایزابل و اخاب بازنمایی می‌گردد. در هر دو بازنمایی، ایزابل سر است.</w:t>
      </w:r>
    </w:p>
    <w:p>
      <w:pPr>
        <w:pStyle w:val="ArticleScripture"/>
        <w:jc w:val="right"/>
        <w:bidi w:val="1"/>
      </w:pPr>
      <w:r>
        <w:rPr>
          <w:rFonts w:ascii="Segoe UI" w:hAnsi="Segoe UI" w:eastAsia="Segoe UI" w:cs="Segoe UI"/>
          <w:rtl w:val="1"/>
        </w:rPr>
        <w:t>"جوں جوں ہم آخری بحران کے قریب پہنچتے ہیں، یہ نہایت اہم ہے کہ خداوند کے وسائل کے درمیان ہم آہنگی اور یگانگت پائی جائے۔ دنیا طوفان، جنگ اور نزاع سے بھری ہوئی ہے۔ تاہم ایک ہی سرکردہ قوت—یعنی پاپائی اقتدار—کے تحت لوگ اُس کے گواہوں کی ذات میں خدا کی مخالفت کرنے کے لیے متحد ہو جائیں گے۔ یہ اتحاد اُس عظیم مرتد کے ذریعہ مضبوط کیا جاتا ہے۔ جبکہ وہ اپنے کارندوں کو حق کے خلاف جنگ کرنے میں متحد کرنے کی کوشش کرتا ہے، وہ اُس کے حامیوں کو تقسیم کرنے اور پراگندہ کرنے کا بھی کام کرے گا۔ حسد، بدگمانی، بدگوئی—یہ سب اسی کی طرف سے برانگیختہ کیے جاتے ہیں تاکہ اختلاف اور تفرقہ پیدا ہو۔" Testimonies, volume 7, 182.</w:t>
      </w:r>
    </w:p>
    <w:p>
      <w:pPr>
        <w:pStyle w:val="ArticleScripture"/>
        <w:jc w:val="right"/>
        <w:bidi w:val="1"/>
      </w:pPr>
      <w:r>
        <w:rPr>
          <w:rFonts w:ascii="Segoe UI" w:hAnsi="Segoe UI" w:eastAsia="Segoe UI" w:cs="Segoe UI"/>
          <w:rtl w:val="1"/>
        </w:rPr>
        <w:t>«در این زمانِ فراگیر شدنِ شرارت، کلیساهای پروتستانی که «چنین می‌گوید خداوند» را رد کرده‌اند، به وضعیتی شگفت خواهند رسید. آنان به جهان گرایش خواهند یافت. در جدایی خویش از خدا، خواهند کوشید تا دروغ و ارتداد از خدا را قانونِ ملت سازند. آنان بر حاکمانِ سرزمین نفوذ خواهند آورد تا قوانینی وضع کنند که برتریِ از دست‌رفتهٔ مردِ گناه را، که در هیکلِ خدا می‌نشیند و خود را خدا می‌نمایاند، بازگرداند. اصولِ کاتولیکِ رومی تحت حمایتِ دولت قرار خواهد گرفت. اعتراضِ حقیقتِ کتاب‌مقدس دیگر از سوی کسانی که شریعتِ خدا را معیارِ زندگیِ خود نساخته‌اند، تحمل نخواهد شد.» Review and Herald، 21 دسامبر 1897.</w:t>
      </w:r>
    </w:p>
    <w:p>
      <w:pPr>
        <w:pStyle w:val="ArticleBody"/>
        <w:jc w:val="right"/>
        <w:bidi w:val="1"/>
      </w:pPr>
      <w:r>
        <w:rPr>
          <w:rFonts w:ascii="Segoe UI" w:hAnsi="Segoe UI" w:eastAsia="Segoe UI" w:cs="Segoe UI"/>
          <w:rtl w:val="1"/>
        </w:rPr>
        <w:t>پیامبران دروغین بَعْل بر سفرهٔ ایزابل غذا می‌خوردند. ایزابل ملکه بود و آن پیامبران، پیامبران او بودند. در آیهٔ چهلم از دانیال یازده، ریگان به‌وسیلهٔ «ارابه‌ها» و «سواران»، که نمادهای قدرت نظامی‌اند، و نیز به‌وسیلهٔ «کشتی‌ها»، که نماد توان اقتصادی است، به تصویر کشیده شده بود. با این حال، در آن آیه، این پاپیّت بود که «پادشاه» شمال است. از لحاظ نبوی، ریگان در تابعیت ایزابل قرار داشت. در آن دوره، جهان از پیِ وحش در شگفتی رفت، زیرا پاپ ژان پل دوم بیش از هر پاپ دیگری به سراسر جهان سفر می‌کرد. مالاکی مارتین، نویسندهٔ نامدار یسوعی، در کتاب خود، Keys of This Blood، دربارهٔ پاپ ژان پل دوم نوشت. فرضیهٔ اعلام‌شدهٔ کتاب این بود که در زمان ژان پل دوم و ریگان، جهان درگیر کشاکشی سه‌جانبه برای فرمانروایی بر جهان میان پاپیّت، ایالات متحده و اتحاد جماهیر شوروی بود. مارتین پیش‌بینی کرد که پاپیّت در آن کشاکش پیروز خواهد شد. اتحاد پنهانی میان ریگان و ضدّمسیح اعلام می‌کرد که حرکت‌ها برای التیام زخم مهلک پاپیّت آغاز شده بود، چنان‌که در آیهٔ چهلم و آیات پس از آن در دانیال یازده به تصویر کشیده شده است. کتاب مارتین هدف دیرینهٔ پاپیّت را برای تسخیر آمریکای پروتستان از نو بیان کرد. آمادگی ریگان برای آن‌که بر این واقعیت چشم ببندد که پاپ، بر اساس نبوت کتاب‌مقدسی، همان ضدّمسیح است، بنا بر شهادت خود او، بر کاربرد نادرست او از اتحاد جماهیر شوروی به‌عنوان ضدّمسیحِ نبوت کتاب‌مقدسی استوار بود.</w:t>
      </w:r>
    </w:p>
    <w:p>
      <w:pPr>
        <w:pStyle w:val="ArticleScripture"/>
        <w:jc w:val="right"/>
        <w:bidi w:val="1"/>
      </w:pPr>
      <w:r>
        <w:rPr>
          <w:rFonts w:ascii="Segoe UI" w:hAnsi="Segoe UI" w:eastAsia="Segoe UI" w:cs="Segoe UI"/>
          <w:rtl w:val="1"/>
        </w:rPr>
        <w:t>«کسانی که در فهمِ کلام دچار سردرگمی می‌شوند و از درکِ معنای ضدّمسیح بازمی‌مانند، بی‌گمان خود را در جانبِ ضدّمسیح قرار خواهند داد.» Kress Collection, 105.</w:t>
      </w:r>
    </w:p>
    <w:p>
      <w:pPr>
        <w:pStyle w:val="ArticleBody"/>
        <w:jc w:val="right"/>
        <w:bidi w:val="1"/>
      </w:pPr>
      <w:r>
        <w:rPr>
          <w:rFonts w:ascii="Segoe UI" w:hAnsi="Segoe UI" w:eastAsia="Segoe UI" w:cs="Segoe UI"/>
          <w:rtl w:val="1"/>
        </w:rPr>
        <w:t>ریگان نخستینِ آن هشت رئیس‌جمهوری بود که در آیات آغازین دانیال یازده شناسایی شده‌اند، و نیز نخستینِ سه تن از آن هشت رئیس‌جمهور است که رابطه‌ای نبوی با ضدّمسیح دارند. در نمادپردازیِ سه اتحادِ ریگان، اوباما و ترامپ، امضای حقیقت را می‌توان تشخیص داد. ریگان، به‌عنوان نخستین، ممثلِ آخِر است، و موازات‌های گوناگونِ میان ریگان و ترامپ شگفت‌انگیز و فراوان است. نشانهٔ میانیِ این سه گام که واژهٔ عبریِ «حقیقت» را برقرار می‌سازد، عصیان است؛ و ریاست‌جمهوریِ اوباما نمونه‌ای چنین کلاسیک از آن است. در ۸ مه ۲۰۲۵، برای نخستین بار پاپی منصوب شد که از ایالات متحده بود، و اتحادِ پنهانیِ ریگان به اتحادِ آشکارِ ترامپ رسیده بود. در سال ۲۰۲۵، دستگاه پاپی آشکارا پاپی از سرزمینِ جلال، یعنی ایالات متحده، را بر تخت نشاند؛ همان هدفِ اصلیِ کشمکش‌های آن از سال ۱۷۹۸. آنچه برای تحقق پیشگوییِ مالاکی مارتین باقی مانده بود، قانون یکشنبه بود؛ آنجا که اتحادِ سه‌گانهٔ اژدها، وحش و نبیِ کاذب به اجرا در می‌آید.</w:t>
      </w:r>
    </w:p>
    <w:p>
      <w:pPr>
        <w:pStyle w:val="ArticleScripture"/>
        <w:jc w:val="right"/>
        <w:bidi w:val="1"/>
      </w:pPr>
      <w:r>
        <w:rPr>
          <w:rFonts w:ascii="Segoe UI" w:hAnsi="Segoe UI" w:eastAsia="Segoe UI" w:cs="Segoe UI"/>
          <w:rtl w:val="1"/>
        </w:rPr>
        <w:t>«با صدور فرمانی که در مخالفت با شریعت خدا استقرار پاپیّت را به اجرا درآورد، ملت ما خویشتن را به‌طور کامل از پارسایی جدا خواهد ساخت. هنگامی که پروتستانیسم دست خود را از فراز این شکاف دراز کند تا دست قدرت روم را بفشارد؛ هنگامی که از فراز این ورطه دست خود را دراز کند تا با روح‌گرایی دست دهد؛ هنگامی که، تحت تأثیر این اتحاد سه‌گانه، کشور ما هر اصلِ قانون اساسیِ خود را به‌عنوان حکومتی پروتستان و جمهوری‌خواه مردود شمارد، و برای ترویج اکاذیب و فریب‌های پاپی تمهیداتی فراهم آورد، آنگاه می‌توانیم بدانیم که زمانِ عملکرد شگفت‌انگیز شیطان فرا رسیده است و پایان نزدیک است.» Testimonies, volume 5, 451.</w:t>
      </w:r>
    </w:p>
    <w:p>
      <w:pPr>
        <w:pStyle w:val="ArticleBody"/>
        <w:jc w:val="right"/>
        <w:bidi w:val="1"/>
      </w:pPr>
      <w:r>
        <w:rPr>
          <w:rFonts w:ascii="Segoe UI" w:hAnsi="Segoe UI" w:eastAsia="Segoe UI" w:cs="Segoe UI"/>
          <w:rtl w:val="1"/>
        </w:rPr>
        <w:t>در ۴ ژوئیهٔ ۲۰۲۶، ترامپ قصد دارد آن «۲۵۰» سال را جشن بگیرد، در حالی که در نقطهٔ میانی ریاست‌جمهوری خود ایستاده است. آن نقطهٔ میانی، ۲۰۷ پیش از میلاد است، میان نبرد رافیا و نبرد پانیوم. نقطهٔ میانی آن هفده سال، همچنین آغاز هفده سال نرون را نیز مشخص می‌سازد که نمایانگر سال ۳۱۳ است، و برپایی تدریجی تصویر وحشِ کلیسا و دولت را که به قانون یکشنبهٔ ۳۲۱ و به آیهٔ شانزدهم می‌انجامد. آن دوره در سال ۳۱۳ با پیوند زناشویی شرق و غرب آغاز می‌شود، که به‌وسیلهٔ دخترخواندهٔ غربِ کنستانتین و لیکینیوسِ شرق نمایانده شده است. دوره‌ای که با اتحادی زناشویی میان شرق و غرب آغاز می‌شود، با جدایی یا طلاق شرق و غرب پایان می‌یابد. نشانهٔ میانی، نخستین قانون یکشنبه است.</w:t>
      </w:r>
    </w:p>
    <w:p>
      <w:pPr>
        <w:pStyle w:val="ArticleBody"/>
        <w:jc w:val="right"/>
        <w:bidi w:val="1"/>
      </w:pPr>
      <w:r>
        <w:rPr>
          <w:rFonts w:ascii="Segoe UI" w:hAnsi="Segoe UI" w:eastAsia="Segoe UI" w:cs="Segoe UI"/>
          <w:rtl w:val="1"/>
        </w:rPr>
        <w:t>ریگان، اوباما و ترامپ از نظر نبوی تحت هدایت سه گامِ انجیل جاودانی قرار دارند؛ همان سه گامی که در مکاشفه باب چهارده به صورت سه فرشته به تصویر کشیده شده‌اند. در دوران ریاست‌جمهوری اوباما، که گام دوم است، دو پاپ حضور داشتند. فرانسیس، پاپ بیدارگرا، پس از یوزف راتسینگر (که بعدها پاپ بندیکت شانزدهم نامیده شد) آمد؛ کسی که از ۲۵ نوامبر ۱۹۸۱ تا هنگام انتخابش به مقام پاپی در ۱۹ آوریل ۲۰۰۵، به عنوان رئیس جماعت آموزهٔ ایمان (CDF) خدمت کرد. راتسینگر کناره‌گیری کرد و فرانسیس سلطنت خود را آغاز نمود؛ و بدین‌سان، در دوران اوباما، دوگانگیِ پاپ‌ها فراهم شد.</w:t>
      </w:r>
    </w:p>
    <w:p>
      <w:pPr>
        <w:pStyle w:val="ArticleBody"/>
        <w:jc w:val="right"/>
        <w:bidi w:val="1"/>
      </w:pPr>
      <w:r>
        <w:rPr>
          <w:rFonts w:ascii="Segoe UI" w:hAnsi="Segoe UI" w:eastAsia="Segoe UI" w:cs="Segoe UI"/>
          <w:rtl w:val="1"/>
        </w:rPr>
        <w:t>اوباما متهم است که هم‌زمان هم دگرجنس‌گرا و هم همجنس‌گرا بوده است، و او نماد نبی کاذبِ پروتستانِ مرتدِ آمریکاست، در حالی که مسلمان نیز هست، که آن نیز دینِ نبی کاذب، محمد، است. اوباما نمایندهٔ نظام سیاسیِ سرزمینِ جلیل بود—نبی کاذبِ مکاشفهٔ شانزدهم—اما همدلی‌های سیاسیِ واقعیِ او با جهانی‌گرایان همسو بود—اژدها. اوباما از لحاظ نبوی، اسکیزوفرنیک است و نمایندهٔ دو دینِ کاذب، دو گرایشِ جنسی، و دو نظامِ سیاسی است، و در دوران حکومت او، دو ضدّمسیح حضور داشتند. چه در گرایش جنسی، چه در همسویی سیاسی، و چه در اعتقاد دینی، اوباما در هر زمینه متعهد بود که در پستو باقی بماند. او که نزد برخی با عنوان «اوبامای تفرقه‌افکن» شناخته می‌شود، به سبب تلاش‌هایش برای تقسیم شهروندان آمریکایی بر ضدّ خودشان، این امر همچنین در اعتقادات شخصی، سیاسی و دینیِ پوشیدهٔ او نیز بازتاب یافته است.</w:t>
      </w:r>
    </w:p>
    <w:p>
      <w:pPr>
        <w:pStyle w:val="ArticleBody"/>
        <w:jc w:val="right"/>
        <w:bidi w:val="1"/>
      </w:pPr>
      <w:r>
        <w:rPr>
          <w:rFonts w:ascii="Segoe UI" w:hAnsi="Segoe UI" w:eastAsia="Segoe UI" w:cs="Segoe UI"/>
          <w:rtl w:val="1"/>
        </w:rPr>
        <w:t>د لومړي ضدِ مسیح، چې د اوباما د واکمنۍ پر مهال څرګند شو، تر دې مخکې چې پاپ شي، څلېرویشت کاله یې د عقیدې د اصولو لپاره د جماعت مشري کړې وه. «د عقیدې د اصولو لپاره جماعت» هغه معاصر نوم دی د هغه څه لپاره چې په اصل کې یې نوم «د تفتیش دفتر» و. د اوباما د دورې بغاوت له «13» شمېرې سره سمون لري، د «حقیقت» په عبراني کلمه کې، چې د عبراني الفبا له لومړي توري (ریګن)، دیارلسم توري (اوباما)، او ټرمپ، دوه ویشتم توري، څخه جوړه ده. تفتیش بې‌شکه د بغاوت یو سمبول دی. پاپ بندیکت په 2013 کې خپله تخت‌ناستې فرانسس ته پرېښوده، د هغه شیزوفرینیکې واکمنۍ پر مهال چې د اسلام د دروغجنو پیغمبرانو او د ارتداد منونکي پروتستانتیت د نښان استازیتوب یې کاوه.</w:t>
      </w:r>
    </w:p>
    <w:p>
      <w:pPr>
        <w:pStyle w:val="ArticleBody"/>
        <w:jc w:val="right"/>
        <w:bidi w:val="1"/>
      </w:pPr>
      <w:r>
        <w:rPr>
          <w:rFonts w:ascii="Segoe UI" w:hAnsi="Segoe UI" w:eastAsia="Segoe UI" w:cs="Segoe UI"/>
          <w:rtl w:val="1"/>
        </w:rPr>
        <w:t>دائمی انجیل میں دوسرا قدم ایک بصری امتحان ہے، اور اوباما اور دو پوپوں کے تعلق میں جو کچھ دیکھا جا سکتا ہے، وہ تفتیشی عدالت کے دفتر سے ممثل ایذارسانی اور مادرِ ارض کی پرستش پر عالم گیروں کی دُھن کے درمیان تعلق ہے، جیسا کہ یہ بیدار خیال پوپ میں ظاہر ہوتا ہے۔ اوباما کا مسلم ایمان اسلام کے سبب قوموں کے برانگیختہ غضب اور مرتد پروٹسٹنٹ ازم کی اس ذمہ داری کو پورا کرنے میں ناکامی کی نمائندگی کرتا ہے جو پروٹسٹنٹ کے نام سے ممثل ہے۔ ایک پروٹسٹنٹ کا کام روم کے خلاف احتجاج کرنا ہے، لیکن کبھی روم کے سامنے جھکنا نہیں۔</w:t>
      </w:r>
    </w:p>
    <w:p>
      <w:pPr>
        <w:pStyle w:val="ArticleBody"/>
        <w:jc w:val="right"/>
        <w:bidi w:val="1"/>
      </w:pPr>
      <w:r>
        <w:rPr>
          <w:rFonts w:ascii="Segoe UI" w:hAnsi="Segoe UI" w:eastAsia="Segoe UI" w:cs="Segoe UI"/>
          <w:rtl w:val="1"/>
        </w:rPr>
        <w:t>نخستینِ سه پاپ به جهان اعلام می‌کند که باور دارد او «پاپِ نیک»ِ نبوّتِ راهنمای کاتولیکیِ فاطیماست. یوحنّا پولُس دوم خود را «پاپِ نیک»ِ فاطیما می‌دانست؛ همان کسی که به باور او، سرانجام هنگامی که کشاکشِ سه‌جانبه میان پاپیّت، ایالات متحده و جهانی‌گرایان به پایان برسد، با عصای آهنین بر سراسر جهان فرمان خواهد راند.</w:t>
      </w:r>
    </w:p>
    <w:p>
      <w:pPr>
        <w:pStyle w:val="ArticleBody"/>
        <w:jc w:val="right"/>
        <w:bidi w:val="1"/>
      </w:pPr>
      <w:r>
        <w:rPr>
          <w:rFonts w:ascii="Segoe UI" w:hAnsi="Segoe UI" w:eastAsia="Segoe UI" w:cs="Segoe UI"/>
          <w:rtl w:val="1"/>
        </w:rPr>
        <w:t>ریاست‌جمهوری بعدی نقش جهان‌گرایان اژدها، به خشم آوردن ملت‌ها از سوی اسلام، و ناکامی پروتستانیسم مرتد در پروتستان بودن را اعلام می‌کند. ریاست‌جمهوری ترامپ که در سال ۲۰۲۵ آغاز شد، آشکارا با ضدّمسیحِ ۲۰۲۵ همسو است. نورِ این سه اتحادِ روم و ایالات متحده در تاریخِ پایانِ نبردِ رافیا و آغازِ نبردِ پانیوم گشوده می‌شود. پیوندِ زناشوییِ پادشاهی‌های لیسینیوس و کنستانتین در آغازِ هفده سال، نمایانگرِ اتحادِ ۲۰۲۵ است.</w:t>
      </w:r>
    </w:p>
    <w:p>
      <w:pPr>
        <w:pStyle w:val="ArticleBody"/>
        <w:jc w:val="right"/>
        <w:bidi w:val="1"/>
      </w:pPr>
      <w:r>
        <w:rPr>
          <w:rFonts w:ascii="Segoe UI" w:hAnsi="Segoe UI" w:eastAsia="Segoe UI" w:cs="Segoe UI"/>
          <w:rtl w:val="1"/>
        </w:rPr>
        <w:t>اتحادِ ۲۰۲۵ تمثیلِ جعلیِ ده باکره است. نخست، ازدواج انجام می‌شود، و سپس دوره‌ای از بررسی فرا می‌رسد که سرانجام به مرحلهٔ دومِ ازدواج منتهی می‌شود؛ جایی که وصلت به کمال می‌رسد و در بسته می‌شود. تمثیلِ جعلیِ ده باکره در سال ۲۰۲۵ آغاز شد، و در قانونِ یکشنبهٔ نزدیک‌الوقوعِ آیاتِ شانزده و چهل و یکِ دانیال یازده به کمال می‌رسد. در این ازدواجِ جعلی، پدرْ شیطان است، دامادْ پاپیّت است، و عروسْ آمریکای پروتستانِ مرتد. در آیهٔ چهاردهِ دانیال یازده، دزدانِ قومِ دانیال روم هستند که رؤیا را برقرار می‌سازند. رد کردنِ شناساییِ روم از سوی ویلیام میلر به‌عنوانِ نمادی که رؤیا را برقرار می‌سازد، هم‌موازی با رد کردنِ پیامِ فرشتهٔ اول و پیامِ یحییِ تعمیددهنده است. هنگامی که ضدّمسیحِ کنونی در سال ۲۰۲۵ به قدرت رسید، رؤیای هشت رئیس‌جمهور را برقرار ساخت و آیهٔ چهارده را تحقق بخشید.</w:t>
      </w:r>
    </w:p>
    <w:p>
      <w:pPr>
        <w:pStyle w:val="ArticleBody"/>
        <w:jc w:val="right"/>
        <w:bidi w:val="1"/>
      </w:pPr>
      <w:r>
        <w:rPr>
          <w:rFonts w:ascii="Segoe UI" w:hAnsi="Segoe UI" w:eastAsia="Segoe UI" w:cs="Segoe UI"/>
          <w:rtl w:val="1"/>
        </w:rPr>
        <w:t>اکنون در آزمونِ هیکل هستیم؛ دومین آزمونی که پیش از آزمونِ محک و آزمونِ سوم قرار دارد.</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پانزده</dc:title>
  <dc:subject>«۲۵۰» سه بار</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