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Libro de Daniel - Hukñiqin Número</w:t>
      </w:r>
    </w:p>
    <w:p>
      <w:pPr>
        <w:pStyle w:val="ArticleSubtitle"/>
        <w:jc w:val="left"/>
      </w:pPr>
      <w:r>
        <w:rPr>
          <w:rFonts w:ascii="Arial" w:hAnsi="Arial" w:eastAsia="Arial" w:cs="Arial"/>
        </w:rPr>
        <w:t>Ulay y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“Ministrokuna hinallataq runakuna nirqanku Danielpa qillqasqan profecíaskuna, hinaspa Apocalipsis nisqapas mana entiendey atisqa pakasqa misteriokuna kasqanta. Ichaqa Cristoqa disipulonkuman ricuchirqan profeta Danielpa siminkunaman, paykunap pacha tiempopi pasananpaq kaq ruwaykunamanta, hinaspa nirqan: ‘Pipas ñawirqan chayqa, entiendan.’ Mateo 24:15. Hinaspa Apocalipsis nisqa misterio kasqanmanta, mana entiendesqa kananpaq kasqanmanta rimayqa, kikillan libropa sutinwanmi qichusqa kachkan: ‘Jesucristopa Revelacionnin, maytan Dios qosqa payman, sirvientoinkunaman rikuchinanpaq utqayllam pasananpaq kaqkunata.... Kusisqan kachun ñawiriq, hinaspa kay profecíapa siminkunata uyarikuqkuna, chaypi qillqasqa kaqkunata waqaychaqkuna; pachaqa qayllañam kachkan.’ Apocalipsis 1:1–3.”</w:t>
      </w:r>
    </w:p>
    <w:p>
      <w:pPr>
        <w:pStyle w:val="ArticleScripture"/>
        <w:jc w:val="left"/>
      </w:pPr>
      <w:r>
        <w:rPr>
          <w:rFonts w:ascii="Times New Roman" w:hAnsi="Times New Roman" w:eastAsia="Times New Roman" w:cs="Times New Roman"/>
        </w:rPr>
        <w:t>Profetaqa nin: “Kusisqanmi leeqqa” — wakinkunaqa mana leesayta munanku; chay kusikuyqa manam paykunapaqchu. “Hinallataq uyariqkuna” — wakinkunaqa, hinallataq, mana munankuchu profeciakunamanta imatapas uyaríyta; chay kusikuyqa manam kay clasepaqchu. “Hinallataq chaypi qelqasqa kaqkunata waqaychaqkuna” — achka runakunaqa Apocalipsispi kaq willakuykunatawan yachachiykunatapas mana kasukuyta munankuchu. Mana mayqenninkupas atinkuchu chay prometisqa kusikuyta mañakuyta. Llapa profeciapa yachayninkunata asipayaykuchkaqkuna, kaypi solemnemente qosqa unanchakunamanta burlakuqkuna, llapa kawsayninkuta allinchayta mana munakuykuqkuna, hinallataq Runapa Churin hamunanta wakichikuyta mana munakuykuqkunaqa, mana kusisqas kanqachu.</w:t>
      </w:r>
    </w:p>
    <w:p>
      <w:pPr>
        <w:pStyle w:val="ArticleScripture"/>
        <w:jc w:val="left"/>
      </w:pPr>
      <w:r>
        <w:rPr>
          <w:rFonts w:ascii="Times New Roman" w:hAnsi="Times New Roman" w:eastAsia="Times New Roman" w:cs="Times New Roman"/>
        </w:rPr>
        <w:t>“Diospa samaychasqa testimoniota qhawarispa, ¿imaynataq runakuna yachachiyta atrevinku, Apocalipsisqa huk misterio kasqanta, runaq yuyayninpa hap’iy atipasqanmantas qaru kasqanta? Chayqa huk misteriomi rikuchisqa, kichasqa libro. Apocalipsis nisqata yachakuyqa yuyayta pusayku Danielpa profecíasninkunaman, iskayninkutaq ancha importante yachachiyta rikuchinku, Diosmanta runakunaman qusqa, kay pachapa historian tukukuy patapi pasanan kaq ruwaykunamanta.” El Gran Conflicto, 340.</w:t>
      </w:r>
    </w:p>
    <w:p>
      <w:pPr>
        <w:pStyle w:val="ArticleBody"/>
        <w:jc w:val="left"/>
      </w:pPr>
      <w:r>
        <w:rPr>
          <w:rFonts w:ascii="Times New Roman" w:hAnsi="Times New Roman" w:eastAsia="Times New Roman" w:cs="Times New Roman"/>
        </w:rPr>
        <w:t>Apocalipsis nisqapa “yachaynenqa yuyayta pusamun Danielpa willakuyninkunaman.” Wakin runakunaqa Danielpa qillqasqallanpi willakuy rimayta rikunku. Ichaqa Danielqa iskay chiqap yachachiyta qawarichin, chay willakuyninkunata rikuchiq chiqap yachachiykunataq qillqasqanpa qhepa soqtan kapitulunkunapi kachkan. Ñawpaq soqtan kapitulunkunaqa rikuchisqa willakuy rimayta qawarichinku; chaykunaqa hatun cheqaqta mana reqsisqa hinaraq kashanku. Manaraq Danielpa ñawpaq soqtan kapitulunkunata qhawarispaqa, sut’inchasun imaraykuchus Danielpa qhepa soqtan kapitulunkunapi cheqaqtapuni iskay willakuykuna kasqanta. Hermana Whiteqa iskay willakuykunata reqsichin Sinarpa iskay hatun mayunkunaman rimaspa. Paypa churakusqan unanchay simikayninta chaskispaqa, Danielpa qhepa soqtan kapitulunkunapi iskaylla, mana aswanqa, iskay willakuykunata qhawaypaq llaveyta tarisun.</w:t>
      </w:r>
    </w:p>
    <w:p>
      <w:pPr>
        <w:pStyle w:val="ArticleScripture"/>
        <w:jc w:val="left"/>
      </w:pPr>
      <w:r>
        <w:rPr>
          <w:rFonts w:ascii="Times New Roman" w:hAnsi="Times New Roman" w:eastAsia="Times New Roman" w:cs="Times New Roman"/>
        </w:rPr>
        <w:t>“Diosmanta Daniel chaskisqan k’anchayqa astawanqa kay qhipa p’unchaykunapaqmi qosqa karqa. Ulai patapi, Hiddekel patapipas, Shinarpa hatun mayunkuna qayllapi, pay rikushqan musquykunaqa kunanqa hunt’akuy ñanpim kachkan, hinaspa llapa willasqa ruwaykunaqa utqayllam pasakonqa.” Testimonies to Ministers, 112.</w:t>
      </w:r>
    </w:p>
    <w:p>
      <w:pPr>
        <w:pStyle w:val="ArticleBody"/>
        <w:jc w:val="left"/>
      </w:pPr>
      <w:r>
        <w:rPr>
          <w:rFonts w:ascii="Times New Roman" w:hAnsi="Times New Roman" w:eastAsia="Times New Roman" w:cs="Times New Roman"/>
        </w:rPr>
        <w:t>Pusaq kaq kapitulumanta rikch’ayqa Ulai mayu ladupi qusqam karqa.</w:t>
      </w:r>
    </w:p>
    <w:p>
      <w:pPr>
        <w:pStyle w:val="ArticleScripture"/>
        <w:jc w:val="left"/>
      </w:pPr>
      <w:r>
        <w:rPr>
          <w:rFonts w:ascii="Times New Roman" w:hAnsi="Times New Roman" w:eastAsia="Times New Roman" w:cs="Times New Roman"/>
        </w:rPr>
        <w:t>Rey Belsasarpa kamachikuyninpa kimsay watañanpi, ñawpaqpi rikuchisqa kaq qhepaman, huk rikuy noqaman rikurirqan, arí, noqaman Danielman. Rikuypi rikarirqani; chayta rikushaspataq, Elam suyupi kaq Susan patapi kasqayta tarirqani; rikuyllapitaq rikarirqani, Ulai mayu patapin kasharqani. Daniel 8:1, 2.</w:t>
      </w:r>
    </w:p>
    <w:p>
      <w:pPr>
        <w:pStyle w:val="ArticleBody"/>
        <w:jc w:val="left"/>
      </w:pPr>
      <w:r>
        <w:rPr>
          <w:rFonts w:ascii="Times New Roman" w:hAnsi="Times New Roman" w:eastAsia="Times New Roman" w:cs="Times New Roman"/>
        </w:rPr>
        <w:t>Maypacha Testimonies to Ministers nisqamanta chay párrafota hap’ispa, maypichus Hermana White “Ulai hinallataq Hiddekel” nisqakunata rimarqan hinaspa paykunata “Shinarpa hatun mayunkuna” nispa suticharqan, chayqa chay párrafota rakispa qhawarqanchik, Hermana Whitepa qelqasqankunapi Daniel hinallataq Apocalipsis librokunata yachaymanta huknin ancha allin ancha importante comentariomanta. Chay pasajempi nin: “Diospa siminta aswan achka cercanapa estudiasqa kananpaq necesidad kan; aswanqa Daniel hinallataq Apocalipsis atención chaskinan, ruwayniykupa historiapi mana hayk’aqpas hina.”</w:t>
      </w:r>
    </w:p>
    <w:p>
      <w:pPr>
        <w:pStyle w:val="ArticleBody"/>
        <w:jc w:val="left"/>
      </w:pPr>
      <w:r>
        <w:rPr>
          <w:rFonts w:ascii="Times New Roman" w:hAnsi="Times New Roman" w:eastAsia="Times New Roman" w:cs="Times New Roman"/>
        </w:rPr>
        <w:t>Kay qispi iskay versículokunata Daniel pusaq capítuloqpi ñawpaqta citarqanchikta ancha allinta yachaqaspa, paykuna huk mana aswan reparasqa chiqaqman ishkay ukhupi testigokunata qunku. Daniel nin: “Belsasarpa kimsay wata kamachikusqanpi huk rikuy noqaman rikurirqan.” Chaymanta yapayta nin: “ñawpaqpi noqaman rikurisqan qhepanta.” Kay versículo iskay hina entiendesqa kayta atin, hinaptinpas mayqen ñanpi entiendesqapas, chayllataq kikin tukuy conclusiónman pusan.</w:t>
      </w:r>
    </w:p>
    <w:p>
      <w:pPr>
        <w:pStyle w:val="ArticleBody"/>
        <w:jc w:val="left"/>
      </w:pPr>
      <w:r>
        <w:rPr>
          <w:rFonts w:ascii="Times New Roman" w:hAnsi="Times New Roman" w:eastAsia="Times New Roman" w:cs="Times New Roman"/>
        </w:rPr>
        <w:t>Angel Gabrielqa Danielmanmanmi profétiko achkyayta apamurqan, llapa profetakunaman hina; paymi Satanasta rantispa hanaq pacha k’anchay apaq karqan. Kayqa ninmi Qelqasqakunapi tarikukuq llapa profétiko kamachiyqa Gabrielpa pusasqan kasqanta. Daniel chayta entienderqanchu mana entienderqanchu, pusaq capítuloq huk ñiqin versículonpiqa, manam huk ancha importante profétiko qhawariyllata reqsichinchu, aswanpas chay versículopi chay importante profétiko qhawariypaq iskay testigokunatam qoykun. Danielpa huk ñiqin versículopi qelqasqanqa kaymi karqan: payqa Ulai mayu patapi chaskisqan visiónmanta ñawpaqtaña huk visiónta chaskirqan. Ulai mayu patapi visiónqa Belshazzarpa kimsa wata kamachikuyninpi hamurqan. Chay visión, Ulai mayu patapi visiónmanta ñawpaq kaqqa, Belshazzarpa ñawpaq wata kamachikuyninpin hamurqan.</w:t>
      </w:r>
    </w:p>
    <w:p>
      <w:pPr>
        <w:pStyle w:val="ArticleScripture"/>
        <w:jc w:val="left"/>
      </w:pPr>
      <w:r>
        <w:rPr>
          <w:rFonts w:ascii="Times New Roman" w:hAnsi="Times New Roman" w:eastAsia="Times New Roman" w:cs="Times New Roman"/>
        </w:rPr>
        <w:t>Babilonia llaqtapa rey Belshazzarpa ñawpaq watañinpi Danielqa puñunan patapi umanpi musquyta, rikch’ayninkunatapas rikurqan; chaymantataq musquyninta qillqarqan, hinaspataq imakunapa tukuyninmanta willarqan. Daniel 7:1.</w:t>
      </w:r>
    </w:p>
    <w:p>
      <w:pPr>
        <w:pStyle w:val="ArticleBody"/>
        <w:jc w:val="left"/>
      </w:pPr>
      <w:r>
        <w:rPr>
          <w:rFonts w:ascii="Times New Roman" w:hAnsi="Times New Roman" w:eastAsia="Times New Roman" w:cs="Times New Roman"/>
        </w:rPr>
        <w:t>Pusaq p’unchaw ñiqinpi, Danielqa sut’inchanmi Belsasarpa ñawpaq watachapipas huk rikuyta hap’isqanta, imaraykuchus nin: “ñawpaqpi rikuchisqa kaq qhepanta.” ¿Ulai mayu rikuychu Belsasarpa ñawpaq wata rikuy qhepanta rikhurisqa, icha huknin qishka parallel rikuykunamanta ñawpaq kaq qhepanta rikuychu rikhurisqa? Mayqin kutichiypas allinmi. Ulai mayu rikuyqa qanchis ñiqin kapitulumanta rikuywan hukllam. Gabrielqa willakuy sut’inchaypi “yapay hinaspa hatunyachiy” nisqa profetik kamachiyta apaykachan, chaymanta kuskanpi iskay testigokunapa sut’inchasqanwan imapas sayachisqa kanan kamachiytapas. Iskay rikuykunaqa Bibliamanta profecíaq qhapaq suyukunatam riman.</w:t>
      </w:r>
    </w:p>
    <w:p>
      <w:pPr>
        <w:pStyle w:val="ArticleBody"/>
        <w:jc w:val="left"/>
      </w:pPr>
      <w:r>
        <w:rPr>
          <w:rFonts w:ascii="Times New Roman" w:hAnsi="Times New Roman" w:eastAsia="Times New Roman" w:cs="Times New Roman"/>
        </w:rPr>
        <w:t>Qanchis kaq capítuloq rikch’ayninqa, chay qhapaq suyukunata mikhuq animal-kunahinata rikuchin; chaynaqa paykunataqa sivil atiy-ninkupi qhawarispa aswan sinchita rimarin hinaspa qhispichin. Pusaq kaq capítuloq rikch’ayninri, chay kikillan qhapaq suyukunata Diospa santuarionpi sirviq kasqanmanta unancha-kunawan rikuchin, ichaqa santuario serviciomanta sapa unanchakunaqa munasqa q’iwisqa kanku, llulla yupaychayta rikuchinankupaq. Daniel pusaqniyoqqa, qanchis kaq capítuloq rikch’ayninpi rikuchisqa kaq kikillan qhapaq suyukunata rikuchin, ichaqa chay qhapaq suyukunataqa religiónninkupa kaqninpi churaykun.</w:t>
      </w:r>
    </w:p>
    <w:p>
      <w:pPr>
        <w:pStyle w:val="ArticleBody"/>
        <w:jc w:val="left"/>
      </w:pPr>
      <w:r>
        <w:rPr>
          <w:rFonts w:ascii="Times New Roman" w:hAnsi="Times New Roman" w:eastAsia="Times New Roman" w:cs="Times New Roman"/>
        </w:rPr>
        <w:t>Daniel qillqap pusaq kaq capítulo-pi Ulai musuq rikch’aynin, qanchis kaq capítulo-pi rikch’ayninta yapamanta rimarin hinaspa astawan hatunyachin. Qanchis kaq capítuloqa Bibliamanta willakusqa qhapaq suyukunap llaqtamasikayman hina kaq kayninta reqsichin, pusaq kaq capítulo-taq Bibliamanta willakusqa qhapaq suyukunap iñiywan chaskisqa kayninta reqsichin. Kayta allinta reqsispanqa, chaymanta entiendisqa kanman qanchis kaq capítulo hinaspa pusaq kaq capítulo huklla rikch’ay kasqankuta. Isqun kaq capítulo-pim Gabriel hamun pusaq kaq capítulo-pi rikch’aypa pacha elementunta sut’inchananpaq. Chayrayku, Ulai rikch’ayqa Daniel qillqap qanchis, pusaq, isqun capitulokunata sut’ichan. Hiddekel mayuqa chaymantataq chunka kaq capítulo-pi reqsichisqa kananpaq yaykuchisqa.</w:t>
      </w:r>
    </w:p>
    <w:p>
      <w:pPr>
        <w:pStyle w:val="ArticleScripture"/>
        <w:jc w:val="left"/>
      </w:pPr>
      <w:r>
        <w:rPr>
          <w:rFonts w:ascii="Times New Roman" w:hAnsi="Times New Roman" w:eastAsia="Times New Roman" w:cs="Times New Roman"/>
        </w:rPr>
        <w:t>Kimsa wata Ciro, Persiaq reyninpa watapi, huk imapas Danielman sut’inchasqa karqa, paypa sutinmi Beltesasar nisqa karqa; chay imapas cheqaqmi karqa, ichaqa señalasqa pacha unaymi karqa. Paymi chay imata entienderqa, rikuchisqa musquypa nisqantapas allintan entienderqa. Chay p’unchaykunapi ñoqa Danielqa kimsa hunt’a semanata llakikuspalla karqani. Mana mikurqanichu allin t’antata, manataq aychata ni vinotapas simiyman yaykurqachu, manataq hayk’aqpas umayta aceitawan llusirqanichu, kimsa hunt’a semanakuna junt’asqa kanankama. Ñawpaq kaq killapa iskay chunka tawa p’unchayninpi, hatun mayu Hiddekel nisqapa patanpi kashaspay. Daniel 10:1–4.</w:t>
      </w:r>
    </w:p>
    <w:p>
      <w:pPr>
        <w:pStyle w:val="ArticleBody"/>
        <w:jc w:val="left"/>
      </w:pPr>
      <w:r>
        <w:rPr>
          <w:rFonts w:ascii="Times New Roman" w:hAnsi="Times New Roman" w:eastAsia="Times New Roman" w:cs="Times New Roman"/>
        </w:rPr>
        <w:t>Hiddekel mayu rikch’ayninmi willakuy proféticota qallarichin, norte llaqtapa reyninpa historianta. Qallarinmi Alejandro Hatunpa qhapaq suyun t’aqasqa kayninwan; chaymanta sut’inchan hamuq historiapa kuti-kutiy puriyninta, maypichus tukukuypi iskaylla awqakuna qhiparin Alejandro Hatunpa ñawpaq qhapaq suyun t’aqakunamanta: huk literal sur reynin contra huk literal norte reynin. Qhipamanta chayan papadopa historiankama; paymi chaymanta qhepaman tukun espiritual norte reyninman; payqa chunka hukniyuq kapituluq tukukuyninpi tukukuyninman chayan, Miguel sayarin, runakunapa probationninqa wisq’akun. Aswan sasanmanta qhawayqa kayna: Ulai mayu rikch’ayninqa Diospa santuarionninpa ukhu rikch’ayninmi, hinallataq hostninpa; Hiddekel mayutaq Diospa awqampa hinaspa llaqtanpa awqankunapa hawa rikch’ayninmi, chaylla historiapi. Chayqa kikin prinsipioyta llamk’achkan, ima kaqtaq Rikch’ay 7 iglesiakunapi hinaspa 7 sellokunapi tarikun.</w:t>
      </w:r>
    </w:p>
    <w:p>
      <w:pPr>
        <w:pStyle w:val="ArticleScripture"/>
        <w:jc w:val="left"/>
      </w:pPr>
      <w:r>
        <w:rPr>
          <w:rFonts w:ascii="Times New Roman" w:hAnsi="Times New Roman" w:eastAsia="Times New Roman" w:cs="Times New Roman"/>
        </w:rPr>
        <w:t>“Achka ministrokunaqa mana imatapas ruwanchu Apocalipsis nirqanmanta sut’ita qhawarichinankupaq. Ninkuqa yachakunapaq mana allin librom kashanmi. Sellasqa librohina qhawanku, siq’ikunaqwan unanchakunaqwan qillqasqa willakuykunata apasqanrayku. Ichaqa kikillan suti churasqa kasqan, ‘Revelación,’ kay yuyayta ñawpaqman mana chaskinchu. Revelaciónqa sellasqa libromi; ichaqa kichasqa librompas kashanmi. Kaypi qillqasqa kachkan kay pachapa historianpa qhipa p’unchayninkunapi pasanankupaq kaq admiray atipanakuykuna. Kay libropa yachachikuyninkunaqa sut’i kanku, mana pakasqa nitaq mana entiendenapaqchu. Chaypim Danielpi hina kikin profecía siq’ita hap’iparinku. Wak profecíakunataqa Dios yapamanta rimarqan, chaywan rikuchispa paykunaman ancha importanciata qunanpaq kasqanta. Señorqa mana imatapas yapamanta rimanchu mana hatun consecuencianiyuq kaqkunataqa.” Manuscript Releases, volumen 8, 413.</w:t>
      </w:r>
    </w:p>
    <w:p>
      <w:pPr>
        <w:pStyle w:val="ArticleBody"/>
        <w:jc w:val="left"/>
      </w:pPr>
      <w:r>
        <w:rPr>
          <w:rFonts w:ascii="Times New Roman" w:hAnsi="Times New Roman" w:eastAsia="Times New Roman" w:cs="Times New Roman"/>
        </w:rPr>
        <w:t>Daniel qillqapi ukat Apocalipsis qillqapin uñachtʼayaski uka pachpa manqha ukhamaraki anqan sarnaqäwiw mayamp aptʼasi. Aka pä visiónanakata mistu profético qhanata sipansa, William Miller chachan katthapit Biblia qhanañchañ yatiyäw thakhi ukhamaraki ukat qhiparusti Future for America ukarusa mä chiqap pʼaqtʼäwiw utji. Cheqapar uñjata, Daniel qillqapisa, ukhamaraki Apocalipsis qillqapisa, Biblia pachpa taypin uñtʼayki uka profecía qhanañchañ kamachinakap chʼamañchañatakejj quri mina absolutäpxiwa.</w:t>
      </w:r>
    </w:p>
    <w:p>
      <w:pPr>
        <w:pStyle w:val="ArticleBody"/>
        <w:jc w:val="left"/>
      </w:pPr>
      <w:r>
        <w:rPr>
          <w:rFonts w:ascii="Times New Roman" w:hAnsi="Times New Roman" w:eastAsia="Times New Roman" w:cs="Times New Roman"/>
        </w:rPr>
        <w:t>Ulai mayu ukhupi imapas, Hiddekel mayutaq qawanapi kaqta rikuchisqanrayku, iskayninpas chay iskay willakuy qelqakunatam rikuchinku, “pacha tukukuy” nisqapi kicharisqa kananpaq kaqkunata. Ulaiqa “pacha tukukuy” nisqapi 1798 watapi kicharisqa karqan; Hiddekeltaq “pacha tukukuy” nisqapi 1989 watapi kicharisqa karqan, chay pachapi, Daniel chunka hukniyuq qelqapi, tawa chunka versículopi nisqa hina, ñawpaq Unión Soviética nisqaman rikch’akuq nacionkunaqa papadowan Estados Unidoswan atipasqa, pichasqa karqanku.</w:t>
      </w:r>
    </w:p>
    <w:p>
      <w:pPr>
        <w:pStyle w:val="ArticleBody"/>
        <w:jc w:val="left"/>
      </w:pPr>
      <w:r>
        <w:rPr>
          <w:rFonts w:ascii="Times New Roman" w:hAnsi="Times New Roman" w:eastAsia="Times New Roman" w:cs="Times New Roman"/>
        </w:rPr>
        <w:t>Kay chiqakunata riqsispaqa, chaymantaqa iskay rikch’akuykuna cheqaqtapuni huk rikch’akuylla kasqanta riqsiyta atin, imaynachus qanchis iglesiakunapa hinaspa qanchis sellokunapa profetiko historiankunaqa kaqllataqmi kikin profetiko historiata rikuchin. Chay iskay rikch’akuykunam chay ñan tukunku, maynintachus Señorqa ñawpaq p’itipi ñawpaq angelpa kuyukuyninpi usarqan, hinaspataq imatatachus Señorqa kunan pacha hinaspa hamuq p’itipi kinsa kaq angelpa kuyukuyninpi usaranqa, Daniel qillqapi chunka iskayniyuq kapitulu, qanchis isqunniyuq hinaspa chunka versikulukuna nisqapi nisqanman hina, huk pruebay churay ruwayta paqarichinapaq.</w:t>
      </w:r>
    </w:p>
    <w:p>
      <w:pPr>
        <w:pStyle w:val="ArticleScripture"/>
        <w:jc w:val="left"/>
      </w:pPr>
      <w:r>
        <w:rPr>
          <w:rFonts w:ascii="Times New Roman" w:hAnsi="Times New Roman" w:eastAsia="Times New Roman" w:cs="Times New Roman"/>
        </w:rPr>
        <w:t>Hinaspanmi: “Riy, Daniel; simikunaqa wichq’asqa, sellasqa kachkan pacha tukuynin kama. Achka runakunaqa ch’uyanchasqa kanqaku, yurakyachisqa kanqaku, pruebanapi churakusqa kanqaku; ichaqa millay ruwaqkunaqa millayta ruwaspa qhiparinqaku. Millay ruwaqkunamanta manam mayqenpas entiendenqachu; yachaysap’akunaqa ichaqa entiendenqaku” nispa. Daniel 12:9, 10.</w:t>
      </w:r>
    </w:p>
    <w:p>
      <w:pPr>
        <w:pStyle w:val="ArticleBody"/>
        <w:jc w:val="left"/>
      </w:pPr>
      <w:r>
        <w:rPr>
          <w:rFonts w:ascii="Times New Roman" w:hAnsi="Times New Roman" w:eastAsia="Times New Roman" w:cs="Times New Roman"/>
        </w:rPr>
        <w:t>1989 watapi Hiddekelpa kichasqa kasqanmanta huk rikuchina hina, yuyariychis imatachus Diospa samaynin nisqa.</w:t>
      </w:r>
    </w:p>
    <w:p>
      <w:pPr>
        <w:pStyle w:val="ArticleScripture"/>
        <w:jc w:val="left"/>
      </w:pPr>
      <w:r>
        <w:rPr>
          <w:rFonts w:ascii="Times New Roman" w:hAnsi="Times New Roman" w:eastAsia="Times New Roman" w:cs="Times New Roman"/>
        </w:rPr>
        <w:t>«Apocalipsispiqa llapa Bibliapa librokunan tinkunku hinaspa tukukunku. Kaypiqa Danielpa libroyninpa hunt’ayninmi kachkan. Hukninqa profecíam; hukninñataq revelaciónm. Sellasqa karqa mana Apocalipsischu, aswanpas Danielpa profecíanmanta qhepa p’unchaykunaman hina rikch’akuq chay rakhuyninmi. Angelqa kamachirqan: “Qanri, Daniel, simikunata wisq’ay, librutataq sellay, pacha tukukuynin kama.” Daniel 12:4.» Hechos de los Apóstoles, 585.</w:t>
      </w:r>
    </w:p>
    <w:p>
      <w:pPr>
        <w:pStyle w:val="ArticleBody"/>
        <w:jc w:val="left"/>
      </w:pPr>
      <w:r>
        <w:rPr>
          <w:rFonts w:ascii="Times New Roman" w:hAnsi="Times New Roman" w:eastAsia="Times New Roman" w:cs="Times New Roman"/>
        </w:rPr>
        <w:t>Ulaiwan Hiddekelwanpas qhepa p’unchaykunawanmi tupanakuqkuna kanku, ichaqa Adventismollam munarqa reqsiyta 1798 wataqa Danielpa “tukukuy pacha” kasqanta, libronpas kichasqa kananpaq. Chaywanpas profecíapa rak’in “qhepa p’unchaykunaman tupaqqa” aswan chiqaqtaqa Daniel chunka hukniyuq kapítulonpa qhepa suqta versículonkuna, imaraykuchus chay versículokuna tukunku Miguel sayariqtin, runakunapa prueba pacha wisq’akusqanpi.</w:t>
      </w:r>
    </w:p>
    <w:p>
      <w:pPr>
        <w:pStyle w:val="ArticleBody"/>
        <w:jc w:val="left"/>
      </w:pPr>
      <w:r>
        <w:rPr>
          <w:rFonts w:ascii="Times New Roman" w:hAnsi="Times New Roman" w:eastAsia="Times New Roman" w:cs="Times New Roman"/>
        </w:rPr>
        <w:t>Daniyel qelqaykunapi qanchis, pusaq, isqun nisqakunapi reqsisqa tarikusqan hina, taripaypa musquyninqa “tukukuypa pacha”man chaykama wichq’asqa karqa 1798 watapi. Kanchayqa (kicharisqa karqan chay Ulai musquy paqarichisqan) sut’incharqa tapuykachasqa taripay kicharisqanmanta willakuyninta, manataq taripay tukukuynintaqa. Chay Hiddekel musquywan kicharisqa kanchayqa reqsichin tapuykachasqa taripay tukukuyninta, hinallataqmi chayqa Daniyelpi kaq pasajepas, mayqenchus “qhipa punchawkunaman tupaq profecíapa rakin” tiyan.</w:t>
      </w:r>
    </w:p>
    <w:p>
      <w:pPr>
        <w:pStyle w:val="ArticleBody"/>
        <w:jc w:val="left"/>
      </w:pPr>
      <w:r>
        <w:rPr>
          <w:rFonts w:ascii="Times New Roman" w:hAnsi="Times New Roman" w:eastAsia="Times New Roman" w:cs="Times New Roman"/>
        </w:rPr>
        <w:t>1798 watapi kichasqa kayqa willakurqan tapuy juzgamientopa kichariyninta. 1989 watapi kichasqa kayqa willakurqan tapuy juzgamientopa tukuynin qayllamusanmanta. Alpha y Omega-pa firmanqa Daniel qillqapi mana sasa rikuylla kan, ichaqa imatachus chayqa kasqanta yachaspa, maskayta munaspaqa.</w:t>
      </w:r>
    </w:p>
    <w:p>
      <w:pPr>
        <w:pStyle w:val="ArticleBody"/>
        <w:jc w:val="left"/>
      </w:pPr>
      <w:r>
        <w:rPr>
          <w:rFonts w:ascii="Times New Roman" w:hAnsi="Times New Roman" w:eastAsia="Times New Roman" w:cs="Times New Roman"/>
        </w:rPr>
        <w:t>DANIEL qillqap chunka hukniyuq kapitulumanta, tawa chunka pichqayuq versiculopi, probation tukukuptin, Alpha y Omega-pa sellon qillqasqa kachkan. Daniel qillqap qallariynin sut’ita rikuchin maypi tukukusqanta. Qallarin cheqaq guerrawan, cheqaq Babiloniawan cheqaq Israelpa chawpipi, hinaspa cheqaq Babilonia atipakuyta hap’in.</w:t>
      </w:r>
    </w:p>
    <w:p>
      <w:pPr>
        <w:pStyle w:val="ArticleScripture"/>
        <w:jc w:val="left"/>
      </w:pPr>
      <w:r>
        <w:rPr>
          <w:rFonts w:ascii="Times New Roman" w:hAnsi="Times New Roman" w:eastAsia="Times New Roman" w:cs="Times New Roman"/>
        </w:rPr>
        <w:t>Judá suyupi rey Joacimpa kamachikusqan kimsay watañanpi, Babilonia suyupi rey Nabucodonosor Jerusalénman hamuspa muyurqan. Hinallataq Señorqa Judá suyupi rey Joacimta makinman churarqan, Diospa wasinmanta wakin mallkikunawan kuska; chaykunatan Sinar hallp’aman apapurqan diosninpa wasinman, hinaspataq mallkikunata diosninpa qollqewasinman churarqan. Daniel 1:1, 2.</w:t>
      </w:r>
    </w:p>
    <w:p>
      <w:pPr>
        <w:pStyle w:val="ArticleBody"/>
        <w:jc w:val="left"/>
      </w:pPr>
      <w:r>
        <w:rPr>
          <w:rFonts w:ascii="Times New Roman" w:hAnsi="Times New Roman" w:eastAsia="Times New Roman" w:cs="Times New Roman"/>
        </w:rPr>
        <w:t>Daniel qillqap chunka hukniyuq kapitulu, tawa chunka pisqayuq versiculopi, huk yuyayman sayasqa maqanakuy kallpan, yuyayman Babilonia, “norte llaqtapa rey” nisqawan unanchasqa, hinallataq yuyayman Israel, “hatun sumaq ch’uya orqo” nisqawan rikuchisqa, tukukun; chaypiqa yuyayman Israelqa yuyayman Babiloniamanta atipan.</w:t>
      </w:r>
    </w:p>
    <w:p>
      <w:pPr>
        <w:pStyle w:val="ArticleScripture"/>
        <w:jc w:val="left"/>
      </w:pPr>
      <w:r>
        <w:rPr>
          <w:rFonts w:ascii="Times New Roman" w:hAnsi="Times New Roman" w:eastAsia="Times New Roman" w:cs="Times New Roman"/>
        </w:rPr>
        <w:t>Payqa rey paqarisqan karpankunata iskay quchakuna chawpipi, hatun k’anchayniyuq ch’uya urqupi sayachinqa; ichaqa tukukuyninman chayamunqa, mana pipas yanapanqachu. Chay pacha Michael hatarinqa, llaqtayki runakunapaq sayasqa hatun kamachiq príncipe; hinaspa sasachakuy pacha kanqa, mana hayk’aqpas karqanchu huk llaqta kasqanmantapacha chay pacha kama; chay pachataq llaqtayki runakuna qispichisqa kanqaku, sapa huk libropi qillqasqa tarikusqa kaq. Daniel 11:45; 12:1.</w:t>
      </w:r>
    </w:p>
    <w:p>
      <w:pPr>
        <w:pStyle w:val="ArticleBody"/>
        <w:jc w:val="left"/>
      </w:pPr>
      <w:r>
        <w:rPr>
          <w:rFonts w:ascii="Times New Roman" w:hAnsi="Times New Roman" w:eastAsia="Times New Roman" w:cs="Times New Roman"/>
        </w:rPr>
        <w:t>Danielpa, Apocalipsispas librokunan hukllam libro kanku:</w:t>
      </w:r>
    </w:p>
    <w:p>
      <w:pPr>
        <w:pStyle w:val="ArticleScripture"/>
        <w:jc w:val="left"/>
      </w:pPr>
      <w:r>
        <w:rPr>
          <w:rFonts w:ascii="Times New Roman" w:hAnsi="Times New Roman" w:eastAsia="Times New Roman" w:cs="Times New Roman"/>
        </w:rPr>
        <w:t>Danielpa qelqanwan Apocalipsis qelqanwan hukllam kanku. Hukninqa profecíam, hukninña revelación; hukninqa sellasqa qelqam, hukninña kichasqa qelqam. Juanqa uyarisqa ima pakasqakunatapas illapakunapa rimarisqanta, ichaqa mana qellqanampaqmi kamachisqa karqa. The Seventh-day Adventist Bible Commentary, volumen 7, 971.</w:t>
      </w:r>
    </w:p>
    <w:p>
      <w:pPr>
        <w:pStyle w:val="ArticleBody"/>
        <w:jc w:val="left"/>
      </w:pPr>
      <w:r>
        <w:rPr>
          <w:rFonts w:ascii="Times New Roman" w:hAnsi="Times New Roman" w:eastAsia="Times New Roman" w:cs="Times New Roman"/>
        </w:rPr>
        <w:t>Iskay librokuna, huklla libro kaspapas, angel Gabrielpa profetik yachachisqanpa aswan hatun allin rurayninmi kanku. Kayta qillqani sumaqta yachaspa: Gabrielpa Danielman hinallataq Juanman apamusqanqa Jesusmanta karqan, paymi Chaytaymanta chaskirqan. Mana Gabrielta hatunchayta munaspanichu rimani, aswanqa iskaynin librokunapi kachkaq chiqaq willakuykunapa ukhu yuyayniyuq qhawayninta hatunchaytam munani: imaynatas Alpha y Omegaqa biblia profetika unanchaypa kamachikuykunata wakichirqan, chaykunata iskaynin librokunapi rikuchinapaq, ñuqanchik rikuyta munaspaqa.</w:t>
      </w:r>
    </w:p>
    <w:p>
      <w:pPr>
        <w:pStyle w:val="ArticleBody"/>
        <w:jc w:val="left"/>
      </w:pPr>
      <w:r>
        <w:rPr>
          <w:rFonts w:ascii="Times New Roman" w:hAnsi="Times New Roman" w:eastAsia="Times New Roman" w:cs="Times New Roman"/>
        </w:rPr>
        <w:t>Qankunaman yuyarichiykichik: kay pachapiqa, ñuqaqa mana munayniyuqchu nitaq yuyaychakuyniyuqchu Ulai hinaspa Hiddekel mayukunamanta iskay qillqasqa willakuykunapa rimaychakusqanta qhawayta rikuchiyta. Munayniy hinaspa yuyaychakuyñaqa Danielpa qillqanpa ñawpaq soqta capitulokunapi kaq willakuykunawan llamk’aymi. Ñuqaqa sapaqllam rikuchisani kay cheqaq kasqanta: Danielpa hinaspa Apocalipsispa qillqankunaqa, ichapas, Diospa Siminpi aswan ukhu, allinchasqa, sumaq ruwasqa qillqakunami. Chaykunaqa willakuykunapa willayninta rikuchinku; chayllataq Diospa kayninta sut’inchanku; chayllataq mayqin kamachikuykunachus sut’ita hap’ipunanpaq runaqa willakuykunata yachanampaq, chaykunatapas reqsichinku; hinaspataq chay willakuykunata qallarichiqtaqa reqsinanpaqpas.</w:t>
      </w:r>
    </w:p>
    <w:p>
      <w:pPr>
        <w:pStyle w:val="ArticleBody"/>
        <w:jc w:val="left"/>
      </w:pPr>
      <w:r>
        <w:rPr>
          <w:rFonts w:ascii="Times New Roman" w:hAnsi="Times New Roman" w:eastAsia="Times New Roman" w:cs="Times New Roman"/>
        </w:rPr>
        <w:t>Huk ejemplopi qhelqa librokunap ancha ukhu kasqanmantaqa kashan Danielpa rikuchisqan “qanchis pacha”manta, Levítico iskay chunka soqtayuqpi. “Qanchis pacha” nisbamanta profecíaqa kasqanmi, kunanpas kashanmi, Diospa llaqtanpaq “mitk’achiq rumi” kananpaq, ñawpaq Israelpi, ñawpaq angelpa Millerita kuyuriyninpipas, hinallataq kunan pacha hamuq pacha kinsa angelpa kuyuriyninpipas. “Mitk’achiq rumi” nisqa, llamp’u sut’inchayman hinaqa, ima kasqanmi mana rikunki chayta, sut’ita chaypi kachkaptinpas. Chayrayku, Danielpa libronpi “qanchis pacha”ta reqsispaqa, rikunki sut’ita chaypi kasqanta; ichaqa rikunkitaqmi pakasqa kasqanta, chayta mana rikuyta akllaqkunapaq.</w:t>
      </w:r>
    </w:p>
    <w:p>
      <w:pPr>
        <w:pStyle w:val="ArticleBody"/>
        <w:jc w:val="left"/>
      </w:pPr>
      <w:r>
        <w:rPr>
          <w:rFonts w:ascii="Times New Roman" w:hAnsi="Times New Roman" w:eastAsia="Times New Roman" w:cs="Times New Roman"/>
        </w:rPr>
        <w:t>Imatapasqa hina rikurichkaspa huk imata pakayqa sumaq, ancha hatun ruraymi; chayqa mana ima runaq pakasqa willakuy qillqamanpas churakuyta atinkachu. Chayqa huk allin yachaypa rurayninmi, imaraykuchus chayqa chaypi kachkan, sut’ita rikunaykipaq, mana urmayta munasqakunapaq; ichaqa mana rikuy atisqa, urmayta akllasqakunapaq. Rimayman hinaqa, “sut’ipi pakasqa” nisqami. Chayqa runakayninwan Hinantin Dios kayninwan kuskaqmi hunt’achisqa.</w:t>
      </w:r>
    </w:p>
    <w:p>
      <w:pPr>
        <w:pStyle w:val="ArticleBody"/>
        <w:jc w:val="left"/>
      </w:pPr>
      <w:r>
        <w:rPr>
          <w:rFonts w:ascii="Times New Roman" w:hAnsi="Times New Roman" w:eastAsia="Times New Roman" w:cs="Times New Roman"/>
        </w:rPr>
        <w:t>Chayta ni nini, kaypi yuyarichiyta munasqayrayku: Adventismo ukhupi, aswanpas 1957 watapi Questions on Doctrine nisqaqa lluqsisqanmantapacha, huk Católica yachachiy kasqan; chayqa kay Future for America nisqa kunan pacha chiqaq willakuyniyuq kuyuy ukhupipas mana allin umanta oqarichirqanmi. Yuyayqa kayhinan: Cristoqa, runayarikusqanpi, Mariamanta chaskisqan aychataqa manan hap’irqanchu. Cheqaqa, kay yachachiyta sayachiqkunaqa manan chayhinata rimanchu, ichaqa chaymi yachachinku. Católica yachachiy nisqayqa, Cristoq aychan Adánpa huchallikusqanmanraq ñawpaq aychan hina lliwpuni chuya kasqan nisqa qhawayninraykun; chayqa Católica iglesiaq supaypa muyuy yuyayninmi, “immaculate conception” sutiyuq nisqankuwan. Sichus qankunaqa “immaculate conception” nisqa gentil yachachiyta mana reqsinkichikchu, chay yachachiyqa yachan: Cristoq aychanqa mana runapa kallpallanmantachu, aswanpas milagro hinam ruwasqa karqan, imayna Adánpa uran kaq runa kaynin karqa, paywan Evawan manaraq huchallikushaptinku; utaq, nisqanku hina, Cristoqa Adánpa urmayman mana chayasqa, mana huchayuq kayninta hap’irqan. Chay yachachiyqa yachachinmi: María kikinpas milagro hinam chaskirqan Adánpa huchallikusqanmanraq ñawpaq aychayuq, mana urmasqa runa kayninta, Espíritu Santopa wawata, Jesús sutiyuq wawatata, paypa perfecto aychanman runayarichinanpaq perfecto recipiente kananpaq.</w:t>
      </w:r>
    </w:p>
    <w:p>
      <w:pPr>
        <w:pStyle w:val="ArticleBody"/>
        <w:jc w:val="left"/>
      </w:pPr>
      <w:r>
        <w:rPr>
          <w:rFonts w:ascii="Times New Roman" w:hAnsi="Times New Roman" w:eastAsia="Times New Roman" w:cs="Times New Roman"/>
        </w:rPr>
        <w:t>Chiqaqmi, Adventismopi kanku, Jesuspa aychanmanta chay kikin tukuychayninta hap’iqkunaqa, manam Mariyawan ima milagrokunatapas qhawachkuchkankuchu; ichaqa Hermana Whitepa qelqasqankunatawan Bibliatapas q’iwiykunku, chay kikin católicopa yuyayninta yachachinankupaq. Imaraykutaq kunanraq pantaspa karuni hinaspa Daniel qhelqamanta rimanamanta karunchakurqani? Chayta kutichisqayki.</w:t>
      </w:r>
    </w:p>
    <w:p>
      <w:pPr>
        <w:pStyle w:val="ArticleBody"/>
        <w:jc w:val="left"/>
      </w:pPr>
      <w:r>
        <w:rPr>
          <w:rFonts w:ascii="Times New Roman" w:hAnsi="Times New Roman" w:eastAsia="Times New Roman" w:cs="Times New Roman"/>
        </w:rPr>
        <w:t>Danielpaq Apocalipsiswan admiraypaq nisqa ruwayninpas churasqanpas runakaywan hinallataq Divinidadwan huñusqa kasqanwanmi hunt’akusun. Jesúsqa Diospa Rimayninmi, Bibliapas Diospa Rimayninmi. Jesuspa divino kayninwan runa kayninwanqa Bibliapi llapallan hunt’asqata rikuchikun. Chaypi kaq simikunaqa divino kanku, sonqokunata yuyaykunatawan tikraypaq kamaq atiyniyoqmi kanku. Chay simikunaqa imaymana kaqkuna llapanpas kaqman hamuq atiymi kanku. Ichaqa Bibliata qillqaypi Dios akllasqan runakunaqa llapallan huchasapam karqaku. Kay yupaypi runa parteqa urmasqa runakunawanmi rikuchikun. Bibliaqa runa kaywan Divinidadwan huñusqam, profetakunapas huchasapam karqaku, imayna Adanpa wawan llapa kasqankuman hina. Cristoqa manam hayk’aqpas huchallirqachu yuyaypi, simipi, otaq ruwasqampi. Ichaqa payqa Maryapa aychanmi hap’irqan tawa waranqa wata urmaymanta qipanpi. Sichus cheqaqtapuni Adan manaraq huchalliptinpa uray aycha naturalezanta hap’irqanman karqan chayqa, llapa Biblia qillqaqkunapas mana huchayuq kasqankutam mañakunman karqan.</w:t>
      </w:r>
    </w:p>
    <w:p>
      <w:pPr>
        <w:pStyle w:val="ArticleBody"/>
        <w:jc w:val="left"/>
      </w:pPr>
      <w:r>
        <w:rPr>
          <w:rFonts w:ascii="Times New Roman" w:hAnsi="Times New Roman" w:eastAsia="Times New Roman" w:cs="Times New Roman"/>
        </w:rPr>
        <w:t>Daniel qillqapi “qanchis kuti” nisqaqa “llapanpa ñawpaqenpi pakasqa” kasqanqa, manam Daniel qillqasqan simillawanchu hunt’akusqa, aswanpas Rey Jacobo Bibliata tikrasqa urmaq runakunawanmi. Urmaq runakuna iskay kutita Daniel qillqata llamk’arqanku, chaypi hunt’akusqantaqa mana pipas runa sapallan Diospa divina providencial qhawariynin mana kachkaptinqa ruwayta atinmanchu.</w:t>
      </w:r>
    </w:p>
    <w:p>
      <w:pPr>
        <w:pStyle w:val="ArticleBody"/>
        <w:jc w:val="left"/>
      </w:pPr>
      <w:r>
        <w:rPr>
          <w:rFonts w:ascii="Times New Roman" w:hAnsi="Times New Roman" w:eastAsia="Times New Roman" w:cs="Times New Roman"/>
        </w:rPr>
        <w:t>Qatiq qillqasqayku qhepaman qallarisaqmi rikuchiyta imaynatas Divinidadpas runa kaypas Levitico iskay chunka suqtayuqpi “qanchis kuti” nisqata sut’i rikuyllapi pakarichirqanku Daniel qillqapi, Diosqa ñawpaqmantapuni yachaq karqan, chaymanta astawanpas chayhinata wakichirqan, iskayninpaqpas pruebapaq “urmay rumi” kananpaq: ñawpaq angelpa kuyuyñinpi kaqkunapaq, hinaspataq kinsa kaq angelpa kuyuyñinpi kaqkunapaqpas.</w:t>
      </w:r>
    </w:p>
    <w:p>
      <w:pPr>
        <w:pStyle w:val="ArticleScripture"/>
        <w:jc w:val="left"/>
      </w:pPr>
      <w:r>
        <w:rPr>
          <w:rFonts w:ascii="Times New Roman" w:hAnsi="Times New Roman" w:eastAsia="Times New Roman" w:cs="Times New Roman"/>
        </w:rPr>
        <w:t>“Diosmanta Daniel chaskisqa k’anchayqa astawanqa kay qhepa p’unchaykunapaqmi qosqa karqa. Ulai mayu patapi, Hiddekel mayu patapipas, Shinarpa hatun mayunkuna chawpipi pay rikusqan musquy rikuykunaqa kunan p’unchaykunaqa hunt’akuy ruwaypiñam kachkan, tukuy willasqa kaqpas manaña unaychu pasakunqa.”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Libro de Daniel - Hukñiqin Número</dc:title>
  <dc:subject>Ulay y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