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Isqun Yupayniyuq</w:t>
      </w:r>
    </w:p>
    <w:p>
      <w:pPr>
        <w:pStyle w:val="ArticleSubtitle"/>
        <w:jc w:val="left"/>
      </w:pPr>
      <w:r>
        <w:rPr>
          <w:rFonts w:ascii="Arial" w:hAnsi="Arial" w:eastAsia="Arial" w:cs="Arial"/>
        </w:rPr>
        <w:t>Ñawpaq Angelkunapa Willakuynin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qillqap huk ñiqin kapitulanmi Apocalipsis qillqap chunka tawañiqin kapitulanpi kaq ñawpaq angelpa willakuyninta rikuchin. Jehoiakim sutiyoqqa unanchaspa reqsichin: kayqa manam ñawpaq angelpa willakuynin “pacha tukukuypi” chayamusuqninchu, aswanpas chay willakuypa kallpachakuyninmi. Llapa profetakunan “qhipa p’unchaykunata” reqsichkanku, tapuywan juzgakuypa tiemponmanta; chayraykum kay kapituluqa 11 septiembre 2001 watata rikuchin, maypachachus pachak tawa chunka tawa waranqa akllasqakunapa pruebaykuy ruwaynin qallarin. Malaquías qillqap kimsañiqin kapitulanpi, chay ruwayqa mayllakuy ruway hinam rikuchisqa, huk kachaq ñanta wakichiptin, covenantopa Kachaqnin usqhaylla templonman hamunanpaq. Ñanta wakichiq kachaq, mayqinchus ch’in pampa ukhupi waqyaq “voz” nisqapas kashan, paypas huk pruebaymi, chay mayllakuy ruwaypa huknin kasqanrayku. Malaquías qillqap kimsañiqin kapitulanpi, pachak tawa chunka tawa waranqa runakunaqa Levípa churinkuna hinam rikuchisqa kanku. Levípa churinkunaqa chaykunatan rikuchin, paykunachus Moisés kachaqwan sayarirqanku qori becerropa hatarikuyninpi, mayqinchus bestiapa imagenninta rikuchirqan.</w:t>
      </w:r>
    </w:p>
    <w:p>
      <w:pPr>
        <w:pStyle w:val="ArticleBody"/>
        <w:jc w:val="left"/>
      </w:pPr>
      <w:r>
        <w:rPr>
          <w:rFonts w:ascii="Times New Roman" w:hAnsi="Times New Roman" w:eastAsia="Times New Roman" w:cs="Times New Roman"/>
        </w:rPr>
        <w:t>Uywaqpa animalpa lantinñiqnin willakuyta atipaspa pasayqa, kimsa pruebakunamanta iskayñiqninmi, chaykunaq llapanpi pichay ruwayta hunt’achin. Levípa churinkunaqa chay pruebataraqmi atipananku, chaymantaq sellasqa kanankupaq.</w:t>
      </w:r>
    </w:p>
    <w:p>
      <w:pPr>
        <w:pStyle w:val="ArticleBody"/>
        <w:jc w:val="left"/>
      </w:pPr>
      <w:r>
        <w:rPr>
          <w:rFonts w:ascii="Times New Roman" w:hAnsi="Times New Roman" w:eastAsia="Times New Roman" w:cs="Times New Roman"/>
        </w:rPr>
        <w:t>Ezequiel qhelqakuna pusaqniyuq, isqunniyuq nisqakunapi sellakusqaqa, 11 septiembre 2001 watapi qallarisqa pichasqa ruraymanta huk rikuchiymi. Pusaqniyuq qhelqapiqa, Jerusalén llaqtapi kaqkuna, qhipaman intiyman qonqorikunku chaykunaqa, Laodicea Adventismo nisqapa tawa mirayninkunata rikuchinku. Isqunniyuq qhelqapiqa, sello chaskiqkunaqa Jerusalén ukhupi ruwakusqaq millay abominaciónkunamanta llakikuspanku waqaspanku kachkanku. Jerusalénqa Diospa iglesianmi.</w:t>
      </w:r>
    </w:p>
    <w:p>
      <w:pPr>
        <w:pStyle w:val="ArticleBody"/>
        <w:jc w:val="left"/>
      </w:pPr>
      <w:r>
        <w:rPr>
          <w:rFonts w:ascii="Times New Roman" w:hAnsi="Times New Roman" w:eastAsia="Times New Roman" w:cs="Times New Roman"/>
        </w:rPr>
        <w:t>Kimsa angelkunapa willakuyninkunaqa mayllay ruwanakuyta rikuchiqmantaqmi kanku. Kimsa willakuykunaqa kimsa patapi pruebakuy ruwanakuyta rikuchinku, chayraykum Levípa churinkunaqa ñawpaq kaq pruebataraq atipananku iskay kaq pruebaypi llamk’anankupaqpas. Kimsa kaq pruebaqa hukniraq prueban, imaraykuchus Levípa churinkunaqa ñawpaq iskay pruebakunata allinta atiparqankuchu mana chayta reqsichin. Chayqa profétik litmus prueban. Ñawpaq kaq pruebaqa mikhunamanta pruebanmi (espiritual nisqapi), imaraykuchus chayqa atipasqa otaq mana atipasqaqa chaymanta kasqanraykum, Levípa churinkunaqa Espíritu Santomanta Elíaswan qusqan willakuyta chaskinkuchu mana chayta; payqa ñanta waqaychaq kachaqmi, pacto nisqapa kachaqninpaq ñanta allichan.</w:t>
      </w:r>
    </w:p>
    <w:p>
      <w:pPr>
        <w:pStyle w:val="ArticleBody"/>
        <w:jc w:val="left"/>
      </w:pPr>
      <w:r>
        <w:rPr>
          <w:rFonts w:ascii="Times New Roman" w:hAnsi="Times New Roman" w:eastAsia="Times New Roman" w:cs="Times New Roman"/>
        </w:rPr>
        <w:t>Apocalipsis qillqap ñawpaq kaq versiklonmi chay willakuypa ancha llakipaq, serio kasqanta sinchi hina qhawachin. Munasqanman hina sut’inchan, Juan hina rikuchisqa runa willakuq iglesiakunaman apachisqan willakuyqa Gabrielmanta payman qosqa kasqanta, Gabrieltaq Cristomanta chaskisqanta, Cristotaq taytamanta chaskisqanta. Elíaspa willakuyninqa divinidadpa atiyninta charin, hinaspa Juanpa, icha Elíaspa, icha “ch’inneqpi waqyaq voz” nisqapa willakuyninta mana chaskiyqa, Jesucristopa Revelacionninta mana chaskiymi.</w:t>
      </w:r>
    </w:p>
    <w:p>
      <w:pPr>
        <w:pStyle w:val="ArticleBody"/>
        <w:jc w:val="left"/>
      </w:pPr>
      <w:r>
        <w:rPr>
          <w:rFonts w:ascii="Times New Roman" w:hAnsi="Times New Roman" w:eastAsia="Times New Roman" w:cs="Times New Roman"/>
        </w:rPr>
        <w:t>Iskay kaqnin pruebamqa rikuywan reqsichikuy pruebam. Leviq churinkuna Elíaspa willakuyninta mikhusqankumanta, kayqa kashan uraykamusqa angelpa makinpi, paymi kachkan kay pachata k’anchachiq hatun kayninwan; chaymanta paykuna chaskirqanku bíblica metodología nisqata, mayqanwan allinta reqsinku pachaq señalkunata. Chay metodologíaqa saqin Leviq churinkunata reqsinankupaq chay pachaq señalkuna rikuchisqanta Iglesiapas Estadopas hukllachasqa hamusqankuta Estados Unidos nisqapi, bestiapa rikch’aynin pruebapa hunt’asqanman hina. Aswan ancha yupaqmi, chay pachaq señalkuna, sagradas líneas de reforma nisqakunapa contexto ukunpi churakuspa, Alpha y Omega nisqapa sunqun kanku, qallariyninmi tukukuyninta rikuchin. Sagradas líneas de reforma nisqakuna reqsichinku Diospa llaqtanqa atiyninkuman hina llapanta ruwanankuta kikinkuta wakichinankupaq Diospa sellonpaq llamk’aypi yanapanakuspanku.</w:t>
      </w:r>
    </w:p>
    <w:p>
      <w:pPr>
        <w:pStyle w:val="ArticleScripture"/>
        <w:jc w:val="left"/>
      </w:pPr>
      <w:r>
        <w:rPr>
          <w:rFonts w:ascii="Times New Roman" w:hAnsi="Times New Roman" w:eastAsia="Times New Roman" w:cs="Times New Roman"/>
        </w:rPr>
        <w:t>Chayrayku, munasqaykuna, imaynan qankuna sapa kuti kasukukurqankichis, mana ñawpaqpi kasqayllaypiqa, aswanmi kunan mana qankunawan kasqaypi, manchakuywan chhaphchikuywanpas kikikichispa salvacionniykichista ruraychis. Diosmi qankunapi llamk’an, munaytaq ruwanaytaq paypa allin munayninman hina. Llapa imatapas ama rimarqayaywan, ama churanakuywanpas ruraychischu; chhaynapi mana huchayuq, mana ima millaywan, Diospa wawankuna, mana piqpa qhawarisqan huchachayniyuq, q’iwisqa hinaspa millayman tikrasqa nacionpa chawpinpi, paykunapa ukhupinpi kay pachapi k’anchakkuna hina lliphipichis. Filipenses 2:12–15.</w:t>
      </w:r>
    </w:p>
    <w:p>
      <w:pPr>
        <w:pStyle w:val="ArticleBody"/>
        <w:jc w:val="left"/>
      </w:pPr>
      <w:r>
        <w:rPr>
          <w:rFonts w:ascii="Times New Roman" w:hAnsi="Times New Roman" w:eastAsia="Times New Roman" w:cs="Times New Roman"/>
        </w:rPr>
        <w:t>Daniel, Hananias, Misael, Azariaspas tawa, chunkaq tawa kaq Adventista qanchis p’unchaw samana p’unchawniyuqkunata tukuy pachapi rikch’achinku, paykunaqa 11 septiembre 2001 watata reqsinku Apocalipsis chunka pusaqniyuq angelpa uraykamuyninpa sut’inchasqan hina, hinaspataq akllanku makinpi kaq pakasqa manata hap’iyta hinaspa mikhuyta. Pakasqa mana mikhunapaq kaqqa, apostol Pablo chayraq citesqasqan hina, Diosmanta rikch’akun (pakasqa mana), paymi llaqtan ukhupi llamk’an munayninta hinaspa allin kusikuyninta ruwanankupaq. Pabloqa Filadelfiapi kaqkunaman kachamusqa willakuqta rikch’achin, paypa willakuyninta mana chaskiyqa wañuymi karqa. Daniel, Hananias, Misael, Azariaspas chay pakasqa manata mikhuyta akllaqkunata rikch’achinku.</w:t>
      </w:r>
    </w:p>
    <w:p>
      <w:pPr>
        <w:pStyle w:val="ArticleScripture"/>
        <w:jc w:val="left"/>
      </w:pPr>
      <w:r>
        <w:rPr>
          <w:rFonts w:ascii="Times New Roman" w:hAnsi="Times New Roman" w:eastAsia="Times New Roman" w:cs="Times New Roman"/>
        </w:rPr>
        <w:t>Chaykunapuram kasharqanku Judá ayllumanta: Daniel, Hananías, Misael, hinaspa Azarías. Paykunamanmi eunucokunapa kuraknin suticharqan: Danieltataq Beltsasar sutita qorqan; Hananiasmantataq Sadrac sutita; Misaelmantataq Mesac sutita; Azariasmantataq Abed-nego sutita. Ichaqa Daniel sonqonpi munaychakurqan mana qellichakunanta qhapaqpa mikhuyninwan, nitaq pay upyasqan vinowan; chayraykun eunucokunapa kurakninmanta mañakurqan mana qellichakunampaq. Daniel 1:6–8.</w:t>
      </w:r>
    </w:p>
    <w:p>
      <w:pPr>
        <w:pStyle w:val="ArticleBody"/>
        <w:jc w:val="left"/>
      </w:pPr>
      <w:r>
        <w:rPr>
          <w:rFonts w:ascii="Times New Roman" w:hAnsi="Times New Roman" w:eastAsia="Times New Roman" w:cs="Times New Roman"/>
        </w:rPr>
        <w:t>Danielqa yuyaymanmi kayta: 2001 wata, setiembre killapa 11 punchawninpi hanaq pachamanta uraykamuq willakuq rimayta mikhuyta munasqanta, hinaspataq Babiloniapa mikhunanwan upyananwan rikuchisqa willakuq rimayta mana chaskiyta. Ashpenazqa akllasqañam mayqin Judá llaqtamanta apasqa prisionerokunaq reypa qayllanman pusasqa kananpaq.</w:t>
      </w:r>
    </w:p>
    <w:p>
      <w:pPr>
        <w:pStyle w:val="ArticleScripture"/>
        <w:jc w:val="left"/>
      </w:pPr>
      <w:r>
        <w:rPr>
          <w:rFonts w:ascii="Times New Roman" w:hAnsi="Times New Roman" w:eastAsia="Times New Roman" w:cs="Times New Roman"/>
        </w:rPr>
        <w:t>Hinallataqmi nirqaa Ashpenazman, eunucokunapa kamachiqninman, Israelpa wawakunamanta wakinta apanampaq, reypa mirayninmanta, hinallataq kurakkunamanta; waynakuna mana ima qhillupas paykunapi kaq, sumaq rikch’ayniyuq, llapa yachaypi yuyaysapa, yachaypi amauta, ciencia-ta entiendenankupaq yachaq, hinaspa reypa palacionninpi sayariyta atiyniyuq; paykunataq yachachinankupaq caldeokunapa yachayninta hinaspa siminta. Daniel 1:4, 5.</w:t>
      </w:r>
    </w:p>
    <w:p>
      <w:pPr>
        <w:pStyle w:val="ArticleBody"/>
        <w:jc w:val="left"/>
      </w:pPr>
      <w:r>
        <w:rPr>
          <w:rFonts w:ascii="Times New Roman" w:hAnsi="Times New Roman" w:eastAsia="Times New Roman" w:cs="Times New Roman"/>
        </w:rPr>
        <w:t>Sichus Apocalipsis qillqapa huk ñiqin kapítulonpi, huk ñiqin versículonpi reqsichisqa kamachiykuna qatiqninman hina purisunchik chayqa, Nabucodonosorqa Ashpenazta kamachirqan Isaiaspa Ezequiasman willakusqan qillqasqa rimaynin hunt’aq wawakunata akllananpaq. Ashpenazqa chay willakuyta jap’irqan, hinaspan Melzarman qusqan, paymi eunucokunapa príncipe-nin karqan. Nabucodonosorqa hanaq pacha Yayata sut’inchan; Ashpenazqa Cristota sut’inchan, Melzarñataq Gabrielta sut’inchan. Ashpenazqa mayqin wawakunata akllananpaq kasqanta yachargan, hinallataq Daniel allin mikhuyninmanta akllasqa yuyayta ruwananpaq kasqantapas yachargan, manaraq reypa ñawpaqenman pusaspa.</w:t>
      </w:r>
    </w:p>
    <w:p>
      <w:pPr>
        <w:pStyle w:val="ArticleScripture"/>
        <w:jc w:val="left"/>
      </w:pPr>
      <w:r>
        <w:rPr>
          <w:rFonts w:ascii="Times New Roman" w:hAnsi="Times New Roman" w:eastAsia="Times New Roman" w:cs="Times New Roman"/>
        </w:rPr>
        <w:t>Kunanqa Diosqa Danielta yaykuchirqan qhuyapayman hinaspa munakuyman eunuco-kunapa kamachiqninpa ñawpaqenpi. Hinaspan eunuco-kunapa kamachiqninqa Danielman nirqan: “Noqaqa manchani apuy reytayta, paymi qankunapa mikhunatawan upyanatawan churarqusunkichik; imaraykutaq payqa rikunman ñawikichikta aswan mana allin rikch’akuqta qankunapa edadniyoq wawqikichikkunamanta? Chayqa qankunami umayta peligroman churawankichik reywan,” nispa. Daniel 1:9, 10.</w:t>
      </w:r>
    </w:p>
    <w:p>
      <w:pPr>
        <w:pStyle w:val="ArticleBody"/>
        <w:jc w:val="left"/>
      </w:pPr>
      <w:r>
        <w:rPr>
          <w:rFonts w:ascii="Times New Roman" w:hAnsi="Times New Roman" w:eastAsia="Times New Roman" w:cs="Times New Roman"/>
        </w:rPr>
        <w:t>Kaypi Melzarqa kimsa angelkunapa willakuyninkunamanta ñawpaq hatua riqsichin. Chay ñawpaq hatuaqa Diosman manchakuymi, imaynachus Melzarqa Nabucodonosor-manta manchakusqanwan rikuchisqa hina. Hebreo simipi “cheqaq kay” nisqa simi, hebreo alfabetopa ñawpaq, chunka kimsayuq kaq, hinaspa qhipa letrankunata huñuspa ruwasqa, ñawpaqmantaraq kay qillqakunapi rikuchisqa karqan kimsa angelkunapa willakuyninkuna rikuchisqan kimsa-hatua pruebakunapa proceso-ninta sut’inchananpaq. Chayta ruwaspa, achka testigokunapa hawanpi sayachisqa karqan ñawpaq angelpa willakuyninpi kasqanta llapan kimsa kaq kimsa pruebakunata, chaykunataq kimsa angelkunapa willakuyninkuna rikuchin. Ñawpaq angelpa willakuyninqa wiñay evangelio nisqañam riqsichisqa, chaywan sut’inchaspa chay evangelioq Adanpa p’unchayninkunamanta Cristo kutimunaykama kaq kikillan evangelio kasqanta.</w:t>
      </w:r>
    </w:p>
    <w:p>
      <w:pPr>
        <w:pStyle w:val="ArticleScripture"/>
        <w:jc w:val="left"/>
      </w:pPr>
      <w:r>
        <w:rPr>
          <w:rFonts w:ascii="Times New Roman" w:hAnsi="Times New Roman" w:eastAsia="Times New Roman" w:cs="Times New Roman"/>
        </w:rPr>
        <w:t>Hinaqmi huknin angelta rikurqani hanaq pacha chawpinpi phawashaqta, wiñay allin willakuyta apaqta kay pachapi tiyaqkunaman willanampaq, llapa suyuman, aylluman, simiman, llaqtamanpas, sinchita rimarispa: Diosta manchakuychik, paytaq hatunchayta qoychik; paypa juzgakuynin horan chayamunña; yupaychaychiktaq hanaq pachata, kay pachata, qochata, unukuna paqarinan pukyukunatapas kamaqta. Apocalipsis 14:6, 7.</w:t>
      </w:r>
    </w:p>
    <w:p>
      <w:pPr>
        <w:pStyle w:val="ArticleBody"/>
        <w:jc w:val="left"/>
      </w:pPr>
      <w:r>
        <w:rPr>
          <w:rFonts w:ascii="Times New Roman" w:hAnsi="Times New Roman" w:eastAsia="Times New Roman" w:cs="Times New Roman"/>
        </w:rPr>
        <w:t>Ñawpaq angelpa willakuyninpa ñawpaq hatun puriyninqa Diosman manchakuymin. Iskay kaq puriyninqa payta hatunchaymi, kinsa kaqtaq taripanqanchik pacha chayamunqanmi. Huknin ishkay angelkunapa willakuyninkunawan tupachisqa, ñawpaq angelpa willakuyninqa kaymi: “Diosman manchakuychis.” Chaymanta iskay kaq angelpa willakuyninqa Babiloniapa urmayninmanta willakun, hinaspa, ñawpaq angelpa Millerita kuyuriyninpi kaptinpas, otaq kinsa kaq angelpa kuyuriyninpi kaptinpas, Babiloniamanta lluqsiy waqyakuypi Santu Espiritupa paraqayninpa rikuchikuyninqa hunt’asqa kan. Chay pachapi, chawpi tuta qapariy hina rikuchisqa kaptinpas, hatun qapariy hina kaptinpas, otaq qhipa tamya hina kaptinpas, chay willakuyta willaqkunaqa Diosta hatunchanku. Iskay kaq angelpa willakuyninmi maypicha Diosman hatunchay qosqa kan, hinaspa chay pachaqa huk p’unchawman pusamun, maypichus tapuy taripakuy Millerita historiapi qallarin, otaq Babiloniapa wayna warmi huch’uychasqapa taripaynin Domingo kamachikuy sasachakuypi ruwakun.</w:t>
      </w:r>
    </w:p>
    <w:p>
      <w:pPr>
        <w:pStyle w:val="ArticleBody"/>
        <w:jc w:val="left"/>
      </w:pPr>
      <w:r>
        <w:rPr>
          <w:rFonts w:ascii="Times New Roman" w:hAnsi="Times New Roman" w:eastAsia="Times New Roman" w:cs="Times New Roman"/>
        </w:rPr>
        <w:t>Melzarpa manchakusqanqa ñawpaq angelpa willakuyninta rikuchin, chaymanta qallarin chunka p’unchaw mikuywan watukuy; chunka yupaypas watukuyniyuq kashanta sut’inchan. Melzarpa rimaynin, reyninta manchakusqanmanta, Danielpa Diosta reyta aswan manchakusqanwan kikinmi karqan, sonqonpi takyaspa Babiloniapa mikuyninwan ama qhellichasqa kayta munasqanrayku. Danielpa hinaspa kimsa allin runakunapa watukusqa pachaqa kimsa watakuna karqan; chaymi kimsa angelkunapa willakuyninkunapa kimsa puriyninkunata rikuchin.</w:t>
      </w:r>
    </w:p>
    <w:p>
      <w:pPr>
        <w:pStyle w:val="ArticleScripture"/>
        <w:jc w:val="left"/>
      </w:pPr>
      <w:r>
        <w:rPr>
          <w:rFonts w:ascii="Times New Roman" w:hAnsi="Times New Roman" w:eastAsia="Times New Roman" w:cs="Times New Roman"/>
        </w:rPr>
        <w:t>Hinaspanmi qhapaq kamachiqmi sapa p’unchaw qunankupaq churaran qhapaq kamachiqpa mikhunanta, hinallataq upyanan vinuntapas; chayna uywarispa kimsa watakunata, chaypa tukukuyninpi ñawpaqninman sayarinankupaq. Daniel 1:5.</w:t>
      </w:r>
    </w:p>
    <w:p>
      <w:pPr>
        <w:pStyle w:val="ArticleBody"/>
        <w:jc w:val="left"/>
      </w:pPr>
      <w:r>
        <w:rPr>
          <w:rFonts w:ascii="Times New Roman" w:hAnsi="Times New Roman" w:eastAsia="Times New Roman" w:cs="Times New Roman"/>
        </w:rPr>
        <w:t>Daniel qhapaq hukniyuqmi rikuchin ñawpaq angelpa willakuynin kallpachakusqanta, chaypim qallarin mikhuyninmanta prueba, mayqinchus Millerita historiapi sut’ichasqa karqa huch’uy libro mikhusqawan. Danielpaq, chaynataq kimsa allin runakunapa pruebanqa hunt’asqa karqa ñawpaq chunka p’unchaykunapi, chay kimsa watakunamanta. Chunkaqa huk prueba ruwanakuypa unanchanmi, imaynachus ñawpa Israel llaqtapi rikuchisqa karqa, paykuna chunka kaq pruebata qhespichisqankurayku, mayqinchus Josuépa hinallataq Calebpa willakuyninwan sut’ichasqa karqa. Chay hinallataq rikuchisqa kachkan Esmirna iglesiapi ñak’ariypi pacha ukhupi.</w:t>
      </w:r>
    </w:p>
    <w:p>
      <w:pPr>
        <w:pStyle w:val="ArticleScripture"/>
        <w:jc w:val="left"/>
      </w:pPr>
      <w:r>
        <w:rPr>
          <w:rFonts w:ascii="Times New Roman" w:hAnsi="Times New Roman" w:eastAsia="Times New Roman" w:cs="Times New Roman"/>
        </w:rPr>
        <w:t>Ama manchakuychu ima ñak’ariykunatapas ñak’arinki chaykunamanta: qhawariy, supayqa wakinniykichikta karselman wikch’uykunqa, pruebaykuchisqa kanaykichikpaq; chunka p’unchawkama ñak’ariyta hap’inkichik. Wañunaykikama qispichiq sonqowan cheqap kaspa sayariy, chaymi kawsay coronata qoykusqayki. Apocalipsis 2:10.</w:t>
      </w:r>
    </w:p>
    <w:p>
      <w:pPr>
        <w:pStyle w:val="ArticleBody"/>
        <w:jc w:val="left"/>
      </w:pPr>
      <w:r>
        <w:rPr>
          <w:rFonts w:ascii="Times New Roman" w:hAnsi="Times New Roman" w:eastAsia="Times New Roman" w:cs="Times New Roman"/>
        </w:rPr>
        <w:t>Esmirna iglesiapaq yachachikuynin karqa ama manchakunankupaq pruebakuy ruwanakuyta; Diosmanta manchakuspaqa, payqa chay Diosman yuyaywan manchakuytaqa kawsay coronawanmi kutichinqa. Chay Diosman yuyaywan manchakuyqa Danielpa munayninwanmi rikuchisqa, hanaq pacha mannata mikhuyninpaq.</w:t>
      </w:r>
    </w:p>
    <w:p>
      <w:pPr>
        <w:pStyle w:val="ArticleScripture"/>
        <w:jc w:val="left"/>
      </w:pPr>
      <w:r>
        <w:rPr>
          <w:rFonts w:ascii="Times New Roman" w:hAnsi="Times New Roman" w:eastAsia="Times New Roman" w:cs="Times New Roman"/>
        </w:rPr>
        <w:t>Chaymantaraq Danielqa nirqan Melzarman, mayqintachus eunucokunaq kamachiqnin Danielpa, Hananiaspa, Misaelpa, hinallataq Azariaspa hawanman churaran: “Ruwaykamuy, ama hina kaspa, kamachiykikunata chunka p’unchawta watukuy; mikhuyniykupaq oqarata quwayku, ukyanapáqtaq unu. Chaymantataq ñawpaqniykipi rikuykuy ñawiykuta, hinallataq reyq mikhunanmanta mikhuk wamrakunaq ñawinkuta; hinaspa imayna rikunki hina, chayman hina kamachiykikunawan ruray.” Chaymi payqa kay imapi paykunawan acuerdota ruraspa, chunka p’unchawta watukuran. Daniel 1:10–14.</w:t>
      </w:r>
    </w:p>
    <w:p>
      <w:pPr>
        <w:pStyle w:val="ArticleBody"/>
        <w:jc w:val="left"/>
      </w:pPr>
      <w:r>
        <w:rPr>
          <w:rFonts w:ascii="Times New Roman" w:hAnsi="Times New Roman" w:eastAsia="Times New Roman" w:cs="Times New Roman"/>
        </w:rPr>
        <w:t>Ñawpaq pruebam karqa Diosta manchakuymi, imaynachus qhawachikun Melzarwan Danielwan, sonqonpi yuyaychakuspa ama qhellichakunanpaq Babilonia llaqtapa mikhuyninwan upyaninwan. Ñawpaq angelpa willakuyninpa iskay kaqninmi Diosta hatunchay, chayqa dietapa rurayninpa rikuy atisqa rikch’ayninta sut’inchan. Chunka p’unchaykunapa tukukuyninpi, Danielwan kimsa allin runakunawan Diosta hatuncharkanku cuerponkupi rikch’akuyninkuwan.</w:t>
      </w:r>
    </w:p>
    <w:p>
      <w:pPr>
        <w:pStyle w:val="ArticleScripture"/>
        <w:jc w:val="left"/>
      </w:pPr>
      <w:r>
        <w:rPr>
          <w:rFonts w:ascii="Times New Roman" w:hAnsi="Times New Roman" w:eastAsia="Times New Roman" w:cs="Times New Roman"/>
        </w:rPr>
        <w:t>Chunka chunka p’unchawkunapa tukukuyninpi, paykunapa uyankuna aswan sumaqta rikurqan, aychallankupas aswan hunt’asqa karqan llapa chay wawakunamanta, reypa mikhuyninmanta mikhuqkunamanta. Chayrayku Melzarqa qechurqan paykunamanta chay mikhuyninkuta, hinallataq upyanankupaq vino nisqatapas; hinaspataq qaranqa legumbrekunallata. Kay tawa wawakunamanqa Dios qon yachayta, hinallataq atiyta llapa yachaypiwan yuyaypi; Danieltaq yacharqan llapa rikch’ayninkunata hinallataq musquykunatapas. Daniel 1:15–17.</w:t>
      </w:r>
    </w:p>
    <w:p>
      <w:pPr>
        <w:pStyle w:val="ArticleBody"/>
        <w:jc w:val="left"/>
      </w:pPr>
      <w:r>
        <w:rPr>
          <w:rFonts w:ascii="Times New Roman" w:hAnsi="Times New Roman" w:eastAsia="Times New Roman" w:cs="Times New Roman"/>
        </w:rPr>
        <w:t>Tawaq wawakuna ñawpaq mikhuywan yuyaychanata atiparqanku, chaypi Adánwan Evapas urmarqanku, chaypas rikuchirqan ñawpaq yuyaychanata Cristoq bautismonmanta chaylla qhepaman pay tinkurqanman. Cristoq bautismonqa karqan kallpachaymi ñawpaq willakuyninpa profetico siq’inpi. Chayqa kallpacharqan, hinallataq allinchaspa qelqarqan “ch’in pampa ukhupi rimaj”pa willakusqanta. Chaymantaqa, Danielwan kimsa allin runakuna hina, Cristo mikhuywan yuyaychasqa karqan tawa chunka p’unchawkuna, imaynachus Daniel chunka p’unchawkuna yuyaychasqa karqan hina. Danielwan Cristowanqa rikuchisharqanku chay pakasqa manápa yuyaychananta angelpa makimpi kaq, 11 de septiembre de 2001 p’unchaw uraykamusqanta. Iskay yuyaychanakuna qatiq hamunanku karqan Cristopaqpas, Danielpaqpas. Iskay ñiqin yuyaychanaqa karqan maypin Danielwan kimsa allin runakunaqa Diosta hatunchaspa rikuchirqanku uyankuwan. Chay yuyaychana, mikhuywan yuyaychanamanta qatiq hamuq Cristopaq, hatunchaytapas rikuchirqan.</w:t>
      </w:r>
    </w:p>
    <w:p>
      <w:pPr>
        <w:pStyle w:val="ArticleScripture"/>
        <w:jc w:val="left"/>
      </w:pPr>
      <w:r>
        <w:rPr>
          <w:rFonts w:ascii="Times New Roman" w:hAnsi="Times New Roman" w:eastAsia="Times New Roman" w:cs="Times New Roman"/>
        </w:rPr>
        <w:t>Hinaspataqmi supayqa nirqa: Sichus qanqa kanki Diospa Churin, kay rumita kamachiy t’antaman tukunanpaq. Hinaqtinmi Jesusqa kutichirqa, nispa: Qillqasqan kachkan: Runaqa mana sapallan t’antallawanchu kawsanqa, aswanqa Diospa sapa rimayninwanmi. Chaymantataqmi supayqa hatun orqoman pusaspa, huk pisi pachallapi kay pachapi llapa qhapaq suyukunata qhawanachirqa. Hinaqtinmi supayqa nirqa: Kay llapa atiyniyta qosqayki, paykunapa hatunchaynintawan; chayqa noqamanmi entregasqa kachkan, pitaq munasqaymanmi qoni. Chayrayku qan noqata yupaychawankichus, llapallanmi qampaq kanqa. Jesusqa kutichispa nirqataqmi: Qhepaman ripuy, Satanás; qillqasqanmi kachkan: Tayta Diosniykita yupaychanki, payllatataqmi servinki. Mateo 4:3–8.</w:t>
      </w:r>
    </w:p>
    <w:p>
      <w:pPr>
        <w:pStyle w:val="ArticleBody"/>
        <w:jc w:val="left"/>
      </w:pPr>
      <w:r>
        <w:rPr>
          <w:rFonts w:ascii="Times New Roman" w:hAnsi="Times New Roman" w:eastAsia="Times New Roman" w:cs="Times New Roman"/>
        </w:rPr>
        <w:t>Cristo mikhuna suyayta atiparisqan qhipaman, Satanásqa payman qoykurqan kay pachapi llapa qhapaq suyukunapa “hatun k’anchayninta”; ichaqa Cristoqa akllarqan llapa qhapaqkunapa Qhapaq Reyninta hatunchayta. Adánwan Evawan ñawpaq suyaypi pantarqanku, chaymanta chaylla qallarispa higos raphikunawan uya rikch’ayninkuta pakayta maskharqanku, mana ñaña Diospa k’anchayninta rikuchisqankurayku, mayqinchus ñawpaqta p’achallina k’anchay p’achawan sut’ichasqa karqan. Danielwan kimsa allin runakuna mikhuna suyayta atiparisqankumanta qhipaman, paykunaman qosqa karqan “yachayta, atiytawan llapa yachaypi, yuyaywan; hinaspa Danielqa unanchakunapi, musqhoykunapipis entiendenniyuq karqan.”</w:t>
      </w:r>
    </w:p>
    <w:p>
      <w:pPr>
        <w:pStyle w:val="ArticleBody"/>
        <w:jc w:val="left"/>
      </w:pPr>
      <w:r>
        <w:rPr>
          <w:rFonts w:ascii="Times New Roman" w:hAnsi="Times New Roman" w:eastAsia="Times New Roman" w:cs="Times New Roman"/>
        </w:rPr>
        <w:t>Paykuna iskay kaq pruebata atiparqanku, chayqa rikuywan rikuq pruebam karqa, mayqintachus Melzar rurachirqan. Milleritakunaq historiampi, iskay kaq angelpa willakuyninmi sut’ita rakirqan mayqenkunachus chaskirqaku hinaspa mayqenkunachus mana chaskirqakuchu “kunkapa” willakuyninta, mayqinchus chunlla pampapi waqyaspa qapariq karqa, William Millerwan rikuchisqa hina. Profetikaqpiqa, chaymanta Milleritakunaq kuyukuyninqa rikuy atisqa hinaspa sapallan cheqaq waqra tukurqan protestantismopa, hinaspa mayqenkunachus chay willakuyta hinaspa kuyukuyninta mana chaskirqakuchu, Romaq ususinkuna tukurqaku. Paykunaqa akllakurqanku Babiloniapa mikhuyninta mikhuyta hinaspa vinonta upyayta, huch’uy libropa contrampi. Kimsa watakuna tukukuptin, Danielwan allin runakunaqa apamurqaku Nabucodonosorpa ñawpaqenman juzgasqa kanankupaq.</w:t>
      </w:r>
    </w:p>
    <w:p>
      <w:pPr>
        <w:pStyle w:val="ArticleScripture"/>
        <w:jc w:val="left"/>
      </w:pPr>
      <w:r>
        <w:rPr>
          <w:rFonts w:ascii="Times New Roman" w:hAnsi="Times New Roman" w:eastAsia="Times New Roman" w:cs="Times New Roman"/>
        </w:rPr>
        <w:t>Kunan p’unchaykuna tukukuyninpi, imaynan rey nisqa karqa paykunata apamunankupaq chayman hina, eunuco-kunapa kamachiqnin apamurqa paykunata Nabucodonosorpa ñawpaqenman. Hinaspan rey rimarqa paykunawan; llapankumantataq mana tarikusqachu pipas Daniel hina, Hananiah hina, Mishael hina, Azariah hina; chayraykun sayarqaku reypa ñawpaqenpi. Hinaspa llapa yachaymanta, entiendenamanta ima, rey paykunamanta tapusqanpi, tarirqan chunka kuti aswan allin kasqankuta llapa layqa-kunamanta, astrólogo-kunamantapas, tukuy kamachisqan suyupi kaqkunamanta. Hinaspan Daniel qhiparirqan Ciro reypa ñawpaq wata kama. Daniel 1:18–21.</w:t>
      </w:r>
    </w:p>
    <w:p>
      <w:pPr>
        <w:pStyle w:val="ArticleBody"/>
        <w:jc w:val="left"/>
      </w:pPr>
      <w:r>
        <w:rPr>
          <w:rFonts w:ascii="Times New Roman" w:hAnsi="Times New Roman" w:eastAsia="Times New Roman" w:cs="Times New Roman"/>
        </w:rPr>
        <w:t>Danielwan kimsa allin runakunawan “chunka” p’unchaykunapa pruebanmanta allinta pasarqanku, chaymantataq qhepa tukuypi examen/pruebanta pasariptinku, wakinkunamanta “chunka” kuti aswan yachayniyoq kasqankuta tarirqanku.</w:t>
      </w:r>
    </w:p>
    <w:p>
      <w:pPr>
        <w:pStyle w:val="ArticleBody"/>
        <w:jc w:val="left"/>
      </w:pPr>
      <w:r>
        <w:rPr>
          <w:rFonts w:ascii="Times New Roman" w:hAnsi="Times New Roman" w:eastAsia="Times New Roman" w:cs="Times New Roman"/>
        </w:rPr>
        <w:t>Danielpa huk ñiqin kapítulonqa, Danielwan Apocalipsiswan librokuna manta hukllapi rimasqa qhelqapi, huk ñiqin angelpa willakuyninmanta ñawpaq kaq rimaymi. Chayqa Apocalipsis chunka tawañiqin kapítulopi huk ñiqin angelwan kikillan unanchasqakunata hap’in. Chaymi Apocalipsispa ñawpaq versículonpi ñawpaqta nisqa cheqaq kayta sayachin; imaraykuchus Nabucodonosorqa Ashpenazman huk willakuyta qorqa, paytaq chay willakuyta Melzarman qorqa, hinaspan payqa Danielwan rimanakurqa. Yayataq Cristoman huk willakuyta qorqa, paytaq chay willakuyta Gabrielman qorqa, hinaspan payqa Juanwan rimanakurqa.</w:t>
      </w:r>
    </w:p>
    <w:p>
      <w:pPr>
        <w:pStyle w:val="ArticleBody"/>
        <w:jc w:val="left"/>
      </w:pPr>
      <w:r>
        <w:rPr>
          <w:rFonts w:ascii="Times New Roman" w:hAnsi="Times New Roman" w:eastAsia="Times New Roman" w:cs="Times New Roman"/>
        </w:rPr>
        <w:t>Willakuy chasqa, kay pachapi kicharisqa willakuy kasqan, Yayaq iglesianman willakuy apachiy puriyta reqsichin. Ñawpaqta Yayaqa iglesianman reqsichiyta akllan, kimsa angelkunapa kimsa patapi pruebay chay puriyta. Diospa profetakunapa Simiqa ancha allinta chay puriyta sut’incharqan achka profecia siq’ikunawan, hinallataq Milleritakunaq historiankuwanpas. Kay chiqaqkunaqa pakasqa maná nisqapa esencial parte kasqanku, chay ángelpa makinpi kashaqtin, 11 de septiembre de 2001 p’unchawpi uraykamuqti.</w:t>
      </w:r>
    </w:p>
    <w:p>
      <w:pPr>
        <w:pStyle w:val="ArticleBody"/>
        <w:jc w:val="left"/>
      </w:pPr>
      <w:r>
        <w:rPr>
          <w:rFonts w:ascii="Times New Roman" w:hAnsi="Times New Roman" w:eastAsia="Times New Roman" w:cs="Times New Roman"/>
        </w:rPr>
        <w:t>Mana atinki mana atinki iskay kaq pruebatapas llallinaykipaqqa mana atinkichu, ñawpaq kaq pruebatata mana llallirqankichu chayqa. Kay cheqaq simiqa sut’inchasqa karqa Cristo hinaspa Millerita runakunaq historiankupi. Danielpa iskay kaq kapítulonmi iskay kaq prueba, chaymanta Hermana White nisqanman hina, “wiñay destinonchikmi decidisqa kanqa.” Payqa aswanta nillanmi kay pruebaqa “llallinanchikmi, sellasqa kananchikpaq ñawpaqta” nispa. Chay pruebaqa kunanqa casi tukukapunñam.</w:t>
      </w:r>
    </w:p>
    <w:p>
      <w:pPr>
        <w:pStyle w:val="ArticleBody"/>
        <w:jc w:val="left"/>
      </w:pPr>
      <w:r>
        <w:rPr>
          <w:rFonts w:ascii="Times New Roman" w:hAnsi="Times New Roman" w:eastAsia="Times New Roman" w:cs="Times New Roman"/>
        </w:rPr>
        <w:t>Daniel qelqay iskayniyuqmi kashan uywaqpa rikch’ayninpa pruebanmanta, chayraykutaq allinmi chay qelqay hatun rikch’aymanta kananmanta, hinallataq Daniel mikhunapa pruebanta atipaspa, “chunka kuti aswan” “hamut’ayninwan” chaymanta “yachaywan” bendecisqa kasqanraykulla, chay pruebanata reqsiyta atirqan. Imaynachus Ellen Whitepa qelqaykunapi pruebanapa waqyay willakuypi, chaynallataq Daniel qelqay iskayniyuqpi rikch’aypa pruebanqa kawsay utaq wañuy nisqapa qhipaman apaq consecuenciakunata rikuchiq prueban.</w:t>
      </w:r>
    </w:p>
    <w:p>
      <w:pPr>
        <w:pStyle w:val="ArticleScripture"/>
        <w:jc w:val="left"/>
      </w:pPr>
      <w:r>
        <w:rPr>
          <w:rFonts w:ascii="Times New Roman" w:hAnsi="Times New Roman" w:eastAsia="Times New Roman" w:cs="Times New Roman"/>
        </w:rPr>
        <w:t>Chayraykuqa reyqa phiñasqa karqan, ancha sinchitataq rabiasqa, hinaspan kamachirqan Babiloniapi llapa yachaq runakuna wañuchisqa kananpaq. Hinallataq kamachikuy lluqsimurqan yachaq runakuna wañuchisqa kananpaq; hinaspan Danielta, paywan kuska kaqkunatapas maskharqanku wañuchisqa kananpaq. Daniel 2:12, 13.</w:t>
      </w:r>
    </w:p>
    <w:p>
      <w:pPr>
        <w:pStyle w:val="ArticleBody"/>
        <w:jc w:val="left"/>
      </w:pPr>
      <w:r>
        <w:rPr>
          <w:rFonts w:ascii="Times New Roman" w:hAnsi="Times New Roman" w:eastAsia="Times New Roman" w:cs="Times New Roman"/>
        </w:rPr>
        <w:t>Danielpa ñawpaq kaq qillqapi wakin huk profetico nisqa asuntukunaqa kashanmi, chaykunatataq rimananchik; chay asuntukunawanqa qatiq qillqapimraq qatiqkuyku.</w:t>
      </w:r>
    </w:p>
    <w:p>
      <w:pPr>
        <w:pStyle w:val="ArticleScripture"/>
        <w:jc w:val="left"/>
      </w:pPr>
      <w:r>
        <w:rPr>
          <w:rFonts w:ascii="Times New Roman" w:hAnsi="Times New Roman" w:eastAsia="Times New Roman" w:cs="Times New Roman"/>
        </w:rPr>
        <w:t>“Rikurqani huk huñu runakunata allinta waqaychasqa, sayaqtaq sinchita, mana ima allin rimaytapas qospa chaykunaman pichus aychapa sayasqa iñiyta chinkachiyta munarqanku. Diosqa paykunata qhawarqan kusikuywan chaskispa. Qawachiwarqanku kimsa puriykunata—ñawpaq, iskayñiqin, kimsañiqin angelkunapa willakuyninkunata. Ñiqa ñuqawan kuska puriq angelniy: ‘Ay, pichus kay willakuymantah huk rumita kuyuchinqa utaq huk tupuqllatapas suchuchinqa. Kay willakuykunapa cheqaq yachayninqa ancha kawsaypaqmi. Almakunapa destinonqa chaskisqankuman hina kasqanmanmi watakusqa,’ nispa. Yapamanta pusawarqanku kay willakuykunapi urayman, hinaspan rikurqani imayna ancha chaninpa Diospa llaqtan paykuna experienciankuta rantirqanku. Chayqa aswan achka ñak’ariywan, sinchi maqanakuywanmi tarisqa karqan. Diosqa paykunata pusarqan thak-thaklla, huk puriymanta huk puriyman, chaykama paykunata huk sinchi, mana kuyukuq plataformaman churana kama. Rikurqani wakin runakuna chay plataformaman asuykuspa cimientonta qhawaqta. Wakinqa kusikuywan chaylla wicharirqanku. Hukkunataq qallariqku cimientomanta pantayta maskhayta. Munarqanku allinchaykuna rurayta, chhaynaqa plataforma aswan hunt’asqa kananpaq, runakunataq aswan kusisqa kananpaq. Wakin runakuna plataformamanta uraykuykurqanku qhawananpaq, hinaspan nirqanku mana allinta churakusqa kasqanta. Ichaqa rikurqani yaqapas llapanmi plataformapi sinchita sayarqanku, hinaspan chay uraykamuqkunata kallpacharqanku amuyayninkuta saqenankupaq; Diosmi Hatun Arariq karqan, paykunataq Paypa contranpi maqanakusharqanku. Paykuna yuyarichirqanku Diospa admiraypaq rurasqanta, mayqinchus paykunata chay sinchi plataformaman pusamurqan, hinaspan huk sonqolla ñawinkuta hanaq pachaman oqarispa, hatun qapariywan Diosta hatuncharqanku. Chayqa wakin quejakuspa plataformamanta lluqsiqkunata sonqochirqan, hinaspan paykuna llamp’u uya rikuywan yapamanta chay plataformaman wicharirqanku.”</w:t>
      </w:r>
    </w:p>
    <w:p>
      <w:pPr>
        <w:pStyle w:val="ArticleScripture"/>
        <w:jc w:val="left"/>
      </w:pPr>
      <w:r>
        <w:rPr>
          <w:rFonts w:ascii="Times New Roman" w:hAnsi="Times New Roman" w:eastAsia="Times New Roman" w:cs="Times New Roman"/>
        </w:rPr>
        <w:t>«Ñuqa kutichisqa rikuchisqa karqani Cristoq ñawpaq hamuynin willakusqaman. Juanta cacharqa Elíaspa espiritunwan atiyninwan, Jesuspa ñanninta wakichananpaq. Juanpa testimoniunta mana chaskiqkunaqa mana allinchasqachu Jesús yachachikuyninkunawan. Hamuyninta ñawpaqmanta willaq willakuyta qicharisqankurayku, chaypi churakusqaku, mana usqhaylla chaskinankupaq aswan kallpasapa rikuchiykunata payqa Mesías kasqanmanta. Satanás pusarqa Juanpa willakuyninta qichariqkunata aswan karuman rinqankupaq, Cristotapas qicharinankupaq hinaspa chakatanankupaq. Chayta ruwaspa, kikinkuta churakurqaku maypichus mana atinkuchu Pentecostés p’unchaypi bendicionta chaskiyta, chay bendicionmi yachachinman karqa hanaq pacha santuario-man yaykunapa ñanta. Templopa cortinanta llikisqa kasqanmi rikuchirqa judiokunapa sacrificiokuna hinaspa ordenanzankuna manaña chaskisqa kanankuta. Hatun Sacrificiomi haywasqa karqa hinaspa chaskisqañam karqa, hinaspa Pentecostés p’unchaypi uraykamusqa Espíritu Santomi discipulokunapa yuyayninkuta pusarqa kay pachapi santuariomanta hanaq pacha santuarioman, maymanchus Jesús yaykurqa kikinpa yawarninwan, discipulonkunaman pampachakuyninpa allinkayninkunata jich’ananpaq. Ichaqa judiokunaqa llapan tutayaypi saqisqa karqaku. Qespichiy planomanta llapa k’anchayta chinkachirqaku hap’iyman atisqankuta, hinaspa sapa kutilla atinakurqaku mana imapaq valeq sacrificiokunapi hinaspa haywarikuyninkupi. Hanaq pacha santuariomi kay pachapi santuariopa rantinman churakusqa karqa, ichaqa paykunaqa chay tikraymanta imatapas mana yacharqakuchu. Chayrayku mana allinchasqa kayta atirqakuchu Cristopa mediacionninwan santo lugarpi.»</w:t>
      </w:r>
    </w:p>
    <w:p>
      <w:pPr>
        <w:pStyle w:val="ArticleScripture"/>
        <w:jc w:val="left"/>
      </w:pPr>
      <w:r>
        <w:rPr>
          <w:rFonts w:ascii="Times New Roman" w:hAnsi="Times New Roman" w:eastAsia="Times New Roman" w:cs="Times New Roman"/>
        </w:rPr>
        <w:t>“Achka runakuna manchaywan qhawanku judiokunapa purisqanta, Cristota mana chaskispa chakatapi wañuchisqankuta; hinaspa paypa p’enqaypi maqasqa, sasachasqa kasqan historianta ñawirispa, yuyanku payta kuyasqankuta, hinaspa mana Pedro hina ñiqman ñiqta nisqankuchu, nitaq judíokuna hina chakatapi wañuchinkumanchu. Ichaqa Dios, llapa sonqokunata ñawirispa reqsiq, suyaykusqanku Jesúsman kuyayta rikuchisqankuta pruebanman churaykusqa. Llapa hanaq pacha ancha hatun munaychasqawan qhawarqan ñawpaq angelpa willakuynin imayna chaskisqa kasqanta. Ichaqa achkaq, Jesús-ta kuyasqankuta rimaypi nispa, chakata willakuyta ñawirispa waqasqanku, hamuyninpa sumaq willakuyninta asipayarqanku. Kusikuywan willakuyta chaskinankumantaqa, llullakuy kasqanta nirqanku. Paypa rikurimuyninta kuyasqakunata cheqnikurqanku, hinaspa iglesiakunamanta qarqorqanku. Ñawpaq willakuyta mana chaskiqkunaqa iskayñiqin willakuywan mana yanapasqa kayta atirqankuchu; nitaq chawpi tuta waqyakuyninwan yanapasqa karqankuchu, chayqa paykunata wakichinanpaq karqan Jesúswan kuska iñiywan hanaq pacha santuarioq aswan santu lugarninman yaykunankupaq. Hinaspa iskay ñawpaq willakuykunata mana chaskispa, yuyayninkuta hina tutayachirqanku, chayrayku kimsañiqin angelpa willakuyninpi mana ima k’anchaytapas rikuyta atinchu, mayqencha aswan santu lugarman ñanta rikuchin. Rikurqani judíokuna Jesús-ta chakatapi wañuchisqankuman hina, sutillapi iglesiakuna kay willakuykunatapas chakatapi wañuchisqankuta, chayrayku aswan santuman yaykuna ñanmanta mana yachayniyuq kanku, nitaq chaypi Jesús-pa mañakuyninrayku yanapasqa kayta atinchu. Judíokuna mana allin sacrificiokunata haywasqankuman hina, paykunapas mana allin mañakuykunata haywanku Jesús saqesqan cuartoman; hinaspa Supay, chay pantasqawan kusisqa, religionniyuq rikch’ariyta hap’in, hinaspa kay sutillapi cristianokuna nisqakunapa yuyayninkuta payman pusaykun, kallpanwan, señalkunawan, llulla musphachiq rikuchikuykunawan llamk’aspa, toqllanpi sinch’ita wataykunanpaq.”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Isqun Yupayniyuq</dc:title>
  <dc:subject>Ñawpaq Angelkunapa Willakuynin</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