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Qillqankuna - Pachak Kimsañiqin</w:t>
      </w:r>
    </w:p>
    <w:p>
      <w:pPr>
        <w:pStyle w:val="ArticleSubtitle"/>
        <w:jc w:val="left"/>
      </w:pPr>
      <w:r>
        <w:rPr>
          <w:rFonts w:ascii="Arial" w:hAnsi="Arial" w:eastAsia="Arial" w:cs="Arial"/>
        </w:rPr>
        <w:t>Kallpachasqa Qhelqakuyta Kichariy: Profético Marco-kunapa Kimsa Kutiy Churakuyninta Entiendenapaq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Ñuqanchikqa yuyayman churasqanchik kachkan kimsa kuti hunt’asqa willakuykunata. Chaytaqa ruwachkanchik kaypaqmi reqsinanchikpaq: Señorqa Daniel chunka hukniyuq paqpa qhipa suqta versikunata kicharispa, Unión Soviética urmananwan “pacha tukuypi” 1989 watapi, huk “yachay yapayta” paqarichirqan, chaymi Diospa llaqtanpa chay mirayta pruebaman churana karqa.</w:t>
      </w:r>
    </w:p>
    <w:p>
      <w:pPr>
        <w:pStyle w:val="ArticleScripture"/>
        <w:jc w:val="left"/>
      </w:pPr>
      <w:r>
        <w:rPr>
          <w:rFonts w:ascii="Times New Roman" w:hAnsi="Times New Roman" w:eastAsia="Times New Roman" w:cs="Times New Roman"/>
        </w:rPr>
        <w:t>Hinaspanmi: “Puriykiy, Daniel; simikunaqa wichq’asqa hinan sellasqa kashan tukuypaq pacha chayamunankama. Achkha runakunan chuyaqchasqa kanqaku, yuraqyachasqa kanqaku, hinaspan pruebapi churaska kanqaku; ichaqa mana allin runakunaqa mana allinta ruwaspa purinqaku; mana mayqen mana allin runapas entiendenqachu; ichaqa yachaqkunaqa entiendenqaku.” Daniel 12:9, 10.</w:t>
      </w:r>
    </w:p>
    <w:p>
      <w:pPr>
        <w:pStyle w:val="ArticleBody"/>
        <w:jc w:val="left"/>
      </w:pPr>
      <w:r>
        <w:rPr>
          <w:rFonts w:ascii="Times New Roman" w:hAnsi="Times New Roman" w:eastAsia="Times New Roman" w:cs="Times New Roman"/>
        </w:rPr>
        <w:t>Maypipas Judá ayllumanta León sutiyoqpa huk cheqaq yachachiy kicharisqa kaptin, Satanásqa willakuyta hark’aypaq llamk’an. Daniel chunka hukniyuq qillqapa qhipa versículonkuna pi rikuchisqa cheqaqkunapa contranpi churakusqa sayayqa, chay versículokunawan tupaq cheqaqkunata aswan ukhuman yachayman apamurqan, ama rikuchisqa cheqaqkunata urmachiyta munaspa qollqosqa pantaykunapa contranpi huk santu qhawariywan arí nisqa amachay sayarunanchikpaq. Chay rimanakuy chaupinpi rikuchisqa kamachikuykunamanta huknin karqan, profecíapa kimsa kuti hunt’asqa apaynin. Ñawpaqtaqa reqsisqa karqan Daniel qillqapi “sapa punchaw” nisqapa imamanta sut’inchasqanmanta allinta chiqap kasqanchikpa munayninwan tupaq, chayqa paganismom karqan, hinaspa “sapa punchawta qechusqa” nisqawan tupaq allin historiapas (508 d.C.).</w:t>
      </w:r>
    </w:p>
    <w:p>
      <w:pPr>
        <w:pStyle w:val="ArticleBody"/>
        <w:jc w:val="left"/>
      </w:pPr>
      <w:r>
        <w:rPr>
          <w:rFonts w:ascii="Times New Roman" w:hAnsi="Times New Roman" w:eastAsia="Times New Roman" w:cs="Times New Roman"/>
        </w:rPr>
        <w:t>Kimsa ch’usaqchakuq atiyninkunata willakuy qillqapi marco hina riqsisqa kasqankun, Millerllapa pacha willakuy qillqapa marconwan tupaqmi karqan, chayqa ñawpaq iskay ch’usaqchakuq atiyninkuna kasqankunman hina; hinaspapas Millerllapa “sapa p’unchaw” nisqata paganisimo hina sut’inchasqankuqa, Daniel chunka hukniyuqpa qhipa suqta versículonkunawan tupaq huk historiata qorqan, imaynachus Hermana White nisqanman hina kanan karqan chayhina. Chayrayku, 1989 watapi tukukuypa pachan mana unanchasqa yachaypa contranpi sayayqa, aswan hatun k’anchayta paqarichirqan, yachay yapasqa kaptin; hinaspapas kikin reglas nisqakunata riqsichirqan, kimsa kaq angelpa kuyuriyninpaq, chaykunaqa William Millerpa ñawpaq angelpa kuyuriyninpi huñusqa hinaspa rurachisqa wakin willakuy qillqapa reglasninpa wiñayninwan tupaqmi karqan.</w:t>
      </w:r>
    </w:p>
    <w:p>
      <w:pPr>
        <w:pStyle w:val="ArticleBody"/>
        <w:jc w:val="left"/>
      </w:pPr>
      <w:r>
        <w:rPr>
          <w:rFonts w:ascii="Times New Roman" w:hAnsi="Times New Roman" w:eastAsia="Times New Roman" w:cs="Times New Roman"/>
        </w:rPr>
        <w:t>Ñuqanchikqa yuyayman churashkanchik kinsa Romakunapa kimsantin llamk’ayniyta, Babiloniapa kinsa urmayninkunata, hinaspa kinsa Elíaskunatapas; kunanqa rimashanchik tratadupa Kachaqninpaq ñanta allichaq kinsa willakuqkunamanta. Riqsishkanchikmi ancha qayllapi tinkuyta hinaspa kuska puriyninta kinsa Romakunapa, Babiloniapa kinsa urmayninkunawan; chaymantaq ancha qayllapi parallelta kinsa Elíaskunawan hinaspa ñanta allichaq kinsa willakuqkunawanpas. Qhipa p’unchaykunapi William Miller hinaspa Future for America iskayninkuqa kinsañiqin Elías hinallataq ñanta allichaq kinsañiqin willakuqtawan reqsichinku. Jesusqa sapa kuti ima imapa tukukuyninta qallariyninwanmi rikuchin, hinaspa ñawpaq angelpa kuyukuyninqa kinsañiqin angelpa kuyukuyninwan parallelmi.</w:t>
      </w:r>
    </w:p>
    <w:p>
      <w:pPr>
        <w:pStyle w:val="ArticleScripture"/>
        <w:jc w:val="left"/>
      </w:pPr>
      <w:r>
        <w:rPr>
          <w:rFonts w:ascii="Times New Roman" w:hAnsi="Times New Roman" w:eastAsia="Times New Roman" w:cs="Times New Roman"/>
        </w:rPr>
        <w:t>Diosqa Apocalipsis 14-pi willakuyninkunata profecía qatiqpi maypin kananpaq churarqan, hinaspataq paykunapa rurayninqa mana tukunanpaqchu kay pachapa historianninqa tukukuynin kama. Ñawpaq kaq hinaspa iskay kaq angelkunapa willakuyninkuna kay pacha tiempopaqraqmi chiqaq kanku, hinaspataq kay qhipan hamuqwan kuskan purinanpaqmi kanku. Kimsa kaq angelqa hatun qaparikuyniyoqmi amonestacionninta willakun. “Chaykunamanta qhipata,” nisqa Juanqa, “huk angeltaqmi hanaq pachamanta uraykamusqanta rikurqani, hatun atiyniyoqta, hinaspataq kay pachaqa paypa k’anchayninwan achikyaykusqa karqan.” Kay achikyaipiqa, kimsa willakuypa llapa k’anchayninmi huñusqa kachkan.” The 1888 Materials, 803, 804.</w:t>
      </w:r>
    </w:p>
    <w:p>
      <w:pPr>
        <w:pStyle w:val="ArticleBody"/>
        <w:jc w:val="left"/>
      </w:pPr>
      <w:r>
        <w:rPr>
          <w:rFonts w:ascii="Times New Roman" w:hAnsi="Times New Roman" w:eastAsia="Times New Roman" w:cs="Times New Roman"/>
        </w:rPr>
        <w:t>Ñawpaq kaq huknin chaymanta iskay kaq angelkunapa kuyuriyninqa, William Millerpa pusasqan karqa. Panichay Whiteqa Miller-ta “akllasqa kachaq” nispa sutichan.</w:t>
      </w:r>
    </w:p>
    <w:p>
      <w:pPr>
        <w:pStyle w:val="ArticleScripture"/>
        <w:jc w:val="left"/>
      </w:pPr>
      <w:r>
        <w:rPr>
          <w:rFonts w:ascii="Times New Roman" w:hAnsi="Times New Roman" w:eastAsia="Times New Roman" w:cs="Times New Roman"/>
        </w:rPr>
        <w:t>“William Millerqa Satanáspa reynoninta ch’ukiyachkarqan, chay hatun awqaqa maskharqan mana willakuypa rurayninpa kallpanta chinkachiyllatachu, aswanpas kikin willakuqta tukuypaq chinkachiyta.” Spirit of Prophecy, volume 4, 219.</w:t>
      </w:r>
    </w:p>
    <w:p>
      <w:pPr>
        <w:pStyle w:val="ArticleBody"/>
        <w:jc w:val="left"/>
      </w:pPr>
      <w:r>
        <w:rPr>
          <w:rFonts w:ascii="Times New Roman" w:hAnsi="Times New Roman" w:eastAsia="Times New Roman" w:cs="Times New Roman"/>
        </w:rPr>
        <w:t>Paypasmi chaymanta reqsichinpasmi Millerqa Elíaswan hinallataq Juan Bautistawanpas rikch’achisqa kasqanta.</w:t>
      </w:r>
    </w:p>
    <w:p>
      <w:pPr>
        <w:pStyle w:val="ArticleScripture"/>
        <w:jc w:val="left"/>
      </w:pPr>
      <w:r>
        <w:rPr>
          <w:rFonts w:ascii="Times New Roman" w:hAnsi="Times New Roman" w:eastAsia="Times New Roman" w:cs="Times New Roman"/>
        </w:rPr>
        <w:t>“Waranqa runakunaqa pusasqa karqanku William Millerpa willakusqan cheqaq kawsayta chaskinankupaq, hinaspa Diospa kamachiqninakunaqa hatarichisqa karqanku Elíaspa espiritunwan atiyninwan ima, chay willakuyta willakunankupaq. Juan hina, Jesuspa ñawpaq puriqnin, chay llakikuywan hunt’asqa willakuyta willaqkunaqa munasqa tarikurqanku sach’apa saphinman hacha churayta, hinaspa runakunata waqyaspa allin ruraykunata ruwanankupaq, arrepentimientoman hinallataq tupaq.” Early Writings, 233.</w:t>
      </w:r>
    </w:p>
    <w:p>
      <w:pPr>
        <w:pStyle w:val="ArticleBody"/>
        <w:jc w:val="left"/>
      </w:pPr>
      <w:r>
        <w:rPr>
          <w:rFonts w:ascii="Times New Roman" w:hAnsi="Times New Roman" w:eastAsia="Times New Roman" w:cs="Times New Roman"/>
        </w:rPr>
        <w:t>Juan Bautista, payqa Jesúsman hina iskay kaq Elías kasqanrayku, hinallataq ñawpaq kachaq karqa, Alianzapa Kachaqninpaq ñanta waqichananpaq. Chayrayku sut’ita rikuchikun kimsa kaq angelpa kuyuriyninqa huk “akllasqa kachaqniyoq” kasqanta. Chay kachaqqa Elíaswan, Juan Bautistawan, William Millerwan ima rikuchisqa unanchasqa kanqa. Millerwan kuska, iskay akllasqa kachaqkunaqa Apocalipsis chunka tawaq capítulo pi kimsa angelkunapa kuyuriyninpa qallariyninta hinaspa tukukuyninta representan, chayta ruwaspataq, kuskalla, kinsa kaq Elías hinataq Alianzapa Kachaqninpaq ñanta waqichananpaq kinsa kaq kachaqtapas representan.</w:t>
      </w:r>
    </w:p>
    <w:p>
      <w:pPr>
        <w:pStyle w:val="ArticleBody"/>
        <w:jc w:val="left"/>
      </w:pPr>
      <w:r>
        <w:rPr>
          <w:rFonts w:ascii="Times New Roman" w:hAnsi="Times New Roman" w:eastAsia="Times New Roman" w:cs="Times New Roman"/>
        </w:rPr>
        <w:t>Qallariypi icha utaq tukukuypi icha akllasqa kachaqpa willakuyninta mana chaskiyqa wañuymi, hinaspa Future for America-pa willakuyninqa profecía nisqapa rurasqanmanmi sayan, chayqa “line upon line” nisqapi, kaymi qhipa paraqpa metodologían. “Line upon line” nisqapa rurasqanwanmi sut’inchasqa kan, Millerita kuyuriyninqa Future for America-pa kuyuriyninta rikch’achisqanta. Millerita historiapi huk waymarkqa William Miller-mi, paymi “chosen messenger.” Chay waymarkta mana chaskiyqa willakuyninta mana chaskiy hinallataqmi; chayraykun Adventismo-pa qallariyninwan tukukuyninwan sut’inchasqa kan, kachaqta mana chaskiyqa willakuyta mana chaskiy hinallataq kasqanta, imaraykuchus willakuymi huk akllasqa kachaqta reqsichin. Chayrayku, willakuyta mana chaskiyqa kachaqta mana chaskiymi, hinallataq kachaqta mana chaskiyqa willakuyta mana chaskiymi. Tusuq mana kaptinqa, tusuypas manam kanchu.</w:t>
      </w:r>
    </w:p>
    <w:p>
      <w:pPr>
        <w:pStyle w:val="ArticleScripture"/>
        <w:jc w:val="left"/>
      </w:pPr>
      <w:r>
        <w:rPr>
          <w:rFonts w:ascii="Times New Roman" w:hAnsi="Times New Roman" w:eastAsia="Times New Roman" w:cs="Times New Roman"/>
        </w:rPr>
        <w:t>“Kristupa ñawpaq hamuynin willakusqaman kutichisqa karqani. Juanqa Elíaspa espiritunwan kallpanwanmi kachkasqa karqa Jesuspa ñanta allichanampaq. Juanpa willakuyninta mana chaskiqkunaqa Jesuspa yachachiyninkunamanta mana allinta yanapachikurqankuchu. Paykunaq hamuyninta ñawpaqmanta willaq willakuyta hark’asqankum paykunata chay hinaman churarqa, mana usqhaylla chaskinankupaq ashwan kallpayoq qhawarisqa willakuyta, payqa Mesias kasqanta. Satanásqa Juanpa willakuyninta mana chaskiqkunata pusarqa astawan ñawpaqman rinqankupaq, Kristuta mana chaskinankupaq hinaspa chakatanankupaq. Chayta rurashaspaqa kikinkuta churakurqanku Pentecostés p’unchaypi bendicionta mana chaskinankupaq, chay bendicionmi yachachinman karqa hanaq pacha santuario-man yaykunapaq ñanta. Templopa cortinan llik’isqa kasqan rikuchirqa judío sacrificiokuna hinaspa ordenanzakuna manaña chaskisqa kanankuta. Hatun Sacrificioqa haywasqanña karqa hinaspa chaskisqanña karqa, Pentecostés p’unchaypi uraykamusqa Espíritu Santom discípulokunaq yuyayninkuta pusarqa kay pachapi santuariomanta hanaq pacha santuarioman, maypim Jesusqa Kikinpa yawarninwan yaykurqa, discípulonkunaman pampachayninpa allinkayninkunata hich’anampaq. Ichaqa judíokunaqa tukuy tutayaypi saqesqa karqanku. Paykunaqa salvasqa kaypa planonmanta hap’iqkanku llapa k’anchayta chinkachirqanku, hinaspataq mana imapaq valeq sacrificionkunapi hinaspa ofrendankunapi confiakurqanku. Hanaq pacha santuarioqa kay pachapi santuariopa rantinman ñam churakusqa karqa, ichaqa paykunaqa chay cambiomanta mana imatapas yacharqankuchu. Chayrayku paykunaqa santuarioq santo cheqanpi Kristupa mañakuyninwan mana yanapachikuyta atirqankuchu.</w:t>
      </w:r>
    </w:p>
    <w:p>
      <w:pPr>
        <w:pStyle w:val="ArticleScripture"/>
        <w:jc w:val="left"/>
      </w:pPr>
      <w:r>
        <w:rPr>
          <w:rFonts w:ascii="Times New Roman" w:hAnsi="Times New Roman" w:eastAsia="Times New Roman" w:cs="Times New Roman"/>
        </w:rPr>
        <w:t>“Achkaj kikawxib’an ruk’uxik ri b’eqeb’al ri winaq judíos pa ruchi’kik chuqa’ pa rukrucifixión ri Cristo; chuqa’ tok nikisïq’ij ri historia richin ri ruk’ixib’al k’axk’olal xban che, nikich’ob’ chi k’o kiqajowaxik che, chuqa’ man ta xkik’ïy ta rija’ achi’el xuban ri Pedro, ni man ta xkikrusifikar ta achi’el xkibän ri judíos. Xa ri Dios, ri nusïq’ij ronojel ri kánima’, xuya’ pa jun tojtob’enik ri ajowab’äl richin Jesús ri xkib’ij chi nikina’oj. Ronojel ri chajinel chicaj xka’y ruk’iyal ruwach’ulew ruk’ulwaxik ri nab’ey rutzijol ri ángel. Xa e k’ïy ri nikib’ij chi niqajo’ Jesús, chuqa’ ri xok’ tok xkikisïq’ij ri tzij richin ri cruz, xkiretzelaj ri utzilaj rutzijol richin ri ruk’ulun pe. Pa ruq’atik ri xkik’ul ri tzijol ruk’ïn kikikotem, xkib’ij chi jun sachoj tzij. Xe’etzelan chique ri yeqajowin ri rutz’etoj pe, chuqa’ xe’kitz’apij el pa taq iglesias. Ri xek’ixow ri nab’ey tzijol man xetikïr ta xkik’ül utzil pa ruka’n tzijol; ni man xek’utäj ta ruk’utb’al ri chaq’ab’al sik’inïk, ri richin yeruto’ richin ye’oq’ ruk’in Jesús pa fe pa ri Santísimo richin ri santuario chicaj. Chuqa’ ruk’ixowik ri keb’ nab’ey taq tzijol, je q’equm kixban che ri kich’ob’onic chi man yekitzu’ ta ni jun sakil pa ri rutzijol ri rox ángel, ri nuk’üt ri b’e richin ri Santísimo. Xinwilo chi achi’el ri judíos xkikrusifikar ri Jesús, je k’a ri iglesias ri xa sutz’ib’an kib’i’ cristianas xkikrusifikar we taq tzijol re’; ruma ri’ man k’o ta retamaxik chique ri b’e richin ri Santísimo, chuqa’ man yetikïr ta yekik’ül utzil pa ri ruximonel rusamaj ri Jesús chila’. Achi’el ri judíos, ri xkik’äm pe ri kisipanik ri majun kutayij, je junam nikisuj ri kioxlanïk ri majun kutayij pa ri apartamento ri Jesús xruya’ kan; chuqa’ ri Satanás, rukikotem pa ri sub’unïk, nuk’am ri rub’anikil jun ajreligioso, chuqa’ yeruk’waj ri kach’ob’ ri winaq re’ ri nikib’ij chi e cristianos pa ruwi’ rija’ mismo, nusalaj ruk’ïn ri ruchuq’a’, ri retal, chuqa’ ri e tz’ukunel taq mayib’äl, richin yeruq’etej pa ri ruk’ïm.” Early Writings, 259–261.</w:t>
      </w:r>
    </w:p>
    <w:p>
      <w:pPr>
        <w:pStyle w:val="ArticleBody"/>
        <w:jc w:val="left"/>
      </w:pPr>
      <w:r>
        <w:rPr>
          <w:rFonts w:ascii="Times New Roman" w:hAnsi="Times New Roman" w:eastAsia="Times New Roman" w:cs="Times New Roman"/>
        </w:rPr>
        <w:t>Paykunaqa “Juanpa testimonionta mana chaskirqankuqa, Jesuspa yachachisqanwanqa mana allinta yanapachikurqankuchu,” hinaspa paykunaqa “ñawpaq willakuyta mana chaskirqankuqa, iskay kaq willakuywanpas mana yanapachikuyta atirqankuchu; chaymantaqa mana chawpi tuta qapariypiwanpas yanapachikurqankuchu.” Juanpa ministerionninqa Cristopa bautizakusqanman ñawpaqta hamurqa, chay qhepantataq payqa templota picharqa ministerionnin qallariyninpi. Millerpa ministerionninqa Cristopa hamusqanpaq wakichirqa Levípa churinkunata pichananpaq, payqa utqaylla hamuspa 22 de octubre de 1844 p’unchawpi. Mayqin chay iskay testigokunapipas, ñanta wakichiq kachaqta mana chaskiyqa wañuymanmi kikichakuy.</w:t>
      </w:r>
    </w:p>
    <w:p>
      <w:pPr>
        <w:pStyle w:val="ArticleBody"/>
        <w:jc w:val="left"/>
      </w:pPr>
      <w:r>
        <w:rPr>
          <w:rFonts w:ascii="Times New Roman" w:hAnsi="Times New Roman" w:eastAsia="Times New Roman" w:cs="Times New Roman"/>
        </w:rPr>
        <w:t>Cristo, Paypa rurasqan Llakta Rimaypa Chaskin kasqanpi, pichayta ch’uyanchayta rurasqanqa kaypaqmi karqa: huk llaqtata hatarichiy, salvación willakuyta kay pachaman apay llamk’anata hunt’anankupaq. Chay llamk’ayqa ñawpaqmantan hunt’asqa, pacha p’unchawkunata rikuchiq tiempomanta ñawpaqta, maypichus kamachiq taripay qallarin. Jerusalénpa chinkachisqa kaynin, discípulokunapa historiankupi, chay kamachiq taripaytan rikuchin, hinaspa Adventismoqa chay llamk’ayta hunt’anankupaq rurananmanta karunchakurqa; ichaqa Señorqa paykunata huñunayta munarqanña. Payqa llaqtanta pusarqan 1850 watapi rurasqa cuadro nisqata rikhurichinankupaq, paykuna kay pachaman apayta atinkuman karqa chay willakuypa gráfico rikch’aynin hina.</w:t>
      </w:r>
    </w:p>
    <w:p>
      <w:pPr>
        <w:pStyle w:val="ArticleScripture"/>
        <w:jc w:val="left"/>
      </w:pPr>
      <w:r>
        <w:rPr>
          <w:rFonts w:ascii="Times New Roman" w:hAnsi="Times New Roman" w:eastAsia="Times New Roman" w:cs="Times New Roman"/>
        </w:rPr>
        <w:t>Mana Diospa munayninchu karqan Israel llaqta runakuna tawa chunka watata ch’in pampa puriyllapi purinankupaq; payqa munarqan paykunata chaylla Canaán allpaman pusayta, chaypi takyachiyta, huk ch’uya, kusisqa llaqtata hina. Ichaqa, “mana yaykuyta atirqankuchu mana iñisqankurayku.” Hebreos 3:19. Kutiripakusqankurayku, hinaspa apostasiaman urmasqankurayku, ch’in pampapi wañurqanku, hukkunataq hatarichisqa karqanku Aqsllasqa Allpaman yaykunankupaq. Chay hinallataq, mana Diospa munayninchu karqan Cristopa hamuynin unayta suyaypi qhiparunanpaq, nitaq llaqtan kay huchawan llakiwan hunt’asqa pachapi achka watakuna qhiparinanpaq. Ichaqa mana iñiy paykunata Diosmanta t’aqarqan. Paykunam paypaq churakusqa llamk’anata ruwayta mana munarqankuchu, chayrayku hukkunata hatarichirqan willakuyta willakunankupaq. Kay pachapaq khuyapayakuyninrayku, Jesusqa hamuyninta qhiparichin, huchasapa runakuna yachachisqa waqyayta uyariy atinankupaq, hinaspa Diospa piñakuynin manaraq urmanan kama, paypi pakakuyta tarinankupaq. The Great Controversy, 458.</w:t>
      </w:r>
    </w:p>
    <w:p>
      <w:pPr>
        <w:pStyle w:val="ArticleBody"/>
        <w:jc w:val="left"/>
      </w:pPr>
      <w:r>
        <w:rPr>
          <w:rFonts w:ascii="Times New Roman" w:hAnsi="Times New Roman" w:eastAsia="Times New Roman" w:cs="Times New Roman"/>
        </w:rPr>
        <w:t>Adventismoqa iñiyninkuta mana saqespa hap’ipakuspaqa, “llank’anankuqata tukusqaña kanman karqan.”</w:t>
      </w:r>
    </w:p>
    <w:p>
      <w:pPr>
        <w:pStyle w:val="ArticleScripture"/>
        <w:jc w:val="left"/>
      </w:pPr>
      <w:r>
        <w:rPr>
          <w:rFonts w:ascii="Times New Roman" w:hAnsi="Times New Roman" w:eastAsia="Times New Roman" w:cs="Times New Roman"/>
        </w:rPr>
        <w:t>“Sichus 1844 watapi jatun llakikuy qhipaman adventistakuna paykunapa iñiyninkuta mana saqespa hap’ipakuspa qaparikurqankuman karqa, Diospa kichasqa providencianta huñunakuypi qatipaspataq, kimsakaj angelpa willakuyninta chaskispataq Santo Espíritu-pa atiyninwan kayta pachamamaman willaspankuman karqa, paykuna Diospa qespichiyninta rikunkuman karqa, Señorqa sinchi atiyninwan paykunapa llamk’ayninkunapi rurankuman karqa, llamk’ayqa tukukunman karqa, hinaspataq Cristoqa ñawpaqmantaraq hamunman karqa llaqtanta chaskinanpaq paykunapa premiunman. Ichaqa chay jatun llakikuy qhipapi iskayrayaypi mana takyaynipi kaq pachapi, achka adventpi iñiqkunaqa iñiyninkuta saqerqanku.... Chayhinapi llamk’ayqa hark’asqa karqa, hinallataq pacha tutayapi saqesqa karqa. Sichus llapa Adventista cuerpoqa Diospa kamachikuyninkunapi hinaspa Jesuspa iñiyninpi hukllachasqa karqanku chayqa, ¡hayk’aqta hukniraymi ñawpaq willakuyñinchik karqanman!” Evangelism, 695.</w:t>
      </w:r>
    </w:p>
    <w:p>
      <w:pPr>
        <w:pStyle w:val="ArticleBody"/>
        <w:jc w:val="left"/>
      </w:pPr>
      <w:r>
        <w:rPr>
          <w:rFonts w:ascii="Times New Roman" w:hAnsi="Times New Roman" w:eastAsia="Times New Roman" w:cs="Times New Roman"/>
        </w:rPr>
        <w:t>1844 watapi p’unchawkunapi, Pacto nisqapa Chaskiyninqa Milleritakunaq kuyuriyninta picharirqa, chaymanta Otoño pachapi kimsay ángelpa willakuyninta apamurqa. Millerqa, paypa willakuyninpas, hinaspa pay representasqan kuyuriypas, chunka sipaskunaq rikch’ayninmanta yachachikuq willakuyta hunt’arqan. Exeter, NH camp meeting nisqapi, Chawpi Tuta Qapariy willakuy chayamurqa, iskay pisi killakunallapim rikuchikurqa mayqin sipaskunachus aceiteyoq karqanku. Iskay kasta runakuna rikuchikurqanku, hinaspa kimsay ángelqa makinpi mikhunapaq willakuywan chayamurqa, ichaqa yuyaysap’a sipaskunaqa “iñiyninkuta saqerqanku” “iskayrayay pacha hinaspa mana allinta yachanapaq pachapi.”</w:t>
      </w:r>
    </w:p>
    <w:p>
      <w:pPr>
        <w:pStyle w:val="ArticleBody"/>
        <w:jc w:val="left"/>
      </w:pPr>
      <w:r>
        <w:rPr>
          <w:rFonts w:ascii="Times New Roman" w:hAnsi="Times New Roman" w:eastAsia="Times New Roman" w:cs="Times New Roman"/>
        </w:rPr>
        <w:t>“Iskaykuywan mana yuyaychasqa, mana takyasqa pacha”qa paypa wañusqanpi discípulonkuna nisqawan rikuchisqa karqan, ichaqa kinsa punchawpi kawsarimusqan willakuyninta discípulonkunaman kicharimuyta qallarin, hinaspataq paykunaqa mana “iñiyninkuta saqerqankuchu.” Ñawpaq kaq hinaspa iskay kaq angelkunapa willakuyninmanta kuyuypi yachaq vírgenkunaq iskayrayayniyuq, mana takyasqa pachanqa kimsa wata hina unaykama purirqan; chaymantataq Señorqa Hermana White-man rikuchirqan paypa makinwan mastawan huk kutita paypa llaqtanpa puchuqninkunata huñunaypaq mast’arikusqanta. Payqa llaqtanta pusarqan qelqay ruwanakuyta qallarinankupaq hinaspa Habacucpa iskay kaq tablanta ruwanankupaq, ichaqa “achka advent creyentekuna iñiyninkuta saqerqanku.... Chay hinaqa llamk’ayqa hark’asqa karqan, hinaspa pacha tutayaypi saqisqa karqan.”</w:t>
      </w:r>
    </w:p>
    <w:p>
      <w:pPr>
        <w:pStyle w:val="ArticleBody"/>
        <w:jc w:val="left"/>
      </w:pPr>
      <w:r>
        <w:rPr>
          <w:rFonts w:ascii="Times New Roman" w:hAnsi="Times New Roman" w:eastAsia="Times New Roman" w:cs="Times New Roman"/>
        </w:rPr>
        <w:t>1849 watapi, William Miller, ñawpaq kaq huk ñiqin chaymanta iskay ñiqin angelkunapa willakuyninpaq akllakusqa kachaq, pampaman churakusqa karqan. Sichus 1844 watapa octubre killapa 22 p’unchawninpi yachaq sipaskuna “iñiyninkuta mana saqespalla hap’ipakuspa, Diospa kicharisqan providencianta hukllachasqa qatiqkuspa purinman karqan,” Señorqa huk kachaqta hatarichinman karqan Elíaspa espiritunwan atiyninwan. Ichaqa “Cristopa hamuyninqa” “qhipachisqa” karqan, hinaspa “paypa llaqtanqa” “chay hinallataq” ñawpa Israel hina “qhiparinman” “achka watakuna kay huchawan llakiywan hunt’asqa pachapi.”</w:t>
      </w:r>
    </w:p>
    <w:p>
      <w:pPr>
        <w:pStyle w:val="ArticleBody"/>
        <w:jc w:val="left"/>
      </w:pPr>
      <w:r>
        <w:rPr>
          <w:rFonts w:ascii="Times New Roman" w:hAnsi="Times New Roman" w:eastAsia="Times New Roman" w:cs="Times New Roman"/>
        </w:rPr>
        <w:t>1863 watamanta pachak iskay chunka suqta watakuna qhipaman, Señorqa kimsañiqin angelpa akllasqa willakuqninta hatarichirqan. Llamkayninqa iskaymi karqan: puntataqa Alianzapa Willakuqninpa ñanninta waqaychananpaq, Paypa templonman usqhaylla hamunanpaq, hinaspa tapuy juzgamientopa tukukuynin rikch’aykunapi pachak tawa chunka tawaq waranqa runakunawan alianza nisqapi yaykunanpaq; ichaqa hinallataq willayta qhawaykachinanpaq, chay Ejecutivopa Juzgamienton pacha, qaylla hamuq domingo kamachiy qallariyninpi, Acab, Jezabel hinaspa paypa profetankunapa kimsa kuti huñuyninta uywanakuyta tinkuchiq.</w:t>
      </w:r>
    </w:p>
    <w:p>
      <w:pPr>
        <w:pStyle w:val="ArticleBody"/>
        <w:jc w:val="left"/>
      </w:pPr>
      <w:r>
        <w:rPr>
          <w:rFonts w:ascii="Times New Roman" w:hAnsi="Times New Roman" w:eastAsia="Times New Roman" w:cs="Times New Roman"/>
        </w:rPr>
        <w:t>Kimsa kachaq willakuy apaq, ñanta waqaychananpaq wakichiq, rikuchin huk llamk’ayta, huk willakuyta, huk kachata, hinallataq huk kuyuyta, Tapuy Taripayninpa tukukuynin rikch’ayninkunapi. Kimsa kaq Elías rikuchin huk llamk’ayta, huk willakuyta, huk kachata, hinallataq huk kuyuyta, Ruwasqa Taripayninpa tukukuynin rikch’ayninkunapi. Ñanta waqaychananpaq wakichiq kachaq willakuynin, hinaspa Elíaspa willakuyninpas, Apocalipsis qillqapa pusaqmanta chunka hukniyuq kamachikuna ukunpi kimsa llaquykunamanta kimsakaqpa willakuyninmi.</w:t>
      </w:r>
    </w:p>
    <w:p>
      <w:pPr>
        <w:pStyle w:val="ArticleBody"/>
        <w:jc w:val="left"/>
      </w:pPr>
      <w:r>
        <w:rPr>
          <w:rFonts w:ascii="Times New Roman" w:hAnsi="Times New Roman" w:eastAsia="Times New Roman" w:cs="Times New Roman"/>
        </w:rPr>
        <w:t>Ñan­ta waqaychayta wakichiq chaska willakuqwan rikuchisqa pacha willakuypiqa, kinsa kaq Ay! nisqa willakuyqa, Laodicea sutiyuq Adviento nisqa iñiqkunata qayana trompeta kananmi, “ñuqamanta rantikuy quri ninapi mallkisqata, qapaq kananqikipaq; hinaspa yuraq p’achata, p’achallikusqa kananqikipaq, ama q’alala kayniykipa p’enqaynin rikurinanpaq; hinaspa ñawiykikunata llamp’u hampiwan llusiy, rikunaykipaq,” nispa. Chayqa Diospa munakuynin willakuymi, chaymi Diospa llaqtanta huchankunata rikuchin, imaraykuchus “llapa mayqenkunatapas” Pay munakusqanman hina, paykunataqa “piñakun hinaspa allinchan.” Chayqa Cristopa chiqap kayninmanta willakuymi, runakunata qayaspa Paypa kawsayninta chaskinankupaq, chay kawsayninqa rikurimun Pacto nisqa Kachamusqa Runa alma templo pichay llank’anata hunt’asqan pachapi; chayraykun Pay munakusqankunata qayakun Paypa kawsayninta rikuchinankupaq hinaspa “chayrayku sonqowan kallpachakuychis, hinaspa wanakuychis,” imaraykuchus Payqa “punku”piña kashan, chay dispensa nisqa pacha tukukuyninta, gracia pacha tukukuyninta rikuchiq, maypichus Payqa Laodicea sutiyuq Adviento nisqa iñiytaqa “siminmanta wijch’unqa.” Chay dispensa nisqa “punku”qa, Pay “kicharin, mana pipas wichq’anmanchu; wichq’anpas, mana pipas kicharinmanchu” nisqa punkum.</w:t>
      </w:r>
    </w:p>
    <w:p>
      <w:pPr>
        <w:pStyle w:val="ArticleBody"/>
        <w:jc w:val="left"/>
      </w:pPr>
      <w:r>
        <w:rPr>
          <w:rFonts w:ascii="Times New Roman" w:hAnsi="Times New Roman" w:eastAsia="Times New Roman" w:cs="Times New Roman"/>
        </w:rPr>
        <w:t>Rikch’akuwanchik hina huk rikch’akuq mana tinkuchisqa kasqanmi, ichaqa “línea patapi línea” nisqapa rurasqanwanmi allinchasqa kan, ichaqa achka runakunaqa chay rikch’akuq mana tinkuchisqa kasqantaqa manaraqsi reqsiykuchkankuman. Allinchakusqanmantaqa aswan sut’ichakuyta yapamun Tapuykuy Taripaymanta ruwanakuy Taripayman tikrariyta, mayqinchus utqaylla hamuq domingo kamachiypi pasan. Chayqa allinchakunmi chaskispa Pentecostés nisqa fiestata Estados Unidos llaqtapi utqaylla hamuq domingo kamachiypa unanchasqan kasqanta. Ñawpaq taripaypi kimsañiqin willakuq ñanta waqaychananpaq kasqanta aswan tukuychananchikpaq, mayqinchus Tapuykuy Taripaypi huk unanchasqa hina kasqan, kimsañiqin Elíasqa Ruwanakuy Taripaypa unanchasqan kasqanwan tupachispa, kay rikch’akuq mana tinkuchisqa kasqantam rimarisun.</w:t>
      </w:r>
    </w:p>
    <w:p>
      <w:pPr>
        <w:pStyle w:val="ArticleBody"/>
        <w:jc w:val="left"/>
      </w:pPr>
      <w:r>
        <w:rPr>
          <w:rFonts w:ascii="Times New Roman" w:hAnsi="Times New Roman" w:eastAsia="Times New Roman" w:cs="Times New Roman"/>
        </w:rPr>
        <w:t>Kay yachakuyta qatiqnin artikulopi qatiqsunchik.</w:t>
      </w:r>
    </w:p>
    <w:p>
      <w:pPr>
        <w:pStyle w:val="ArticleScripture"/>
        <w:jc w:val="left"/>
      </w:pPr>
      <w:r>
        <w:rPr>
          <w:rFonts w:ascii="Times New Roman" w:hAnsi="Times New Roman" w:eastAsia="Times New Roman" w:cs="Times New Roman"/>
        </w:rPr>
        <w:t>“Kimsa angelpa willakuyninpaq qapariskanmanta hukllachakuq angelqa tukuy kay pachata kikinpa hatun k’anchayninwan k’anchachinanmi. Kaypiqa willakuykusqa kachkan huk llapa pachapi mast’arikuq, manaña rikukuq atiyniyuq llamk’aymanta. 1840–44 watakunapi advento kuyuyqa Diospa atiyninpa sumaq rikuchikuynin karqan; ñawpaq angelpa willakuyninqa kay pachapi tukuy misioneropa tiyasqanman apasqa karqan, hinallataq wakin llaqtakunapiqa karqan ancha hatun religioso interés, mayqintachus mana ima llaqtapipas rikusqachu chunka suqta pachak watayoq Reforma pacha qhepaman; ichaqa kaykunataqa aswan atipanqa chay atiyniyuq kuyuy, kimsa angelpa qhipa amonestakuynin uraypi.”</w:t>
      </w:r>
    </w:p>
    <w:p>
      <w:pPr>
        <w:pStyle w:val="ArticleScripture"/>
        <w:jc w:val="left"/>
      </w:pPr>
      <w:r>
        <w:rPr>
          <w:rFonts w:ascii="Times New Roman" w:hAnsi="Times New Roman" w:eastAsia="Times New Roman" w:cs="Times New Roman"/>
        </w:rPr>
        <w:t>“Llamkayqaqa Pentecostés p’unchaypi kaqman hina kanqa. Imaynachus ‘ñawpaq para’ qosqa karqa, Santo Espíritu taqyasqa hich’aypi evangelio qallariyninpi, chay sumaq muhu wiñariyninpaq, chayhinallataq ‘qhipa para’ qosqa kanqa tukukuyninpi cosecha puqunanpaq. ‘Chaymanta yachasun, Señor-ta reqsinanchikpaq qatipasunchik chayqa; lloqsimuyninqa tutamanta hina wakichisqa kachkan; payqa hamunqañataq para hina, allpaman qhipa para hina, ñawpaq para hinataqmi,’ nispa. Oseas 6:3. ‘Sionpa churinkuna, kusikuychik hinaspa Diosniykichispi anchata kusikuychik; paymi qosurqankichis ñawpaq parata tupuman hina, hinaspa urmachimunqankichispaq parata, ñawpaq paratawan qhipa paratapas,’ nispa. Joel 2:23. ‘Qhipa p’unchaykunapi, Dios nin, Espírituyta tukuy aycha hina runakunaman hich’amusaq,’ nispa. ‘Hinaspa pasakunqa, pichus Señorpa sutinta waqyamunqa, chayqa salvasqa kanqa,’ nispa. Hechos 2:17, 21.”</w:t>
      </w:r>
    </w:p>
    <w:p>
      <w:pPr>
        <w:pStyle w:val="ArticleScripture"/>
        <w:jc w:val="left"/>
      </w:pPr>
      <w:r>
        <w:rPr>
          <w:rFonts w:ascii="Times New Roman" w:hAnsi="Times New Roman" w:eastAsia="Times New Roman" w:cs="Times New Roman"/>
        </w:rPr>
        <w:t>“Evangeliopa hatun rurananqa manam tukunanachu Diospa atiyninpa rikuchikuynin nisqa qallariyninpi riqsichisqa kasqanmantapas aswan pisiywanchu. Profecíakuna, evangelio qallariyninpi ñawpaq para hich’aypi hunt’asqa karqan, wakmantaq hunt’akunqaku qhipa para hich’aypi tukukuyninpi. Kaypin kachkan ‘samaykuna musuqmanta kallpachakuypaq’, apostol Pedro suyasqan, pay nispa: ‘Arrepentikuychik, chaymanta tikrakuychik, huchaykichik pichasqa kanankupaq, Señorpa qayllanmanta samaykuna musuqmanta kallpachakuypaq hamunankama; paytaq Jesus-ta cachamunqa.’ Hechos 3:19, 20.” The Great Controversy, 611.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Qillqankuna - Pachak Kimsañiqin</dc:title>
  <dc:subject>Kallpachasqa Qhelqakuyta Kichariy: Profético Marco-kunapa Kimsa Kutiy Churakuyninta Entiendenapaq</dc:subject>
  <dc:creator>Jeff Pippenger</dc:creator>
  <cp:keywords/>
  <dc:description>Generated by ArticleDigger from daniel\103_daniel.json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