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Chunkañiyuq libro</w:t>
      </w:r>
    </w:p>
    <w:p>
      <w:pPr>
        <w:pStyle w:val="ArticleSubtitle"/>
        <w:jc w:val="left"/>
      </w:pPr>
      <w:r>
        <w:rPr>
          <w:rFonts w:ascii="Arial" w:hAnsi="Arial" w:eastAsia="Arial" w:cs="Arial"/>
        </w:rPr>
        <w:t>Kimsa kuti Romaq Tinkuyllan: Apocalipsispi trompetakunaq profetiku kayninpa nisqanta qhawarichiy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Apocalipsis qanchis pusaqniyuq t’aqapi phisqa kaq, suqta kaq waqaychaykunapi Islamqa Roma llaqtaman apamusaq taripayta rikuchirqan. William Millerqa trompetakunata “sapaq taripaykuna” nispa suticharqan, chaykuna Roma llaqtaman apamusaq kasqankuta; ichaqa Millerqa mana rikuspa atirqanchu Kunan Pacha Roma-ta, kay kimsa kuti huñusqa hukllachasqa alianza hina, kay pacha runakunata Armagedónman pusasqanta. Uriah Smithqa reqsirqan trompetakunaqa Diospa taripaynin Romaq contranpi kasqanta, hinaspa phisqa kaq, suqta kaq trompetakunaqa (ñawpaq kaq, iskay kaq waqaychaykuna) Iglesia Católicaq contranpi taripaykuna kasqankuta.</w:t>
      </w:r>
    </w:p>
    <w:p>
      <w:pPr>
        <w:pStyle w:val="ArticleScripture"/>
        <w:jc w:val="left"/>
      </w:pPr>
      <w:r>
        <w:rPr>
          <w:rFonts w:ascii="Times New Roman" w:hAnsi="Times New Roman" w:eastAsia="Times New Roman" w:cs="Times New Roman"/>
        </w:rPr>
        <w:t>“Kay qhawayaymanchikpaq sut’inchayta rurananchikpaq, huk kutitawanmi Señor Keithpa qelqasqanmantapuni horqosun. Kay qelqaq runaqa cheqaqtapuni nin: ‘Manam huknin Apocalipsismanta rakhuyninkunapiqa anchata hina hukllachasqa yuyayqa kanchu, imaynachus pichqaq kaqta, soqta kaqta trompetakunata, utaq ñawpaq kaqta, iskay kaqta ay wayqekunata, sarracenokunaman turkokunamanpas tupachispa qhawarisqanmanta. Chayqa ancha rikch’arisqañam, chayrayku casi mana pantasqa hamuyta atinchu. Sapa hukninta sut’ichiq huk iskay versículollamantaqa aswan, Apocalipsispa t’isqon kaq capítulo tukuy hinantinpi, kuskan rakisqa kaqpi, iskaynintapas willakuywan qhawachin.’”</w:t>
      </w:r>
    </w:p>
    <w:p>
      <w:pPr>
        <w:pStyle w:val="ArticleScripture"/>
        <w:jc w:val="left"/>
      </w:pPr>
      <w:r>
        <w:rPr>
          <w:rFonts w:ascii="Times New Roman" w:hAnsi="Times New Roman" w:eastAsia="Times New Roman" w:cs="Times New Roman"/>
        </w:rPr>
        <w:t>“‘Imperio romanoqa urmayman urmarqan, atiparqan hina atiqsirqan; ichaqa sarraceno runakuna, turco runakunawan kuska, llulla religionta huk apostata iglesiapa muchuy waqrachinanpaq instrumentokuna karqanku; chayraykun, ñawpaq hina sutillam pichqayniyuq, soqtayniyuq trompetakunata mana sutichankuchu, aswanqa llaquykuna nisqankutaq kanku.’ Uriah Smith, Daniel and Revelation, 495.”</w:t>
      </w:r>
    </w:p>
    <w:p>
      <w:pPr>
        <w:pStyle w:val="ArticleBody"/>
        <w:jc w:val="left"/>
      </w:pPr>
      <w:r>
        <w:rPr>
          <w:rFonts w:ascii="Times New Roman" w:hAnsi="Times New Roman" w:eastAsia="Times New Roman" w:cs="Times New Roman"/>
        </w:rPr>
        <w:t>Imataq Millerwan Smithwan mana reparakurqankuchu trompetakunaqa Diospa huk kamachikuynin hina Roma contra kasqanta, chay kamachikuyninkunaqa inti yupaychayta kallpachaspam hunt’akurqanku. Wata 321-piqa, Constantinoqa ñawpaq domingo kamachiyta hurqukurqa, hinaspapas isqon wata qhipamanqa umalliq llaqtata Roma llaqtamanta Constantinopla llaqtaman astarurqa; chayhinataqmi qallarinakurqa Romano Imperiopa t’aqanakuy-nisqapa llakikuy puriynin. Daniel qhelqapi chunka hukniyuq kapitulupeqa, pagano Romaqa ancha munayniyoqta kamachinan karqa huk “tiempo” nisqapaq, mayqinchus kimsa pachak soqta chunka watakunata rikuchirqan, Actium Maqanakuy manta, ñawpaq Cristo paqarinmanta 31 watapi, chaymanta 330 watakama, maypachachus Constantinoqa qhapaq suyuta rakirqan Inti hayk’aqmanpas Kunti hayk’aqmanpas.</w:t>
      </w:r>
    </w:p>
    <w:p>
      <w:pPr>
        <w:pStyle w:val="ArticleScripture"/>
        <w:jc w:val="left"/>
      </w:pPr>
      <w:r>
        <w:rPr>
          <w:rFonts w:ascii="Times New Roman" w:hAnsi="Times New Roman" w:eastAsia="Times New Roman" w:cs="Times New Roman"/>
        </w:rPr>
        <w:t>Payqa hawk’amanta sumaq thakpi yaykunqa, suyupaq aswan qhapaq llaqtankunamanpas; payqa ruwanqa imatachus mana rurqankuchu taytankuna, nitaq ñawpaq taytankunapas; payqa paykunaman rakinqa apamusqanta, qichusqanta, qhapaq kaykunatapas; arí, payqa kallpachasqa pukarankunapaqpas yuyayninkunata wakichinqa, huk pisi tiempollapaq. Daniel 11:24.</w:t>
      </w:r>
    </w:p>
    <w:p>
      <w:pPr>
        <w:pStyle w:val="ArticleBody"/>
        <w:jc w:val="left"/>
      </w:pPr>
      <w:r>
        <w:rPr>
          <w:rFonts w:ascii="Times New Roman" w:hAnsi="Times New Roman" w:eastAsia="Times New Roman" w:cs="Times New Roman"/>
        </w:rPr>
        <w:t>Chay kimsa pachak suqta chunka watakunapiqa, Romano hatun suyusqa aswanqa mana atipay atisqa hina karqa; ichaqa llapa kamachiypa llaqtan inti lluqsimuyman apasqa kasqanmantapacha, chayna hatun suyuta kamachiyqa manaña atikurqachu. Constantinoqa kinsantin churinkunaman kurak suyuta rakispa kamachiyta waqaychayta munarqa, ichaqa chayqa ñawpaq hatun suyupa urmaynin aswanraqmi mirachirqan.</w:t>
      </w:r>
    </w:p>
    <w:p>
      <w:pPr>
        <w:pStyle w:val="ArticleBody"/>
        <w:jc w:val="left"/>
      </w:pPr>
      <w:r>
        <w:rPr>
          <w:rFonts w:ascii="Times New Roman" w:hAnsi="Times New Roman" w:eastAsia="Times New Roman" w:cs="Times New Roman"/>
        </w:rPr>
        <w:t>Papakuna kay pachapi tiyanaqninman 538 watapi yaykuptin, kimsa kaq Orleans Tantakuypi domingo p’unchawpaq huk kamachikuy churakurqan. Chhaynaqa, 606 watapi Muhammad willakuy proféticon llamk’ayta qallariq, hinaspa unanchasqa hina chay trompetata rikuchirqan, mayqantata historiador-kuna “huk apostatakusqa iglesiapaq huk azote” nispa reqsichinku. Ñawpaq kaq hinaspa iskay kaq llaquykunapa historiankuna, 606 watapi Muhammadpa ministerionmanta qallarispa, 1844 watapi octubre killapa 22 p’unchawninpi tukukapun, qanchis kaq trompeta waqaychakuptin.</w:t>
      </w:r>
    </w:p>
    <w:p>
      <w:pPr>
        <w:pStyle w:val="ArticleScripture"/>
        <w:jc w:val="left"/>
      </w:pPr>
      <w:r>
        <w:rPr>
          <w:rFonts w:ascii="Times New Roman" w:hAnsi="Times New Roman" w:eastAsia="Times New Roman" w:cs="Times New Roman"/>
        </w:rPr>
        <w:t>Iskay ñak'ariyqa pasañanña; qhawariy, kinsa kaq ñak'ariyqa usqhaylla hamushan. Qanchis kaq angeltaq waqyamurqa; hanaq pachapitaq hatun kunan rimaykuna karqa, nispa: Kay pachapi kamachiykunaqa ñuqaykuq Señorninchispa, hinaspa Cristonpa kamachiyninkunaman tukupun; paytaq wiñaypaq wiñaynintaq reinaq kanqa. Apocalipsis 11:14, 15.</w:t>
      </w:r>
    </w:p>
    <w:p>
      <w:pPr>
        <w:pStyle w:val="ArticleBody"/>
        <w:jc w:val="left"/>
      </w:pPr>
      <w:r>
        <w:rPr>
          <w:rFonts w:ascii="Times New Roman" w:hAnsi="Times New Roman" w:eastAsia="Times New Roman" w:cs="Times New Roman"/>
        </w:rPr>
        <w:t>Ñawpaq iskay “Ay”kunapa historianta purichkaptinmi, 1453 watapi Constantinopla llaqta, inti lloq’e Romanapa umalliqnin, atipaykusqa karqa; hinallataq 1798 watapi papal Roma, inti haykuna lawpi kaq, wañuchiq ch’akikuyta chaskirqan. “Huk kutirpu iglesiapa asot’in” nisqaqa, iskayninmi urmachirqan, civil Romatapas hinaspa religioso Romatapas. Kunan pacha Romanapa kimsa kuti hukllachasqanqa, Estados Unidos llaqtapi manaraq chayamusaq Domingo kamachiypi hunt’asqa kan.</w:t>
      </w:r>
    </w:p>
    <w:p>
      <w:pPr>
        <w:pStyle w:val="ArticleScripture"/>
        <w:jc w:val="left"/>
      </w:pPr>
      <w:r>
        <w:rPr>
          <w:rFonts w:ascii="Times New Roman" w:hAnsi="Times New Roman" w:eastAsia="Times New Roman" w:cs="Times New Roman"/>
        </w:rPr>
        <w:t>“Estados Unidos llaqtapi Protestantekunaqa ñawpaqpi kankaqkuna kanqaku chay t’uqu patamanta makinkuta haywarispa Espiritualismopa makinta hap’inankupaq; ukhu t’uqu patamantataq makinkuta mast’arispanku Romanopa atiyninwan makimantakunaykunkupaq; kay kimsa hukllachasqa tantakuypa kallpan urapiqa, kay llaqtam Roma llaqtapa ñanninta qatinqa, yuyayman hina kasukuy derecho-kunata saruch’aspa.” The Great Controversy, 588.</w:t>
      </w:r>
    </w:p>
    <w:p>
      <w:pPr>
        <w:pStyle w:val="ArticleBody"/>
        <w:jc w:val="left"/>
      </w:pPr>
      <w:r>
        <w:rPr>
          <w:rFonts w:ascii="Times New Roman" w:hAnsi="Times New Roman" w:eastAsia="Times New Roman" w:cs="Times New Roman"/>
        </w:rPr>
        <w:t>Chay p’unchaypi, kinsa kaq Ay aychaq Islamqa Diostaq taripayninwanmi Moderno Roma contra hunt’achinqa, domingo p’unchay yupaychayta kallpachakusqanrayku, imaynachus rurarqan pagano Roma contra, hinallataq papal Roma contrapas. Pagano Romawanqa ñawpaq tawa trompetakunata llamk’achirqan occidental Romaq hatun llaqtanpi romano kamachiyta tukuchinampaq wata 476 kama, imaraykuchus wata 476 qhepamanqa llaqtapa mana huk kamachiqpas romano mirayninmanta karqanchu. Wata 1453-kama, Islampaq pisqa kaq trompetanmi oriental Romaq romano kamachiyta tukuchirqan. Wata 1798-kamaqa, Europaq suyunkunapa ñawpaq chunka rakiy divisiunninpi papal kamachiyqa tukuchisqa karqan Islampaq soqta kaq trompetanpa historiapin. Romaq civil reynonpa wañuynin, occidentalpas orientalpas, hinallataq Romaq religioso reynonpa wañuyninpas, pagano inti yupaychayta kallpachakusqanmanta qhepata apamurqan.</w:t>
      </w:r>
    </w:p>
    <w:p>
      <w:pPr>
        <w:pStyle w:val="ArticleScripture"/>
        <w:jc w:val="left"/>
      </w:pPr>
      <w:r>
        <w:rPr>
          <w:rFonts w:ascii="Times New Roman" w:hAnsi="Times New Roman" w:eastAsia="Times New Roman" w:cs="Times New Roman"/>
        </w:rPr>
        <w:t>“Estados Unidos llaqtapi runakunaqa huk akllaska, allin qhawasqa llaqta karqanku; ichaqa maypachachus paykuna religiónpa libertadninta hark’anku, Protestantismo-ta saqirqanku, hinaspa papismoman yanapayninta qunku, chaypim huchankupa tupayninqa hunt’asqa kanqa, hinaspa ‘naciónpa apostasia-nin’ hanaq pacha librokunapi qillqasqa kanqa. Kay apostasiaq rurayninqa naciónpa thuñiyninmi kanqa.” Review and Herald, May 2, 1893.</w:t>
      </w:r>
    </w:p>
    <w:p>
      <w:pPr>
        <w:pStyle w:val="ArticleBody"/>
        <w:jc w:val="left"/>
      </w:pPr>
      <w:r>
        <w:rPr>
          <w:rFonts w:ascii="Times New Roman" w:hAnsi="Times New Roman" w:eastAsia="Times New Roman" w:cs="Times New Roman"/>
        </w:rPr>
        <w:t>Kimsa kuti willakuykunapa kimsakutin rurakuyninmi profeciapa qhipa hunt’akuyninpa kasqanta sayachin, ñawpaq iskay hunt’akuyninkunapa kasqankunaman hina. 2001 wata, septiembre killapa 11 p’unchayninpi, kimsak ñak’ariy historiapi chayamurqa. Ñawpaqtaqa 1844 wata, octubre killapa 22 p’unchayninpiña chayamurqaña, imaraykuchus kimsak ñak’ariyqa qanchisniyuq waqra kasqanrayku, chay waqraqa chay pachallapim waqyamuyta qallarisqa. Ichaqa, ñawpaq Israel hinallataq, kunan pacha Israelpas hatariykama mana kasukuyta akllarqa, chaymi llamk’anata tukuchinankumanta aswan, ch’in pampa puriypi muyuyninkupa pacha apamurqa. Chayrayku, kimsak angelpa sellay pacha suyasqa qhipaykuchisqa karqa, 2001 wata, septiembre killapa 11 p’unchayninpi yapamanta qallarinankama.</w:t>
      </w:r>
    </w:p>
    <w:p>
      <w:pPr>
        <w:pStyle w:val="ArticleScripture"/>
        <w:jc w:val="left"/>
      </w:pPr>
      <w:r>
        <w:rPr>
          <w:rFonts w:ascii="Times New Roman" w:hAnsi="Times New Roman" w:eastAsia="Times New Roman" w:cs="Times New Roman"/>
        </w:rPr>
        <w:t>“Chusku watakunata mana iñiyniyoq kay, rimaykachasqa waqaychay, hinaspa hatariy rebelión nisqapas ñawpaq Israelta Canaan allpamanta qarqusqan. Chaylla huchakunaqa kunan pacha Israelpa hanaq Canaanman yaykuynta suyaykachachkan. Manam mayqen kaqpipas Diospa promesankuna pantasqachu karqan. Señorpa runankuna nisqa qhaparikusqakunapi mana iñiyniyoq kay, kay pachapa kayninman sonqoyay, mana t’aqakusqa kasqa, hinaspa phiñanakuymi ñoqanchikta kay hucha-llaki pachapi achka wata qhepaykachisunchik.” Selected Messages, libro 2, 69.</w:t>
      </w:r>
    </w:p>
    <w:p>
      <w:pPr>
        <w:pStyle w:val="ArticleBody"/>
        <w:jc w:val="left"/>
      </w:pPr>
      <w:r>
        <w:rPr>
          <w:rFonts w:ascii="Times New Roman" w:hAnsi="Times New Roman" w:eastAsia="Times New Roman" w:cs="Times New Roman"/>
        </w:rPr>
        <w:t>Diosqa mana tikrakunchu, hinaspataq taripananqa kananpaq kaq k’anchayman hina. Kunan pacha Israelqa ñawpaq Israelmanta aswan achka kananpaq kaq k’anchayta hap’irqan, hinaspataq willasqanchikmi kachkan: “chaylla huchakunanmi kunan pacha Israelpa hanaq Canaanman yaykuyta qhiparichirqan.” Sichus kunan pacha Israelqa ñawpaq Israelpa mañakusqan k’anchayllaman hina mañakusqa karqanman chayqa, chaylla aypanman karqan; ichaqa paykunaqa aswan achka k’anchayniyoq karqanku. Chayrayku, sichus “chaylla huchakuna” nisqakuna “ñawpaq Israelta” “tawa chunka watakuna” chunlla pampapi purichirqan, chayqa manan kunan pacha Israelqa 1863 watapi hatarikuypi “chunlla pampaman” qarqusqallachu karqan, aswanpas cheqapuni chaypi wañunanpaq churashqa karqan. Paykunapa “huchankuna”mi kinsa kaq angelpa llamk’ayninta kunankama qhiparichin.</w:t>
      </w:r>
    </w:p>
    <w:p>
      <w:pPr>
        <w:pStyle w:val="ArticleScripture"/>
        <w:jc w:val="left"/>
      </w:pPr>
      <w:r>
        <w:rPr>
          <w:rFonts w:ascii="Times New Roman" w:hAnsi="Times New Roman" w:eastAsia="Times New Roman" w:cs="Times New Roman"/>
        </w:rPr>
        <w:t>“Ángelqa nirqan: ‘Kimsa kaq ángelqa paykunata huñusqa q’ipikunapi wataspa, utaq sellospa, hanaq pacha qullqay waqaychana wasimanmi apachkan.’ Kay huch’uy huñu runakunaqa llakikuywan ñak’arisqa rikurirqanku, hinaqa sinchi pruebakunata, chaymanta maqanakuykunatapas pasasqankuman hina. Hinallataq rikurirqan, intiqa phuyumanta qhepanta chayraq lloqsimuspa uyanankuman k’anchamuchkasqanta, chaymi atipasqa hina rikurichirqan, hinaqa atipayninkukunaqa ña qayllaña chaskisqa kanankuman hina.” Early Writings, 88.</w:t>
      </w:r>
    </w:p>
    <w:p>
      <w:pPr>
        <w:pStyle w:val="ArticleBody"/>
        <w:jc w:val="left"/>
      </w:pPr>
      <w:r>
        <w:rPr>
          <w:rFonts w:ascii="Times New Roman" w:hAnsi="Times New Roman" w:eastAsia="Times New Roman" w:cs="Times New Roman"/>
        </w:rPr>
        <w:t>Ñawpaq Israel llaqtata ch’in pampa ukhuman wañunanpaq qarqorqa chay kikillan huchakunaqa, 1844 watapi octubre killapa 22 p’unchawninpi chayamurqan kimsa ñiqin angelpa rurasqanta unayachirqanku.</w:t>
      </w:r>
    </w:p>
    <w:p>
      <w:pPr>
        <w:pStyle w:val="ArticleScripture"/>
        <w:jc w:val="left"/>
      </w:pPr>
      <w:r>
        <w:rPr>
          <w:rFonts w:ascii="Times New Roman" w:hAnsi="Times New Roman" w:eastAsia="Times New Roman" w:cs="Times New Roman"/>
        </w:rPr>
        <w:t>“Jesús Santo Santísimoman punkuta kicharisqan qhepanpi, sábado p’unchaypa k’anchaynin rikukusqa, hinaspa Diospa llaqtan pruebaypi churakusqa, imaynatachus ñawpaq tiempo Israelpa churinkuna pruebaypi churakusqaku chayhina, qhawarinanpaq Diospa ley-ninta waqaychankuchu mana chayta. Rikurqani kinsa kaq angel hanaqman señalaspa, suyasqankumanta llakikuypi urmasqakunata hanaq santuarioq Santo Santísimoman purinankupaq ñanta qhawachispa. Paykuna iñiyninwan Santo Santísimoman yaykuspaqa, Jesus-ta tariykunku, hinaspa suyaywan kusikuywan musuqmanta phutirqan. Rikurqani paykunata qhepaman qhawaspa, ñawpaq pasasqankuta kutichispa yuyarispa, Jesuspa iskay kutimunanmanta willakuymanta qallarispa, 1844 watapi pacha tukusqankama purisqankuta qhawarispa. Paykunaqa llakikuy-ninkuta sut’inchasqata rikunku, hinaspa kusikuywan cheqaq kaywan yapamanta kallpachakunku. Kinsa kaq angelqa ñawpaqta, kunan pacha-ta, hamuq pacha-ta ima k’anchaywan reqsichirqan, hinaspa paykuna yachankun Diosqa cheqaqtapuni paykunata pusarqa paypa pakasqa providencianwan.” Early Writings, 254.</w:t>
      </w:r>
    </w:p>
    <w:p>
      <w:pPr>
        <w:pStyle w:val="ArticleBody"/>
        <w:jc w:val="left"/>
      </w:pPr>
      <w:r>
        <w:rPr>
          <w:rFonts w:ascii="Times New Roman" w:hAnsi="Times New Roman" w:eastAsia="Times New Roman" w:cs="Times New Roman"/>
        </w:rPr>
        <w:t>Kimsaq kaq angelqa sellayta churana angelmi, payqa chayamurqan 1844 watapi, octubre killapa 22 p’unchawninpi; ichaqa ruwasqanqa qhiparichisqa karqan, ñawpaq Israel runakuna chunlla pampapi wañunankupaq apaq huchakunallatamanta. 1863 watapi hatarikuymanta hamuq qhiparichiyqa, kimsaq kaq angelpa ruwasqanta qhiparichiymi karqan; chayraykutaq sellay churanapas hark’asqa, qhiparichisqaña kachkan huk pachak watamanta aswan.</w:t>
      </w:r>
    </w:p>
    <w:p>
      <w:pPr>
        <w:pStyle w:val="ArticleScripture"/>
        <w:jc w:val="left"/>
      </w:pPr>
      <w:r>
        <w:rPr>
          <w:rFonts w:ascii="Times New Roman" w:hAnsi="Times New Roman" w:eastAsia="Times New Roman" w:cs="Times New Roman"/>
        </w:rPr>
        <w:t>“[Números 32:6–15, nisqa.] Tayta Diosqa celoso Diosmi, ichaqa kay miraypi llaqtanpa huchankunata, pantasqankunata unayta muchurqanchik. Sichus Diospa llaqtanqa Paypa yuyayninpi purispa kasqanman hina purirqanman karqa, Diospa llamkayninqa ñawpaqman riqman karqa, cheqaq kay willaykunapas llapan runakunaman, tukuy kay pachapa uyanta tiyaqkunaman apasqa kanman karqa. Sichus Diospa llaqtanqa Paypi iñirqankuman karqa hinaspa simin ruraqkuna karqankuman karqa, kamachikuyninkunata waqaycharqankuman karqa, chayqa angel manan hanaq pacha chawpinta phawaspachu hamunman karqa, chay tawa angelkuna-man willakuyninwan, mayqenkunachus wayrakunata kachariq karqanku kay pachaman wayranankupaq, qaparispataq ninqa: Sayachiy, sayachiy tawa wayrakunata, ama kay pachaman wayranankupaq, Diospa kamachinkunata urkunkupi sellasqaykama. Ichaqa llaqtakuna mana kasukoq, mana añaychaq, mana ch’uya kanku, ñawpaq Israel hina; chayrayku pacha astawan suyaykusqa kachkan, llapankupas qhepa kuyapay willayta hatun qapariyniyoq willasqa uyariyninkupaq. Señorpa llamkayninqa hark’asqa kashan, sellay pachas suyasqa kashan. Askha runakunaqa cheqaq kayta manaraq uyarisqankuchu. Ichaqa Señorqa paykunaman uyariypaq hinaspa tikrakunankupaq huk atiyta qonqa, hinaspa Diospa hatun llamkayninqa ñawpaqman rinqa.” Manuscript Releases, volumen 15, 292.</w:t>
      </w:r>
    </w:p>
    <w:p>
      <w:pPr>
        <w:pStyle w:val="ArticleBody"/>
        <w:jc w:val="left"/>
      </w:pPr>
      <w:r>
        <w:rPr>
          <w:rFonts w:ascii="Times New Roman" w:hAnsi="Times New Roman" w:eastAsia="Times New Roman" w:cs="Times New Roman"/>
        </w:rPr>
        <w:t>11 p’unchaw 2001 wata qhapaq Sitimbripi kimsa kaq angel yapamanta chayamurqan, hinaspa sellay pacha, 1863 watapi hatarikuymanta qhipachisqa kasqanrayku, yapamanta qallarikurqan. Chayqa kimsa kaq Llakiymanta Islampa chayamunqan karqan, mayqinchus qanchis kaq corneta kaspa sellay pacha qallariyninta rikuchin. Sellay pachaqa kimsa kaq angelpa chayamunwanmi qallarikurqan 22 p’unchawpi Octubri 1844 watapi, chaypim qanchis kaq corneta waqyarimuyta qallarin, ichaqa chay corneta hark’asqa hinaspa qhipachisqa karqan.</w:t>
      </w:r>
    </w:p>
    <w:p>
      <w:pPr>
        <w:pStyle w:val="ArticleScripture"/>
        <w:jc w:val="left"/>
      </w:pPr>
      <w:r>
        <w:rPr>
          <w:rFonts w:ascii="Times New Roman" w:hAnsi="Times New Roman" w:eastAsia="Times New Roman" w:cs="Times New Roman"/>
        </w:rPr>
        <w:t>Quchaqa mama quchapi chaypas allpapi sayashaq angelqa hanaq pacha-man makin-ta oqarirqan, hinaspataq wiñaypaq wiñaykama kawsajninpa sutimpi jurarqan, paymi hanaq pachata kamasqa, chaypi kaqkunatawan, allpata kamasqa, chaypi kaqkunatawan, quchata kamasqa, chaypi kaqkunatawan, nispa: mana aswan pacha kanqachu. Ichaqa qanchis kaq angelpa rimaynin p'unchaykunapi, waqrachkanan qallariqtin, Diospa pakasqa yachaynin hunt'asqa kanqa, imaynachus kamachisqankama profeta sirvijninkunaman willarqan hina. Apocalipsis 10:5–7.</w:t>
      </w:r>
    </w:p>
    <w:p>
      <w:pPr>
        <w:pStyle w:val="ArticleBody"/>
        <w:jc w:val="left"/>
      </w:pPr>
      <w:r>
        <w:rPr>
          <w:rFonts w:ascii="Times New Roman" w:hAnsi="Times New Roman" w:eastAsia="Times New Roman" w:cs="Times New Roman"/>
        </w:rPr>
        <w:t>Qanchis kaq angelpa “rimaynin”qa, Apocalipsis chunka pusaqniyuq kapitulumanta angelpa rimayninmi, hatun New York City llaqtapa hatun wasi ruwasqankuna urmachisqa kaptin uraykamuq.</w:t>
      </w:r>
    </w:p>
    <w:p>
      <w:pPr>
        <w:pStyle w:val="ArticleScripture"/>
        <w:jc w:val="left"/>
      </w:pPr>
      <w:r>
        <w:rPr>
          <w:rFonts w:ascii="Times New Roman" w:hAnsi="Times New Roman" w:eastAsia="Times New Roman" w:cs="Times New Roman"/>
        </w:rPr>
        <w:t>Chaykunamantataq huknin angeltaq hanaq pachamanta uraykamusqanta rikurqani, hatun atiyniyuq; paypa k’anchayninwanmi kay pacha qhanchayasqa karqa. Hinaptinmi kallpawan, sinchi qapariyniyuq simiwan nirqan: “Hatun Babilonia urmarunñam, urmarunñam, supaykunapa tiyana wasinman tukusqa, sapa millay espiritupa pakakunaman, sapa mana ch’uya cheqnisqa p’iskupa wisq’asqa kajunmanpas. Llapan suyukunam paypa waqllikuy piñakuyninpa vinonta ukyarqanku; kay pachapa reykunapas paywan waqllikurqanku; kay pachapa rantikunaq rantikuqkunapas paypa mikhuykunaq achka kayninmanta qhapaqyayarqanku.” Apocalipsis 18:1–3.</w:t>
      </w:r>
    </w:p>
    <w:p>
      <w:pPr>
        <w:pStyle w:val="ArticleBody"/>
        <w:jc w:val="left"/>
      </w:pPr>
      <w:r>
        <w:rPr>
          <w:rFonts w:ascii="Times New Roman" w:hAnsi="Times New Roman" w:eastAsia="Times New Roman" w:cs="Times New Roman"/>
        </w:rPr>
        <w:t>Urayniyuq angelpa “rimariynin” uraykamuspa, angelkunata kamachin tawa wayrakunata hark’anankupaq, chaykuna rikuchisqa kashanku “phiñasqa caballohina”, wichq’akuyta munaspa ñanninpi wañuyta ch’usaqyachiytawan apamunankupaq.</w:t>
      </w:r>
    </w:p>
    <w:p>
      <w:pPr>
        <w:pStyle w:val="ArticleScripture"/>
        <w:jc w:val="left"/>
      </w:pPr>
      <w:r>
        <w:rPr>
          <w:rFonts w:ascii="Times New Roman" w:hAnsi="Times New Roman" w:eastAsia="Times New Roman" w:cs="Times New Roman"/>
        </w:rPr>
        <w:t>“Diospa angelninkunaqa Paypa munayninta ruwanku, hallp’apa wayrankunata hark’aspa, ama wayrakunaqa hallp’api, ni lamar qochapi, ni ima sach’apipas wayranankupaq, Diospa kamachinkuna umankupa urkunpi sellasqa kanankukama. Chay atiyniyuq angelqa inti lloqsimuymanta wichariq hina rikuykun. Kay llapa angelkunamanta aswan atiyniyuq angelqa makinpi apashan kawsak Diospa sellonta, icha sapallan kawsayta qoy atiyuqpa sellonta, paymi urkukunapi qillqayta atinqa señalta icha qillqasqata, pikunaman wañuy mana kananta, wiñay kawsayta qosqa kanqa. Kay aswan hanaq angelpa siminmi autoridadniyuq karqa tawa angelkunata kamachinankupaq chay tawa wayrakunata hark’akuspa waqaychanankupaq kay llamk’ay hunt’akusqankama, hinaspa pay cacharinankupaq waqyachinanta qonankama.” Testimonies to Ministers, 445.</w:t>
      </w:r>
    </w:p>
    <w:p>
      <w:pPr>
        <w:pStyle w:val="ArticleBody"/>
        <w:jc w:val="left"/>
      </w:pPr>
      <w:r>
        <w:rPr>
          <w:rFonts w:ascii="Times New Roman" w:hAnsi="Times New Roman" w:eastAsia="Times New Roman" w:cs="Times New Roman"/>
        </w:rPr>
        <w:t>Chusku wayrakunata hark’ayta tawa angelkunata kamachiq angelninqa, Apocalipsis pusaq chunka qanchisniyuq qillqapi kaq, kay pachata kikinpa hatun k’anchayninwan qhanchachiq angelninmi; hinaspa paypa “sinchi kunkanninqa” qanchis kaq angelninpa kunkannim.</w:t>
      </w:r>
    </w:p>
    <w:p>
      <w:pPr>
        <w:pStyle w:val="ArticleScripture"/>
        <w:jc w:val="left"/>
      </w:pPr>
      <w:r>
        <w:rPr>
          <w:rFonts w:ascii="Times New Roman" w:hAnsi="Times New Roman" w:eastAsia="Times New Roman" w:cs="Times New Roman"/>
        </w:rPr>
        <w:t>“¡Imayna representasqañataq qowasqanchikmi Apocalipsis 7 pi, yuyarinanchikpaq, sonqochasqa kaypaq, kallpachisqa kaypaqpas! Tawa angelkunaqa kamachisqa kanku kay pachapi huk llamk’ayta ruwanankupaq. Ichaqa Hukninmi, pay kikinwan kay pachata rantirqan rescateyninrayku, akllasqan pisi runakunata kapun. Pitaq chaykuna? Diospa llapa kamachikuyninkunata waqaychashaqkuna, hinaspa Jesuspa iñiyninta chariqkuna.”</w:t>
      </w:r>
    </w:p>
    <w:p>
      <w:pPr>
        <w:pStyle w:val="ArticleScripture"/>
        <w:jc w:val="left"/>
      </w:pPr>
      <w:r>
        <w:rPr>
          <w:rFonts w:ascii="Times New Roman" w:hAnsi="Times New Roman" w:eastAsia="Times New Roman" w:cs="Times New Roman"/>
        </w:rPr>
        <w:t>Juanpa yuyaynin huk rikch’akuyman qayasqa karqa: “Hinaspa qhawarirqani inti lloqsimuymanta wichariq huknin angelta, kawsachkaq Diospa sellonwan” (Apocalipsis 7:2). ¿Pitaq kayqa? Payqa kovenioypa Angelninmi. Inti lloqsimuymantam hamun. Payqa hanaqmanta paqariqmi. Payqa kay pachap k’anchayninmi. “Paypiqa kawsay karqa; hinaspa chay kawsayqa runakunapa k’anchaynin karqa” (Juan 1:4). Kaymi chayta Isaias rimarqan: “Ñuqanchikpaqmi wawa paqarin, ñuqanchikpaqmi Churi qosqa kan; hinaspa kamachiyqa umriñanpi kanqa; sutinpas kay hinam sutichasqa kanqa: Admirable, Consejero, Dios Poderoso, Padre Eterno, Príncipe de Paz” (Isaías 9:6). Hanaq pacha angelkunapa ejercitonkunamanta aswan kamachiq kasqanta rikuchispa qaparirqan, kay pachatawan lamartawan dañay atiy qosqa kasqa angelkunaman: “Ama dañaychischu kay pachata, nitaq lamarta, nitaq sachakunata, ñawpaqta Diosniykupa sirviqninkunata urqunkupi sellasqaykama” (Apocalipsis 7:2, 3).</w:t>
      </w:r>
    </w:p>
    <w:p>
      <w:pPr>
        <w:pStyle w:val="ArticleScripture"/>
        <w:jc w:val="left"/>
      </w:pPr>
      <w:r>
        <w:rPr>
          <w:rFonts w:ascii="Times New Roman" w:hAnsi="Times New Roman" w:eastAsia="Times New Roman" w:cs="Times New Roman"/>
        </w:rPr>
        <w:t>“Kaypiqa kachkan Diospaq hinallataq runapaq huñusqa. Chusku angelkunaman kamachiy qusqa kachkan chusku wayrakunata hark’aspa hap’iykunankama Paypa waqyayninta chaskinkukama. Ñawiriy tukuy kapitulu. Qapariyqa, ‘Ama dañaychikchu,’ nisqa, Restaurador, Redentor nisqamantam lluqsisqa.”</w:t>
      </w:r>
    </w:p>
    <w:p>
      <w:pPr>
        <w:pStyle w:val="ArticleScripture"/>
        <w:jc w:val="left"/>
      </w:pPr>
      <w:r>
        <w:rPr>
          <w:rFonts w:ascii="Times New Roman" w:hAnsi="Times New Roman" w:eastAsia="Times New Roman" w:cs="Times New Roman"/>
        </w:rPr>
        <w:t>“Taripay kusisqapas, phiñasqa kusisqapas aswan pisi p’unchayllapaqmi hark’asqa kanan karqa, huk llamk’ay hunt’akunan kama. Willakuyqa, qhepa waqyay hinaspa khuyapayakuypa willakuynin, qolqeta sapallan munaywan, samayllata sapallan munaywan, hinaspa runapa mana allin kasqanwan qhipachisqa kashan, chay ruwasqa kanan llamk’ayta ruwanapaq. Chay angelnin, Paypa k’anchayninwan kay pachata achikyachinanpaq kaq, runa yanapakuqkunata suyasqa, paykuna chawpi hanaq pacha k’anchay llikllimunanpaq; chay hinaqa paykuna yanapakun, chay willakuyta quspa, chaypa santu, solemn importanciawan, mayqin willakuychá kay pachapa destino-ninta akllanqa.” Manuscript Releases, volume 15, 222.</w:t>
      </w:r>
    </w:p>
    <w:p>
      <w:pPr>
        <w:pStyle w:val="ArticleBody"/>
        <w:jc w:val="left"/>
      </w:pPr>
      <w:r>
        <w:rPr>
          <w:rFonts w:ascii="Times New Roman" w:hAnsi="Times New Roman" w:eastAsia="Times New Roman" w:cs="Times New Roman"/>
        </w:rPr>
        <w:t>Kimsa kaq angel, paymi Cristo, hinallataqmi sello churay angelpas hinaspa 1844 watapi octubre killapa 22 p’unchawninpi chayamurqa; ichaqa Diospa llaqtanpa mana kasukuyninrayku, pachak tawka chunka tawa waranqa runakunata sello churanan llamkayninqa 2001 watapi septiembre killapa 11 p’unchawninkama suyarichisqa karqa. Chaymantataq kimsa kaq Ay, Islam, Nueva York llaqtapa jatun wasikunata urmachirqan, hinaspataq sello churay ruray qallariq. Chay pachapi nacionkunaqa “piñakusqa karqanku, ichaqa hark’asqa”. Apocalipsis libro chunka pusaqniyuq qhapaqpa ñawpaq rimayninqa, chay tawa angelkunata hark’ayta kamachiq rimaymi, Diospa llaqtan sello churasqa kanankama.</w:t>
      </w:r>
    </w:p>
    <w:p>
      <w:pPr>
        <w:pStyle w:val="ArticleBody"/>
        <w:jc w:val="left"/>
      </w:pPr>
      <w:r>
        <w:rPr>
          <w:rFonts w:ascii="Times New Roman" w:hAnsi="Times New Roman" w:eastAsia="Times New Roman" w:cs="Times New Roman"/>
        </w:rPr>
        <w:t>Jesús sapa kuti qallariyninwan tukukuyninta rikuchin, hinaspataq 1993 watapi, febrero killapa 26 p’unchawninpi, kimsakaq Ay, Islam nisqaqa, World Trade Center nisqapa North Tower sutiyuq hatun wasipa ukhupi allpa urapi sayachina garaje nisqapi huk hatun kamyunta bomba-llasqata phatarichirqan. Chay phatariyqa wasiman ancha hatun ñak’ariyta apamurqan, suqta runakunata wañuchispa, waranqamanta aswan achka huknin runakunatataq k’irisqata saqespa. Ataqueyqa torrekunata mana urmachirqanchu chaypas, Estados Unidos suyupa allpanpi hatun terrorismo ruraymi karqan, hinaspataq 2001 watapi, septiembre killapa 11 p’unchawninpi ima pasananpaq kasqanta ñawpaqmanta rikuchirqan.</w:t>
      </w:r>
    </w:p>
    <w:p>
      <w:pPr>
        <w:pStyle w:val="ArticleBody"/>
        <w:jc w:val="left"/>
      </w:pPr>
      <w:r>
        <w:rPr>
          <w:rFonts w:ascii="Times New Roman" w:hAnsi="Times New Roman" w:eastAsia="Times New Roman" w:cs="Times New Roman"/>
        </w:rPr>
        <w:t>Sëllay pacha qallarinqa 11 ñiqin septiembre killapi, 2001 watapi, ichaqa chayman yaykurqa pusaq wata ñawpaqta huk ñawpa willakuywan. Islam llaqtakunapa atacaynin Israel contra 7 ñiqin octubre killapi, 2023 watapi, huk ñawpa willakuymi, chay sëllay pachapa tukukuyninmanta. Kimsa kaq Ay niqpa profetiku kayninkuna sayachisqaña kanku, ñawpaq iskay Aykunapa profetiku kayninkunawan kuska. Apocalipsis qhelqapa isqun kaq capitulopa kichariq versiculonkupi, pachak tawa chunka tawa waranqa runakunapa sëllasqa kayninmi rikuchisqa kachkan.</w:t>
      </w:r>
    </w:p>
    <w:p>
      <w:pPr>
        <w:pStyle w:val="ArticleBody"/>
        <w:jc w:val="left"/>
      </w:pPr>
      <w:r>
        <w:rPr>
          <w:rFonts w:ascii="Times New Roman" w:hAnsi="Times New Roman" w:eastAsia="Times New Roman" w:cs="Times New Roman"/>
        </w:rPr>
        <w:t>Chay yachayta qhapaq qillqapi qatiqpi qhawarisun.</w:t>
      </w:r>
    </w:p>
    <w:p>
      <w:pPr>
        <w:pStyle w:val="ArticleScripture"/>
        <w:jc w:val="left"/>
      </w:pPr>
      <w:r>
        <w:rPr>
          <w:rFonts w:ascii="Times New Roman" w:hAnsi="Times New Roman" w:eastAsia="Times New Roman" w:cs="Times New Roman"/>
        </w:rPr>
        <w:t>“Sichus kay rikch’aqkuna hamunankupaq kashan chayqa, huchayuq pacha pataman hinallataq hatun taripaykuna chayamunankupaq kashan chayqa, maypitaq kanman Diospa llaqtanpaq pakakunapaq maytu? Imaynataq paykuna waqaychasqa kanqaku, phiñakuynin pasashkama? Juanqa rikun naturalezaq imayna kaptinpas elementonkuna—pacha kuyuy, wayra-paraqa, hinaspa político ch’aqway—tawa angelkunapa hap’isqa kasqanta. Kay wayrakunaqa kamachisqa kashanku, Dios rimariyta qunankama saqenankupaq. Chaypim kashan Diospa iglesianpa allin qespichisqa kaynin. Diospa angelkunaqa Paypa kamachisqanta ruwanku, pachaq wayrankunata hark’aspa, ama wayrakunaqa pachaman, ni qochaman, ni mayqin sach’amanpas wayranankupaq, Diospa sirviqninkuna urqunkupi sellasqa kanankukama. Chay atiyniyuq angelqa inti lluqsimuymanta wicharimuq hina rikuchisqa kashan. Kay llapa angelkunamanta aswan atiyniyuq angelqa makinpi apashan kawsayniyuq Diospa sellonta, icha sapallan kawsayta quqpa sellonta, paymi urqunkupi qillqayta utaq unanchayta qillqanman, pimancha mana wañuq kay, wiñay kawsay qosqa kanqa chaykunaman. Kay aswan hanaq angelpa vocesninmi atiyniyuq karqan chay tawa angelkunata kamachinankupaq, chay tawa wayrata hark’aspa jap’inankupaq kay ruway tukukunankama, hinaspa pay kikin saqerichinankupaq qayayta qunankama.”</w:t>
      </w:r>
    </w:p>
    <w:p>
      <w:pPr>
        <w:pStyle w:val="ArticleScripture"/>
        <w:jc w:val="left"/>
      </w:pPr>
      <w:r>
        <w:rPr>
          <w:rFonts w:ascii="Times New Roman" w:hAnsi="Times New Roman" w:eastAsia="Times New Roman" w:cs="Times New Roman"/>
        </w:rPr>
        <w:t>“Kay pachata atipanakuqkuna, aychata atipanakuqkuna, supaytapas atipanakuqkuna, kanku qispisqa akllasqakuna, kawsaq Diospa sellonta chaskiqkuna. Makinkuna mana chuya kaqkuna, sonqonkuna mana ch’uya kaqkunaqa, manan kawsaq Diospa sellonta kapunkuchu. Huchata ruranankupaq yuyaychakuspa, chayta rurashaqkunaqa saqisqaqmi kanqaku. Diospa ñawpaqninpi imayna kayninkupi, hatun anti-típico Pampachanakuy P’unchawpi huchankuta wanakuspa willakuspa kaqkunapa chiqanpi hunt’achkakuqkunallam reqsisqa, señalasqa ima hinallataq Diospa amachakuyninpaq allinchasqa hina kanqaku. Qispichiqninpa rikurimuyninta qhawaspa, suyaspa, ricch’aspa mana sayk’uspa suyaqkunapa sutinkuna—paqarinata suyaqkunamanta aswan kallpawan, aswan munaywan suyaqkunapa—sellasqa kaqkunawan yupasqa kanqaku. Chiqaq kaypa llapa k’anchaynin alma-nkuman lliphiykachaptinpas, willakusqa iñiyninkuman hina ruwayniyoq kananpaq kaqkuna, ichaqa huchawan umallikusqa, sonqonkupi ídolo-kunata sayarichispa, Diospa ñawpaqninpi alman-kuta ismichispa, huchapi paykunawan huñunakusqakunatapas qhellichaspaqa, kawsay libro-manta sutinkuna pichasqa kanqaku, chawpi tuta tutayaypi saqisqa, mechankupaq vasijankupi mana aceiteyoq. ‘Sutiypa manchakuqniykichiskunamanqa, kikinpaq allinyachiy apaq Raphi Inti lloqsimunqa phawayninkunapi hampiwan.’”</w:t>
      </w:r>
    </w:p>
    <w:p>
      <w:pPr>
        <w:pStyle w:val="ArticleScripture"/>
        <w:jc w:val="left"/>
      </w:pPr>
      <w:r>
        <w:rPr>
          <w:rFonts w:ascii="Times New Roman" w:hAnsi="Times New Roman" w:eastAsia="Times New Roman" w:cs="Times New Roman"/>
        </w:rPr>
        <w:t>“Kay sello churay Diospa sirvientenmanqa Ezekielman ricuchisqa visionwan hukllam kachkan. Juanpas kay llapaqta mancharichiq hatun revelaciónpa testigon karqan. Payqa qochatawan olaskunata qaparichkaqta rikarqan, runakunapa sonqonkutapas manchakuymanta p’akisqahina tukuqta. Payqa kay pachata kuyuchisqata rikarqan, urqukunatapas qochapa chawpiman apasqata (chayqa cheqaqtapuni pasashan), ununkunata qaparichkaqta, turbasqata, urqukunatapas chay hunt’asqa unu qispiykusqanwan chukchichisqata. Plagaskunata, onqoykunata, muchuymanta yarqayta, wañuytawanpas mana manchakuy atina millay misiónninkuta hunt’achkaqta ricuchisqa karqan.”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Chunkañiyuq libro</dc:title>
  <dc:subject>Kimsa kuti Romaq Tinkuyllan: Apocalipsispi trompetakunaq profetiku kayninpa nisqanta qhawarichiy</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