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qillqaqa - Pachak chunka kimsayoq numero</w:t>
      </w:r>
    </w:p>
    <w:p>
      <w:pPr>
        <w:pStyle w:val="ArticleSubtitle"/>
        <w:jc w:val="left"/>
      </w:pPr>
      <w:r>
        <w:rPr>
          <w:rFonts w:ascii="Arial" w:hAnsi="Arial" w:eastAsia="Arial" w:cs="Arial"/>
        </w:rPr>
        <w:t>Willakuy qillqaspa kimsa kuti hunt’asqa profecíapa pakasqanta qichuy: Bibliaq contexto-ninpi 11 septiembre 2001 p’unchawpa ancha allin yuyaychasqa chaniyninta entiendenapaq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2024-03-03</w:t>
      </w:r>
    </w:p>
    <w:p>
      <w:pPr>
        <w:pStyle w:val="ArticleBody"/>
        <w:jc w:val="left"/>
      </w:pPr>
      <w:r>
        <w:rPr>
          <w:rFonts w:ascii="Times New Roman" w:hAnsi="Times New Roman" w:eastAsia="Times New Roman" w:cs="Times New Roman"/>
        </w:rPr>
        <w:t>Apuqa Señorqa qhepa p’unchaykunapi llaqtanta kutichirqan Jeremiaspa “ñawpa ñankuna” nisqanman 11 septiembre 2001 watapi, chaymanta ñawpaqtaña payqa reqsichisqaña karqan kimsa kuti hunt’asqa profeciapa kamachikuyninta.</w:t>
      </w:r>
    </w:p>
    <w:p>
      <w:pPr>
        <w:pStyle w:val="ArticleScripture"/>
        <w:jc w:val="left"/>
      </w:pPr>
      <w:r>
        <w:rPr>
          <w:rFonts w:ascii="Times New Roman" w:hAnsi="Times New Roman" w:eastAsia="Times New Roman" w:cs="Times New Roman"/>
        </w:rPr>
        <w:t>Kaymi nin Señor: Ñankunapi sayaychis, qhawariychis, ñawpaq ñankunamanta tapukuychis, maypim allin ñan kashan chayta, chaypin puriychis; hinaptin almanaykichispaq samayta tarinkichis. Ichataq paykuna nirqanku: Manam chaypi purisunchu. Hinallataq qamkunapaq ricchaqkuna churakurqani, nispa: Waqra waqyasqapa qapariyninta uyariychis. Ichataq paykuna nirqanku: Manam uyarisunchu. Jeremías 6:16, 17.</w:t>
      </w:r>
    </w:p>
    <w:p>
      <w:pPr>
        <w:pStyle w:val="ArticleBody"/>
        <w:jc w:val="left"/>
      </w:pPr>
      <w:r>
        <w:rPr>
          <w:rFonts w:ascii="Times New Roman" w:hAnsi="Times New Roman" w:eastAsia="Times New Roman" w:cs="Times New Roman"/>
        </w:rPr>
        <w:t>Señorqa llaqtanta ñawpaq ñankunaman kutichisqan pacha, samayta tarinkuman (qhipa para), chaymanta rikchaqkunaqa corneta willakuyta qusqakuna karqaku. Llapa profetakuna aswan hunt’asqa hinam qhipa p’unchaykunapa tukukuyninta reqsichinku, chayrayku qhipa p’unchaykunapa corneta willakuyninqa tukuy corneta kanman, chaymi qanchis kaq corneta, chaymi kinsa kaq ay.</w:t>
      </w:r>
    </w:p>
    <w:p>
      <w:pPr>
        <w:pStyle w:val="ArticleBody"/>
        <w:jc w:val="left"/>
      </w:pPr>
      <w:r>
        <w:rPr>
          <w:rFonts w:ascii="Times New Roman" w:hAnsi="Times New Roman" w:eastAsia="Times New Roman" w:cs="Times New Roman"/>
        </w:rPr>
        <w:t>Paypa qhepa p’unchaykunapi llaqtan ñawpaq ñankunapi puriyta qallarisqankutaq, reqsikurqa ñawpaq ñak’ariypa rasgokunam huk sapan simbólico histórico pusariqta rikuchisqanta (Mohammed), hinaspa iskay kaq ñak’ariypis chayllatataq ruwasqanta (Osman). Tarikusqa karqa ñawpaq tawa trompetakunapas sapankama específico simbólico pusariqkunayuq kasqankuta, trompetata reqsichinankupaq; chaymantataq reqsikurqa Osama bin Ladenqa kinsa kaq ñak’ariypa simbólico pusariqnin kasqanta.</w:t>
      </w:r>
    </w:p>
    <w:p>
      <w:pPr>
        <w:pStyle w:val="ArticleBody"/>
        <w:jc w:val="left"/>
      </w:pPr>
      <w:r>
        <w:rPr>
          <w:rFonts w:ascii="Times New Roman" w:hAnsi="Times New Roman" w:eastAsia="Times New Roman" w:cs="Times New Roman"/>
        </w:rPr>
        <w:t>Mohammedqa Arabiawanmi tupasqa karqan, Osmanqa Turkiapi Ottoman Imperiopa unanchaqninmi karqan, Osama bin Laden-taqmi tukuy pachapi islámico terror-ta rikuchirqan, ichaqa payqa, Mohammed hina, Arabia runam karqan.</w:t>
      </w:r>
    </w:p>
    <w:p>
      <w:pPr>
        <w:pStyle w:val="ArticleBody"/>
        <w:jc w:val="left"/>
      </w:pPr>
      <w:r>
        <w:rPr>
          <w:rFonts w:ascii="Times New Roman" w:hAnsi="Times New Roman" w:eastAsia="Times New Roman" w:cs="Times New Roman"/>
        </w:rPr>
        <w:t>Hinallataqmi rikhusqa karqanpas ñawpaq ñak’ariyqa Roma llaqtapa ejercitonkuna-ta ch’uqichisqa kasqanta, iskay ñak’ariytaq Roma llaqtapa ejercitonkuna-ta wañuchisqa kasqanta. Chaymanta, 11 ñiqin septiembre killapi, 2001 watapi, reqsisqa karqan kimsa ñak’ariypa Islam nisqaqa Roma llaqtapa ejercitonman (Estados Unidos) ñak’arichisqanta; ichaqa Domingo p’unchay kamachiypiqa, chay ejercitota wañuchinqa, imaraykuchus Estados Unidosqa Bibliaq willakusqanpi soqtañiqin qhapaq suyukunaq tukukuyninman chayan, hinaspa nacional soberaníanta saqen dragón, bestia, hinaspa llulla profetaq kimsa hukllachasqa tinkuyninman.</w:t>
      </w:r>
    </w:p>
    <w:p>
      <w:pPr>
        <w:pStyle w:val="ArticleBody"/>
        <w:jc w:val="left"/>
      </w:pPr>
      <w:r>
        <w:rPr>
          <w:rFonts w:ascii="Times New Roman" w:hAnsi="Times New Roman" w:eastAsia="Times New Roman" w:cs="Times New Roman"/>
        </w:rPr>
        <w:t>Reqsisinmi qawarisqa karqanmi Estados Unidosqa kay pachapa uywa iskay waqrayuq atiywan kasqanta. Kay pachapa uywapa huk ñawpaq profétic característicanmi corderomanta dragónman tukusqanmanta. Profecía nisqapi waqrakuna kallpata rikuchinku, chaymi kay pachapa uywapa kallpankuna karqan Republicanismpas Protestantismopas, kay pachapa uywapa iskay waqrankuna hina rikuchisqa. Ichaqa kunan qhipa p’unchaykunapi, kay pachapa uywapa iskay kallpankuna militar atiypaqtawan qullqi-llank’ay atiypaqtawan tukupusqanku. 11 de septiembre de 2001 watapi, kinsa kaq ay niqpa Islamnin kay pachata maqariq, kay pachapa uywapa símbolonninta; Pentágonota, militar kallpanpa símbolonninta; hinallataq Nueva York llaqtapi Torres Gemelas nisqakunata, qullqi kallpanpa símbolonninta.</w:t>
      </w:r>
    </w:p>
    <w:p>
      <w:pPr>
        <w:pStyle w:val="ArticleBody"/>
        <w:jc w:val="left"/>
      </w:pPr>
      <w:r>
        <w:rPr>
          <w:rFonts w:ascii="Times New Roman" w:hAnsi="Times New Roman" w:eastAsia="Times New Roman" w:cs="Times New Roman"/>
        </w:rPr>
        <w:t>Imaynatataq reqsikurqanpas ñawpaq ñak’ariyniyoq ñawpaq kaq ñak’ariypa qallariynin historianta, hinallataq iskay kaq ñak’ariypa tukukuynin historianta, iskaynintinpas pachak tawa chunka tawa waranqa (144,000) sellasqa runakunapa sellakuyninmanta huk rikuchiyta qawarichisqanta, chaymanta reqsikurqanpas kinsa kaq ñak’ariy chayamuqtin, maypachachus New York llaqtaq hatun wasinkuna urmachisqa karqan, chaypi sut’inchasqa karqan pachak tawa chunka tawa waranqa sellasqa runakunapa sellakuynin ruray qallarisqanta.</w:t>
      </w:r>
    </w:p>
    <w:p>
      <w:pPr>
        <w:pStyle w:val="ArticleScripture"/>
        <w:jc w:val="left"/>
      </w:pPr>
      <w:r>
        <w:rPr>
          <w:rFonts w:ascii="Times New Roman" w:hAnsi="Times New Roman" w:eastAsia="Times New Roman" w:cs="Times New Roman"/>
        </w:rPr>
        <w:t>“¿Kunanqa chay willakuychu hamun ñoqaqa nisqayta, Nueva York llaqtata hatun wayra unu qochawan pichasqa kananta? Kaytaqa hayk’aqpas mana nisqanichu. Nisqanmi kani, chaypi hatun wasikunata huk pataman huk patata sayarichisqankuta qhawaspa: ‘¡Imayna manchay qhawariykunakunaraq kanqa, Apunchik allpata sinchi manchayta kuyuchinampaq hatariptin! Hinaptinmi Apocalipsis 18:1–3 nisqampi simikuna hunt’akunqa.’ Apocalipsis pa chunka pusaqniyuq kapitulon llapanmi kay allpaman hamuqkunamanta huk amonestaciónmi. Ichataqa mana mayqen k’anchayniyoqchu kani sapaqta Nueva Yorkmanta imaña hamunanta rikhurichiq, aswanqa yachani huk p’unchay chaypi hatun wasikuna Diospa atiynin muyurichisqanwan hinaspa kutichisqanwan urmachisqa kanankuta. Qowasqa k’anchaymanta yachani tukuy pachapi thuñiy kasqanta. Señorpa huk simillanwan, atiyniyoq kallpanpa huk llamk’ayllanwan, kay hatun sinchi ruwasqakuna urmanqaku. Chaypi ruwakunqaku manchay kayninkuta mana yuyaymanapas atisqanchik qhawariykunakuna.” Review and Herald, July 5, 1906.</w:t>
      </w:r>
    </w:p>
    <w:p>
      <w:pPr>
        <w:pStyle w:val="ArticleBody"/>
        <w:jc w:val="left"/>
      </w:pPr>
      <w:r>
        <w:rPr>
          <w:rFonts w:ascii="Times New Roman" w:hAnsi="Times New Roman" w:eastAsia="Times New Roman" w:cs="Times New Roman"/>
        </w:rPr>
        <w:t>“Kay pachapi kaq tukukuynin,” nisqaqa Islam nisqap kasqanmi, imaraykuchus paypa kasqanqa Apollyon hinallataq Abaddon hina rikuchisqa kashan Apocalipsis qelqap isqon kaq capítulo, chunka hukniyuq versículonpi.</w:t>
      </w:r>
    </w:p>
    <w:p>
      <w:pPr>
        <w:pStyle w:val="ArticleScripture"/>
        <w:jc w:val="left"/>
      </w:pPr>
      <w:r>
        <w:rPr>
          <w:rFonts w:ascii="Times New Roman" w:hAnsi="Times New Roman" w:eastAsia="Times New Roman" w:cs="Times New Roman"/>
        </w:rPr>
        <w:t>Paykunapaq huk reytam karqan, ukhu mana tukukuq t’uqupa angelninmi; sutinqa hebreo simipi Abadón nisqa, ichaqa griego simipi sutinqa Apolión nisqam. Apocalipsis 9:11 (NUEVE ONCE).</w:t>
      </w:r>
    </w:p>
    <w:p>
      <w:pPr>
        <w:pStyle w:val="ArticleBody"/>
        <w:jc w:val="left"/>
      </w:pPr>
      <w:r>
        <w:rPr>
          <w:rFonts w:ascii="Times New Roman" w:hAnsi="Times New Roman" w:eastAsia="Times New Roman" w:cs="Times New Roman"/>
        </w:rPr>
        <w:t>Islamta kamachiq reynip sutinpa, utaq kikin kayninpa nisqan yuyaynin, hebreo simipipas griego simipipas, iskay sutikuna rikuchisqanman hinaqa “wañuy” hinaspa “tukuy chinkachiy” nisqanmantaqmi; chayqa chayamurqan septiembre 11, 2001 watapi, ñawpaq hatun wasikuna Nueva York llaqtapi urmachisqa kaptin. Chay pachamantapacha, Apocalipsis capítulo dieciocho, versículos hukmanta kimsa kama qallariqta hunt’akuyta qallarirqan.</w:t>
      </w:r>
    </w:p>
    <w:p>
      <w:pPr>
        <w:pStyle w:val="ArticleBody"/>
        <w:jc w:val="left"/>
      </w:pPr>
      <w:r>
        <w:rPr>
          <w:rFonts w:ascii="Times New Roman" w:hAnsi="Times New Roman" w:eastAsia="Times New Roman" w:cs="Times New Roman"/>
        </w:rPr>
        <w:t>Riqsirisqa karqanmi, Génesis qillqapi Islam-pa sallqa runanpaq ñawpaq rimaypi hebreo simi “Arabia llaqtapi sallqa asno” nisqapaq kaqta llamk’achisqanmanta, chay versículopin “sallqa runa” nisqa hina tikrasqa karqan. Islam-pa unanchanqa caballokuna ayllumi, hinaspa Apocalipsis qillqapa isqun ñiqin kapítulopin chayqa maqanakuy caballo hinañataq rikuchisqa karqan. Habacuc-pa santu tablakunanpi, maypichus Diospa llaqtan yachachisqa karqan “ama hukman tikrachinankupaq,” Islamqa maqanakuy caballokunahuanmi chaypipas rikuchisqa karqan.</w:t>
      </w:r>
    </w:p>
    <w:p>
      <w:pPr>
        <w:pStyle w:val="ArticleScripture"/>
        <w:jc w:val="left"/>
      </w:pPr>
      <w:r>
        <w:rPr>
          <w:rFonts w:ascii="Times New Roman" w:hAnsi="Times New Roman" w:eastAsia="Times New Roman" w:cs="Times New Roman"/>
        </w:rPr>
        <w:t>Hinaspan Señorpa angelnin payta nirqan: Qhawariy, wiksayuq kashanki, qhari wawataq wachanki, sutintaq Ismael nispa churanki; imaraykuchus Señorqa llaquykita uyarirqan. Payqa sallqa runa hinan kanqa; makinpas llapa runakunapa contranpi kanqa, llapa runakunapa makinkutaq paypa contranpi; llapa wawqi-panankunapa ñawpaqenpitaq tiyanqa. Génesis 16:11, 12.</w:t>
      </w:r>
    </w:p>
    <w:p>
      <w:pPr>
        <w:pStyle w:val="ArticleBody"/>
        <w:jc w:val="left"/>
      </w:pPr>
      <w:r>
        <w:rPr>
          <w:rFonts w:ascii="Times New Roman" w:hAnsi="Times New Roman" w:eastAsia="Times New Roman" w:cs="Times New Roman"/>
        </w:rPr>
        <w:t>Ismaelpa naceyninmanta ñawpaq rimayqa huk “hark’aywan” tupasqa karqan, chaymi Islamwan tinkisqa ñawpaq simbolonman tukurqan.</w:t>
      </w:r>
    </w:p>
    <w:p>
      <w:pPr>
        <w:pStyle w:val="ArticleScripture"/>
        <w:jc w:val="left"/>
      </w:pPr>
      <w:r>
        <w:rPr>
          <w:rFonts w:ascii="Times New Roman" w:hAnsi="Times New Roman" w:eastAsia="Times New Roman" w:cs="Times New Roman"/>
        </w:rPr>
        <w:t>Kunanmi Sarai, Abrampa warminnin, manam wawatachuqchu karqan; payqa huk sirvientayuqmi karqan, Egipto llaqtamanta, sutinmi Hagar karqan. Hinan Saraiqa Abramta nirqan: Qaway ari, Señorqa hark’awarqanmi mana wachanaypaq; ruwakuyki, yaykuy sirvientayman; ichapas paymanta wawata chaskisaq. Hinaspan Abramqa Saraypa rimayninta uyarisqa. Génesis 16:1, 2.</w:t>
      </w:r>
    </w:p>
    <w:p>
      <w:pPr>
        <w:pStyle w:val="ArticleBody"/>
        <w:jc w:val="left"/>
      </w:pPr>
      <w:r>
        <w:rPr>
          <w:rFonts w:ascii="Times New Roman" w:hAnsi="Times New Roman" w:eastAsia="Times New Roman" w:cs="Times New Roman"/>
        </w:rPr>
        <w:t>Islammanta ñawpaq kaq rimayllapin, Ismaelpa paqarisqanwan rikuchisqa hina, kasukuyqa qhawachisqa kashan. Kasukuy yuyayqa Islam dinapa ancha allin muyunmi. “Islam” sutinqa iskay arabiya simimantam hamun: “salaam”, chayqa “thak kawsay” ninmi, hinaspa “aslama”, chayqa “kasukuy” utaq “surrindiy” ninmi. Islam yachachin, iñiqkunaqa sapa kawsaypa tukuy chiqninpi Allahpa (Diospa) munayninman kikinkupa munayninkuta kasuchiyta. Saraqaqa mana allin akllay rurasqanta yachaspa, Abrahamta kallpachasqanrayku Hagarwan tantanakuspa Ismaelta paqarichinanpaq, Abrahammanta saqisqa karqan Hagarta sinchiwan tratayta; chaymi Hagarqa Abrahampa wasinmanta ayqekurqan. Chaypim angelmanta willakuyta chaskirqan.</w:t>
      </w:r>
    </w:p>
    <w:p>
      <w:pPr>
        <w:pStyle w:val="ArticleScripture"/>
        <w:jc w:val="left"/>
      </w:pPr>
      <w:r>
        <w:rPr>
          <w:rFonts w:ascii="Times New Roman" w:hAnsi="Times New Roman" w:eastAsia="Times New Roman" w:cs="Times New Roman"/>
        </w:rPr>
        <w:t>Ichaqa Abramqa Saraitaqa nirqan: Qhaway, sirviykiqa makiykipin kashan; munasqaykiman hina paywan ruway, nispa. Saraiqa payta sinchita ñak’arichiptin, payqa ñawpaqninmanta ayqekurqan. Chaymi Señorpa angelninqa payta tarirqan chunniq pampapi unu pukyup patanpi, Shurman rinapaq ñanpi kaq pukyup patanpi. Hinaspan nirqan: Hagar, Saraiq sirvin, maymantataq hamunki? maytataq rinki? nispa. Payñataq nirqan: Señoray Saraiq ñawpaqninmantam ayqekushani, nispa. Señorpa angelninñataq payta nirqan: Señoraqkipa qayllanman kutiy, hinaspa paypa makin uranman uyarikuy, nispa. Señorpa angelninñataq yapamanta payta nirqan: Mirayniykita anchatapuni mirachisaq, askha kasqanrayku yupay atisqa mana kananpaq, nispa. Señorpa angelninñataq payta nirqan: Qhaway, wiksayuqmi kashanki, hinaspan qhari wawata wachanki, sutintataq Ismael sutichanki; imaraykuchus Señorqa ñak’ariyniykita uyarirqan. Paytaq sallqa runa kanqa; makinqa llapa runakunapa contranpi kanqa, llapa runakunapa makintaq paypa contranpi kanqa; hinaspan llapa wauqenkunapa qayllanpi tiyanqa. Génesis 16:6–12.</w:t>
      </w:r>
    </w:p>
    <w:p>
      <w:pPr>
        <w:pStyle w:val="ArticleBody"/>
        <w:jc w:val="left"/>
      </w:pPr>
      <w:r>
        <w:rPr>
          <w:rFonts w:ascii="Times New Roman" w:hAnsi="Times New Roman" w:eastAsia="Times New Roman" w:cs="Times New Roman"/>
        </w:rPr>
        <w:t>Islampa hark’aynin, “uyariy” nisqaqa Islampa dininqa imayna kasqanta rikuchisqan, hinallataq Islampa ruwananqa llapallanta Ishmaelpa ñawpaq rimayninpi kashan, hinaspan rikuchin Apocalipsispi kinsa ay nisqakunawan sut’inchasqa Islampa profético ADNninta. Señorqa llaqtanta Jeremíaspa ñawpaq ñankunaman pusaspa, chaymantapas reqsirqanku Apocalipsis qanchis kapítulopi tawa angelkuna hark’asqan “tawa wayrakuna” nisqakunaqa sut’ipi Islampa tawa wayrankuna kasqanta.</w:t>
      </w:r>
    </w:p>
    <w:p>
      <w:pPr>
        <w:pStyle w:val="ArticleScripture"/>
        <w:jc w:val="left"/>
      </w:pPr>
      <w:r>
        <w:rPr>
          <w:rFonts w:ascii="Times New Roman" w:hAnsi="Times New Roman" w:eastAsia="Times New Roman" w:cs="Times New Roman"/>
        </w:rPr>
        <w:t>“Anqilkunaqa tawa wayrata hap’ispa hark’achkanku; chayqa rikuchisqa kachkan piñakusqa kawallu hinam, kacharparispa lloqsimuyta maskhaspa, tukuy kay pachap patanpi phawariyta munan, ñanninpitaq chinkachiytawan wañuytawan apamun.” Manuscript Releases, volume 20, 217.</w:t>
      </w:r>
    </w:p>
    <w:p>
      <w:pPr>
        <w:pStyle w:val="ArticleBody"/>
        <w:jc w:val="left"/>
      </w:pPr>
      <w:r>
        <w:rPr>
          <w:rFonts w:ascii="Times New Roman" w:hAnsi="Times New Roman" w:eastAsia="Times New Roman" w:cs="Times New Roman"/>
        </w:rPr>
        <w:t>Islampa “phiñasqa caballo”-n, hinallataq “tawa wayra”-kuna, pikunachus “hark’asqa” kanku pachak tawa chunka tawa waranqa sellosqa kayninku hunt’akuchkaptin, paykunapa “ñan”-ninkupi “wañuyta chaymanta chinkachiyta” apamunku (Abaddon, Apollyon). Imaynatachus Hagarpi churakusqa hark’ayqa chay willakuy rimaymanta rikch’ayninta Islampa unanchanman churarqan, chaynallataq tawa wayrakuna, phiñasqa caballopas iskaynin hark’asqa kanku; chay cheqaq kayta churaykuspaqa reqsisqa karqan ñawpaq ñak’ariy qallariyninmantaqa, Islampi huk hark’ay kasqanta riqsichispa, imaynatachus Abubakarp historiamanta kamachisqanpi rikuchisqa kasqan hina.</w:t>
      </w:r>
    </w:p>
    <w:p>
      <w:pPr>
        <w:pStyle w:val="ArticleScripture"/>
        <w:jc w:val="left"/>
      </w:pPr>
      <w:r>
        <w:rPr>
          <w:rFonts w:ascii="Times New Roman" w:hAnsi="Times New Roman" w:eastAsia="Times New Roman" w:cs="Times New Roman"/>
        </w:rPr>
        <w:t>Hinaspata kamachisqa karqanku mana allpapa qorata, nitaq ima q’omer kaqta, nitaq ima sach’ata ñak’achinankupaq; aswanqa Diospa sellonta urqunkunapi mana apaq runakunallatam. Apocalipsis 9:4.</w:t>
      </w:r>
    </w:p>
    <w:p>
      <w:pPr>
        <w:pStyle w:val="ArticleBody"/>
        <w:jc w:val="left"/>
      </w:pPr>
      <w:r>
        <w:rPr>
          <w:rFonts w:ascii="Times New Roman" w:hAnsi="Times New Roman" w:eastAsia="Times New Roman" w:cs="Times New Roman"/>
        </w:rPr>
        <w:t>Líneamanta hinaspam, iskay kaq ay t’iqsiy, kinsa llakiykunap kimsa kutin churakuyninpi ñawpaq llakiypa qallariynin patapi churakusqa, tawa angelkuna cachariykunata reqsichin; chaymanta kay versículopi rikuchin Islampa iskay hatun yihadninqa cacharisqanta.</w:t>
      </w:r>
    </w:p>
    <w:p>
      <w:pPr>
        <w:pStyle w:val="ArticleScripture"/>
        <w:jc w:val="left"/>
      </w:pPr>
      <w:r>
        <w:rPr>
          <w:rFonts w:ascii="Times New Roman" w:hAnsi="Times New Roman" w:eastAsia="Times New Roman" w:cs="Times New Roman"/>
        </w:rPr>
        <w:t>Sokta angelman, trompetayuq kaqman, nispa: Hatun Éufrates mayupi watasqa kachkan chusku angelkunata kachariy. Apocalipsis 9:14.</w:t>
      </w:r>
    </w:p>
    <w:p>
      <w:pPr>
        <w:pStyle w:val="ArticleBody"/>
        <w:jc w:val="left"/>
      </w:pPr>
      <w:r>
        <w:rPr>
          <w:rFonts w:ascii="Times New Roman" w:hAnsi="Times New Roman" w:eastAsia="Times New Roman" w:cs="Times New Roman"/>
        </w:rPr>
        <w:t>Chayraymi hamut’asqa karqa, kinsa kaq llaquypa qallariyninpi Islamqa iskaynintin kacharisqa hinallataq hark’asqa kananta, kaymi Panay Whitepa kikin willakuynin.</w:t>
      </w:r>
    </w:p>
    <w:p>
      <w:pPr>
        <w:pStyle w:val="ArticleScripture"/>
        <w:jc w:val="left"/>
      </w:pPr>
      <w:r>
        <w:rPr>
          <w:rFonts w:ascii="Times New Roman" w:hAnsi="Times New Roman" w:eastAsia="Times New Roman" w:cs="Times New Roman"/>
        </w:rPr>
        <w:t>“Chay tiempopeqa, salvaciónpa llamkanan tukukuyman yaykushaqtin, kay pachaman ñak’ariy hamunqa, hinaspa nacionkuna phiñakunqaku, ichaqa hark’asqa kashanku ama kinsa kaq angelpa llamkananta hark’anankupaq. Chay tiempopeqa ‘qhipa para,’ utaq Señorpa qayllanmanta samaykuchiq musuq kallpachay, hamunqa, kinsa kaq angelpa sinchi qapariyninta kallpachananpaq, hinaspa santoskunata wakichinanpaq sayanankupaq chay pacha, maypachachus qanchis qhipa plagas pashtachisqa kanqa.” Early Writings, 85.</w:t>
      </w:r>
    </w:p>
    <w:p>
      <w:pPr>
        <w:pStyle w:val="ArticleBody"/>
        <w:jc w:val="left"/>
      </w:pPr>
      <w:r>
        <w:rPr>
          <w:rFonts w:ascii="Times New Roman" w:hAnsi="Times New Roman" w:eastAsia="Times New Roman" w:cs="Times New Roman"/>
        </w:rPr>
        <w:t>Islampa ñawpaq pacha willakuyta maskhaspaqa tarikusqa karqan ñawpaq ñak’ariypa Árabe Islam nisqapa maqanakuykuna chaymanta atipaykunapas, Islamrayku hamut’asqa kasqanta “ñawpaq hatun jihad” nisqahina; hinaspataq tawa angelkuna kacharisqa kasqanmantapacha qallarisqa Otomano Imperiopa maqanakuyqa, Islamrayku hamut’asqa kasqanta “iskay ñiqin hatun jihad” nisqahina. Kimsa kuti churaywan tupaspa, Islamqa creenmi kinsa ñiqin hinaspa qhipa hatun jihadqa 11 septiembre 2001 p’unchawpi qallarisqanta. Imaynatas William Miller huk kuti qillqarqan: “Historiawan profecíawanqa acuerdan.”</w:t>
      </w:r>
    </w:p>
    <w:p>
      <w:pPr>
        <w:pStyle w:val="ArticleBody"/>
        <w:jc w:val="left"/>
      </w:pPr>
      <w:r>
        <w:rPr>
          <w:rFonts w:ascii="Times New Roman" w:hAnsi="Times New Roman" w:eastAsia="Times New Roman" w:cs="Times New Roman"/>
        </w:rPr>
        <w:t>“Líneamanta líneamanta” nisqa kay qhawariyqa, cachariyta hinaspa chaypachallata hark’ayta, ñawpaqta churashqa hukñiqin hinaspa iskayñiqin llaquykunapa qallariq profétiko líneankunata hukninwan hukninta hawapi churaywan rikuchisqa hina, Profecíapa Espíritunwan sumaqta takyachisqa karqa; hinaspataq Islamqa 11 de septiembre de 2001 p’unchawpi maqtaqtin, Presidente George W. Bushqa Islampa contranpi llapa pachapi huk hark’ayta churarqa, “guerra contra el terrorismo” nisqanta qallarispa. Chaypachalla cacharisqa hinaspa hark’asqa kay Islampa “phiñasqa caballo” nisqaqa Bibliamanta, Profecíapa Espíritumanta, hinaspa historiamantapas takyachisqa karqa.</w:t>
      </w:r>
    </w:p>
    <w:p>
      <w:pPr>
        <w:pStyle w:val="ArticleBody"/>
        <w:jc w:val="left"/>
      </w:pPr>
      <w:r>
        <w:rPr>
          <w:rFonts w:ascii="Times New Roman" w:hAnsi="Times New Roman" w:eastAsia="Times New Roman" w:cs="Times New Roman"/>
        </w:rPr>
        <w:t>“Corderota qhipanta qatipaqkuna” Milleritakunaq ñawpaq ñankunaman kutispa tariyku “samayta”, chayqa qhipa para kasqanta, Sister White sut’inta rimasqanman hina qallarin naciones phiñakusqa kashaqtin, ichaqa hark’asqa kashaqtinpas, imaynan 11 septiembre 2001 p’unchaypi karqan hina.</w:t>
      </w:r>
    </w:p>
    <w:p>
      <w:pPr>
        <w:pStyle w:val="ArticleScripture"/>
        <w:jc w:val="left"/>
      </w:pPr>
      <w:r>
        <w:rPr>
          <w:rFonts w:ascii="Times New Roman" w:hAnsi="Times New Roman" w:eastAsia="Times New Roman" w:cs="Times New Roman"/>
        </w:rPr>
        <w:t>“Chay p’unchawkunapi, salvaciónpa ruraynin wichq’akuchkaptin, allpaman ñak’ariy hamunqa, hinallataq nacionkuna phiñasqas kanqaku, ichaqa hark’asqa kaspa mana saqinankupaq kinsa kaq angelpa rurayninta hark’ayta. Chay p’unchawkunapi ‘qhepa para’, icha Señormanta kawsariy musuqchasqa samay, hamunqa, kallpachananpaq kinsa kaq angelpa sinchi qhapariyninta, chaynallataq santoskunata wakichinanpaq sayayta atinanankupaq chay pacha, maypachachus qanchis qhepa plagas jich’asqa kanqa.” Early Writings, 85.</w:t>
      </w:r>
    </w:p>
    <w:p>
      <w:pPr>
        <w:pStyle w:val="ArticleBody"/>
        <w:jc w:val="left"/>
      </w:pPr>
      <w:r>
        <w:rPr>
          <w:rFonts w:ascii="Times New Roman" w:hAnsi="Times New Roman" w:eastAsia="Times New Roman" w:cs="Times New Roman"/>
        </w:rPr>
        <w:t>Paykuna “Corderota qatiqkuna” Milleritakunapa ñawpaq ñankunaman kutispanku, tarinku “samayta”, chayqa qhipa tamyam, mayqintachus Hermana White riqsichin qallarinman hina Apocalipsis chunka pusaqniyuqpi atiyniyuq angel uraykamusqan p’unchawpi, septiembre 11, 2001 watapi.</w:t>
      </w:r>
    </w:p>
    <w:p>
      <w:pPr>
        <w:pStyle w:val="ArticleScripture"/>
        <w:jc w:val="left"/>
      </w:pPr>
      <w:r>
        <w:rPr>
          <w:rFonts w:ascii="Times New Roman" w:hAnsi="Times New Roman" w:eastAsia="Times New Roman" w:cs="Times New Roman"/>
        </w:rPr>
        <w:t>“Qhipa paraqa Diospa llaqtanman urmaykunanmi. Huk atiyniyuq angelan hanaq pachamanta uraykamunqa, hinaspataq llapa kay pachapas paypa k’anchayninwan qhanchasqa kanqa.” Review and Herald, April 21, 1891.</w:t>
      </w:r>
    </w:p>
    <w:p>
      <w:pPr>
        <w:pStyle w:val="ArticleBody"/>
        <w:jc w:val="left"/>
      </w:pPr>
      <w:r>
        <w:rPr>
          <w:rFonts w:ascii="Times New Roman" w:hAnsi="Times New Roman" w:eastAsia="Times New Roman" w:cs="Times New Roman"/>
        </w:rPr>
        <w:t>Chay hatun angelqa uraykamurqa Nueva Yorkpa wasinkuna urmachisqa kaptinmi, pachak tawa chunka tawa waranqa sellayqa qallarikurqa, hinaspataq qhipa paraqa ch’iqchiyta qallarikurqa. Paykunaqa Jeremiaspa ñawpaq ñankunaman kutichisqa kaspa, “samayta” tariqkunaqa, chaymi qhipa paraqa, chaypim reqsirqanku Isaiaspa “samay” hinaspa “kawsarichiy” nisqanpas qhipa para kasqanta; ichaqa chaypas Diospa llaqtanman 11 septiembre 2001 p’unchawpi chimpakuq pruebapa reqsichisqan karqa, aswanraq “asikuq runakunapaq” chay “Jerusalénpi kamachiqkunapaq”. Hinaspan hamut’arqanku chay prueba iskay sapa kasqanta, imaraykuchus chayqa Islampa kinsa kaq ay pa willakuyninta rikuchirqa, hinaspa chayhina ancha ancha importante kaspa, qhipa paramanta willakuyninta sayachiq bíblico metodología nisqatapas rikuchirqa.</w:t>
      </w:r>
    </w:p>
    <w:p>
      <w:pPr>
        <w:pStyle w:val="ArticleScripture"/>
        <w:jc w:val="left"/>
      </w:pPr>
      <w:r>
        <w:rPr>
          <w:rFonts w:ascii="Times New Roman" w:hAnsi="Times New Roman" w:eastAsia="Times New Roman" w:cs="Times New Roman"/>
        </w:rPr>
        <w:t>Paykunamanmi nirqan: Kayqa samaymi, kaywanmi sayk’usqakunata samachinkichik; kaymi kawsarichiyqa. Chaywanpas mana uyarisqankuchu. Ichaqa Señorpa siminqa paykunapaq karqan kamachiy hawan kamachiy, kamachiy hawan kamachiy; siqi hawan siqi, siqi hawan siqi; kaypi pisilla, chaypipas pisilla; hinaptin rinqaku, qhipaman urmanqaku, pakisqa kanqaku, toqllaman urmanqaku, hinaspa hap’isqa kanqaku. Chayrayku Señorpa siminta uyariychik, Jerusalén llaqtapi kay runakunata kamachiq asipayakuq runakuna. Isaías 28:12–14.</w:t>
      </w:r>
    </w:p>
    <w:p>
      <w:pPr>
        <w:pStyle w:val="ArticleBody"/>
        <w:jc w:val="left"/>
      </w:pPr>
      <w:r>
        <w:rPr>
          <w:rFonts w:ascii="Times New Roman" w:hAnsi="Times New Roman" w:eastAsia="Times New Roman" w:cs="Times New Roman"/>
        </w:rPr>
        <w:t>Ñawpa ñankunapi purispaqa, Diospa qhepa p’unchay llaqtanman qawachirqan chunka sipaskunapa willakuynin, mayqenchus “Adventista llaqtapa kawsayninta rikuchin,” wakmanta hunt’akunanpaq kasqanta “sapa simikama,” pachak tawa chunka tawa waranqa sellasqa kay p’unchaykunapi. Chay willakuymi, maypi kay willakuy ñawpaq kutipi hunt’akurqan, riqsichirqan Habacuc iskay ñiqi sut’ita chay willakuyman tinkisqa kasqanta, chaymanta huknin kasqantapas. Chayrayku Habacuc iskaypi “rimanakuy” nisqa samaypa chaymanta kawsarichiq ch’uya kawsaypa prueban karqan, mayqentaq asipayasqa runakuna uyariyta mana munarqanku. Cheqaq Biblia yachaqkuna ñawpa ñankunata maskhayta qatiqtinkum, yachakurqanku manam chunka sipaskunapa willakuynillachu, ni Habacuc iskayllachu, chaylla profecía kasqanta, astawanpas Ezequiel chunka iskay ñiqipis chayllataq kasqanta.</w:t>
      </w:r>
    </w:p>
    <w:p>
      <w:pPr>
        <w:pStyle w:val="ArticleScripture"/>
        <w:jc w:val="left"/>
      </w:pPr>
      <w:r>
        <w:rPr>
          <w:rFonts w:ascii="Times New Roman" w:hAnsi="Times New Roman" w:eastAsia="Times New Roman" w:cs="Times New Roman"/>
        </w:rPr>
        <w:t>“Ezequielpa profecianmanta huk rakhu pas creyentekunapaq kallpachakuq hinallataq sonqochakuq karqa: ‘Señor Diospa simin hamuwarqa ñoqaman, nispa: Runaq churin, ¿imaq kay rimayqa Israel hallp’api qankunap kachkan, nispa: Punchawkuna aswan unaychakuqmi, llapa rikuchiytaq mana hunt’akunachu? Chayrayku paykunaman niy: Kayhinan nin Señor Dios.... Punchawkuna qayllamñan kachkan, sapa rikuchiyqaq hunt’akuyninpas.... Ñoqan rimasaq, hinaspa rimasaq simiqa hunt’akullanqapuni; manañan aswan unaychakuqñachu kanqa’ ‘Israel wasi runakunan nin, Paypa rikusqan rikuchiyqa achka punchawkuna qhipapaqmi, hinaspa karu tiempo-kunamantañan profetizan. Chayrayku paykunaman niy: Kayhinan nin Señor Dios; Manan mayqin simiykunapas aswan unaychakuqñachu kanqa, aswanpas rimarisqay simiqa ruwasqa kanqa.’ Ezequiel 12:21–25, 27, 28.” The Great Controversy, 393.</w:t>
      </w:r>
    </w:p>
    <w:p>
      <w:pPr>
        <w:pStyle w:val="ArticleBody"/>
        <w:jc w:val="left"/>
      </w:pPr>
      <w:r>
        <w:rPr>
          <w:rFonts w:ascii="Times New Roman" w:hAnsi="Times New Roman" w:eastAsia="Times New Roman" w:cs="Times New Roman"/>
        </w:rPr>
        <w:t>Pachak chunka tawaq chunka tawaq waranqa tawaq pachak tawaq chunka tawaqniyuqkunaq sellasqa kayninpa pacha, 1840manta 1844kama Advento kuyuriyninwan rikuchisqa hina, qhepa p’unchaykunapi pacha kashan, maypichus “sapa rikuyqepa ruwaynin” “hunt’akapunqa”. Ñawpaq ñak’ariypa profetika historianninqa, iskay ñak’ariypa profetika historianninqa patapi churakuspa, kinsa ñak’ariypa profetika historianta reqsichin; chayqa pachak chunka tawaq waranqa tawaq pachak tawaq chunka tawaqniyuqkunaq sellasqa kayninpa profetika historianninqa. Chayqa hinallataq 1840manta 1844kama historiapasmi. Hinallataq, Pactopa Willkanpaq ñanta waqichiq kachaqpa llamk’aynin hunt’akusqan historiapasmi. Chayqa historiami maypichus allpa uywaq iskay waqrankuna soqta kaqmanta “pusaq” kaqman tikrakuyninta rinku, chay “qanchismantam” kashan. Chayqa historiami maypichus iskay profetakuna ñanpi wañuchisqa kanku, Apocalipsispa chunka hukniyuq kapituluypi.</w:t>
      </w:r>
    </w:p>
    <w:p>
      <w:pPr>
        <w:pStyle w:val="ArticleBody"/>
        <w:jc w:val="left"/>
      </w:pPr>
      <w:r>
        <w:rPr>
          <w:rFonts w:ascii="Times New Roman" w:hAnsi="Times New Roman" w:eastAsia="Times New Roman" w:cs="Times New Roman"/>
        </w:rPr>
        <w:t>Chaymantaqa ancha allin riqsisqaqa kaymi: Diospa simin mana hayk’aqpas pantasqanmanta, hinallataq llapa profetakuna aswan achka qhipa p’unchaykunamanta rimashasqanku huk pachakunamanta aswanqa, 11 de septiembre de 2001 p’unchaypi “profético p’unchaykunaqa qayllapi kashan”, maypichus Diospa rimarisqan “simikuna” “hunt’akunku”, hinaspataq “manañam astawan suyaychasqachu kanqa.”</w:t>
      </w:r>
    </w:p>
    <w:p>
      <w:pPr>
        <w:pStyle w:val="ArticleBody"/>
        <w:jc w:val="left"/>
      </w:pPr>
      <w:r>
        <w:rPr>
          <w:rFonts w:ascii="Times New Roman" w:hAnsi="Times New Roman" w:eastAsia="Times New Roman" w:cs="Times New Roman"/>
        </w:rPr>
        <w:t>1863 watapi hataripikuyqa Laodicea nisqapi Adventismo-ta churarqan chunlla puriyta purun pampapi, llapanku wañusqakuna kanankukama. Señorqa chay historiaman kutimpuqarqan 11 septiembre 2001 p’unchaypi, imaynatachus Kadespi ñawpa Israelwan rurarqan hinata.</w:t>
      </w:r>
    </w:p>
    <w:p>
      <w:pPr>
        <w:pStyle w:val="ArticleBody"/>
        <w:jc w:val="left"/>
      </w:pPr>
      <w:r>
        <w:rPr>
          <w:rFonts w:ascii="Times New Roman" w:hAnsi="Times New Roman" w:eastAsia="Times New Roman" w:cs="Times New Roman"/>
        </w:rPr>
        <w:t>Kadeshman ñawpaq watukuyqa chunka espía runakunapa hatarikuyninta paqarichirqan, chaymantaq chunka wata puriyta chunllaq pampapi apamurqan. Tawa chunka watakuna tukukuptin, Kadeshman kutimuspanku, chaypitaq Moisésqa Roca-ta iskay kuti maqaykurqan hinaspa Mana Haykuypaq Suyasqa Hallp’aman mana yaykunanpaq hark’asqa karqan, ichaqa Josuéwan kuska yaykurqanku. Septiembre 11, 2001, qhipa mirayta reqsichin, hinaspa Diosqa Manan siminta astawan unayachinqachu.</w:t>
      </w:r>
    </w:p>
    <w:p>
      <w:pPr>
        <w:pStyle w:val="ArticleBody"/>
        <w:jc w:val="left"/>
      </w:pPr>
      <w:r>
        <w:rPr>
          <w:rFonts w:ascii="Times New Roman" w:hAnsi="Times New Roman" w:eastAsia="Times New Roman" w:cs="Times New Roman"/>
        </w:rPr>
        <w:t>Kay chiqaq qelqay qelqaypi kay cheqaqta rimasun.</w:t>
      </w:r>
    </w:p>
    <w:p>
      <w:pPr>
        <w:pStyle w:val="ArticleScripture"/>
        <w:jc w:val="left"/>
      </w:pPr>
      <w:r>
        <w:rPr>
          <w:rFonts w:ascii="Times New Roman" w:hAnsi="Times New Roman" w:eastAsia="Times New Roman" w:cs="Times New Roman"/>
        </w:rPr>
        <w:t>“Israelpa chunlla pampapi kawsayninpa willakuyninqa qillqasqa karqa Diospa Israelninpaq, pacha tukukuyninkama allinpaq. Diospa rurayninkuna ch’in pampa puriqkunawan, llapa puriyninkupi kayman chayman muyusqankupi, yarqayman, unuman, sayk’ukuyman qhawachisqa kasqankupi, hinaspa paypa kallpanpa musphay rikuchikuyninkunapi paykunata yanapananpaq, huk divina yachachina rikch’ayninmi, ancha willakuywan hinaspa yachachiywan hunt’asqa, llapa pachakunapi paypa llaqtanpaq. Hebreokunapa imaymana kawsay rikuchikuyninqa huk yachay wasim karqa Canaánpi prometesqa wasinkupaq wakichisqa kananpaq. Dios munan kay qhipa p’unchaykunapi paypa llaqtan llamp’u sonqowan, yachakuyta munasqa espirituwan, unay Israelpa pasasqan nina hina pruebakunata kutin qhawarinankuta, hanaq Canaánpaq wakichikuyninkupi yachachisqa kananpaq.”</w:t>
      </w:r>
    </w:p>
    <w:p>
      <w:pPr>
        <w:pStyle w:val="ArticleScripture"/>
        <w:jc w:val="left"/>
      </w:pPr>
      <w:r>
        <w:rPr>
          <w:rFonts w:ascii="Times New Roman" w:hAnsi="Times New Roman" w:eastAsia="Times New Roman" w:cs="Times New Roman"/>
        </w:rPr>
        <w:t>“Rumiqa, Diospa kamachisqanwan maqasqa, kawsayniyuq yakunkunata lluqsichirqan, Christopa unanchaqnin karqan, paymi maqasqa, ñut’usqa ima karqan, yawarninwan chinkaq runapa qespichisqanpaq huk pukyu waqaychasqa kananpaq. Imaynachus rumiqa huk kutillam maqasqa karqan, hinallataq Cristoqa ‘huk kutillam haywasqa kanan karqan, achkaqpa huchankunata apanampaq.’ Ichaqa Moisésqa Kadespi mana allin yuyaywan rumita yapamanta maqaspa, Christopa sumaq unanchayninta wañuchirqan. Qespichiqniykuqa manam iskay kutita sacrificasqa kananpaqchu karqan. Hatun haywayqa huk kutillam rurasqa kasqanrayku, graciampaq bendicionninkunata maskaqkunapaqqa Jesúspa sutinpi mañakullayllañam necesitakun,—sunqupa munayninkunata llaqiywan huchamanta kutirikuspa mañakuyninpi willariyllam. Chay hina mañakuyqa Señornin ejército-kunapa ñawpaqenman Jesúspa ch’akinkunata apamunqa, hinaspan musuqmanta lluqsinqa kawsachiq yawar, kawsayniyuq yaku purisqanwan ch’akiq Israelpaq unanchasqa.”</w:t>
      </w:r>
    </w:p>
    <w:p>
      <w:pPr>
        <w:pStyle w:val="ArticleScripture"/>
        <w:jc w:val="left"/>
      </w:pPr>
      <w:r>
        <w:rPr>
          <w:rFonts w:ascii="Times New Roman" w:hAnsi="Times New Roman" w:eastAsia="Times New Roman" w:cs="Times New Roman"/>
        </w:rPr>
        <w:t>“Diospi kawsaq iñiywan, hinaspa kamachikuyninkunaman llamp’u uyariywanlla, runaqa suyayninta churayta atin Diospa allin chaskisqanman chayananpaq. Chay hatun milagro Kadespi rurasqa kaptin, Moisesqa, llaqtaq mana tukukuq rimarikuywan hinaspa hatariykachaywan sayk’usqa, atiyniyuq Yanapakuqninmanta qhawariyta chinkarqon; mana kasukurqanchu chay kamachikuyta: ‘Ruminman rimaychik, hinaspa unuyninta hurqunqa;’ hinaspa Diospa kallpan mana yanapasqanrayku saqisqa karqa, qillqasqan willakuyta qichuykachananpaq phiñasqanta hinaspa runapa pisi kallpanta rikuchisqanwan. Chay runa, mayqinmi, hinaspa atisqanmi karqan, llamk’asqan tukukuyninkama ch’uya, takyaq, mana payllapaq kaq sayananpaq, qhipapi atipasqa karqa. Diosqa mana yupaychasqa karqa Israelpa huñunakuyninpa ñawpaqenpi, maypichus yupaychasqa kayta atinman karqan, hinaspa sutin hatunchasqa.”</w:t>
      </w:r>
    </w:p>
    <w:p>
      <w:pPr>
        <w:pStyle w:val="ArticleScripture"/>
        <w:jc w:val="left"/>
      </w:pPr>
      <w:r>
        <w:rPr>
          <w:rFonts w:ascii="Times New Roman" w:hAnsi="Times New Roman" w:eastAsia="Times New Roman" w:cs="Times New Roman"/>
        </w:rPr>
        <w:t>“Juicioqa chaylla Moiséspa contranpi willakusqaqa sinchi nanaywan p’enqaywan hunt’asqa karqan,—payqa hatariq Israelwan kuska, Jordán mayuta manaraq chimpaspa wañunanpaqmi. Ichaqa, runachu ninqa Señorqa kamachinserviqninwan sinchi mana allinta rurqasqanta chay huk huchallamantachu? Diosqa Moisésta hatuncharqan, chay pacha kawsaypi mana pipas hina hatunchasqanta. Payqa kutin kutinta causanta chiqancharqan. Mañakusqankunatapas uyarispa, uyapura rimay hinata, huk runa masinwan rimashan hina, uyapura paywan rimarqan. Moisés chaskisqan k’anchaywan yachaywan tupaspaqa, huchanpas astawan yapakusqa karqan.” Signs of the Times, October 7, 1880.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qillqaqa - Pachak chunka kimsayoq numero</dc:title>
  <dc:subject>Willakuy qillqaspa kimsa kuti hunt’asqa profecíapa pakasqanta qichuy: Bibliaq contexto-ninpi 11 septiembre 2001 p’unchawpa ancha allin yuyaychasqa chaniyninta entiendenapaq</dc:subject>
  <dc:creator>Jeff Pippenger</dc:creator>
  <cp:keywords/>
  <dc:description>Generated by ArticleDigger from daniel\113_daniel.json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