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iskay chunka iskayniyuq</w:t>
      </w:r>
    </w:p>
    <w:p>
      <w:pPr>
        <w:pStyle w:val="ArticleSubtitle"/>
        <w:jc w:val="left"/>
      </w:pPr>
      <w:r>
        <w:rPr>
          <w:rFonts w:ascii="Arial" w:hAnsi="Arial" w:eastAsia="Arial" w:cs="Arial"/>
        </w:rPr>
        <w:t>Cheqaq kaypa qhawasqa rikch’ariy: Daniel 11 nisqamanta Diospa llaqtanpa kuyuchisqa kasqan ukhu puriytaq.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1989 watakunapi, tukukuypi pacha chaypi, Daniel qillqap 11 kaq kapitulumanta, 40–45 versículokunapa k’anchaynin kichasqa kaptin, cheqaq kaypa awqankuna huk hark’ayta qawachirqanku; chaywanmi Diosqa Daniel qillqapi chay pasajepa hatun yuyayninkunata amach’anapaq cheqaq-kaykunata rikuchirqan, chay pasajetataq chaymantaq Satanaspa maqanakusqanpa asuntunman, umalliqninman tukurqan. Chay historiapi cheqaq kaywan pantaywan rimanakuyqa Espíritu Santoq makinpi kaspa, wakin profétic kamachiykunata reqsichirqan; chay kamachiykunaqaqa kichasqa ñawpaq yachayta aswan yapayta wiñachinankupaq, hinaspataq kay pachapa historianta tukuchaq qhipa mirayta pruebanankupaq karqan. Ñuqanchikqa “profecíapa kimsa kutin aplicasqankuna” nisqaman qhawarispa kashanchik, chay aplicasqankunatataq Satanas unay chay p’unchaykunapi qawachisqan hark’ay ruwaymanta rikhurisqa huk ñawpaq kaq kamachiy hina reqsichispa. Chay rimanakuywan hunt’asqa ruwaytaqa Hermana White “chukchuy” nispa sutichan.</w:t>
      </w:r>
    </w:p>
    <w:p>
      <w:pPr>
        <w:pStyle w:val="ArticleScripture"/>
        <w:jc w:val="left"/>
      </w:pPr>
      <w:r>
        <w:rPr>
          <w:rFonts w:ascii="Times New Roman" w:hAnsi="Times New Roman" w:eastAsia="Times New Roman" w:cs="Times New Roman"/>
        </w:rPr>
        <w:t>“Diospa runankunawan providencianta rikusqayman pusasqa karqani, hinaspataq rikuchisqa karqani imaynachus llapan pruebas, refinay hinaspa pichay ruraypi, cristianokuna nisqallamanta wakinkunata qhelli qori hina kasqankuta qhawachin. Sumaq qoriqa mana sapa kuti rikurinqachu. Sapa religioso crisispi wakinkuna tentacionpa uraman urmaykunku. Diospa chhaphchiyñinqa achka runakunata ch’aki raprakuna hinata wayraramun. Allin kawsayqa achka profesorkunata yapaykamun. Sasachakuyqa paykunata iglesiamanta lloqsichin. Huk clase hinaqa, espiritunkuna Dioswan mana takyaqchu kanku. Ñuqaykumanta lloqsimunku, imaraykuchus mana ñuqaykuqchu kanku; palabrarayku llaqikuy utaq qatiykachay hatariptinqa, achkakuna piñakunku.” Testimonies, volume 4, 89.</w:t>
      </w:r>
    </w:p>
    <w:p>
      <w:pPr>
        <w:pStyle w:val="ArticleBody"/>
        <w:jc w:val="left"/>
      </w:pPr>
      <w:r>
        <w:rPr>
          <w:rFonts w:ascii="Times New Roman" w:hAnsi="Times New Roman" w:eastAsia="Times New Roman" w:cs="Times New Roman"/>
        </w:rPr>
        <w:t>“Chukchiy” nisqaqa paqarichisqa kaqmi, Judá ayllumanta León sutiyuqmi cheqaqta kicharispa, chaymanta qhepaman haykuichisqanrayku.</w:t>
      </w:r>
    </w:p>
    <w:p>
      <w:pPr>
        <w:pStyle w:val="ArticleScripture"/>
        <w:jc w:val="left"/>
      </w:pPr>
      <w:r>
        <w:rPr>
          <w:rFonts w:ascii="Times New Roman" w:hAnsi="Times New Roman" w:eastAsia="Times New Roman" w:cs="Times New Roman"/>
        </w:rPr>
        <w:t>“Tapukkurqani imarayku kasqanmanta chay kuyuyta rikusqayta, hinaspa rikuchisqa kani chayqa kasqanta chiqap testimoniomanta, mayqinchus waqyasqa kashan Chiqaq Testigomanta Laodiceapi kaqkunapaq yuyaychakuyninwan. Kayqa chaskiqninpa sonqonpi rurayninta ruwaspa, pusanqa payta estandartaqa hatarichinampaq hinaspa chiqap cheqaq kayta lluqsimuchinampaq. Wakinqa manam apanqachu kay chiqap testimoniota. Paykunaqa hatarinqaku chaypa contranpi, hinaspa kaymi kanqa Diospa llaqtan ukhupi chay kuyuyta ruranampaq.” Early Writings, 271.</w:t>
      </w:r>
    </w:p>
    <w:p>
      <w:pPr>
        <w:pStyle w:val="ArticleBody"/>
        <w:jc w:val="left"/>
      </w:pPr>
      <w:r>
        <w:rPr>
          <w:rFonts w:ascii="Times New Roman" w:hAnsi="Times New Roman" w:eastAsia="Times New Roman" w:cs="Times New Roman"/>
        </w:rPr>
        <w:t>“chiqaq kay” yaykuyqa sapa kuti chukchuyta apamun, hinallataq 1989 watapi kichasqa chiqaq kaypas chayta punitan ruwarqa. Chiqaq kaypa contra sayariq hark’akuy apamusqan allinkunamanta huknin karqa, 1989 qhipa watakunapi yachay yapakuynin sayachinapaq huk kamachikuna tantata wiñachiy. Chay kamachikunapa wiñayninqa, Millerita sutinchasqakunapa pacha tiempopi huk kamachikuna tantapa wiñayninwan kikinchakuqmi. Bibliamanta profeciakunapa llapa kimsa kuti churakuyninkunaqa qhipa p’unchaykunapa ruwayninkunata aswan sut’ichan.</w:t>
      </w:r>
    </w:p>
    <w:p>
      <w:pPr>
        <w:pStyle w:val="ArticleBody"/>
        <w:jc w:val="left"/>
      </w:pPr>
      <w:r>
        <w:rPr>
          <w:rFonts w:ascii="Times New Roman" w:hAnsi="Times New Roman" w:eastAsia="Times New Roman" w:cs="Times New Roman"/>
        </w:rPr>
        <w:t>Roma llaqtamanta Babilonia llaqtamantawan kimsa kuti churakusqan yuyaykuna qhawachin warmipa ayllusqanta chay animalwan, mayqentan warmi sillinman tiyaykuspa purichin hinaspa kamachin Inti p’unchaw kamachiy sasachakuypa historiankama; chay historiataq kikinmi Diospa ejecutiva taripaynin Babilonia qharichasqa warmi patapi.</w:t>
      </w:r>
    </w:p>
    <w:p>
      <w:pPr>
        <w:pStyle w:val="ArticleBody"/>
        <w:jc w:val="left"/>
      </w:pPr>
      <w:r>
        <w:rPr>
          <w:rFonts w:ascii="Times New Roman" w:hAnsi="Times New Roman" w:eastAsia="Times New Roman" w:cs="Times New Roman"/>
        </w:rPr>
        <w:t>“Kumpañiruq Ñan-ta Allichaq Kumpañiruqta,” chaymanta “Elías” nisqakunapa kinsa kutin ruranakuykunaqa, riqsichinmi llamk’ayta, hinallataq willakuytapas iskay pacha-kunapi, mayqenkunachus qhawaq rikch’ayninkuna kaspa qhipa p’unchaykunapi gracia p’unchaypa tukukuyninta. Ñawpaq pacha qallarin Apocalipsis chunka pusaqniyuq capítulo-pa ñawpaq voz-ninwan, chayqa rikuchinmi kawsakqkunapa tapuy juzgamientopa qallariyninta Laodicea Adventismopaq; qhipa pachaqa qallarin Apocalipsis chunka pusaqniyuq capítulo-pa iskay ñiqin voz-ninwan, chayqa rikuchinmi Babilonia warmi wayq’upa ejecutiva juzgamientonta.</w:t>
      </w:r>
    </w:p>
    <w:p>
      <w:pPr>
        <w:pStyle w:val="ArticleBody"/>
        <w:jc w:val="left"/>
      </w:pPr>
      <w:r>
        <w:rPr>
          <w:rFonts w:ascii="Times New Roman" w:hAnsi="Times New Roman" w:eastAsia="Times New Roman" w:cs="Times New Roman"/>
        </w:rPr>
        <w:t>Roma hinaspa Babilonia hinaspa kimsa kuti churakusqankuña Diospa qhepa p’unchaykunapi llaqtanpa hawapi rikuriq historianta sut’inchanku, chaymanta Elías hinaspa ñanta wakichiq chaskipaqpa kimsa kuti churakusqankuña Diospa qhepa p’unchaykunapi llaqtanpa ukhupi historianta sut’inchanku. Kimsa “Ay”kunapa kimsa kuti churakuyninqa chay iskay pacha-watakunanta puriq willakuyniyuq kayta reqsichin, mayqinkuna kuskanpi juicio tukukuypa qhepa pachanta rikuchinku; chay juicioqa Diospa wasinmanta qallarin, hinaspataq chay wasinmanta hawapi kaqkunaman hamun. Chay kimsa “Ay”kuna reqsichinku Islam nisqaqa qhepa paraq willakuynin kasqanta, hinaspataq Diospa juzgayninpa llank’anan kasqantapas, intita yupaychayta llapa runakunaman kallpachaqkunapa contranpi. Juiciopa tukukuyninqa “Diospa piñakuynin p’unchayninkuna” kasqanta rikuchin, iskayninpi: pantasqa iglesianman hina, iglesianmanta hawapi kaq mana alli runakunaman hina.</w:t>
      </w:r>
    </w:p>
    <w:p>
      <w:pPr>
        <w:pStyle w:val="ArticleBody"/>
        <w:jc w:val="left"/>
      </w:pPr>
      <w:r>
        <w:rPr>
          <w:rFonts w:ascii="Times New Roman" w:hAnsi="Times New Roman" w:eastAsia="Times New Roman" w:cs="Times New Roman"/>
        </w:rPr>
        <w:t>Nazaret iglesiapi Jesús ñawpaqta ministerionta qallarispaqa, Isaías qhelqap sesenta y uno kaq capitulota llamk’achirqan ministerionta, willakuyninta, ruwasqanta ima sut’inchananpaq, chaypiqa Diospa venganzan pacha reqsisqa kanankutaq churasqa karqan. Paypa ministerion, willakuynin, ruwasqan ima ñawpaqchasqa rikch’aynin karqan pachak tawa chunka tawa waranqakunapa ministerionman, willakuyninman, ruwasqanmanpas; paykunaqa proféticamente Corderota qatinku maymanchus Pay rinqa chayman.</w:t>
      </w:r>
    </w:p>
    <w:p>
      <w:pPr>
        <w:pStyle w:val="ArticleScripture"/>
        <w:jc w:val="left"/>
      </w:pPr>
      <w:r>
        <w:rPr>
          <w:rFonts w:ascii="Times New Roman" w:hAnsi="Times New Roman" w:eastAsia="Times New Roman" w:cs="Times New Roman"/>
        </w:rPr>
        <w:t>Señor Diospa Espírituynoqmi noqapi kashan; imaraykuchus Señorqa hawkaykuqkunaman allin willakuyta willanaypaq akllawashqanrayku; sonqon pakisqakunata hampinaypaq, preso apasqa runakunaman kachariyta willanaypaq, watasqa kaypi kaqkunaman carcelpa punkunkuna kichasqa kananta willanaypaq cachamuwashqa; Señorpa chaskisqa watanta, hinallataq Diosninchikpa venganzan p’unchaynta willanaypaq; llakikuypi kaq llapa runakunata sonqochanaypaq; Sionpi waqaqkunaman churapayananpaq, uspha rantinpi sumaq k’achita qonampaq, llakikuy rantinpi kusikuypa aceitenta, llasaq espíritu rantinpi alabaypa p’achata; chayhinaqa sutichasqa kanankupaq cheqaq kaypa sach’akuna hina, Señorpa tarpusqan hina, pay glorificasqa kananpaq. Paykunataq unay ch’usaq pampakunata hatarichinqaku, ñawpaq desolaciónkunata sayarichinqaku, ch’usaqyachisqa llaqtakunata allinchanqaku, achka miraykunap desolaciónninkunata. Hinaqtin huk llaqtamanta runakuna sayarispa ovejaykichiskunata michinqaku, wak llaqtapa churinkunataq yapuykichiskunapi aradoqkuna, uvas chakraykichiskunapi llamk’aqkuna kanqaku. Qamkunataq Señorpa Sacerdotenkuna nisqa kankichik; runakunaqa Diosninchikpa Ministronkuna nispa sutichasunkichik; gentilespa qhapaq kayninta mikhunkichik, paykunap hatun kayninkunapitaq kusikunkichik. Isaías 61:1–6.</w:t>
      </w:r>
    </w:p>
    <w:p>
      <w:pPr>
        <w:pStyle w:val="ArticleBody"/>
        <w:jc w:val="left"/>
      </w:pPr>
      <w:r>
        <w:rPr>
          <w:rFonts w:ascii="Times New Roman" w:hAnsi="Times New Roman" w:eastAsia="Times New Roman" w:cs="Times New Roman"/>
        </w:rPr>
        <w:t>Jesúsqa bautizakusqanpi jawk’achisqa karqan, chay señalmantaqa 11 septiembre 2001 watapi rikuchikun, chay p’unchaypi Santo Espíritupa jawk’aykusqan qallarisqa uraykamuqta, pichqakunaqa reqsisqanku qhepa para hina t’aqasqa kacharisqa kay p’unchaykuna qhipa tiemponpi Milleritakunaq historiyankuwan rikuchisqa kasqanta, paykunaqa ñawpaq chunkaq wasikuna karqanku, chaykunatataq pachak tawa chunka tawa waranqa runakuna yapamanta hatarichinqaku, Jeremíaspa ñawpaq ñankunaman kutirispa.</w:t>
      </w:r>
    </w:p>
    <w:p>
      <w:pPr>
        <w:pStyle w:val="ArticleBody"/>
        <w:jc w:val="left"/>
      </w:pPr>
      <w:r>
        <w:rPr>
          <w:rFonts w:ascii="Times New Roman" w:hAnsi="Times New Roman" w:eastAsia="Times New Roman" w:cs="Times New Roman"/>
        </w:rPr>
        <w:t>1888 watapi muskuypi Cristoq chiqninmanta willakuyqa yapamanta kunan p’unchawpaq chiqaq willakuy karqan, hinaspataq 1888 watapi muskuymanta willakuyqa alli willakuy karqan, chayqa atiyniyuqmi llikllasqa sonqokunata hampiywan wataykachaypaq; ichaqa mana atiyniyuqchu kichasqa sonqokunata kichariypaq, chaykunapaqmi ñawiyuq kashaspapas mana rikunku, rinriyuq kashaspapas mana unanchankuchu. 1888 watapi muskuymanta Cristoq chiqninmanta willakuyqa Laodiceaman willakuypas karqan; chaymi hinaspa yapamanta chayaramurqan huchapaq watasqa presokunapa punkunta kichariypaq, paypa rayku, paymi atiyniyuq punkukunata kichariyta mana pipas kichariy atisqanman, hinaspataq wisq’ayta mana pipas wisq’ayta atisqanman.</w:t>
      </w:r>
    </w:p>
    <w:p>
      <w:pPr>
        <w:pStyle w:val="ArticleBody"/>
        <w:jc w:val="left"/>
      </w:pPr>
      <w:r>
        <w:rPr>
          <w:rFonts w:ascii="Times New Roman" w:hAnsi="Times New Roman" w:eastAsia="Times New Roman" w:cs="Times New Roman"/>
        </w:rPr>
        <w:t>2001 wata 11 septiembre killapi, allin willakuykunata willanaypaq kaqkunaqa, Señormi munakusqan wata-ta, hinallataq Diospa phiñakuynin p’unchayta willakunaykupaqmi karqanku. Señormi chaskisqan watapas chay pacha qallarikurqan, payqa tukuy sunqunwanmi munan huk Laodicea runapa arrepentikuyninta chaskiyta, Diospa phiñakuynin p’unchay chayamunankama, aswan utqaylla hamuq Domingo kamachikuy Estados Unidos llaqtapi chaypi. Chaymantataq, phiñakuyninqa rikuchisqa kanqa huk iglesiapi, watukusqan pacha hamusqanta reqsiyta mana munasqanrayku; chaylla pachataq, Babilonia waqlliq warmipa hinaspa pisi-pisimanta ruranakusqa taripaynin qallarin.</w:t>
      </w:r>
    </w:p>
    <w:p>
      <w:pPr>
        <w:pStyle w:val="ArticleBody"/>
        <w:jc w:val="left"/>
      </w:pPr>
      <w:r>
        <w:rPr>
          <w:rFonts w:ascii="Times New Roman" w:hAnsi="Times New Roman" w:eastAsia="Times New Roman" w:cs="Times New Roman"/>
        </w:rPr>
        <w:t>Paypa allin chaskisqan p’unchaypi, llakikujkunata llapanta sonqochayta prometin, hinaspataq Jerusalén llaqtapi llakikujkunaqa Ezequiel qanchis isqon kaq kapitulumpi rikuchisqa kanku. Chay sonqochasqankuqa Sonqochaqwanmi apamun, qhipa para willakuyninta chaskisqankurayku, chay paraqa paykuna patamanmi chaypacha ichakusqa kashan. Ichaqa para reqsisqankupaqlla. Sonqochaqta jap’iqkuspa, “siq’i patapi siq’i” nisqa ruranawan ñawpa chunlla saqesqa cheqakunata hatarichiy llamk’anata hunt’achispaqa, chayqa Isaíaspa pasajenpi rikuchisqahinallataqmi, maypiña profeciapa siq’in, santu historiapa chunllayakusqanta rikuchiq, huk profeciapa siq’in pataman churakun, mayqen siq’ipas chunllayakuqta rikuchin. Chay llamk’anapiqa achka miraykunapa chunllayakusqankuta hatarichinku. Hinaptinqa “wak llaqtamanta runakuna” kutichinqaku chay llakikujkunaman, paykunaq rikunanpaq unancha hina hatarichisqa kasqankurayku.</w:t>
      </w:r>
    </w:p>
    <w:p>
      <w:pPr>
        <w:pStyle w:val="ArticleBody"/>
        <w:jc w:val="left"/>
      </w:pPr>
      <w:r>
        <w:rPr>
          <w:rFonts w:ascii="Times New Roman" w:hAnsi="Times New Roman" w:eastAsia="Times New Roman" w:cs="Times New Roman"/>
        </w:rPr>
        <w:t>Cristopaq llasqampas ruwasqanpas hinaspa ministriunpas, Isaías qillqapi soqta chunka hukniyuq t’aqapi sut’ichisqa hina, pachak tawa chunka tawa waranqa runakunap ruwasqanmi hinaspa ministriunmi. Chay ruwanaqa qhapaq allinchay kuyuykunapi rikuchisqaña karqan, hinaspa 1989 watapi tukukuypaq pacha chayaramurqan, llapa ñawpaq “tukukuypaq pachakuna” unanchasqankuta ñawpaqman rikuchisqanku hina. Imaynatachus huk versículo, Daniel qillqa pusaqniyuq t’aqa, chunka tawa versículo, Millerita kuyuy paqariynin hinaspa chawpi sayaynin kasqanta reqsisqa karqan, chay hinallataq Future for America kuyuy paqariynin hinaspa chawpi sayaynin versículonqa Daniel qillqa chunka hukniyuq t’aqa, tawa chunka versículon. Milleritakunapaq, chawpi sayaymanta k’anchayqa Ulai mayu rikuy qhawaypa k’anchayninwanmi unanchasqa karqan; Future for America kuyuy paqtaq, chawpi sayaymanta k’anchayqa Hiddekel mayu rikuy qhawaypa k’anchayninwanmi unanchasqa karqan.</w:t>
      </w:r>
    </w:p>
    <w:p>
      <w:pPr>
        <w:pStyle w:val="ArticleScripture"/>
        <w:jc w:val="left"/>
      </w:pPr>
      <w:r>
        <w:rPr>
          <w:rFonts w:ascii="Times New Roman" w:hAnsi="Times New Roman" w:eastAsia="Times New Roman" w:cs="Times New Roman"/>
        </w:rPr>
        <w:t>“Diosmanta Daniel chaskisqa k’anchayqa aswanta kay qhipa p’unchaykunapaqmi qosqa karqa. Ulai hinaspa Hiddekel mayukunapa patankunapi, Shinarpa hatun mayunkunaq patankunapi, pay rikusqan musquy rikch’ayninkunaqa kunanqa hunt’akuy ruwanapiñam kachkan, hinaspa llapa willasqa dhacuykunapas utqayllam pasaq hamunqa.” Testimonios para los Ministros, 112.</w:t>
      </w:r>
    </w:p>
    <w:p>
      <w:pPr>
        <w:pStyle w:val="ArticleBody"/>
        <w:jc w:val="left"/>
      </w:pPr>
      <w:r>
        <w:rPr>
          <w:rFonts w:ascii="Times New Roman" w:hAnsi="Times New Roman" w:eastAsia="Times New Roman" w:cs="Times New Roman"/>
        </w:rPr>
        <w:t>Ishkay mayukuna rikch’ayninkunapa k’anchaynin, iskay mayupi rikuchisqa kasqanmanta, huñusqa kachkan, chaymi qhepa p’unchaykunapi hunt’akun. Paykunapa kikinmanta “tinkukuynin” runa kaywan Dios kaywan huñuyta rikuchin, chaymi Hermana White kutin-kutin Cristoq willakuynin nispa sut’inchan, chay contexto ukhupi runa kay Dios kaywan huñusqa kasqan huchaman mana urmanchu. Iskay mayukunaqa chay kikintaq tinkisqa kayta rikuchin.</w:t>
      </w:r>
    </w:p>
    <w:p>
      <w:pPr>
        <w:pStyle w:val="ArticleScripture"/>
        <w:jc w:val="left"/>
      </w:pPr>
      <w:r>
        <w:rPr>
          <w:rFonts w:ascii="Times New Roman" w:hAnsi="Times New Roman" w:eastAsia="Times New Roman" w:cs="Times New Roman"/>
        </w:rPr>
        <w:t>“Mana hunt’api kasukuy kasukusqa kasqa uyariykunaqa Diospa mañakusqan tupuyman chayananpaq. Payqa mana mañakusqankunataqa mana sut’ichasqata saqirqachu. Mana imatapas kamachirqachu runata Paywan tinkusqa kawsayman churananpaq mana necesitakusqanta. Huchasapakunataqa Paypa allin kayninpa ejemplonman qhawachinanchikmi, hinaspataq Cristoman pusana, pipa graciannillanwanmi kay ejemploman chayasqa kanman.”</w:t>
      </w:r>
    </w:p>
    <w:p>
      <w:pPr>
        <w:pStyle w:val="ArticleScripture"/>
        <w:jc w:val="left"/>
      </w:pPr>
      <w:r>
        <w:rPr>
          <w:rFonts w:ascii="Times New Roman" w:hAnsi="Times New Roman" w:eastAsia="Times New Roman" w:cs="Times New Roman"/>
        </w:rPr>
        <w:t>“Qispichiq runakayninpa pisi kallpaykunaqa pay kikintam aparqan, hinaspan huch’ayninnaq kawsarqan, runakuna ama manchakunankupaq, runa kaypa pisi kallpanrayku atipayta mana atinkumanchu nispa. Cristo hamurqan noqanchikta ‘Diospa kayninmanta rakikukkunata’ ruwanampaq, hinaspa kawsayninmi willakun: runa kay, Dios kaywan huñusqa kaspa, mana huchallikunchu.</w:t>
      </w:r>
    </w:p>
    <w:p>
      <w:pPr>
        <w:pStyle w:val="ArticleScripture"/>
        <w:jc w:val="left"/>
      </w:pPr>
      <w:r>
        <w:rPr>
          <w:rFonts w:ascii="Times New Roman" w:hAnsi="Times New Roman" w:eastAsia="Times New Roman" w:cs="Times New Roman"/>
        </w:rPr>
        <w:t>“Qespichiq atipan runa imayna atipayta atinanta rikuchinampaqmi. Supaypa llapa tentacionninkunataqa, Cristoqa Diospa Siminwanmi tinkuchirqan. Diospa promesankunapi confiakuspataqmi kallpata chaskirqan Diospa kamachikunankunata kasukunampaq, hinaspa tentaqa mana ima ventajetapas tarirqanchu. Sapa tentacionmanmi kutichin kasqa: ‘Qelqasqan kashan.’ Chay hinallataqmi Diosqa qowanchis Siminta, chaywan mana allinta hark’ananchispaq. Ancha hatun y chanin promesakunan ñoqanchispaqmi kanku, chaykunawan ‘Diospa naturalezannimanta rakiqkuna kananchispaq, munaywan kay pachapi kaq ismachiymanta ayqesqataña kaspa.’ 2 Pedro 1:4.”</w:t>
      </w:r>
    </w:p>
    <w:p>
      <w:pPr>
        <w:pStyle w:val="ArticleScripture"/>
        <w:jc w:val="left"/>
      </w:pPr>
      <w:r>
        <w:rPr>
          <w:rFonts w:ascii="Times New Roman" w:hAnsi="Times New Roman" w:eastAsia="Times New Roman" w:cs="Times New Roman"/>
        </w:rPr>
        <w:t>“Nisqa sasachakuqta niy, ama qhawachunchu imaymana kaqkunata, kikinpa pisi kallpanta, nitaq wateqaypa atiyninta, aswanqa Diospa siminpa kallpanta qhawachun. Lliw kallpanñataq noqanchikpaqmi kachkan. ‘Qanpa simiyta,’ nispa takiq willan, ‘sonqoypi pakarqani, ama Qan contra huchallinaypaq.’ ‘Qanpa simiykipa rimayninwanmi waqlliqpa ñanninkunamanta waqaychakurqani.’ Salmo 119:11; 17:4.” The Ministry of Healing, 181.</w:t>
      </w:r>
    </w:p>
    <w:p>
      <w:pPr>
        <w:pStyle w:val="ArticleBody"/>
        <w:jc w:val="left"/>
      </w:pPr>
      <w:r>
        <w:rPr>
          <w:rFonts w:ascii="Times New Roman" w:hAnsi="Times New Roman" w:eastAsia="Times New Roman" w:cs="Times New Roman"/>
        </w:rPr>
        <w:t>Yachaypa yapakuynin 1798 watapi hinallataq 1989 watapi, Diospa profetay sutin siminta kichasqa hina karqa. Paypa Simin atiyta qun atipaykuspa atipanapaq, imaynan pay atiparqan hina, chaymantaq “Paypa kawsaynin willakun runakaynin, divinidadwan huñusqa kaspa, mana huchallikusqanta.” Ulai mayupa rikuyñinqa paypa rikurimuyninmanta marah rikuymin, chaymi iskay waranqa kimsa pachak punchawkunapa profeciapi sut’inchasqa kachkan. Hiddekel mayupa rikuyñinqa profetay historiapa chazon rikuymin, chaymi iskay waranqa pichqa pachak iskay chunka watakunapa profeciapi sut’inchasqa kachkan. Marah rikuyqa divinidadta rikuchin, chazon rikuytaq runakayninta rikuchin.</w:t>
      </w:r>
    </w:p>
    <w:p>
      <w:pPr>
        <w:pStyle w:val="ArticleBody"/>
        <w:jc w:val="left"/>
      </w:pPr>
      <w:r>
        <w:rPr>
          <w:rFonts w:ascii="Times New Roman" w:hAnsi="Times New Roman" w:eastAsia="Times New Roman" w:cs="Times New Roman"/>
        </w:rPr>
        <w:t>Ñawpa Shinar llaqtapi iskaynin mayukuna, Ulaiwan Hiddekelwan, icha kunan p’unchawpi Tigres nispas Éufrates nispas riqsisqa mayukuna, tukukuyninpi uray Iraq suyupi kaq Shatt al-Arab yaku ñannillaman huñunakunku; hinaspa Shatt al-Arabqa Persia qochamanmi chayan. Jesusqa rikuy atinapaq kaq, pachamamapi kaqta hinallataq sallqa kaqta, espiritu ukupi kaqta rikuchinapaq apallantaqmi; iskay mayukunawan tinkisqa rikch’ayninkuna, kunan hunt’akuy ruwaypi kachkaspanku, runapaq hinallataq Diospaq kaqpa hukllachasqa kasqanta rikuchinku, mayuman puriyninkuta tukuchayman chayaspa. Kay cheqaq nisqaqa iskay profeciakunapa qallariyninpin takyasqa kachkan, Daniel qillqapa pusaq kaq capítulo, chunka kimsañiyuq hinaspa chunka tawayuq versículokunapi iskay rikch’aywan sut’ichisqa. Huk rikch’ayqa tapuymi, hukñataq kutichiy; yuyayman hinaqa mana t’aqay atisqachu kanku.</w:t>
      </w:r>
    </w:p>
    <w:p>
      <w:pPr>
        <w:pStyle w:val="ArticleBody"/>
        <w:jc w:val="left"/>
      </w:pPr>
      <w:r>
        <w:rPr>
          <w:rFonts w:ascii="Times New Roman" w:hAnsi="Times New Roman" w:eastAsia="Times New Roman" w:cs="Times New Roman"/>
        </w:rPr>
        <w:t>Runakaynin rikchaynin, mayqinmi sut’inchan templota hinallataq soldadokunata sarusqa kasqanta, qallarin wata 677 a. C. nisqapi; hinaspa Dios kayninpa rikchaynin, mayqinmi sut’inchan Cristopa rikurimuyninta, qallarin wata 457 a. C. nisqapi. Dios kayninwan runa kayninwan t’inkisqa kayqa iskay pachak iskay chunka watakunahuanmi rikuchisqa, chaymi iskay rikchaykunapa iskay qallariq puntokunata t’inkin. Iskay pachak iskay chunkaqa “runa kayninpa Dios kayninwan t’inkisqanmanta” unanchaqmi; hinaspataq rikuchisqa kachkan yachaypa yapakusqan t’inkisqanwan pacha tukuypi 1798 watapi, yachaypa yapakusqanwan pacha tukuypi 1989 watapi.</w:t>
      </w:r>
    </w:p>
    <w:p>
      <w:pPr>
        <w:pStyle w:val="ArticleBody"/>
        <w:jc w:val="left"/>
      </w:pPr>
      <w:r>
        <w:rPr>
          <w:rFonts w:ascii="Times New Roman" w:hAnsi="Times New Roman" w:eastAsia="Times New Roman" w:cs="Times New Roman"/>
        </w:rPr>
        <w:t>Yachay wiñaykusqanmantam 1798 watapi lluqsimusqa formalchasqa willakuyqa, ñawpaqtaqa Miller-mi 1831 watapi rikuchirqan (chaymantaqa Vermont Telegraph sutiyuq qillqapaq p’anqapi 1833 watapi). 1831 wataqa iskay pachak iskay chunka watakunam 1611 watapi King James Biblia paqarichisqa kasqan qhepaman. King James Bibliaqa iskay rikch’aq qillqam karqan: Ñawpaq Testamento hinallataq Musuq Testamento. Chay iskay pachak iskay chunka watakunapa qallariyninwan tukukuyninwanmi huk “tinkichisqa” karqan huk divina paqarichiyta huk runapa paqarichisqanwan. Runapa paqarichisqan willayninqa chay divina k’anchaymantam hamurqan, chayqa 1798 watapi pacha tukukuypi kicharisqa karqan; hinaspataqmi formalchasqa karqan huk runa instrumento ruwasqanwan, paymi 1831 watapi chayta paqarichiyta qallariq karqan. Divina paqarichiymin karqan, huk divinamente sellasqa willakuywan; chaytaq qhipamanta runakunaq rurasqanwan kicharisqa karqan, hinaspataq huk runa instrumento paqarichirqan. Diospa siminpi “publish” nisqaman tikrasqa hebreo simiqa kaykunatam niy: waqyay, qapariy (manaraqpi), reqsisqa kay, qhapaq hamuq, waqyay, rimariy, sutichay, willakuy, willariy, rimayta sut’inchay, paqarichiy. Millerqa 1831 watapi willakuyninta paqarichiyta qallariqmi karqan; hinaspataq 1833 watapi cheqaqtapuni Vermont Telegraph nisqapi paqarichisqa karqan.</w:t>
      </w:r>
    </w:p>
    <w:p>
      <w:pPr>
        <w:pStyle w:val="ArticleBody"/>
        <w:jc w:val="left"/>
      </w:pPr>
      <w:r>
        <w:rPr>
          <w:rFonts w:ascii="Times New Roman" w:hAnsi="Times New Roman" w:eastAsia="Times New Roman" w:cs="Times New Roman"/>
        </w:rPr>
        <w:t>Yachaypa mirayninmanta 1989 watapi lluqsisqa formalchasqa willakuyqa ñawpaqta rikhurichisqa karqan 1996 watapi (The Time of the End revistapi), iskay pachak iskay chunka watakunamanta qhipaman, 1776 watapi Independenciapa Declaración sutiyuq iskay santu qillqakuna rikhurichisqa kasqan qhipata (hinallataq chaymanta qhipaman, 1789 watapi Estados Unidospa Constituciónninta). Chay iskay pachak iskay chunka watakunapa qallariyninpas tukukuyninpas divinidadwan runakayninta tinkuchin, chaytaq ruwan iskay divina qillqakunata rikhurichiywan, 1776 watapi qallarispa. Danielpa libroqa tukukuy pacha tiempopi 1989 watapi kicharisqa kaptin, runa instrumentopa llamkayninwan apamuchisqa formalchasqa willakuyqa 1996 watapi rikhurichisqa karqan. Ñiqinqa kayhinam karqan: huk divina rikhurichiy, chaymanta kichariy, chaymanta runapa rikhurichisqan.</w:t>
      </w:r>
    </w:p>
    <w:p>
      <w:pPr>
        <w:pStyle w:val="ArticleBody"/>
        <w:jc w:val="left"/>
      </w:pPr>
      <w:r>
        <w:rPr>
          <w:rFonts w:ascii="Times New Roman" w:hAnsi="Times New Roman" w:eastAsia="Times New Roman" w:cs="Times New Roman"/>
        </w:rPr>
        <w:t>Iskay pacha tukukuy p’unchawkunaq qhipa tiempunkunapim, cheqaq kaypa kimsa puriykuna riqsichisqa kachkan. Iskayninpas huk ñawpaq puriywan qallarin: huk Diosmanta willasqa qillqasqa rurasqawan; hinaspa runaqa rurasqan qillqasqa, Diosmanta willayta sut’inchaspa willaq, chayqa qhipa puriy kachkan. Chaupi puriyqa chay pachaq historiankama Juda ayllumanta Leonqa Diosmanta willayta kicharimun, chaymantataq huk runa instrumento akllan, Diosmanta qillqasqa qillqamanta kicharisqa k’anchayta huñunampaq. Chay kichariy kaptinqa, mana allin runakuna, yachay yapakusqanta mana unanchaspanku, hatarikuyninkuta rikuchinku. Chayrayku, huk Diosmanta qillqasqa willasqaqa hebreo simipa alfabetoq ñawpaq sananwan rikuchisqa kachkan; yachay yapakusqanqa chunka kimsayuq sananwan rikuchisqa kachkan maypim hatarikuy rikurimun; hinaspa chay historiapaq sapaq Diosmanta willaymanta runaqa rurasqan qillqasqaqa hebreo simipa alfabetoq qhipa sananmi; hinallataq chay kimsa sanakuna huñusqa kaspankuqa “cheqaq kay” ninmi.</w:t>
      </w:r>
    </w:p>
    <w:p>
      <w:pPr>
        <w:pStyle w:val="ArticleBody"/>
        <w:jc w:val="left"/>
      </w:pPr>
      <w:r>
        <w:rPr>
          <w:rFonts w:ascii="Times New Roman" w:hAnsi="Times New Roman" w:eastAsia="Times New Roman" w:cs="Times New Roman"/>
        </w:rPr>
        <w:t>Kunan pacha hunt’akuypi kashan chay Ulai chaymanta Hiddekel mayukunapi rikuykunaqa reqsichinmi qhipa p’unchaykunapi yachaypa yapakuynin ishkantin mayumanta hukllachasqa kasqanta, chaywan sut’ichanapaq divinidadwan runakay junt’asqa kaspa mana huchallikusqanta. Danielqa Ulai mayu patapi kashaspan chaskirqanmi chay rikuyta, Cristo rikurimuyninta rikch’achiqta, iskay waranqa kimsa pachak watapa profecía tukukuyninpi, 1844 watapi.</w:t>
      </w:r>
    </w:p>
    <w:p>
      <w:pPr>
        <w:pStyle w:val="ArticleScripture"/>
        <w:jc w:val="left"/>
      </w:pPr>
      <w:r>
        <w:rPr>
          <w:rFonts w:ascii="Times New Roman" w:hAnsi="Times New Roman" w:eastAsia="Times New Roman" w:cs="Times New Roman"/>
        </w:rPr>
        <w:t>Hinaspan musquypi rikurqani; hinaspanpas rikurqani chaypacha, noqaqa kasharqani Susan llaqtapi palaciopi, mayqaqa Elam suyupi kashan; hinaspan musquypi rikurqani, noqataqmi Ulai mayu patapi karqani. Daniel 8:2.</w:t>
      </w:r>
    </w:p>
    <w:p>
      <w:pPr>
        <w:pStyle w:val="ArticleBody"/>
        <w:jc w:val="left"/>
      </w:pPr>
      <w:r>
        <w:rPr>
          <w:rFonts w:ascii="Times New Roman" w:hAnsi="Times New Roman" w:eastAsia="Times New Roman" w:cs="Times New Roman"/>
        </w:rPr>
        <w:t>Danielqa chaskirqanmi Hiddekel mayu patapi kashaspa, iskay waranqa pichqa pachak iskay chunka watakunayuq profetap kawsayninmanta rikch’ayninta rikuchiq musqhoyta.</w:t>
      </w:r>
    </w:p>
    <w:p>
      <w:pPr>
        <w:pStyle w:val="ArticleScripture"/>
        <w:jc w:val="left"/>
      </w:pPr>
      <w:r>
        <w:rPr>
          <w:rFonts w:ascii="Times New Roman" w:hAnsi="Times New Roman" w:eastAsia="Times New Roman" w:cs="Times New Roman"/>
        </w:rPr>
        <w:t>Ñawpaq killaq iskay chunka tawa p’unchayninpi, hatun mayu Hiddekel sutiyuqpa patanpi kashaspa. Daniel 10:4.</w:t>
      </w:r>
    </w:p>
    <w:p>
      <w:pPr>
        <w:pStyle w:val="ArticleBody"/>
        <w:jc w:val="left"/>
      </w:pPr>
      <w:r>
        <w:rPr>
          <w:rFonts w:ascii="Times New Roman" w:hAnsi="Times New Roman" w:eastAsia="Times New Roman" w:cs="Times New Roman"/>
        </w:rPr>
        <w:t>Chaymantapas Gabrielqa tawa chunka tawañiqi versículopi sut’incharqan Hiddekel Mayumanta chazon rikuypa imamanta kasqanta.</w:t>
      </w:r>
    </w:p>
    <w:p>
      <w:pPr>
        <w:pStyle w:val="ArticleScripture"/>
        <w:jc w:val="left"/>
      </w:pPr>
      <w:r>
        <w:rPr>
          <w:rFonts w:ascii="Times New Roman" w:hAnsi="Times New Roman" w:eastAsia="Times New Roman" w:cs="Times New Roman"/>
        </w:rPr>
        <w:t>Kunanqa hamurqani qantaq kasqanta yachanaykipaq, ima pasasqankunata qampa llaqtaykita qhipa p’unchawkunapi; chaymantaqa, rikuyqa achka p’unchawkunaqpaqraqmi kashan. Daniel 10:14.</w:t>
      </w:r>
    </w:p>
    <w:p>
      <w:pPr>
        <w:pStyle w:val="ArticleBody"/>
        <w:jc w:val="left"/>
      </w:pPr>
      <w:r>
        <w:rPr>
          <w:rFonts w:ascii="Times New Roman" w:hAnsi="Times New Roman" w:eastAsia="Times New Roman" w:cs="Times New Roman"/>
        </w:rPr>
        <w:t>Ulai Mayu patapi qosqaña rikch’ariyqa Cristoq “rikch’aynin”ta (divinidadninta) reqsichin, payqa 1844 watapi octubre killap 22 p’unchawninpi utqaylla Templonman hamusqanpi. Chayqa chay p’unchawpi “divinidad” Millerita runakunaq templonman (humanidadman) yaykusqanta sut’incharqan, Pampachay P’unchawrayku; chayqa “at one-ment” nisqaq p’unchawninmi, nispa, divinidadwan humanidadwan huñunakusqanta reqsichin. Hiddekel Mayu patapi qosqaña rikch’ariyqa qhepa p’unchawkunapi ima kasqankunataq Diospa llaqtanman (humanidadman) chayamunanta reqsichin.</w:t>
      </w:r>
    </w:p>
    <w:p>
      <w:pPr>
        <w:pStyle w:val="ArticleBody"/>
        <w:jc w:val="left"/>
      </w:pPr>
      <w:r>
        <w:rPr>
          <w:rFonts w:ascii="Times New Roman" w:hAnsi="Times New Roman" w:eastAsia="Times New Roman" w:cs="Times New Roman"/>
        </w:rPr>
        <w:t>Rikhuypa “rikch’akuyninpa” qallariyninqa karqan 457 ñawpaq Cristomanta watapi. Iskay pachak iskay chunka watakuna qhipamanmi karqan chay profetapa pacha p’unchaymanta, mayqinmi reqsichirqan santuarionta chakiwan sarusqa kasqanta, hinallataq anfitrión nisqapa sarusqa kasqanta, 677 ñawpaq Cristomanta watapi qallarisqanmanta. Chay iskay pachak iskay chunka watakunapa tukukuynin, iskaynin rikhuykunapa qallariyninpi huñusqa kasqankuwan tupasqa, Señalasqapa Musphay Yupaqaqwanmi reqsichisqa karqan, paymi Habacuc 2:20 nisqapipas Musphay Simi Yachaq kallan.</w:t>
      </w:r>
    </w:p>
    <w:p>
      <w:pPr>
        <w:pStyle w:val="ArticleScripture"/>
        <w:jc w:val="left"/>
      </w:pPr>
      <w:r>
        <w:rPr>
          <w:rFonts w:ascii="Times New Roman" w:hAnsi="Times New Roman" w:eastAsia="Times New Roman" w:cs="Times New Roman"/>
        </w:rPr>
        <w:t>Ichaqa Señorqa kashan santu templonpi: tukuy kay pachaqa upallalla kachun paypa ñawpaqenpi. Habacuc 2:20.</w:t>
      </w:r>
    </w:p>
    <w:p>
      <w:pPr>
        <w:pStyle w:val="ArticleBody"/>
        <w:jc w:val="left"/>
      </w:pPr>
      <w:r>
        <w:rPr>
          <w:rFonts w:ascii="Times New Roman" w:hAnsi="Times New Roman" w:eastAsia="Times New Roman" w:cs="Times New Roman"/>
        </w:rPr>
        <w:t>Runakunap divinidadwan tinkisqanmi qallariypi iskay profeciakunapa qallariyninkunawan rikuchisqa karqan; chay tinkiqa reqsichisqa karqan paykunapa iskaynin tukukuyninkunapipas, chay kapítulowan versículuwanmi, maypichus divinidadpa rikurimuynin sut’ita willasqa kachkan, paypa sayachisqan temploman hamuspa, chay temploqa suqta chunka suqtayuq watakunapi ruwasqa karqan, pacha tukukuymanta qallarispa 1798 watapi, hinaspa suqta chunka suqtayuq wata qhipaman tukuspa 1844 watapa octubre killapa iskay chunka iskayniyuq p’unchawninpi.</w:t>
      </w:r>
    </w:p>
    <w:p>
      <w:pPr>
        <w:pStyle w:val="ArticleScripture"/>
        <w:jc w:val="left"/>
      </w:pPr>
      <w:r>
        <w:rPr>
          <w:rFonts w:ascii="Times New Roman" w:hAnsi="Times New Roman" w:eastAsia="Times New Roman" w:cs="Times New Roman"/>
        </w:rPr>
        <w:t>¿Manachu yachankichis qankunaqa Diospa templon kasqaykichista, hinaspa Diospa Espíritun qankunapi tiyashasqanta? Sichus pipas Diospa templonta qhellichanman, Diosmi payta chinkachinqa; imaraykuchus Diospa templonqa santo kashan, chay templonmi qankuna kankichis. 1 Corintios 3:16, 17.</w:t>
      </w:r>
    </w:p>
    <w:p>
      <w:pPr>
        <w:pStyle w:val="ArticleBody"/>
        <w:jc w:val="left"/>
      </w:pPr>
      <w:r>
        <w:rPr>
          <w:rFonts w:ascii="Times New Roman" w:hAnsi="Times New Roman" w:eastAsia="Times New Roman" w:cs="Times New Roman"/>
        </w:rPr>
        <w:t>1844 watapi 22 uray killapi, “rikuriy” nisqa visiónwan hina tupaspa, Habacucqa riqsichirqan Señormi paypa santu templonpi kasqanta. Payqa sayarichirqan chay templota, iskay waranqa pichqa pachak iskay chunka watakuna tukuyñinpi urmachisqa hinaspa sarusqa kasqanta, tawa chunka suqta watakunapi.</w:t>
      </w:r>
    </w:p>
    <w:p>
      <w:pPr>
        <w:pStyle w:val="ArticleScripture"/>
        <w:jc w:val="left"/>
      </w:pPr>
      <w:r>
        <w:rPr>
          <w:rFonts w:ascii="Times New Roman" w:hAnsi="Times New Roman" w:eastAsia="Times New Roman" w:cs="Times New Roman"/>
        </w:rPr>
        <w:t>Hinaspataq rimay: Kaynataqmi Señor de los ejércitos nispa nin: Qhawariy, runa sutiyoq Ramasqa; payqa kikin llaqtanmanta wiñanqa, hinaspan Señorpa templonta hatarichinqa. Arí, pay kikinmi Señorpa templonta hatarichinqa; paymi k’anchayninta apaspa, tiyanan kamachinan tiyananpi tiyaykuspa kamachinqa; hinaspan sacerdotepas kanqa tiyananpi. Iskayninpa chawpinpin kawsanqa samiy kuska yuyay. Coronakunataq kanqa Helempaq, Tobiyahpaq, Jedayahpaq, hinaspa Zephaniahpa churin Henpaq, Señorpa templonpi yuyarinapaq. Karumanta kaqkunataq hamuspa Señorpa templonpi ruwaq hamunqaku, hinaspan qankuna yachanqankichik Señor de los ejércitos qamkunaman cachamuwasqanta. Kayqa hunt’akunqa, sichus qankuna allinta kasukunkichik Señor Diosniykichikpa rimayninta. Zacarías 6:12–15.</w:t>
      </w:r>
    </w:p>
    <w:p>
      <w:pPr>
        <w:pStyle w:val="ArticleBody"/>
        <w:jc w:val="left"/>
      </w:pPr>
      <w:r>
        <w:rPr>
          <w:rFonts w:ascii="Times New Roman" w:hAnsi="Times New Roman" w:eastAsia="Times New Roman" w:cs="Times New Roman"/>
        </w:rPr>
        <w:t>Juan 2:20pi, Cristoqa templota pichasqan qhipaman, chayqa Hermana White nisqanman hina Malaquías kimsa kaq capítulo nisqanta hunt’asqan karqa, hinallataq 1844 watapi octubre killapa 22 p’unchawninpis, Pactopa Kachaqninqa qonqaylla Templonman hamurqa.</w:t>
      </w:r>
    </w:p>
    <w:p>
      <w:pPr>
        <w:pStyle w:val="ArticleScripture"/>
        <w:jc w:val="left"/>
      </w:pPr>
      <w:r>
        <w:rPr>
          <w:rFonts w:ascii="Times New Roman" w:hAnsi="Times New Roman" w:eastAsia="Times New Roman" w:cs="Times New Roman"/>
        </w:rPr>
        <w:t>Jesús paykuna-ta kutichispa nirqa: “Kay templota urmachiychik, kimsa p’unchawpiñataq hukmanta sayarichisaq.” Chaymi judíokuna nirqanku: “Kay templo ruwasqa kananpaq tawa chunka suqta watataq pasarqan, ¿qanrí kimsa p’unchawllapi hukmanta sayarichinki?” Ichaqa payqa kikinpa cuerponpa templonmanta rimarqan. Juan 2:19–20.</w:t>
      </w:r>
    </w:p>
    <w:p>
      <w:pPr>
        <w:pStyle w:val="ArticleBody"/>
        <w:jc w:val="left"/>
      </w:pPr>
      <w:r>
        <w:rPr>
          <w:rFonts w:ascii="Times New Roman" w:hAnsi="Times New Roman" w:eastAsia="Times New Roman" w:cs="Times New Roman"/>
        </w:rPr>
        <w:t>Malaquías qillqapa kimsa kaq kapitulpin nisqanta hunt’aspa, Cristoqa mana suyachispa Templonman hamurqan, Juan qillqapa iskay kaq kapitulpim llamk’ayninpa qallariyninpi templo picharqan; chayqa octubre 22, 1844 p’unchayta rikch’achirqan. Cristopa Juan qillqapa iskay kaq kapitulpin templo pichasqanpas, hinaspa octubre 22, 1844 p’unchaypas, Malaquías qillqapa kimsa kaq kapitulpin nisqapa hunt’akuynin karqan. Juan qillqapa ISKAY kaq kapitulpin, ISKAY CHUNKA kaq versículopin willawasunchik runa temploq tawa chunka suqta watapi sayarichisqa kasqanta, hinaspa divina templo kimsa p’unchaypi hatarichisqa kasqanta. Runa temploqa Habacucpa “santo templo” nisqanman tukupun sapallan divinidad mana suyachispa ukhuman hamuptinmi, octubre 22, 1844 p’unchaypi hina; imaraykuchus divinidadwan runakay huñusqa kaspaqa mana huchallikunchu. Sinarpa iskay jatun mayukunamanta rikuykunaqa chay chiqaq kayta rikuchin: divinidadwan runakay huñusqa kaspaqa mana huchallikunchu.</w:t>
      </w:r>
    </w:p>
    <w:p>
      <w:pPr>
        <w:pStyle w:val="ArticleBody"/>
        <w:jc w:val="left"/>
      </w:pPr>
      <w:r>
        <w:rPr>
          <w:rFonts w:ascii="Times New Roman" w:hAnsi="Times New Roman" w:eastAsia="Times New Roman" w:cs="Times New Roman"/>
        </w:rPr>
        <w:t>Qatiq qelqaypi Daniel qillqap chunka hukniyuq t’aqapi tawa chunka kaq chhikanta qhawayninchikta qatiq qillqapi mast’arisun.</w:t>
      </w:r>
    </w:p>
    <w:p>
      <w:pPr>
        <w:pStyle w:val="ArticleScripture"/>
        <w:jc w:val="left"/>
      </w:pPr>
      <w:r>
        <w:rPr>
          <w:rFonts w:ascii="Times New Roman" w:hAnsi="Times New Roman" w:eastAsia="Times New Roman" w:cs="Times New Roman"/>
        </w:rPr>
        <w:t>Qankunapas, kawsayniyuq rumikuna hina, hatarichisqa kankichik huk espirituyuq wasi hina, huk ch’uya sacerdocio hina, Jesucristo rayku Diosman allinchasqa espirituyuq haywarikuykunata haywanaykichikpaq. 1 Pedro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iskay chunka iskayniyuq</dc:title>
  <dc:subject>Cheqaq kaypa qhawasqa rikch’ariy: Daniel 11 nisqamanta Diospa llaqtanpa kuyuchisqa kasqan ukhu puriytaq.</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