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Qelqan — Pachak iskay chunka kimsayoq</w:t>
      </w:r>
    </w:p>
    <w:p>
      <w:pPr>
        <w:pStyle w:val="ArticleSubtitle"/>
        <w:jc w:val="left"/>
      </w:pPr>
      <w:r>
        <w:rPr>
          <w:rFonts w:ascii="Arial" w:hAnsi="Arial" w:eastAsia="Arial" w:cs="Arial"/>
        </w:rPr>
        <w:t>Daniel 11:40 nisqapi willakuy proféticopa ancha allin ninapaq qhawayninpa kichasqan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2024-03-08</w:t>
      </w:r>
    </w:p>
    <w:p>
      <w:pPr>
        <w:pStyle w:val="ArticleBody"/>
        <w:jc w:val="left"/>
      </w:pPr>
      <w:r>
        <w:rPr>
          <w:rFonts w:ascii="Times New Roman" w:hAnsi="Times New Roman" w:eastAsia="Times New Roman" w:cs="Times New Roman"/>
        </w:rPr>
        <w:t>Daniel qillqap chunka hukniyuq kapítulunpa tawa chunka versículonqa Diospa Siminpi ancha ukhu yachayniyuq versículom, hinallataq Daniel qillqap pusaqniyuq kapítulunpa chunka tawa versículonpas. Tawa chunka versículonqa Hiddekel mayuwan rikuchisqa kachkan, Ulai mayutaq Daniel qillqap pusaqniyuq kapítulunpa chunka tawa versículonta rikuchin.</w:t>
      </w:r>
    </w:p>
    <w:p>
      <w:pPr>
        <w:pStyle w:val="ArticleBody"/>
        <w:jc w:val="left"/>
      </w:pPr>
      <w:r>
        <w:rPr>
          <w:rFonts w:ascii="Times New Roman" w:hAnsi="Times New Roman" w:eastAsia="Times New Roman" w:cs="Times New Roman"/>
        </w:rPr>
        <w:t>Chunka tawa kinsayuq qallarin kay simikunawan: “tukukuy pacha chayamuchkaptin”, chayhinataq sut’ita riqsichin chay kinsayuq qallariyninqa 1798 wata kasqanta. Chay kinsayuq pichqa chunka hukniyuq siminkunaqa 1989 watapi kichasqa karqan, maypachachus riqsisqa karqan chay pacha Unión Soviética urmayninta sut’ichasqankuta. Chay pichqa chunka hukniyuq simikunaqa, kinsayuqpi, iskayninta reqsichinku: hukninqa 1798 watapi tukukuy pacha, hinaspataq hukñiqin tukukuy pacha 1989 watapi. Alpha y Omegaqa paypa firmanta churarqan chay kinsayuq patapi, llapa rikuyta uyariytawan munakkuqkunapaq. Ñawpaq angelpa hinaspa kimsay ñiqin angelpa kuyukuyninkunapa tukukuy pachankunaqa chay sapa kinsayuqllapi reqsichisqa kanku.</w:t>
      </w:r>
    </w:p>
    <w:p>
      <w:pPr>
        <w:pStyle w:val="ArticleBody"/>
        <w:jc w:val="left"/>
      </w:pPr>
      <w:r>
        <w:rPr>
          <w:rFonts w:ascii="Times New Roman" w:hAnsi="Times New Roman" w:eastAsia="Times New Roman" w:cs="Times New Roman"/>
        </w:rPr>
        <w:t>Kay qatiq qillqaq nin nin: papa kay, hanaq chiqanpa qhapaqnin hina rikuchisqa, Estados Unidos nisqata atipanqa, sumaq allpa hina rikuchisqata, Estados Unidospi chayamunanpaq kachkan chay domingo kamachiy hinallataq. Chayrayku, icha versículo tawa chunka nisqapa siminkuna puchukay pacha-ta 1798 watapi reqsichinku qallariynin hina, hinaspa puchukay pacha-ta 1989 watapi reqsichinku tukukuynin hina, cheqaqmi profecíaq historianta versículo tawa chunkapi rikuchisqa mana tukukunichu versículo tawa chunka hukniyuqman chayanan kama, maypichus hanaq chiqanpa qhapaqnin sumaq allpata atipan. Kayqa ninmi 1989 watapi Unión Soviética urmaymanta qallarispa, versículo tawa chunka hukniyuqpi kachkan chay chayamunanpaq domingo kamachiykama, chay historiaqa Estados Unidospa historianta rikuchin, Presidente Ronald Reaganmanta qallarispa chay chayamunanpaq domingo kamachiykama. Chay historiaqa 2001 watapi setiembre killapa chunka hukniyuq p’unchayta hinallataq chaymanta ñawpaqman Apocalipsis chunka hukniyuq qhapaqpi hatun allpa kuyuy horakama hap’in.</w:t>
      </w:r>
    </w:p>
    <w:p>
      <w:pPr>
        <w:pStyle w:val="ArticleBody"/>
        <w:jc w:val="left"/>
      </w:pPr>
      <w:r>
        <w:rPr>
          <w:rFonts w:ascii="Times New Roman" w:hAnsi="Times New Roman" w:eastAsia="Times New Roman" w:cs="Times New Roman"/>
        </w:rPr>
        <w:t>Kay qillqaqa qicharisqa kasqan qallariypi, cheqaq kayta mana chaskiq huk rimanakuy hatarirqan: “Pippenger nisqanpa nirqanman hina, chay qillqaqa 1798 watamanta Domingo kamachikuykama historiata rikuchin nisqaqa mana allin, mana yuyayniyuq mañakuymi, imaraykuchus Bibliapi qillqakuna manam chayhina suni historiapa pacha pacha-kunata huklla qillqaqapi rikuchinku.” Ñuqaykuqa manam unay pachakuna huk qillqaqapi churakuy atisqanmanta ima tupuy kasqanta yuyarisqayku karqanchu; ichaqa chaylla yuyarirqayku Apocalipsis qillqapa chunka kimsayuq t’aqapi, chunka hukniyuq qillqaqa kikin historiata reqsichisqanta, hinaspataq huklla qillqaqapi ruwasqanta. Allpa animalpa historianninqa 1798 watapi qallariqan, hinaspa chay allpa animalpa dragón hina rimayninqa utqaylla hamuq Domingo kamachikuypi hunt’akun.</w:t>
      </w:r>
    </w:p>
    <w:p>
      <w:pPr>
        <w:pStyle w:val="ArticleScripture"/>
        <w:jc w:val="left"/>
      </w:pPr>
      <w:r>
        <w:rPr>
          <w:rFonts w:ascii="Times New Roman" w:hAnsi="Times New Roman" w:eastAsia="Times New Roman" w:cs="Times New Roman"/>
        </w:rPr>
        <w:t>“Hinallataq Papadoqa, kallpanmanta qichusqa, qatiykachaymanta saqerparinampaq kallpachasqa karqan chayqa, Juanqa huk musuq atiyniyoqta rikurqan, dragónpa siminta waqyaspa kutichinampaq, hinaspa chay kikin qhapaq sunqun mana kuyapayuq, Diosta musphachiq llamk’ayta ñawpaqman apananpaq. Kay atiyqa, qhipa kaq, iglesiapa contranpi hinaspa Diospa kamachikuyninpa contranpi maqanakunanpaq, corderohina waqrachayuq uywawan unanchasqa karqan.” Signs of the Times, November 1, 1899.</w:t>
      </w:r>
    </w:p>
    <w:p>
      <w:pPr>
        <w:pStyle w:val="ArticleBody"/>
        <w:jc w:val="left"/>
      </w:pPr>
      <w:r>
        <w:rPr>
          <w:rFonts w:ascii="Times New Roman" w:hAnsi="Times New Roman" w:eastAsia="Times New Roman" w:cs="Times New Roman"/>
        </w:rPr>
        <w:t>Sichus huk runa allinta yuyayman hina técnico kayta rurananpaq kaptin, chusku chunka versículopi 1798 watapa historianmi qhawachin, chaymanta chusku chunka hukniyuq versículokama; chusku chunka hukniyuq versículopitaq domingo kamachikuymi reqsichisqa kachkan. Chayrayku, Apocalipsis capítulo chunka kimsa, huk versículollapi kaqman mana rikch’akuspa, chusku chunka versículoqa aswan pisillam, imaraykuchus domingo kamachikuyqa qhipa versículopin kachkan; ichaqa Apocalipsis capítulo chunka kimsa-piqa, 1798 watamanta domingo kamachikuykama huk versículollapin kachkan. Panin White willawanchis, Daniel qillqapi kaq “sapaq profecía siq’i”qa Apocalipsis qillqapipas hap’isqa kasqanta; hinallataq Apocalipsis capítulo chunka kimsa, versículo chunka hukniyuq, mana sasachakuspa chusku chunka versículopa patanman pasaykunman, sichus “siq’i patapi siq’i” nisqa kamachiyta churayta munanki chayqa.</w:t>
      </w:r>
    </w:p>
    <w:p>
      <w:pPr>
        <w:pStyle w:val="ArticleBody"/>
        <w:jc w:val="left"/>
      </w:pPr>
      <w:r>
        <w:rPr>
          <w:rFonts w:ascii="Times New Roman" w:hAnsi="Times New Roman" w:eastAsia="Times New Roman" w:cs="Times New Roman"/>
        </w:rPr>
        <w:t>Maypachus linea pataman linea nisqa kamachiyta cheqaqta llamk’achinki chayqa, tariwaqmi tawa chunka versiculopi rikuchisqa Apocalipsis chunka kimsayuqpa allpa uywapa nisqan (Estados Unidos), mayqanmi chay tawa chunka versiculopi “carretakuna, buquekuna, caballopi puriq runakunawan” rikuchisqa, 1798 watapi iskay waqrayuq cordero-hina uywamanta, utqaylla hamuq domingo kamachiypi dragón-hina rimayuq uywaman tukusunanta; hinallataq chay cordero-hina uywapa iskay waqrankuna kasqanta.</w:t>
      </w:r>
    </w:p>
    <w:p>
      <w:pPr>
        <w:pStyle w:val="ArticleBody"/>
        <w:jc w:val="left"/>
      </w:pPr>
      <w:r>
        <w:rPr>
          <w:rFonts w:ascii="Times New Roman" w:hAnsi="Times New Roman" w:eastAsia="Times New Roman" w:cs="Times New Roman"/>
        </w:rPr>
        <w:t>Chusku tawa chunka, hinallataq rikuchin simbólicamente qanchis chunka watakunata, Tiro llaqta qaran warmi qonqakusqan pachata; chay qanchis chunka simbólico watakunaqa huk reypa p’unchayninkuna hinam, reyqa suyu kasqanrayku. Chusku tawa chunkaman hina, hinaspa Apocalipsis capítulo chunka kimsayoqpa siq’inman hina, Biblia profecíapi chay qanchis chunka simbólico watakunata Isaías capítulo iskay chunka kimsayoqpi kamachiq suyuqa allpa uywam, iskay kallpayuq waqrayoq. Allpa uywaqa qallarin iskay kallpayuq waqrakunawan, Republicanisman Protestantismonta rikuchispa; ichaqa chusku tawa chunkaq historianninqa hunt’asqanman qayllaykuspa chusku tawa chunka hukniyoqpi, chay iskay profético kallpankunaqa chaymanta reqsichisqa kanku “barcos” nisqawan (qullqi kallpa), hinaspa “carros y jinetes” nisqawan (soldado kallpa).</w:t>
      </w:r>
    </w:p>
    <w:p>
      <w:pPr>
        <w:pStyle w:val="ArticleBody"/>
        <w:jc w:val="left"/>
      </w:pPr>
      <w:r>
        <w:rPr>
          <w:rFonts w:ascii="Times New Roman" w:hAnsi="Times New Roman" w:eastAsia="Times New Roman" w:cs="Times New Roman"/>
        </w:rPr>
        <w:t>Isaías qhelqepa iskay chunka kinsa ka capitulopi qanchis chunka watahina simbólicopi, Tiro llaqtapa qharichakusa warmi, mayqenchus chusku chunka versículopi norte suyupa qhapaqnin kasqan, qonqapusqa kachkan. Ichaqa chay qanchis chunka watahina simbólicokuna tukukuyninpi, yapamanta kay pachapi qhapaqkunawan qharichakuyta ruwanqa, imaynatachus Unión Soviética urmakuyman ñawpaq historiapi rurasqa karqa, maypichus llapa historiadorkuna takyanku Presidente Reagan sut’ipi pakasqa huñunakuyta Biblia profeciapa anticristonwan hap’isqanta, Unión Soviéticata urmachinapaq. 1989 wataman pushaq pacha ñawpaqtaña Reaganqa huchasapa runawan pakasqa mana allin warmichakuyta qallarirusqa karqa; chhaynaqa Nabucodonosorpa músiconkuna qonqapusqa qharichakusa warmi taki qallariqta waqllachiyta qallarirqanku. Juan Pablo II pa mana hayk’aqpas rikusqa llapa pachapi ministerionnin, chay kikin historiapi, “takiywan tusuypa” qallariynin karqa, mayqenchus “llapa kay pacha” “bestia qhepanta” “muspharichisqa qatiq” kananpaq.</w:t>
      </w:r>
    </w:p>
    <w:p>
      <w:pPr>
        <w:pStyle w:val="ArticleBody"/>
        <w:jc w:val="left"/>
      </w:pPr>
      <w:r>
        <w:rPr>
          <w:rFonts w:ascii="Times New Roman" w:hAnsi="Times New Roman" w:eastAsia="Times New Roman" w:cs="Times New Roman"/>
        </w:rPr>
        <w:t>Chusku tawa chunka nisqapas Laodicea Adventismoq historianta rikuchin, mayqinchus 1798 watapi Sardis hina qallarisqa; chaymanta Sardispi kaqkuna kichasqa k’anchayta chaskirqaku, hinaspataq Filadelfia kuyuy Sardismanta lluqsirqan. Filadelfia kuyuy 1856 watayuq k’anchayta mana chaskispa, chaymanta 1863 watapi huk kuyuy kasqanmanta Laodicea iglesiaman tikrakurqan. Chay iglesiataq chayrayku chusku chunka hukniyuq chhikapi Señormanta siminmanta wijch’usqa kananpaq churashqa kashan, chaymi utqaylla hamuq Domingo kamachiy kanki. Chusku chunka nisqaqa manam Estados Unidospa historiantallachu rikuchin, aswanpas Laodicea Adventismoq historiantawanmi.</w:t>
      </w:r>
    </w:p>
    <w:p>
      <w:pPr>
        <w:pStyle w:val="ArticleBody"/>
        <w:jc w:val="left"/>
      </w:pPr>
      <w:r>
        <w:rPr>
          <w:rFonts w:ascii="Times New Roman" w:hAnsi="Times New Roman" w:eastAsia="Times New Roman" w:cs="Times New Roman"/>
        </w:rPr>
        <w:t>Laodicea sutiyuq Adventismoqa Diospa Siminpa divino k’anchayninta chaskirqan anclanpaq hina, kallpanpaq hina; hinallataq Estados Unidospa gobiernonpas Estados Unidospa Constitución nisqapa divino k’anchayninta chaskirqan anclanpaq hina, kallpanpaq hina. Iskayninpas proféticamente waqranakuna hina qallariqku 1798 watapi, hinaspataq qanchis chunka simbólico watakuna tukukuyninpi, apostata Republicano waqrawan apostata Protestante waqrawan huñunakuspa huk waqra hina kanqaku, dragón hina rimarispa.</w:t>
      </w:r>
    </w:p>
    <w:p>
      <w:pPr>
        <w:pStyle w:val="ArticleBody"/>
        <w:jc w:val="left"/>
      </w:pPr>
      <w:r>
        <w:rPr>
          <w:rFonts w:ascii="Times New Roman" w:hAnsi="Times New Roman" w:eastAsia="Times New Roman" w:cs="Times New Roman"/>
        </w:rPr>
        <w:t>Chusku chunka versiculopi iskay waqrankunaqa kamachiymi, akllasqa iglesiatawan, iskay willakuy sutinchay ñanninkunata rikuchinku, chaykuna hukllapi purinku, imaraykuchus hukllañan uywapi iskay waqra hina rikuchisqa kanku. Maymanpas uywa rin, chaymanmi iskay waqrankunapas rinku, chaytaq kikin willakuy historiapi ruwanku. Protestantismoq waqranqa iskaychasqa willakuy kayniyuqmi, Laodicea nisqawan Philadelphia nisqawan rikuchisqa. Republicanismoq waqranpas iskaychasqa willakuy kayniyuqmi, Partido Republicano nisqawan Partido Demócrata nisqawan rikuchisqa. Sapaq waqrapa iskaychasqa kayninmanta qhipa kaqmi qhipata hatarimun, aswan hanaqman hatarimunpas, Daniel pusaq ñiqi capítulopi nisqanman hina.</w:t>
      </w:r>
    </w:p>
    <w:p>
      <w:pPr>
        <w:pStyle w:val="ArticleScripture"/>
        <w:jc w:val="left"/>
      </w:pPr>
      <w:r>
        <w:rPr>
          <w:rFonts w:ascii="Times New Roman" w:hAnsi="Times New Roman" w:eastAsia="Times New Roman" w:cs="Times New Roman"/>
        </w:rPr>
        <w:t>Chaymi ñawiykunata oqarirqani, hinaspataq rikurqani; qhawariy, mayu ñawpaqpi huk carnerota sayashaqta rikurqani, iskay waqrankunayuqta. Iskay waqrankuna hatun karqan; ichaqa huknin hukninta aswan hatun karqan, chay aswan hatun kaqtaq qhipaman wiñarqan. Daniel 8:3.</w:t>
      </w:r>
    </w:p>
    <w:p>
      <w:pPr>
        <w:pStyle w:val="ArticleBody"/>
        <w:jc w:val="left"/>
      </w:pPr>
      <w:r>
        <w:rPr>
          <w:rFonts w:ascii="Times New Roman" w:hAnsi="Times New Roman" w:eastAsia="Times New Roman" w:cs="Times New Roman"/>
        </w:rPr>
        <w:t>Sapa waqranakunaq iskay rikch’ayninkuqa Cristoq mirayninpi Saduceokunawan Fariseokunawan rikuchisqa kashan; chaymi Republicano waqrapi kikinta rikuchin liberalismo nisqawan (esclavitudpaq sayaq, democracia, woke-ism, globalismo), hinallataq conservatismo nisqawan (esclavitud contra, república Constitucional, tradición nisqapi sayaqkuna, MAGA). Protestante waqrapa iskay rikch’ayninqa Philadelphiawan Laodiceawan kikinta tupachisqa kashan. Mana hunt’asqa parallelchu kan iskaynin waqrakunaq iskaychasqa símbolopi rakikuyninkuqa, imaraykuchus nitaq liberalismo progresivo nitaq conservador MAGA-ismoqa domingo kamachikuypa asuntunpi allin ladoman lluqsinqachu; Fariseokunawan Saduceokunaqa cruzpi huñunakusqankurayku. Ichaqa utqay hamuq domingo kamachikuypi, mayqinchus cruzwan unanchasqa karqa, Laodiceaqa Señorpa siminmanta wijch’usqa kan, chaymantataq Philadelphiano waqra señal hina hoqarisqa kanqa. Chaywanpas, iskaynin waqrakunaq iskay sapa kayninkuqa Fariseokunawan Saduceokunapa teológico churanakuywanmi rikuchisqa kashan; hinaspa gentilkunaman kachamusqa willaq (Pablo)qa, Cristoq historiampi, ñawpaqtaqa Fariseokunamanta Fariseo karqa.</w:t>
      </w:r>
    </w:p>
    <w:p>
      <w:pPr>
        <w:pStyle w:val="ArticleBody"/>
        <w:jc w:val="left"/>
      </w:pPr>
      <w:r>
        <w:rPr>
          <w:rFonts w:ascii="Times New Roman" w:hAnsi="Times New Roman" w:eastAsia="Times New Roman" w:cs="Times New Roman"/>
        </w:rPr>
        <w:t>Qhipa parachiqpa metodologian, sutinmanta sutinman kasqanrayku, hatun k’anchayta paqarichin chusku chunka versículopi maypachachus churakusqa. Apocalipsis libropa iskaymanta chunka pusaq capítulo-kama, llapankuna chusku chunka versículowan tupasqa kashan. Isaías libropa iskay chunka kinsa capítulope Tiro llaqta qaran warmipa testimoniunpas chay versículowan tupasqa kashan. Chayqa sut’inmi, wakin achka pasajekunapas chusku chunka versículopa hawanman churana kanku; ichaqa ichapas chusku chunka versículopa aswan ancha allin sutinmanta sutinman churayninqa chusku chunka versículo kikinmi.</w:t>
      </w:r>
    </w:p>
    <w:p>
      <w:pPr>
        <w:pStyle w:val="ArticleBody"/>
        <w:jc w:val="left"/>
      </w:pPr>
      <w:r>
        <w:rPr>
          <w:rFonts w:ascii="Times New Roman" w:hAnsi="Times New Roman" w:eastAsia="Times New Roman" w:cs="Times New Roman"/>
        </w:rPr>
        <w:t>Chusku versículo tawa chunkaqa, p’uchukay pacha 1798 watapi hinallataq p’uchukay pacha 1989 watapi, iskayninpas qhawarichisqa kachkan. Kayqa profecíakunata yachaqta pusan, 1798 watapi p’uchukay pachata 1989 watapi p’uchukay pacha pataman churayta. Chay ruwasqa kaptinqa, versículo tawa chunkaq historianninqa iskay siq’ikunata paqarichin, sapa hukninpas 1798 watapi qallarispa, versículo tawa chunka hukniyuqpa utqay hamuq domingo kamachikama purin. 1798 watapi qallariq siq’iqa Diospa qhipa p’unchay llaqtanpa ukhupi willakuyninta riqsichin, 1989 watapi qallariq siq’itaq chay kikin historiapi Diospa qhipa p’unchay llaqtanpa hawa willakuyninta riqsichin. Chayrayku versículo tawa chunkaqa kikin ukhupin apachikun, Apocalipsis libropi qanchis iglesiakunapa, qanchis sellokunapa kikin ukhupi-hawapi profético tinkuyninwan rikuchisqa simbolismota. Hinaspa kay profético fenómenoqa huk versículollapi rikuchisqa kachkan, pichqa chunka hukniyuq simikunamanta ruwasqa!</w:t>
      </w:r>
    </w:p>
    <w:p>
      <w:pPr>
        <w:pStyle w:val="ArticleBody"/>
        <w:jc w:val="left"/>
      </w:pPr>
      <w:r>
        <w:rPr>
          <w:rFonts w:ascii="Times New Roman" w:hAnsi="Times New Roman" w:eastAsia="Times New Roman" w:cs="Times New Roman"/>
        </w:rPr>
        <w:t>Milleritakuna reqsisqanku qanchis iglesiakunapa, qanchis sellokunapapas ukhu-hawa willakuynta; ichaqa hinallataq reqsisqankutaq qanchis trompetakuna huk kinsa kaq chiqaq yachachiy sutinchasqanta, chaymi qanchis iglesiakunaq, qanchis sellokunaq ricuchisqan historiapa huk imayna kaqnin karqan. Trompetakunaqa, imaynachus Miller nisqanman hina, “sapaq juzgamientokuna” karqanku, chaykunaqa Roma pataman apamusqa karqan. Milleritakuna entiendesqanku Diospa juzgamientonkuna, qanchis trompetakuna hina ricuchisqa kaqkuna, qanchis iglesiakunapa historiankuwan chaymantaq qanchis sellokunapa paralelo historiankuwan tinkisqa kasqanta.</w:t>
      </w:r>
    </w:p>
    <w:p>
      <w:pPr>
        <w:pStyle w:val="ArticleBody"/>
        <w:jc w:val="left"/>
      </w:pPr>
      <w:r>
        <w:rPr>
          <w:rFonts w:ascii="Times New Roman" w:hAnsi="Times New Roman" w:eastAsia="Times New Roman" w:cs="Times New Roman"/>
        </w:rPr>
        <w:t>Chusku chunka versículopiqa 2001 watapi septiembre 11 p’unchaypa historianta churarqan, chayrayku chusku chunka versículopiqa qanchis trompetakunapa profétic siq’inpas kuskanchasqa kachkan. Ñawpaq angelqa 1798 watapi chayamurqan, 1844 watapi taripakuy kichasqa kasqanta willananpaq. Chay taripakuyqa iskayman rakikun: maskhay taripakuyman hinallataq hunt’achiq taripakuyman. Chusku chunka versículopa historianninqa maskhay taripakuypa historiam kachkan, hinaspa chusku chunka hukniyuq versículomanta ñawpaqman, Michael hatarimunankama hinaspa qanchis qhipa plâgakuna jich’asqa kanankamaqa, hunt’achiq taripakuypa historiam kachkan.</w:t>
      </w:r>
    </w:p>
    <w:p>
      <w:pPr>
        <w:pStyle w:val="ArticleBody"/>
        <w:jc w:val="left"/>
      </w:pPr>
      <w:r>
        <w:rPr>
          <w:rFonts w:ascii="Times New Roman" w:hAnsi="Times New Roman" w:eastAsia="Times New Roman" w:cs="Times New Roman"/>
        </w:rPr>
        <w:t>Jatun kamachiq taripakuy qallarinmi Estados Unidos dragón hina rimaptin.</w:t>
      </w:r>
    </w:p>
    <w:p>
      <w:pPr>
        <w:pStyle w:val="ArticleScripture"/>
        <w:jc w:val="left"/>
      </w:pPr>
      <w:r>
        <w:rPr>
          <w:rFonts w:ascii="Times New Roman" w:hAnsi="Times New Roman" w:eastAsia="Times New Roman" w:cs="Times New Roman"/>
        </w:rPr>
        <w:t>““Corderopa rikrachakuna hina waqra-yuq kasqan, dragonpa simi hina rimasqanpas, kay símbolo nisqapi rikuchisqa naciónpa nisqankuna hinallataq ruwasqankuna chawpipi hatun chiqninakuq kasqanta sut’inchan. Naciónpa ‘rimaynin’ nisqaqa, kamachiqnin legislativokuna judicialkunawan ruwasqankunam. Chay hina ruwasqanwanmi llullaqman tukuchinqa chay liberal, hawka kausaypaq kaq principios nisqakunata, imaynachus chaykunata políticanpa tiqsin hina ñawpaqman churaraq. Willakuyqa, ‘dragon hina rimanqa’ nisqan, hinaspa ‘ñawpaq bestiapa llapa atiyninta ruwanqa’ nisqanpas, sut’imanta willakun mana muchuyta munayta hinaspa qatiykachaypaq espiritupa wiñayninta, imaynachus dragonwan leopardoman rikch’akuq bestiapa sut’inchasqa nacionkuna chayta rikuchirqanku. Hinaspa iskay waqra-yuq bestiamanta nisqa rimay, payqa ‘kay pachata, chaypi tiyakuqkunatawan ñawpaq bestiata yupaychanankupaq kamachin’ nisqan, kay naciónpa atiyninqa ruwasqa kanqa huk observancia nisqapa hunt’asqa kananpaq, chaymi papadoman yupaychay-hina kasqa ruwana kanqa.” The Great Controversy, 443.</w:t>
      </w:r>
    </w:p>
    <w:p>
      <w:pPr>
        <w:pStyle w:val="ArticleBody"/>
        <w:jc w:val="left"/>
      </w:pPr>
      <w:r>
        <w:rPr>
          <w:rFonts w:ascii="Times New Roman" w:hAnsi="Times New Roman" w:eastAsia="Times New Roman" w:cs="Times New Roman"/>
        </w:rPr>
        <w:t>Maypachus Estados Unidos “rimarinqa”, chayman hina utqayllam hamuq domingo leyta kallpawan hunt’achiptin, Apocalipsis chunka pusajniyuq pusaq kaq qillqapi “iskay kaq rimariy”pas “rimarinqa”, Babiloniamanta qhari warmikunata waqyaspá lluqsinankupaq.</w:t>
      </w:r>
    </w:p>
    <w:p>
      <w:pPr>
        <w:pStyle w:val="ArticleScripture"/>
        <w:jc w:val="left"/>
      </w:pPr>
      <w:r>
        <w:rPr>
          <w:rFonts w:ascii="Times New Roman" w:hAnsi="Times New Roman" w:eastAsia="Times New Roman" w:cs="Times New Roman"/>
        </w:rPr>
        <w:t>Hinaspan huk llaqtamanta uyarirqani huk k’anchayta hanaq pachamanta, nispa: Lloqsimuychis paymanta, ñuqaqa runaykuna, ama huchankunapi paywan kuska ruwaqkuna kanaykichispaq, amataq ch’aqwayninkunamanta chaskinaykichispaq. Huchankunam hanaq pachakama chayarqanña, Diosmi mana allin rurayninkunata yuyarirqan. Kutichiychis payman, imaynatachus pay qankunaman kutichisqankuman hina, iskay kutita kutichiychis ruwasqankunaman hina: may kaq qiruupi hunt’asqantaqa, chay qiruullapita iskay kutita hunt’aychis paypaq. Apocalipsis 18:4–6.</w:t>
      </w:r>
    </w:p>
    <w:p>
      <w:pPr>
        <w:pStyle w:val="ArticleBody"/>
        <w:jc w:val="left"/>
      </w:pPr>
      <w:r>
        <w:rPr>
          <w:rFonts w:ascii="Times New Roman" w:hAnsi="Times New Roman" w:eastAsia="Times New Roman" w:cs="Times New Roman"/>
        </w:rPr>
        <w:t>Chuskuynin chunka hukniyuqpi, Hukllachasqa Estados Unidos rimaptin, kunankamapuni kimsa-niraq muyuriyninpi kachkaq moderno Babiloniapi kaqkuna waqyachisqa kanku Apocalipsis chunka pusayuq qapqapi “iskay kaq voz” rimaptin. Chay hina waqyachisqa kaqkunaqa chusku chunka hukniyuqpi rikuchisqa kanku “Edom, Moab, hinaspa Amónpa churinkunamanta aswan umalliqkuna” nisqakuna hina. Chay chuskuyninpi, moderno Babiloniapa kimsa-niraq unanchayninpi rikuchisqa kaqkunaqa ayqekunku norte rey-pa makinmanta (papado-manta). Hebreo simipi “ayqey” nisqaqa llusk’akayninwan ayqeyta nin; chaypa ukhu niyninqa, chay ayqeyqa hunt’asqa kasqanta yachachin imapas, mayqenchus ayqeqkunata ayqenankumanta ñawpaqta prisionpi hapiq kasqa chaymanta.</w:t>
      </w:r>
    </w:p>
    <w:p>
      <w:pPr>
        <w:pStyle w:val="ArticleScripture"/>
        <w:jc w:val="left"/>
      </w:pPr>
      <w:r>
        <w:rPr>
          <w:rFonts w:ascii="Times New Roman" w:hAnsi="Times New Roman" w:eastAsia="Times New Roman" w:cs="Times New Roman"/>
        </w:rPr>
        <w:t>Payqa hatun allin sumaq allpamanpas yaykunqa, achka suyukunataq urmachisqa kanqaku; ichaqa kaykunaqa makinmanta qispinqaku: Edom, Moab, hinallataq Ammonpa churinkunamanta aswan umalliqkuna. Makinta mast’arinqapas suyukunapa contranman; Egipto allpataq manan qispinqachu. Daniel 11:41, 42.</w:t>
      </w:r>
    </w:p>
    <w:p>
      <w:pPr>
        <w:pStyle w:val="ArticleBody"/>
        <w:jc w:val="left"/>
      </w:pPr>
      <w:r>
        <w:rPr>
          <w:rFonts w:ascii="Times New Roman" w:hAnsi="Times New Roman" w:eastAsia="Times New Roman" w:cs="Times New Roman"/>
        </w:rPr>
        <w:t>Chusku iskay chunka iskayniyuq versículopi papadoqa (norte llaqtapa rey), kimsa kaq geográfiko hark’ayninta atipan, Egiptota hap’iqtin, mayqanpis Naciones Unidaspa unanchan kasqanrayku, Herodespa p’unchayninpi rikuchisqa hina, maypichus Salomépa llullakuq tusuyninman (Estados Unidos), Herodíaspa ususinpa (papado), urman. Kaymi reqsichin hayk’aqtaq Naciones Unidas (Apocalipsis chunka qanchisniyuqpi “chunka reyes” nisqakuna), uywanman huk horaqpaq suyuyninkuta qunaykupaq acuerdonkuta ruwanku. Chay huk horaqa Apocalipsis chunka hukniyuqpa “hatun allpa chukchuy” nisqan hora kashan, hinallataq Babiloniapa wayñu warmi juzgasqa kanan “hora” kashan. Chusku iskay chunka iskayniyuq versículopi, Egipto (Naciones Unidas)qa, “mana qispinqachu.”</w:t>
      </w:r>
    </w:p>
    <w:p>
      <w:pPr>
        <w:pStyle w:val="ArticleBody"/>
        <w:jc w:val="left"/>
      </w:pPr>
      <w:r>
        <w:rPr>
          <w:rFonts w:ascii="Times New Roman" w:hAnsi="Times New Roman" w:eastAsia="Times New Roman" w:cs="Times New Roman"/>
        </w:rPr>
        <w:t>Chusku chunka ishkayniyuq versículopi “ayqekuy” nispa t’ikrasqa hebreo simiqa hukmantaqmi chusku chunka hukniyuq versículopi hebreo simimanta. Chusku chunka ishkayniyuq versículopi “ayqekuy” nispaqa “mana mayqin qespichikuyta tariy” niyta munan; ichaqa chusku chunka hukniyuq versículopiqa reqsichinmi imayna chaykuna, kaylla hamuq domingo kamachiy ñawpaqpi, papadowan makinta hap’ispa purirqanku, chaymantaq llusk’ay hina ayqekunku. Domingo kamachiy sasachakuy p’unchaw horaman manaraq chayamuchkaptinmi kunan pacha Babilonia nisqa huñunakuypi kaqkunaqa supaypa yuyayninta chaskirqanku, domingoqa Diospa yupaychana p’unchawnin kasqanta. Uywa señalta kallpawan churaptinkuqa, runaqa atinmanmi imaraykuchus chaskiyta, utaq cheqaqtapuni chay hina kasqanta creenayta. Chayta creenayqa mat’ipi señalta chaskiymi; aswanpas chaskillayqa makipi señalta chaskiymi.</w:t>
      </w:r>
    </w:p>
    <w:p>
      <w:pPr>
        <w:pStyle w:val="ArticleBody"/>
        <w:jc w:val="left"/>
      </w:pPr>
      <w:r>
        <w:rPr>
          <w:rFonts w:ascii="Times New Roman" w:hAnsi="Times New Roman" w:eastAsia="Times New Roman" w:cs="Times New Roman"/>
        </w:rPr>
        <w:t>Sunday kamachiypi papaciyapa makimanta qispichiqkunaqa, Supaypa yuyayninta mana chaskinkuchu: Diospa yupaychana p’unchaynin inti p’unchay kasqanta, chay pachallapitaq Estados Unidoswan Naciones Unidaswan Roma llaqta warmi waynaqawan, papal atiyniyoqwan, norte suyupa qhapaqninwan makikuchkan.</w:t>
      </w:r>
    </w:p>
    <w:p>
      <w:pPr>
        <w:pStyle w:val="ArticleScripture"/>
        <w:jc w:val="left"/>
      </w:pPr>
      <w:r>
        <w:rPr>
          <w:rFonts w:ascii="Times New Roman" w:hAnsi="Times New Roman" w:eastAsia="Times New Roman" w:cs="Times New Roman"/>
        </w:rPr>
        <w:t>“Estados Unidos llaqtapi Protestantekuna ñawpaqmanmi makinkuta mast’arispa chinkasqa hatun t’uqu patanta chimpaykuspa Espiritismopa makinta hap’inqaku; ukhamallataqmi urayman mana tukukuq t’uqu patanta chimpaykuspa makinkuta tupachinqaku romano atiyniyuqwan; chay kimsa kuti huñunakuypa kallpachaynin urapiqa, kay suyuqa Roma llaqtapa purisqan ñanninta qatinqa, concienciaq hayñinkunata saru-saruq hina.” El Gran Conflicto, 588.</w:t>
      </w:r>
    </w:p>
    <w:p>
      <w:pPr>
        <w:pStyle w:val="ArticleBody"/>
        <w:jc w:val="left"/>
      </w:pPr>
      <w:r>
        <w:rPr>
          <w:rFonts w:ascii="Times New Roman" w:hAnsi="Times New Roman" w:eastAsia="Times New Roman" w:cs="Times New Roman"/>
        </w:rPr>
        <w:t>Ancha allinmi tiempo hap’iy, Daniel chunka hukniyuqpa qhipa suqtan versiculonkunaq imayna wakichisqa kasqanta sut’inchanapaq, chunka tawa versiculomanta yuyaykunañchikta ñawpaqman apachkaspa. Chinchay suyuq rey, paymi Roma Moderna, kimsa hallp’a sayk’achakuq hark’akunakunata atipan, kay pachaq tronompi sayarichisqa kananpaq. Mana cristianoq Roma kimsa hallp’a sayk’achakuq hark’akunakunata atiparqan, papal Roma hinallataq; chayrayku Roma Modernaqa chunka tawa versiculopi uray suyuq reyta atipan (ñawpaq Unión Soviética nisqata), hinaspataq chunka hukniyuq versiculopi sumaq hallp’ata atipan (Estados Unidos nisqata), hinaspataq chunka iskayniyuq hinantin chunka kimsayuq versiculokunapi Egiptota atipan (Naciones Unidas nisqata).</w:t>
      </w:r>
    </w:p>
    <w:p>
      <w:pPr>
        <w:pStyle w:val="ArticleBody"/>
        <w:jc w:val="left"/>
      </w:pPr>
      <w:r>
        <w:rPr>
          <w:rFonts w:ascii="Times New Roman" w:hAnsi="Times New Roman" w:eastAsia="Times New Roman" w:cs="Times New Roman"/>
        </w:rPr>
        <w:t>Ichaqa, hina ñawpaq cita de la Hermana White sut’inchasqan hina, Estados Unidos llaqtapas papakunapa kamachikuyninwan United Nations nisqawan kuska makinta hap’in chay pachallapi. Amaruq, waqaychasqa animalpa, llulla profetapa kimsantin tinkuyninqa junt’akunña utqay hamuq domingo p’unchaw kamachipi, ichaqa Daniel qillqapa chunka hukniyuq t’aqapi tawa chunka hukniyuqmanta kimsa chunka kimsayuqkama versículokuna chay pachallapi atipaykunata qatipaq hinalla reqsichinku. Chay qatisqa nisqaqa imakuna pasaqninmanta puriyninta rikuchin, ichaqa llapallanpas utqay hamuq domingo p’unchaw kamachipi junt’akun.</w:t>
      </w:r>
    </w:p>
    <w:p>
      <w:pPr>
        <w:pStyle w:val="ArticleBody"/>
        <w:jc w:val="left"/>
      </w:pPr>
      <w:r>
        <w:rPr>
          <w:rFonts w:ascii="Times New Roman" w:hAnsi="Times New Roman" w:eastAsia="Times New Roman" w:cs="Times New Roman"/>
        </w:rPr>
        <w:t>Chaypi pacha, Apocalipsis chunka pusaj capítuloq “iskay kaq rimaynin” riman, maypichus Estados Unidos “riman” chaypi. Diosqa riman maypichus Satanás riman, hinallataq ima p'unchaypichus pay riman chaypipas. Chusku chunka tawañiyuq versículopi, inti lloqsimuymanta hinaspa norte llaqtamanta willakuykuna norte reyta llakichin, chaymantataq papakunap qhepa yawar maytu qallarin. Chusku chunka tawañiyuq versículoqa, chusku chunka iskayniyuq hinaspa chusku chunka kimsayuq versículokunaman hina, qallarin chusku chunka hukniyuq versículopi, maypichus Apocalipsis chunka pusaj capítuloq atiyniyuq angelnin qallarin waqyayta huk ovejankunata Babiloniamanta lluqsiykunankupaq.</w:t>
      </w:r>
    </w:p>
    <w:p>
      <w:pPr>
        <w:pStyle w:val="ArticleBody"/>
        <w:jc w:val="left"/>
      </w:pPr>
      <w:r>
        <w:rPr>
          <w:rFonts w:ascii="Times New Roman" w:hAnsi="Times New Roman" w:eastAsia="Times New Roman" w:cs="Times New Roman"/>
        </w:rPr>
        <w:t>Pay qaparinqa willakuyqa, kimsakaj ay de la Islam nisqanta paypa taripayninpa instrumenton kasqanta, hinaspa Babilonia warmi qhuchachaqpa muchuyninta reqsichiq willakuymi. Islamqa “inti lloqsimuy ladomanta willakuykuna” hina rikuchisqa kachkan, papadokunañataq (chinchaysuyupa reyninpa llullaq rikch’aynin) “chinchay ladomanta willakuykuna” kasqanta. Daniel chunka hukniyuq t’aqapi tawa chunka versículoqmi tapuy taripayta reqsichin, tawa chunka hukniyuqmanta tawa chunka pisqayuqkama versículokunañataq ejecutiva taripayta reqsichinku.</w:t>
      </w:r>
    </w:p>
    <w:p>
      <w:pPr>
        <w:pStyle w:val="ArticleBody"/>
        <w:jc w:val="left"/>
      </w:pPr>
      <w:r>
        <w:rPr>
          <w:rFonts w:ascii="Times New Roman" w:hAnsi="Times New Roman" w:eastAsia="Times New Roman" w:cs="Times New Roman"/>
        </w:rPr>
        <w:t>Qatiq 11 nisq’a 40 chaniyuqta qhawayninta hamuq qillqapi yapamanta qatiqsunchis.</w:t>
      </w:r>
    </w:p>
    <w:p>
      <w:pPr>
        <w:pStyle w:val="ArticleScripture"/>
        <w:jc w:val="left"/>
      </w:pPr>
      <w:r>
        <w:rPr>
          <w:rFonts w:ascii="Times New Roman" w:hAnsi="Times New Roman" w:eastAsia="Times New Roman" w:cs="Times New Roman"/>
        </w:rPr>
        <w:t>“Huk kuti, New York llaqtapi kashaspay, tutapa p’unchayninpi waqyasaq karqani hanaq pachakama piso tras piso hatarichisqa wasi hatun qhawanaypaq. Kay wasikuna ninamanta mana ruphasqa kananpaq garantisqas karqanku, hinaspataq sayarichisqa karqanku dueñonkunaqpas, ruwaqnikunaqpas hatunchayninta qawachinankupaq. Aswan hanaqman, aswan hanaqmanpas kay wasikuna hatarirqanku, hinaspataq paykunapi aswan chanin yupaychasqa materiales nisqakuna llamk’achisqa karqanku. Kay wasikunaq dueñoqkunaqa manam kikinkupura tapukuykurqankuchu: ‘¿Imaynatan aswan allinta Diosta hatunchasunchik?’ Señorqa manam yuyayninkupi karqanchu.”</w:t>
      </w:r>
    </w:p>
    <w:p>
      <w:pPr>
        <w:pStyle w:val="ArticleScripture"/>
        <w:jc w:val="left"/>
      </w:pPr>
      <w:r>
        <w:rPr>
          <w:rFonts w:ascii="Times New Roman" w:hAnsi="Times New Roman" w:eastAsia="Times New Roman" w:cs="Times New Roman"/>
        </w:rPr>
        <w:t>“Yuyarirqani: ‘¡Ay, kayhina qollqenkuta churashaqkunam Diospa qhawariyninman hina ñanninkuta rikuyta atinkuman! Hatun, sumaq wasikunata huñuchkanku, ichaqa pacha tukuyta kamachiqpa ñawpaqenpi ancha mana yuyaysapaqmi paykunapa wakichikuyninku, yuyaychakuyñinku. Manam sonqopa, umapa tukuy kallpankuwan yachakuchkankuchu imaynatan Diosta hatunchayman chayananpaq. Kaytaqa qhawariymantan chinkarqanku, runapa ñawpaq kaq rurananta.’”</w:t>
      </w:r>
    </w:p>
    <w:p>
      <w:pPr>
        <w:pStyle w:val="ArticleScripture"/>
        <w:jc w:val="left"/>
      </w:pPr>
      <w:r>
        <w:rPr>
          <w:rFonts w:ascii="Times New Roman" w:hAnsi="Times New Roman" w:eastAsia="Times New Roman" w:cs="Times New Roman"/>
        </w:rPr>
        <w:t>“Kay hatun wasi altokuna sayarirqanku hina, dueñokuna kusikurqanku hatun munaywan, paykuna qolqeyoq kasqankuta kikinkuta kusichinankupaq hinaspa vecinokunapa envidianta hatarichinankupaq llamk’achisqankumanta. Chay hina churakusqan qolqemanta achkaqa tarisqa karqa ñak’arichiywan, wakcha runakunata sinchita ñit’ispa. Paykuna qonqarqanku hanaq pachapi sapa negocio rurasqanmanta cuentata waqaychasqanta; sapa mana chanin trato, sapa llulla ruwaypas chaypi qillqasqa kasqanta. Hamunqa pacha, chaypi runakuna llullakuyninkupi hinaspa hatunchakuyninkupi chayanqaku huk tinkuyman Señor mana saqenqachu astawan pasayta, hinaspa yachanqaku Jehovápa muchuywan suyasqanpaq huk tupuy kasqanta.”</w:t>
      </w:r>
    </w:p>
    <w:p>
      <w:pPr>
        <w:pStyle w:val="ArticleScripture"/>
        <w:jc w:val="left"/>
      </w:pPr>
      <w:r>
        <w:rPr>
          <w:rFonts w:ascii="Times New Roman" w:hAnsi="Times New Roman" w:eastAsia="Times New Roman" w:cs="Times New Roman"/>
        </w:rPr>
        <w:t>“Qhepaman ñawpaqeypi rikurirqani nina ruphaymanta manchay willakuyta. Qharikuna qhawarirqanku hatun, hanaqman sayasqa, ninamanta amachasqa kasqanta yuyasqa wasikunata, hinaspataq nirqanku: ‘Kaykunaqa sumaqtaq allinta waqaychasqa kanku.’ Ichaqa chay wasikunaqa ismu hina rurasqa kasqankuman hina tukuyninta rupharisqa karqanku. Nina wañuchiq makinakunaqa mana imatapas atirqankuchu chay chinkachiyta hark’ayta. Nina wañuchiq runakunaqa mana atirqankuchu chay makinakunata purichiyta.”</w:t>
      </w:r>
    </w:p>
    <w:p>
      <w:pPr>
        <w:pStyle w:val="ArticleScripture"/>
        <w:jc w:val="left"/>
      </w:pPr>
      <w:r>
        <w:rPr>
          <w:rFonts w:ascii="Times New Roman" w:hAnsi="Times New Roman" w:eastAsia="Times New Roman" w:cs="Times New Roman"/>
        </w:rPr>
        <w:t>“Yachachisqa kani Señorpa p’unchaynin chayamuptin, hatunchakuq, munayniyuq runakuna sonqonkupi mana ima tikraypas kasqanrayku, runakuna tarinqaku qispichiypi kallpasapa kasqa makiqa chinkachiypipas kallpasapa kasqanta. Mana ima kay pachapi atiyniyuq kallpapas Diospa makinta hark’ayta atinchu. Mana ima materialespis wasikunata hatarichinapaq hina apaykachasqa kanmanchu paykunata chinkachiymanta waqaychananpaq, Diospa churakusqan p’unchaynin chayamuptin runakunaman kutichiyta cachamunanpaq paypa kamachikuyninta mana qhawarisqankurayku hinallataq kikinkupaq munayniyoq kayninkurayku.”</w:t>
      </w:r>
    </w:p>
    <w:p>
      <w:pPr>
        <w:pStyle w:val="ArticleScripture"/>
        <w:jc w:val="left"/>
      </w:pPr>
      <w:r>
        <w:rPr>
          <w:rFonts w:ascii="Times New Roman" w:hAnsi="Times New Roman" w:eastAsia="Times New Roman" w:cs="Times New Roman"/>
        </w:rPr>
        <w:t>“Manam achkaychu, yachachiqkunapas, hinallataq suyukunata kamachiq runakunapas, kunan p’unchaypi llaqtakawsay imayna kasqanpa sapin imaraykukunata allinta entiendenkichu. Gobiernoq riendasninta hap’iqkunaqa mana atinkuchu allin yuyaywan allichayta kawsay-llullakuyta, wakchayta, muchuq kayta, hinallataq aswan-aswan mirachkaq huchallikuyta. Paykunaqa yanqapuni maqanakuchkanku negociokunapa rurayninkunata aswan takyaq, aswan sinchi sayasqa patapi churayta. Runakunaqa Diospa siminpa yachachisqanta aswan uyariyman karqanku chayqa, paykunata musphayman churaykuq sasachakuykunapa allichayninta tarinkuman.”</w:t>
      </w:r>
    </w:p>
    <w:p>
      <w:pPr>
        <w:pStyle w:val="ArticleScripture"/>
        <w:jc w:val="left"/>
      </w:pPr>
      <w:r>
        <w:rPr>
          <w:rFonts w:ascii="Times New Roman" w:hAnsi="Times New Roman" w:eastAsia="Times New Roman" w:cs="Times New Roman"/>
        </w:rPr>
        <w:t>Qillqakuna Qelqapi rimanku kay pachapa kasqanmanta Cristo kutimunan iskay kaq hamuyninmanta aswan qayllapi. Suwa kaywan, ñak’ariywanpas hatun qhapaq kayta huñuq runakumantataq qelqasqa kachkan: “Qhepa p’unchaykunapaq qhapaq kayta huñurqankichik. Qhawariychik, chakra masiykichikta pallaq llamk’aqkunapa mink’ankuta, qankuna llullakuywan hark’asqaykichik, waqaychkan; pallaqkunapa waqayninkupas Señor de Sabaotpa rinriman chayasqañam. Kay pachapi kusikuyllapi kawsarqankichik, munaynillaykichikta ruwarqankichik; sonqoykichiktapas wirayachirqankichik, hinallataq pishtay p’unchawpi hina. Cheqaq runatam huchacharqankichik, wañuchirqankichikpas; payqa manam qankunata hark’akunchu.” Santiago 5:3–6.</w:t>
      </w:r>
    </w:p>
    <w:p>
      <w:pPr>
        <w:pStyle w:val="ArticleScripture"/>
        <w:jc w:val="left"/>
      </w:pPr>
      <w:r>
        <w:rPr>
          <w:rFonts w:ascii="Times New Roman" w:hAnsi="Times New Roman" w:eastAsia="Times New Roman" w:cs="Times New Roman"/>
        </w:rPr>
        <w:t>“¿Ichaqa pichus ñawinchkan pacha señalakunapa utqaylla hunt’akusqanwan qusqan willakuykunata? ¿Ima rikch’aytataq kay pachapi kaq runakunapi rurakun? ¿Ima tikraytaq paykunapa yuyayninpi rikukun? Mana aswanqa imachus Noépa pacha runakunapa yuyayninpi rikukusqanmantapas. Kay pachapi ruwanakunaman, kusikuykunamanpas umallikusqa, unu manaraq p’ampachisqankama ñawpa pacha runakuna ‘mana yachasqankuchu, unu lloqsimuspa llapa paykunata apakapunankama.’ Mateo 24:39. Hanaq pachamanta hamuq willakuykunata chaskirqanku, ichaqa uyariyta mana munarqankuchu. Chay hinallataq kunan pacha, Diospa willakuq siminta tukuyta mana qhawarispa, wiñay chinkayninman utqaylla purichkan.”</w:t>
      </w:r>
    </w:p>
    <w:p>
      <w:pPr>
        <w:pStyle w:val="ArticleScripture"/>
        <w:jc w:val="left"/>
      </w:pPr>
      <w:r>
        <w:rPr>
          <w:rFonts w:ascii="Times New Roman" w:hAnsi="Times New Roman" w:eastAsia="Times New Roman" w:cs="Times New Roman"/>
        </w:rPr>
        <w:t>“Kay pachaqa maqanakuypa espiritunwan kuyuchisqa kashan. Danielpa chunka hukniyuq kapitulumanta willakusqan qillqaqa hunt’asqa kananpaq ñañam tukukuyninman chayasqa. Manaraq unayllataqmi, profeciakunapi rimakusqa ñak’ariy escenakunaqa pasananpaq kachkan.”</w:t>
      </w:r>
    </w:p>
    <w:p>
      <w:pPr>
        <w:pStyle w:val="ArticleScripture"/>
        <w:jc w:val="left"/>
      </w:pPr>
      <w:r>
        <w:rPr>
          <w:rFonts w:ascii="Times New Roman" w:hAnsi="Times New Roman" w:eastAsia="Times New Roman" w:cs="Times New Roman"/>
        </w:rPr>
        <w:t>Testimonies to the Church, volumen NUEVE, página ONCE.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Qelqan — Pachak iskay chunka kimsayoq</dc:title>
  <dc:subject>Daniel 11:40 nisqapi willakuy proféticopa ancha allin ninapaq qhawayninpa kichasqan</dc:subject>
  <dc:creator>Jeff Pippenger</dc:creator>
  <cp:keywords/>
  <dc:description>Generated by ArticleDigger from daniel\123_daniel.json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