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iskay chunka tawayuq kinsa-niyuq?</w:t>
      </w:r>
    </w:p>
    <w:p>
      <w:pPr>
        <w:pStyle w:val="ArticleSubtitle"/>
        <w:jc w:val="left"/>
      </w:pPr>
      <w:r>
        <w:rPr>
          <w:rFonts w:ascii="Arial" w:hAnsi="Arial" w:eastAsia="Arial" w:cs="Arial"/>
        </w:rPr>
        <w:t>Qhawariy Daniel 11:40 nisqapaq — Ñawpaq pacha riqsichisqakunawan hamuq pacha ruwaykunawanpas proféticota qhawarispa allinta suyunchay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Tiempoqa jap’iyku Daniel qillqapa chunka hukniyuq kapitulonpa ruwasqan churasqanta rikuchinapaq, chaypi tawa chunka versiculota rimanaykupaq. Tawa chunka versículoqa Daniel qillqapa pusaqniyuq kapitulonpa chunka tawañiyuq versiculonwan parale lomi, profetico yuyaypi; imaynatachus Cristoqa Judá ayllumanta Leon hina 1798 watapi kicharirqan chay k’anchayta, chay k’anchayqa Daniel qillqapa pusaqniyuq kapitulonpa chunka tawañiyuq versiculonpi sayasqa karqan; chay hinallataqmi, 1989 watapi pay kicharirqan k’anchaypas tawa chunka versiculopi sayasqa karqan.</w:t>
      </w:r>
    </w:p>
    <w:p>
      <w:pPr>
        <w:pStyle w:val="ArticleBody"/>
        <w:jc w:val="left"/>
      </w:pPr>
      <w:r>
        <w:rPr>
          <w:rFonts w:ascii="Times New Roman" w:hAnsi="Times New Roman" w:eastAsia="Times New Roman" w:cs="Times New Roman"/>
        </w:rPr>
        <w:t>Imaynam ñawpaq qillqapi rikuchisqayku hina, ichaqa mana cheqaqta chaypi rimanakuspaqa, “siq’i patanpi siq’i” nisqa qhipa para metodologíata llamk’achispa, tawa chunka versículoqaqa iskay sapaq siq’ikunata qhawaykachin, imaraykuchus chaypi kachkan tukukuypa pacha ñawpaq angelpa kuyuriyninpaqpas, kinsa kaq angelpa kuyuriyninpaqpas.</w:t>
      </w:r>
    </w:p>
    <w:p>
      <w:pPr>
        <w:pStyle w:val="ArticleBody"/>
        <w:jc w:val="left"/>
      </w:pPr>
      <w:r>
        <w:rPr>
          <w:rFonts w:ascii="Times New Roman" w:hAnsi="Times New Roman" w:eastAsia="Times New Roman" w:cs="Times New Roman"/>
        </w:rPr>
        <w:t>Imaynatataqmi huntasqa pacha 1798 watapi, hinallataq chay pacha 1989 watapi, huñuspa rikunanchik Daniel qhelqa pusaq ñiqi, chunka tawañiyoq chhikan, Daniel qhelqa chunka hukniyoq ñiqi, tawa chunka chhikanwan tupaqchasqanta; iskayninkupas yachayta sut’ichisqa kasqanta rikuchinku, chay yachayqa Apocalipsis chunka tawañiyoqpi kinsa angelkunaq profétic hinasqapi kicharisqa kasqanmi. Hinallataq tinkisqa kanku imaraykuchus chunka tawañiyoq chhikanqa Cristoq templo-man usqhay “rikhuriy”ninmanta “mareh” rikuy kasqanrayku, tawa chunka chhikanñataq iskay waranqa pichqa pachak iskay chunka watayuq profétic hinasqamanta “chazon” rikuy kasqanrayku. Hukninqa huk pacha punkllunmi; hukninñataq huk pacha unaymi.</w:t>
      </w:r>
    </w:p>
    <w:p>
      <w:pPr>
        <w:pStyle w:val="ArticleBody"/>
        <w:jc w:val="left"/>
      </w:pPr>
      <w:r>
        <w:rPr>
          <w:rFonts w:ascii="Times New Roman" w:hAnsi="Times New Roman" w:eastAsia="Times New Roman" w:cs="Times New Roman"/>
        </w:rPr>
        <w:t>Hukninmi hukninmi tiyanata kutichisqa ch’uyanchasqantam rikuchin, chay huktaq tiyanata thuñichisqa sarusqa kasqantam rikuchin. Hukninmi iskay waranqa kimsa pachak watakunata qhawachin, huktaq iskay waranqa pichqa pachak iskay chunka watakunata qhawachin. Hukninmi Ulai mayuwan sut’ichasqa kachkan, huktaq Hiddekel mayuwan sut’ichasqa kachkan. Hukninmi runa kayta rikuchin, huktaq divinidadta rikuchin. Allinta entiendisqa kaptin, tawa chunka versículo tawa chunka tawa versículowan tinkuchisqa, ancha almiray pacha ukhu yachayniyuqmi. 1798 watam divinidadpa rurasqanta rikuchin, 1989 watataq runa kaypa hatarikuyninta rikuchin.</w:t>
      </w:r>
    </w:p>
    <w:p>
      <w:pPr>
        <w:pStyle w:val="ArticleBody"/>
        <w:jc w:val="left"/>
      </w:pPr>
      <w:r>
        <w:rPr>
          <w:rFonts w:ascii="Times New Roman" w:hAnsi="Times New Roman" w:eastAsia="Times New Roman" w:cs="Times New Roman"/>
        </w:rPr>
        <w:t>Ñawpaq qillqapi rikusqanchikmi, chay kimsa hark’akuna atipaymanta willakuyqa hanaq suyuq qhapaqpaq qatiqninpi rikuchisqa kasqanta; ichaqa chaypi rikuchisqa ruwaykuna cheqaqpi imayna churakunankupaqqa ancha allinta yuyaychasqa kananmi, imaraykuchus tawa chunka iskayniyuqmanta tawa chunka tawayuq kamachikuykunaqa cheqaqpi tawa chunka hukniyuqwan tupaqchasqa kanku, chayqa huk ratullapi hamuq Inti p’unchay kamachiy Estados Unidos llaqtapi kasqanmi. Chaypim kimsa kuti huñusqa tinkuy hunt’akun, chaypitaq “inti lloqsimuy”manta “hanaq”mantapas hatun qapariy willakuynin qallarin.</w:t>
      </w:r>
    </w:p>
    <w:p>
      <w:pPr>
        <w:pStyle w:val="ArticleBody"/>
        <w:jc w:val="left"/>
      </w:pPr>
      <w:r>
        <w:rPr>
          <w:rFonts w:ascii="Times New Roman" w:hAnsi="Times New Roman" w:eastAsia="Times New Roman" w:cs="Times New Roman"/>
        </w:rPr>
        <w:t>Daniel chunka hukniyuqpi, wata-kunapi Adventista yachaqkuna reqsirqanku Danielqa huk sapa técnicas nisqanta Roma-manta rikuchisqanpi llamk’achisqanta. Uriah Smithqa chayta qhawarirqan Daniel and Revelation sutiyuq librupi. Danielqa ñawpaqta reqsichin imayna Romaqa kay pachata kamachinman hap’in; chay qhipa versículo-kunapitaq qallariy historiapa qallarinqaman kutin, política atipaykunata reqsichispa, hinaspataq chay kikin historiapi imayna Romaqa Diospa llaqtanwan tratakun chaytapas reqsichin. Qhipamanmi, Roma imayna tukukuyninman chayan chaytapas reqsichin. Danielpa llamk’achisqan kamachiyqa “kutichispa hatarichiy” nisqam.</w:t>
      </w:r>
    </w:p>
    <w:p>
      <w:pPr>
        <w:pStyle w:val="ArticleBody"/>
        <w:jc w:val="left"/>
      </w:pPr>
      <w:r>
        <w:rPr>
          <w:rFonts w:ascii="Times New Roman" w:hAnsi="Times New Roman" w:eastAsia="Times New Roman" w:cs="Times New Roman"/>
        </w:rPr>
        <w:t>Kay kimsa-puriy yachay ñawpaqman riqsichisqa kachkan chusku chunka versículomanta pichqa chunka versículokama. Chusku chunka versículomanta kimsa chunka kimsayuq versículokama, kay kimsa-puriy ruwanakuyta riqsichin, imaynachus Roma moderna kay pachata hap’inqa chayta; hinaspataq chusku chunka tawa versículopi, Danielqa kutimun chusku chunka hukniyuq versículoman, maypichus “willakuykuna” chaypi willasqa kanku pachak tawa chunka tawa waranqa runakunapa unanchanwan, hinaspataq papadoqa lluqsiykun hatun piñakuyninwan achka runakunata chinkachinampaq, tukuypaqtaq tukuchinampaq. Chaymantataq pichqa chunka versículopi, hinaspataq chunka iskayniyuq capítulo, huk versículopi, papadoqa tukukuyninman chayan mana pipas yanapananpaq, iskay lamar qochakunapa chawpinpi, sumaq hatun ch’uya urqupa qayllanpi, runakunapa pruebanan wichq’akusqan hina.</w:t>
      </w:r>
    </w:p>
    <w:p>
      <w:pPr>
        <w:pStyle w:val="ArticleBody"/>
        <w:jc w:val="left"/>
      </w:pPr>
      <w:r>
        <w:rPr>
          <w:rFonts w:ascii="Times New Roman" w:hAnsi="Times New Roman" w:eastAsia="Times New Roman" w:cs="Times New Roman"/>
        </w:rPr>
        <w:t>Daniel chunka hukniyuq tawa kaqpi, tarisunchik huk historiata, chaytaqa Hermana White nisqa warmi simi simillanta qillqaspalla apamun hukniyuq soqta chunka kaqpi kama, chaymanta qillqan: “kay versokunapi willasqa rikch’akuq escenakuna pasakunkam.” Chunka kaq verso, hinallataq chunka hukniyuq verso, reqsichinmi historiapi tikrayta pagano Roma-manta papal Roma-man, Bibliaq profeciankunapi tawañiqin, pichqañiqin reino hina, sapaqman. Chunka hukniyuq versom riqsichin chay historiata mayqanmi rikuchin imaynatas papal Roma kay pachaq trono patapi churakusqa karqa wata 538-pi.</w:t>
      </w:r>
    </w:p>
    <w:p>
      <w:pPr>
        <w:pStyle w:val="ArticleBody"/>
        <w:jc w:val="left"/>
      </w:pPr>
      <w:r>
        <w:rPr>
          <w:rFonts w:ascii="Times New Roman" w:hAnsi="Times New Roman" w:eastAsia="Times New Roman" w:cs="Times New Roman"/>
        </w:rPr>
        <w:t>Kimsa chunka hukniyuq versiculopi, ñawpaqta reqsichisqa kaqmi ima pachachus Clovis, Francokunapa rey (kunan pacha Francia), wata 496-pi papadota sayarichirqan chay. Chaymanta Clovis sut’ipi paganismomanta tukurqan pakasqa paganismoman, catolicismoman (warmiynin Clotilda-pa religionninman). Chaymantaqa tronomanta sapa llapan sunquwan qusqan karqan kay pachapa tronoman papadota hoqarinapaq. Clovisqa “brazos” nisqawanmi rikuchisqa karqan chay versiculopi, imaraykuchus makinkunaqa—sinchi soldadokuna atiyninpa makinpas, qullqi atiyninpa makinpas—churaq karqan chaymanta rurasqan llamk’anaman.</w:t>
      </w:r>
    </w:p>
    <w:p>
      <w:pPr>
        <w:pStyle w:val="ArticleBody"/>
        <w:jc w:val="left"/>
      </w:pPr>
      <w:r>
        <w:rPr>
          <w:rFonts w:ascii="Times New Roman" w:hAnsi="Times New Roman" w:eastAsia="Times New Roman" w:cs="Times New Roman"/>
        </w:rPr>
        <w:t>Clovispaj qallariy llank’asqanqa ñawpaq pagano Europamanta llapa reynikunapa llank’asqanta rikuchirqan; paykunaqa pacha willakuy mast’arikusqanman hina Romapa qachu warminta imaymana yanapakuykunawan yanapanankupaq churakusqa karqanku. Clovis, chaymanta qhipaman Franciawan kuska, Iglesia Católica-pa untasqan karqan “Iglesia Católica-pa piwi churisqa” nisqa sutiyuq, hinallataq “Iglesia Católica-pa kuraq ususi” nisqa sutiyuqpas. Payqa Tiro-pa qachu warmiwan waqllikuyta ruraq achka reynikunamanta ñawpaq kaqpa unanchaqnin karqan.</w:t>
      </w:r>
    </w:p>
    <w:p>
      <w:pPr>
        <w:pStyle w:val="ArticleBody"/>
        <w:jc w:val="left"/>
      </w:pPr>
      <w:r>
        <w:rPr>
          <w:rFonts w:ascii="Times New Roman" w:hAnsi="Times New Roman" w:eastAsia="Times New Roman" w:cs="Times New Roman"/>
        </w:rPr>
        <w:t>Kay willakuy ukhamantaqa Clovisqa Acabwan rikuchisqa karqa, paypas Jezabelwan huchallikuyta ruwasqa kasqanrayku —Jezabelqa Apocalipsis libropi iglesya católicapa unanchaqninmi—, hinallataq chunka ayllukunapa ñawpaq reyinmi karqa, imaynachus Clovisqa pagano Romaq chunka waqrachakunapa ñawpaq unanchaqninman tukurqa (qhaway Daniel qanchis kaq capitulota). Europa suyuq reykunan qhipamanqa Babilonia warmi qhillqachaqta kay pachapa tiyananman sayachinqaku. Kay yuyaypiqa Acabpas, Clovispas, Estados Unidos nisqata rikuchinku, paymi qhipa p’unchaykunapi papadowan huchallikuyta ruwan.</w:t>
      </w:r>
    </w:p>
    <w:p>
      <w:pPr>
        <w:pStyle w:val="ArticleBody"/>
        <w:jc w:val="left"/>
      </w:pPr>
      <w:r>
        <w:rPr>
          <w:rFonts w:ascii="Times New Roman" w:hAnsi="Times New Roman" w:eastAsia="Times New Roman" w:cs="Times New Roman"/>
        </w:rPr>
        <w:t>Ronald Reaganqa qallarikuq fornication-ta ruranawan; chaytaq qhipa presidenten kanqa, paymi Naciones Unidaspa huk isqun reykunatapas kallpachinqa chay kikin ruwayta ruranankupaq. Reaganqa presidente karqa tukukuypi 1989 watapi, chayrayku profeciapi sut’inta rikuchinanmi qhipa presidenteta historiapi, maypichus wak isqun reykuna chay kikin ruwayta hunt’anku; Jesusqa sapa kuti huk imapa tukukuyninta rikuchin qallariyninwanmi. Reaganqa qhapaq, allin riqsisqa medio-personalidad karqa, ancha reqsisqa kikinpa sapaq rimayninwan, qallariypi Partido Demócrata ukhupi kasqa, chaymanta qhipaman Partido Republicano-man tikrasqa.</w:t>
      </w:r>
    </w:p>
    <w:p>
      <w:pPr>
        <w:pStyle w:val="ArticleBody"/>
        <w:jc w:val="left"/>
      </w:pPr>
      <w:r>
        <w:rPr>
          <w:rFonts w:ascii="Times New Roman" w:hAnsi="Times New Roman" w:eastAsia="Times New Roman" w:cs="Times New Roman"/>
        </w:rPr>
        <w:t>Versículo treinta y uno nisqapi, papadota rikch’achiq brazos nisqakunaqa kallpa santuario-ta qhellichinqaku. Profecía hinaqa, kallpa santuario pagan Roma-paqpas papal Roma-paqpas Roma Llaqta karqan. Kayqa kay cheqaqmanta sayarikuqmi: iskaynin Roma-kunaqa huk sut’i pacha unayta Roma Llaqtamanta kamachirqanku, chaymantataq, Roma Llaqtamanta kamachishaspaqa, casi mana atipay atisqa karqanku.</w:t>
      </w:r>
    </w:p>
    <w:p>
      <w:pPr>
        <w:pStyle w:val="ArticleBody"/>
        <w:jc w:val="left"/>
      </w:pPr>
      <w:r>
        <w:rPr>
          <w:rFonts w:ascii="Times New Roman" w:hAnsi="Times New Roman" w:eastAsia="Times New Roman" w:cs="Times New Roman"/>
        </w:rPr>
        <w:t>Roma paganaqa kimsa pachak soqta chunka watayuq kamachiyta qallarin Aktiumpi maqanakuypi, Cristo manaraq paqariptin 31 watapi. Daniel qillqapa chunka hukniyuq capitulonpa iskay chunka tawayuq versiculonmi reqsichin imaynachus kallpankumanta, chayqa Roma llaqtamanta, yuyaychasqankuta willakuyta “huk pacha”paq. Profetico nisqa “pacha”qa kimsa pachak soqta chunka watam; hinaspa kimsa pachak soqta chunka wata Aktiumpi maqanakuy qhepaman, maypichus Antoniowan Cleopatrawan atipasqa karqanku, Constantinoqa Roma llaqtamanta lloqsispa Constantinopla llaqtaman rirqan, chaywanmi Roma paganapa mana atipay atisqan pacha tukukapun.</w:t>
      </w:r>
    </w:p>
    <w:p>
      <w:pPr>
        <w:pStyle w:val="ArticleBody"/>
        <w:jc w:val="left"/>
      </w:pPr>
      <w:r>
        <w:rPr>
          <w:rFonts w:ascii="Times New Roman" w:hAnsi="Times New Roman" w:eastAsia="Times New Roman" w:cs="Times New Roman"/>
        </w:rPr>
        <w:t>Ñawpaq pusaq pachapi, papal Romaq huknin kimsa kay allpapa hark’ayninqa (Godos) Roma llaqtamanta qarqosqa karqan wata 538-pi; chaymi papal Romaq huk waranqa iskay pachak suqta chunka watayuq kamachikuynin qallarirqan, hinallataq purirqan 1798 watakama, chay watapi papaqa Roma llaqtamanta hurqusqaña karqan. Chayhinataqmi papal uywapaq wañuchiq ch’akiyta profecía nisqanman hina chaskirqan. Qhipa watapi, 1799-pi, chay papaqa (uywata sillakusqan warmi) prisionpi wañupurqan.</w:t>
      </w:r>
    </w:p>
    <w:p>
      <w:pPr>
        <w:pStyle w:val="ArticleBody"/>
        <w:jc w:val="left"/>
      </w:pPr>
      <w:r>
        <w:rPr>
          <w:rFonts w:ascii="Times New Roman" w:hAnsi="Times New Roman" w:eastAsia="Times New Roman" w:cs="Times New Roman"/>
        </w:rPr>
        <w:t>Makikuna (Clovis) mayqinkunachus papapaq kasqankuta rikuchirqan, chaykuna kallpayuq santwariuta qhellichanankupaq karqan; hinaspa Constantinoqa chay llamk’ayta qallarin, llaqtata filosóficamente sut’inchaspa Constantinopla llaqtamanta aswan pisiyuq llaqta hina. Chaymanta pacha, chay historiapi Romaq awqankuna rurasqanku maqanakuyqa sapa kuti Roma Llaqtata atacanaykipaqmi sut’inta churakusqa karqan; hinaspa wata 476kama, llaqtapi kamachiq hinaqa mana hayk’aqpas cheqaq romano miraymanta huk runa kutimorqachu, wata 538 kama, maypachachus chay llaqta papal Romaqpaq kallpayuq santwario tukurqan.</w:t>
      </w:r>
    </w:p>
    <w:p>
      <w:pPr>
        <w:pStyle w:val="ArticleBody"/>
        <w:jc w:val="left"/>
      </w:pPr>
      <w:r>
        <w:rPr>
          <w:rFonts w:ascii="Times New Roman" w:hAnsi="Times New Roman" w:eastAsia="Times New Roman" w:cs="Times New Roman"/>
        </w:rPr>
        <w:t>Acab, Clovis, Franciapas kayninmi Estados Unidos-ta rikuchkanku; hinaspa Estados Unidospa kallpayoq santuarionninqa Estados Unidospa Constituciónninmi. Chay qillqasqa qillqaqa huk divina qillqami, hinaspa payqa profética historiapa huk señasninmi. Ronald Reagan 1989 wataman pusak historiapi papadon rayku sayarirqanmantapacha, Constituciónqa mana samayniyoq, sapa kuti aswan hatunyarichkaq maqanakuy urayman churakusqa karqan, imaynan kallpayoq santuario pagano Romapa tukukuyninpi hinaspa urmayninpi karqan hina. Estados Unidospi utqay hamuq domingo ley kamachisqa kaptinqa, Constituciónqa tukuy hinantinpi urmachisqa kanqa. Reaganpa pacha-manta chay domingo leykama, 330 watamanta 538 watakama historiqa yapamanta hunt’asqa rikurinqa. 538 watapi papadoqa tronoman churakusqa karqan; chayhinaqa chay domingo leypi wañuy usunpa ch’akiynin hampisqa kayninta rikuchin.</w:t>
      </w:r>
    </w:p>
    <w:p>
      <w:pPr>
        <w:pStyle w:val="ArticleBody"/>
        <w:jc w:val="left"/>
      </w:pPr>
      <w:r>
        <w:rPr>
          <w:rFonts w:ascii="Times New Roman" w:hAnsi="Times New Roman" w:eastAsia="Times New Roman" w:cs="Times New Roman"/>
        </w:rPr>
        <w:t>Ronald Reaganmanta Domingo ley kamaq pachakamanqa huk profético periodo kashan, Diospa profético Siminmi sut’inchasqa hinallataq reqsichisqa. “Ricrankuna”, Cloviswan representanakuqkunapas, ñawpaqta pagano kaq Romano Imperiopa reinomantam “sapa p’unchayta” qichunankupaq karqanku. Chay imperiopa religionninqa qallariyninmantapacha pagano karqa, hinaspa Clovisqa qallariyta ruwarqa, rikch’ariq pagano religionta tikrananpaq catolicismo religionman, mayqinchus sut’i paganismo p’achallikusqa kasqanlla.</w:t>
      </w:r>
    </w:p>
    <w:p>
      <w:pPr>
        <w:pStyle w:val="ArticleBody"/>
        <w:jc w:val="left"/>
      </w:pPr>
      <w:r>
        <w:rPr>
          <w:rFonts w:ascii="Times New Roman" w:hAnsi="Times New Roman" w:eastAsia="Times New Roman" w:cs="Times New Roman"/>
        </w:rPr>
        <w:t>Estados Unidosqa llapanta Protestantismo religionta qichunqa, papal autoridadpa señalta kamachinqa hamuqlla Domingo kamachipi, imaraykuchus “Protestante” nisqa simipa sapaqlla sut’inchayninqa Roma contra protestaymi. Sichus Roma autoridadpa señalta chaskinki, manam Roma contra protestashankichu. Amos qillqapi kimsa kaq capitulopi, kimsa kaq versículopi, Amos tapun kay retórico tapuyta: “¿Iskay runakuna kuska puriyta atinkumanchu, mana acuerdopi kaspankumanta?”</w:t>
      </w:r>
    </w:p>
    <w:p>
      <w:pPr>
        <w:pStyle w:val="ArticleScripture"/>
        <w:jc w:val="left"/>
      </w:pPr>
      <w:r>
        <w:rPr>
          <w:rFonts w:ascii="Times New Roman" w:hAnsi="Times New Roman" w:eastAsia="Times New Roman" w:cs="Times New Roman"/>
        </w:rPr>
        <w:t>“Kay pachakunaqa Estados Unidos llaqtapi kunan ruwasqakuna, iglesiapa institucionninkunaman hinaspa costumbrenkunaman Estadopa yanapayninta hap’iq, protestantekunaqa papistakuna purisqan ñanninta qatichkanku. Mana chayllachu; aswanpas punkuta kicharichkanku Papadoqa América protestantepi kutin tarinanpaq chay aswan hatun kamachikuyninta, mayqintachus Mundo Antiguopi chinkachirqan.” The Great Controversy, 573.</w:t>
      </w:r>
    </w:p>
    <w:p>
      <w:pPr>
        <w:pStyle w:val="ArticleBody"/>
        <w:jc w:val="left"/>
      </w:pPr>
      <w:r>
        <w:rPr>
          <w:rFonts w:ascii="Times New Roman" w:hAnsi="Times New Roman" w:eastAsia="Times New Roman" w:cs="Times New Roman"/>
        </w:rPr>
        <w:t>Watapi 508 watapi paganu yupaychay kamachisqa suyup oficial yupaychaynin hina qichusqa karqa, chayqa rikuchirqanmi imaynam Pablo nisqan, 2 Tesalonicenses qelqepi iskay ñiqinpi, hark’ayqa ñawpaqman qichusqa kasqanta, hucha runaq rikurimusqanpaq, huklla chayamunan Domingo kamachiy Estados Unidos llaqtapi. Sut’i paganu yupaychaypa urayman churakusqan, pakasqa paganu yupaychayman, Catolicismo nisqaman tikraykuspa, mana huk ratullachu ruwarqa; chaymi historiapi señalasqa kashan Clovispa Catolicismoman tikrasqanwan qallarisqanta watapi 496, hinaspataq hunt’asqa tukusqanta watapi 508.</w:t>
      </w:r>
    </w:p>
    <w:p>
      <w:pPr>
        <w:pStyle w:val="ArticleBody"/>
        <w:jc w:val="left"/>
      </w:pPr>
      <w:r>
        <w:rPr>
          <w:rFonts w:ascii="Times New Roman" w:hAnsi="Times New Roman" w:eastAsia="Times New Roman" w:cs="Times New Roman"/>
        </w:rPr>
        <w:t>Chhaynaqa, Reagan watakunamanta, 1989 watapi qallarispa, utqaylla hamuq domingo kamachikama, cheqaq protestantismuqa Estados Unidos llaqtapi lliw hunt’api hark’asqa kanqa. Chay p’unchaypiqa Constitucionqa, Estados Unidospaq “kallpayoq santuario”-ninqa, urmachisqa kanqa; hinaspataq kimsa chunka hukniyoq versiculopi “brazos” nisqakunap tawa llamk’ayninqa hunt’asqa kanqa, imaynachus chay “brazos” papadota kay pachap trononman tiyachinqaku, 538 watapi kasqan hina.</w:t>
      </w:r>
    </w:p>
    <w:p>
      <w:pPr>
        <w:pStyle w:val="ArticleBody"/>
        <w:jc w:val="left"/>
      </w:pPr>
      <w:r>
        <w:rPr>
          <w:rFonts w:ascii="Times New Roman" w:hAnsi="Times New Roman" w:eastAsia="Times New Roman" w:cs="Times New Roman"/>
        </w:rPr>
        <w:t>Papakuna kamachiyqa watapi 538 tiyananta hap’iqtin, Danielpa qillqasqan willakuyqa hukmanta tikrakun: papakuna kamachiy imaynatas kay pachata atiparqan chayta willaymanta, chay historiapi Diospa llaqtanta imaynatas ñak’arichirqan chay yuyayman. Danielpa chunka t’aqa, chunka tawañiqin versiculopi, Gabrielya Danielman willarqan, rikusqan sut’ichayta rikuchinanpaq munasqanraykuqa kay karqan: “qhipa p’unchaykunapi Diospa llaqtanman ima pasananmanta” sut’inchananpaq.</w:t>
      </w:r>
    </w:p>
    <w:p>
      <w:pPr>
        <w:pStyle w:val="ArticleScripture"/>
        <w:jc w:val="left"/>
      </w:pPr>
      <w:r>
        <w:rPr>
          <w:rFonts w:ascii="Times New Roman" w:hAnsi="Times New Roman" w:eastAsia="Times New Roman" w:cs="Times New Roman"/>
        </w:rPr>
        <w:t>Kunanqa hamusqani kani qanta yachachinaypaq ima kasqan qampa llaqtaykita qhepa p’unchawkunapi; chayraykun rikuyqa achka p’unchawkunaqpaqraq kashan. Daniel 10:14.</w:t>
      </w:r>
    </w:p>
    <w:p>
      <w:pPr>
        <w:pStyle w:val="ArticleBody"/>
        <w:jc w:val="left"/>
      </w:pPr>
      <w:r>
        <w:rPr>
          <w:rFonts w:ascii="Times New Roman" w:hAnsi="Times New Roman" w:eastAsia="Times New Roman" w:cs="Times New Roman"/>
        </w:rPr>
        <w:t>Versículo treinta y dosmanta versículo treinta y šestakamaqa kaykunam versículokuna, Sister White sut’inchastin rimashqanman hina, kutimunanpaq kashanku; chay versículokunataq describen papadopa waranqa iskay pachak soqtachunka wata kamachikuyninpi ñak’arichiyta, wata 538-pi tronoman churakusqan p’unchawmanta qallarispa, 1798 watapi wañuchiq k’irisqanta chaskisqankama.</w:t>
      </w:r>
    </w:p>
    <w:p>
      <w:pPr>
        <w:pStyle w:val="ArticleScripture"/>
        <w:jc w:val="left"/>
      </w:pPr>
      <w:r>
        <w:rPr>
          <w:rFonts w:ascii="Times New Roman" w:hAnsi="Times New Roman" w:eastAsia="Times New Roman" w:cs="Times New Roman"/>
        </w:rPr>
        <w:t>Hinallataq kontrata maligaittut sallurutinik mamiasuutigiplugit nungusarumaarpai; kisianni inuiat Guutiminnik ilisimasallit nukittujumaarput, angisuunillu iliuuseqassallutik. Inuit akornanni paasisimasaqartullu amerlasuunik ilinniartitsiumaarput; taamaattorli ullorpassuarni savimmik, ikummatitsisumik, tigusaanermik, arsaarinninnermillu nakkartitaajumaarput. Nakkarnerannilu ikiorsiivigineqassapput ikiuinerinnaannguamik; amerlanerilli sallurutinik ilanngukkumaarput. Paasisimasaqartullu ilaat nakkartitaajumaarput misilinneqaqqullugit, salinneqaqqullugit, qaqortunngortinneqaqqullugillu naggatissap nalaata tungaanut; tamanna suli piffissaliunneqarsimasumut pimmat. Kunngillu nammineq piumasani malillugu iliussaaq; imminullu qaffasinnerulersissaaq guutit tamaasa pillugit, imminullu annertunerutitissalluni guutit Guutaata qulaani, Guutillu Guutaa akerlilerlugu tupinnartunik oqaaseqassalluni; kamannerup naammassineqarnissaata tungaanut iluatsitsiumaarpoq; aalajangerneqarsimasoq naammassineqartussaammat. Danieli 11:32–36.</w:t>
      </w:r>
    </w:p>
    <w:p>
      <w:pPr>
        <w:pStyle w:val="ArticleBody"/>
        <w:jc w:val="left"/>
      </w:pPr>
      <w:r>
        <w:rPr>
          <w:rFonts w:ascii="Times New Roman" w:hAnsi="Times New Roman" w:eastAsia="Times New Roman" w:cs="Times New Roman"/>
        </w:rPr>
        <w:t>Chay versículokunaqa Yana Pacha-Edadkunapi ñak’ariyta willakunku, hinaspa versículo kinsa chunka suqtaq sut’inchan papakuna kamachiyqa allinta wiñanqa Diospa ñawpaq piñakuynin israelpa uray suyu qhapaq ayllumanpa hunt’akusqankama 1798 watapi. Danielqa ñawpaqta sut’incharqa imaynatas papakuna kamachiyqa kay pachapa t’iyanaman churakusqa karqa, chaymantataq imaynatas papakuna kamachiyqa Diospa llaqtanwan ruwasqa karqa, hinaspataq papakuna kamachiyqapa qhipa urmayninta. Daniel chunka suqniyuq t’aqapi tawa chunka versículomanta kimsa chunka kinsayuqkama sut’inchan imaynatas papakuna kamachiyqa kay pachata makipi hap’in, chaymantataq tawa chunka tawayuq versículo sut’inchan imaynatas payqa Diospa qhipa p’unchaykunapi runankunata ñak’arichin, hinaspataq tawa chunka pisqayuq versículo sut’inchan imaynatas payqa qhipa tukukuyninman chayan, mana pipas yanapananpaq.</w:t>
      </w:r>
    </w:p>
    <w:p>
      <w:pPr>
        <w:pStyle w:val="ArticleBody"/>
        <w:jc w:val="left"/>
      </w:pPr>
      <w:r>
        <w:rPr>
          <w:rFonts w:ascii="Times New Roman" w:hAnsi="Times New Roman" w:eastAsia="Times New Roman" w:cs="Times New Roman"/>
        </w:rPr>
        <w:t>Hebreo simipi “chiqap kay” nisqa simiqa, Admirable Linguista rurasqan karqa hebreo alfapetopa ñawpaq, chunka kimsayuq kaq, hinaspa qhipa killankunata huñuspa, “chiqap kay” nisqa simita kamananpaq. Chunka kimsayoqqa hatarikuypa unanchanmi, hinaspa ñawpaq kaqqa qhipata rikuchin.</w:t>
      </w:r>
    </w:p>
    <w:p>
      <w:pPr>
        <w:pStyle w:val="ArticleBody"/>
        <w:jc w:val="left"/>
      </w:pPr>
      <w:r>
        <w:rPr>
          <w:rFonts w:ascii="Times New Roman" w:hAnsi="Times New Roman" w:eastAsia="Times New Roman" w:cs="Times New Roman"/>
        </w:rPr>
        <w:t>Versículo treinta y uno describi Roma paganaq tukukuyninta, Bibliaq profecíanpi tawa kaq qhapaq suyuta hina; versículo treinta y seis-taq sut’incharqa Roma papalpa tukukuyninta, Bibliaq profecíanpi phisqa kaq qhapaq suyuta hina. Romaq urmayninmanta ñawpaq kaq nisqapaqwan Romaq urmayninmanta qhepa kaq nisqapaq chawpinpi kachkan hatarikuq phiñakuy, papadoq Diospa ayllun runakunata waranqa waranqata wañuchisqanwan rikuchisqa, qallariymanta tukukuyman historia ukhupi. Kay versículokunapa churakuyninqa “cheqaq kay” nisqapa firmanta apan.</w:t>
      </w:r>
    </w:p>
    <w:p>
      <w:pPr>
        <w:pStyle w:val="ArticleBody"/>
        <w:jc w:val="left"/>
      </w:pPr>
      <w:r>
        <w:rPr>
          <w:rFonts w:ascii="Times New Roman" w:hAnsi="Times New Roman" w:eastAsia="Times New Roman" w:cs="Times New Roman"/>
        </w:rPr>
        <w:t>Chusku tawa chunka pichqayuqmanta tawa chunka pichqayuqkama, chayta rikuchisqa kashan chusku chunka kimsaqniyuqmanta chusku chunka suqtaqniyuqkama chay chuskuqkunaq raykunawan, qallarin papadokunaq urmayninwan, hinaspan tukukun papadokunaq urmayninwan. Chawpinpi kay willakuy paqarisqa 1798 watamanta, gracia tukukuyninkama, kashan Kunan Roma nisqapa hatarin, yapamanta Diospa llaqtanta wañuchispa. Kay chuskuqkunapa rurayninkuqa “cheqaq kay” nisqapa unanchanta apamunpas, hinaspan hukninwan huknin tinkunku iskay testigokunata quspa, chay “cheqaq kay” sayachinankupaq; iskaynin siq’ikunaqa Roma-manta willakunku, chaymi “rikuyta sayachinqa” nisqa unanchakuyqa.</w:t>
      </w:r>
    </w:p>
    <w:p>
      <w:pPr>
        <w:pStyle w:val="ArticleScripture"/>
        <w:jc w:val="left"/>
      </w:pPr>
      <w:r>
        <w:rPr>
          <w:rFonts w:ascii="Times New Roman" w:hAnsi="Times New Roman" w:eastAsia="Times New Roman" w:cs="Times New Roman"/>
        </w:rPr>
        <w:t>Chay pachakunapim achka runakuna hatarinqaku uray llaqtapa rey ninapaq contra; hinallataq llaqtaykipi waqllikuq runakunapas hatarinqaku rikuyta sayachinankupaq; ichaqa paykuna urmanqaku. Daniel 11:14.</w:t>
      </w:r>
    </w:p>
    <w:p>
      <w:pPr>
        <w:pStyle w:val="ArticleBody"/>
        <w:jc w:val="left"/>
      </w:pPr>
      <w:r>
        <w:rPr>
          <w:rFonts w:ascii="Times New Roman" w:hAnsi="Times New Roman" w:eastAsia="Times New Roman" w:cs="Times New Roman"/>
        </w:rPr>
        <w:t>Profetap hina kasqanta Daniel chunka hukniyuq ñiqi kapitulumpi llamk’achin, manam sapanllachu kimsa chunkaqmantam suqta chunka suqtayuqkama, chaymanta tawa chunkaqmantam pichqa chunka pichqayuqkama apaykachasqa kan. Chunka tawayuqmanta chunka isqonniyuqkama versículokuna reqsichin imayna pagano Roma tukuy pachata kamachiyta hap’irqan; chaymanta iskay chunkaqmantam tawa chunka tawayuqkama versículokuna reqsichin imayna pagano Roma Diospa llaqtanta ruwasqanman hina trataykurqan; hinaspa tawa chunka tawayuq versículomanta kimsa chunka versículokama, pagano Romapa urmaynin sut’inchasqa qhawachisqa kachkan.</w:t>
      </w:r>
    </w:p>
    <w:p>
      <w:pPr>
        <w:pStyle w:val="ArticleBody"/>
        <w:jc w:val="left"/>
      </w:pPr>
      <w:r>
        <w:rPr>
          <w:rFonts w:ascii="Times New Roman" w:hAnsi="Times New Roman" w:eastAsia="Times New Roman" w:cs="Times New Roman"/>
        </w:rPr>
        <w:t>Chunka tawa chunka pusaqniyuq qillqaqa qallarin mana Diospi iñiq Roma llaqtap kamachikuyninmanta, chunka kinsa chunka qillqataq tukukuyninmi mana Diospi iñiq Roma llaqtap kamachikuyninpa. Chawpi kaq willakuypi rikuchisqa historiapiqa, mana Diospi iñiq Roma llaqtam riqsichisqa Kristu-ta chakatasqa hina; chayrayku chawpi kaq hatarikuyninqa kay qillqakunata “cheqaq kay” hina reqsichin. Alfa Omegawan kuska kachaqmi sutinta churaykurqa tukuy chunka hukniyuq kaq kapitulu patapi, Danielpa qillqanpi.</w:t>
      </w:r>
    </w:p>
    <w:p>
      <w:pPr>
        <w:pStyle w:val="ArticleBody"/>
        <w:jc w:val="left"/>
      </w:pPr>
      <w:r>
        <w:rPr>
          <w:rFonts w:ascii="Times New Roman" w:hAnsi="Times New Roman" w:eastAsia="Times New Roman" w:cs="Times New Roman"/>
        </w:rPr>
        <w:t>Chusku tawa chunkaqa Ronald Reaganpa watankunapi qallariq historiata riman, chaymi Estados Unidospa Presidentenwan huchayuq runawan rurasqa huñuyta reqsichin. Huk chiqaq pacha p’unchawta señalan, chaymi papakuna kay pachapa tiyananman churakusqankuwan tukukun, hinaqa watay 538 watapi kasqan hina. Manaqmi chayqa yanqalla kasqanchu, Clovis, Francokunapa rey, kunan p’unchaw Francia nisqa, Estados Unidospa símbolon kasqanqa. Clovisqa Reaganta rikch’achirqan. Reaganqa protestantismopa símbolon karqan, hinallataq Clovisqa paganismopa símbolon karqan.</w:t>
      </w:r>
    </w:p>
    <w:p>
      <w:pPr>
        <w:pStyle w:val="ArticleBody"/>
        <w:jc w:val="left"/>
      </w:pPr>
      <w:r>
        <w:rPr>
          <w:rFonts w:ascii="Times New Roman" w:hAnsi="Times New Roman" w:eastAsia="Times New Roman" w:cs="Times New Roman"/>
        </w:rPr>
        <w:t>Clovis, Frankokunapaq rey, Catolicismoman kutirikusqan maqanakuyqa Tolbiac Maqanakuymi karqa (Zülpich Maqanakuy nisqaqa utaq Cologne Maqanakuy nisqaqapas reqsisqa). Kay maqanakuyqa 496 watapi pasakurqa. Chay pacha Clovisqa pagano karqa; ichaqa maqanakuy ukhupi, soldadonkuna atipasqa kayman chayamunankupaq hina rikuriptin, yanapayninta mañakuspa mañakurqa católica warminpa cristiano Diosninta, hinaspa nisqa simita rurakurqa: atipanawan lluqsispaqa, Cristianismoman kutirikunqa. Clovisqa cheqaqtapuni chay maqanakuyta atiparqa, chayraykutaq paypas hinaspa Franko maqanakuy runankunamanta achkaqmi Catolicismoman kutirikurqaku; chaymi Frankokunapa cristianoyachisqa kayninpi hatun dhacasqa ruwayta señalarqa.</w:t>
      </w:r>
    </w:p>
    <w:p>
      <w:pPr>
        <w:pStyle w:val="ArticleBody"/>
        <w:jc w:val="left"/>
      </w:pPr>
      <w:r>
        <w:rPr>
          <w:rFonts w:ascii="Times New Roman" w:hAnsi="Times New Roman" w:eastAsia="Times New Roman" w:cs="Times New Roman"/>
        </w:rPr>
        <w:t>Ronald Reagan, huk protestante nisqanta riqsichikusqa, sut’incharqanmi Roma llaqtapi papawan pakasqa huñunakuyta rurananpaq kallpachaqninqa kayta kasqanta: payqa sunqunpi chiqapchasqa karqanmi Unión Soviética nisqaqa Bibliaq profeciankunapi anti-cristo kasqanta. Reaganqa ñawpaq Unión Soviética nisqawan maqanakuspan, anti-cristo pichus kasqanmanta pantasqa kashasqanta mana reqsispan, anti-cristowanmi huñukurqan.</w:t>
      </w:r>
    </w:p>
    <w:p>
      <w:pPr>
        <w:pStyle w:val="ArticleScripture"/>
        <w:jc w:val="left"/>
      </w:pPr>
      <w:r>
        <w:rPr>
          <w:rFonts w:ascii="Times New Roman" w:hAnsi="Times New Roman" w:eastAsia="Times New Roman" w:cs="Times New Roman"/>
        </w:rPr>
        <w:t>“Ñiqi simita entiendenankupi pantayman churakuspa, anticristopa ima niyninta mana rikukuqkunaqa, cheqaqtapuni anticristopa ladonman churakunkaku.” Kress Collection, 105.</w:t>
      </w:r>
    </w:p>
    <w:p>
      <w:pPr>
        <w:pStyle w:val="ArticleBody"/>
        <w:jc w:val="left"/>
      </w:pPr>
      <w:r>
        <w:rPr>
          <w:rFonts w:ascii="Times New Roman" w:hAnsi="Times New Roman" w:eastAsia="Times New Roman" w:cs="Times New Roman"/>
        </w:rPr>
        <w:t>Estados Unidos suyukunaqa ishkay rikch’akuq profetiku señalm, allpa uywaq ishkay waqrankuna hina rikuchisqa kasqanman hina. Francia suyupas ishkay rikch’akuq profetiku señalm, Apocalipsis chunka hukniyuq capítulo ukhupi Sodomawan Egiptowan rikuchisqa kasqanman hina. Franciaqa papadoq kurku wawqanmi, chaymanta Reagan, Estados Unidosta rikuchiq, qhipa p’unchaykunapi Apocalipsis chunka qanchisniyuq capítulo ukhupi chunka reykunamanta ñawpaq kaq karqa Tiro llaqtaq qaran warmiwan huchallikuyta ruraq, paymi 1798 watamanta pacha qunqakusqa karqa. Payqa 1798 watapi pacha tukukuy tiempopi qunqakusqa karqa, ichaqa 1989 watapi pacha tukukuy tiempopi yuyarisqa kayta qallarin.</w:t>
      </w:r>
    </w:p>
    <w:p>
      <w:pPr>
        <w:pStyle w:val="ArticleBody"/>
        <w:jc w:val="left"/>
      </w:pPr>
      <w:r>
        <w:rPr>
          <w:rFonts w:ascii="Times New Roman" w:hAnsi="Times New Roman" w:eastAsia="Times New Roman" w:cs="Times New Roman"/>
        </w:rPr>
        <w:t>Clovis, Francia suyupa umalliqnin, huk pacha qallarichisqa, chay pacha 538 watapi papado tronopi churakusqanman pusarqan, maypim papadoqa Domingo p’unchay kamachiyta Orléans tantanakuypi hurqusqan. Reagan, Estados Unidos suyupa umalliqnin, huk pacha qallarichirqan, chay pachaqa papadota yapamanta kay pachapa trononman churayman pusashan, utqay hamuq Domingo p’unchay kamachiywan.</w:t>
      </w:r>
    </w:p>
    <w:p>
      <w:pPr>
        <w:pStyle w:val="ArticleBody"/>
        <w:jc w:val="left"/>
      </w:pPr>
      <w:r>
        <w:rPr>
          <w:rFonts w:ascii="Times New Roman" w:hAnsi="Times New Roman" w:eastAsia="Times New Roman" w:cs="Times New Roman"/>
        </w:rPr>
        <w:t>Franciaqa iskay-hina atiyniyuq kallpaymi, 538 watapi papadota churarqa; hinallataq Francia, Napoleónpa General Berthierninwan, 1798 watapi papadota tronomanta uraykachirqa. Estados Unidosqa qhepa p’unchaykunapi papadota tronoman churaykunqa, chunca reykunapa ñawpaq rey hinataq, qhipamanta “payta ch’usaqyachinqa, q’ala q’alalayta saqinqa, aychantata mik’unqa, ninawanpas ruphaykachinqa.”</w:t>
      </w:r>
    </w:p>
    <w:p>
      <w:pPr>
        <w:pStyle w:val="ArticleBody"/>
        <w:jc w:val="left"/>
      </w:pPr>
      <w:r>
        <w:rPr>
          <w:rFonts w:ascii="Times New Roman" w:hAnsi="Times New Roman" w:eastAsia="Times New Roman" w:cs="Times New Roman"/>
        </w:rPr>
        <w:t>Chusku chunka ñiqinmi kinsa chunka hukniyuq chuskuypa willakuyninta apamun, hinallataq sut’ichin kay pachapa tiyananman papakunapa kamachikuyninta yapamanta churay llamk’ayqa unay pacha Ronald Reaganwan qallarispa, Estados Unidos llaqtapa qhipa umalliqninwan tukukuq pacha nisqawan rikuchisqa kasqanta. Chay qhipa umalliqqa Reaganwan unanchasqa ñawpaqchasqa kanqa, imaraykuchus Jesusqa tukukuynintaqa qallariyninwanmi sapa kuti rikuchin.</w:t>
      </w:r>
    </w:p>
    <w:p>
      <w:pPr>
        <w:pStyle w:val="ArticleBody"/>
        <w:jc w:val="left"/>
      </w:pPr>
      <w:r>
        <w:rPr>
          <w:rFonts w:ascii="Times New Roman" w:hAnsi="Times New Roman" w:eastAsia="Times New Roman" w:cs="Times New Roman"/>
        </w:rPr>
        <w:t>Daniel chunka huk ñawpaq versículonkunapi, chay profétic historiaqa qhawachisqa kachkan (versículo iskay), tarinchik Grecia reinopa historianta ñawpaqman risaq historiata. Greciaqa Naciones Unidaspa, hinaspa Apocalipsis chunka qanchispi rikuchisqa chunka reykunapa huk sapa mundu gobiernonta unanchaqmi. Daniel chunka hukpi versículo kimsanqa Alejandro Magno-ta reqsichin, hinaspa versículo iskayqa qhipa p’unchaykunapi huk sapa mundu gobiernopa ñawpaq historianta rikuchin.</w:t>
      </w:r>
    </w:p>
    <w:p>
      <w:pPr>
        <w:pStyle w:val="ArticleBody"/>
        <w:jc w:val="left"/>
      </w:pPr>
      <w:r>
        <w:rPr>
          <w:rFonts w:ascii="Times New Roman" w:hAnsi="Times New Roman" w:eastAsia="Times New Roman" w:cs="Times New Roman"/>
        </w:rPr>
        <w:t>Huk ñiqin versículopi, Gabrielqa sapaqllam reqsichin paymi Darioyta kallpacharisqa karqa Medokunaq hinaspa Persiakunaq qhapaq suyunkuna qallariyninpi; ichaqa Gabrielqa Danielman hamurqa chunka kaq kapitúlupi, maypichus Persia llaqtayuq Ciroqa, manam Medo Dariochu, chay pacha kamachirqan. Sutipuni chay qhapaq suyta huñuspa sut’ichasqan qhepaman, profecía nisqapi iskay suti suyukuna hina, Medokunaq hinaspa Persiakunaq qhapaq suyu kasqanta (imaynachus Francia hinaspa Estados Unidos), Gabrielqa chaymanta qallarimun historiata, mayqinchus ñawpaqchakun Alejandro Hatunpa llapa pachapi kamachiq qhapaq suyunman.</w:t>
      </w:r>
    </w:p>
    <w:p>
      <w:pPr>
        <w:pStyle w:val="ArticleScripture"/>
        <w:jc w:val="left"/>
      </w:pPr>
      <w:r>
        <w:rPr>
          <w:rFonts w:ascii="Times New Roman" w:hAnsi="Times New Roman" w:eastAsia="Times New Roman" w:cs="Times New Roman"/>
        </w:rPr>
        <w:t>Kunanqa qhechariykisqa kani cheqaqta. Qhawariy, Persia llaqtapi kinsa reykunaña sayarinqaku; tawa kaqmi llapanmanta aswan ancha qhapaq kanqa. Qhapaq kayninwan kallpanchasqa, llapan runakunata Grecia suyu contra hatarichinqa. Daniel 11:2.</w:t>
      </w:r>
    </w:p>
    <w:p>
      <w:pPr>
        <w:pStyle w:val="ArticleBody"/>
        <w:jc w:val="left"/>
      </w:pPr>
      <w:r>
        <w:rPr>
          <w:rFonts w:ascii="Times New Roman" w:hAnsi="Times New Roman" w:eastAsia="Times New Roman" w:cs="Times New Roman"/>
        </w:rPr>
        <w:t>Alpha y Omega sapa kuti qhawachin huk imapa tukukuyninta, chay imapa qallariyninwan kuska, hinallataq iskay kaq versículopi rimarin huk willakuyta, mayqinchus ñawpaqman purin huklla pacha kamachiy churanakuyta kallpachaymanta, Alejandro el Grandeq Grecia suyumpa qhapaq kamachiyninwan rikch’achisqa hina. Iskay kaq versículoqa, huk sut’inchay siq’i profecía kachkan Estados Unidosmanta, mayqinchus qhepa p’unchaykunapi iskay waqrayuq kallpa kasqanrayku rikch’achisqa, Medos hinallataq Persas iskaychasqa kamachiyninkuwan, hinallataq Franciawanpas. Chay versículoqa reqsichin qhapaqkuna-ta, mayqinkunachus qhepa p’unchaykunapi Estados Unidospa presidentenkunata rikch’achinqaku, mayqinkunachus sayarinqaku dragónpa, bestiapa, llulla profetapa kimsa kuti huklla pacha kamachiyninmanta ñawpaqman. Clovisqa Reaganwan tupachisqa karqa, ñawpaq presidente hina, chay willakuy qallariyninpi, mayqinchus antichristota kutichiyta apan tronoman churanapaq.</w:t>
      </w:r>
    </w:p>
    <w:p>
      <w:pPr>
        <w:pStyle w:val="ArticleBody"/>
        <w:jc w:val="left"/>
      </w:pPr>
      <w:r>
        <w:rPr>
          <w:rFonts w:ascii="Times New Roman" w:hAnsi="Times New Roman" w:eastAsia="Times New Roman" w:cs="Times New Roman"/>
        </w:rPr>
        <w:t>Cirospa pachas, Daniel oncepi huk chunka hukniyuqpi nisqanman hina, kinsa presidente kananman karqan, chaykunapa qhepantataq huk tawaq, payqa llapanmanta aswan ancha qhapaq karqan. Daríoqa Medo-Perseo qhapaq suyuq ñawpaq kaq kuraka karqan, Cirostaq, Daniel Gabrielmanta willakuyta chaskirqan pachaspi kamachispa kasqanrayku, iskay kaq kuraka karqan. Cirospa qhepantataq tawa kurakakuna hamunan karqan; chay hamuq kurakakunamanta tawa kaqqa soqta kaq kuraka kanan karqan.</w:t>
      </w:r>
    </w:p>
    <w:p>
      <w:pPr>
        <w:pStyle w:val="ArticleBody"/>
        <w:jc w:val="left"/>
      </w:pPr>
      <w:r>
        <w:rPr>
          <w:rFonts w:ascii="Times New Roman" w:hAnsi="Times New Roman" w:eastAsia="Times New Roman" w:cs="Times New Roman"/>
        </w:rPr>
        <w:t>Soqta reyqa, qhapaq aswan rey kanman karqa, hinaspa qhapaq presidenteqa (reyqa) llapanta hatarichinqa Grecia suyuq contranpi. Reaganmanta pacha presidentekunaqa karqaku Bush ñawpaq kaq, Clinton, Bush iskay kaq, Obama; chayrayku soqta kaq, aswan qhapaq reyqa, Trump kanman karqa. Chay reyqa (presidenteqa) “hatarichinqa” Grecia suyuqta (globalistakunata). Hebreo simipi “hatarichiy” nisqa rimaypa sut’inchayninqa ancha yachachiqmi.</w:t>
      </w:r>
    </w:p>
    <w:p>
      <w:pPr>
        <w:pStyle w:val="ArticleBody"/>
        <w:jc w:val="left"/>
      </w:pPr>
      <w:r>
        <w:rPr>
          <w:rFonts w:ascii="Times New Roman" w:hAnsi="Times New Roman" w:eastAsia="Times New Roman" w:cs="Times New Roman"/>
        </w:rPr>
        <w:t>Chay hebreo simipi “stir up” nisqaman, chay versículopi, huk ñawpa saphimanta hamuq simim, chayqa “rikch’achiy”, icha “puñuymanta hatarichiy” ninanmi. Ciro qhepata tawañiq kamachiqwan rikch’achisqa historiapi, may qhapaq presidentetaqmi, mayqinpas huk presidentekunamanta aswan qhapaq, hatarichisqa kanqa; paypa kallpanwan atiyninwan ima, Grecia contra huk “rikch’ariy” ruwasqa kanqa. Greciaqa pacha llapaq kaymanta huk unanchasqam kashan globalismopaq, progresivismopaq, hinallataq “woke-ism” nisqapaq; chayqa soqtañiq, aswan qhapaq presidentepa historianninpi qhawarichisqa kanqa. Paymi kay pachapi tukuy suyuta rikch’arichinqa progresivo “woke-ism” nisqamanta ch’iqnina churanakuyta hinallataq mundial kamachiyta.</w:t>
      </w:r>
    </w:p>
    <w:p>
      <w:pPr>
        <w:pStyle w:val="ArticleBody"/>
        <w:jc w:val="left"/>
      </w:pPr>
      <w:r>
        <w:rPr>
          <w:rFonts w:ascii="Times New Roman" w:hAnsi="Times New Roman" w:eastAsia="Times New Roman" w:cs="Times New Roman"/>
        </w:rPr>
        <w:t>Riqsikuyman progressive “woke-ism” nisqapa kuyukuyninman, aswan qhapaq umalliqpa presidensianpi paqarichisqa kaq, lloqsin Republicano waqrapi, chay kikin pachallapim chunka sipaskunapa riqsikuyninku lloqsin Protestante waqrapi.</w:t>
      </w:r>
    </w:p>
    <w:p>
      <w:pPr>
        <w:pStyle w:val="ArticleBody"/>
        <w:jc w:val="left"/>
      </w:pPr>
      <w:r>
        <w:rPr>
          <w:rFonts w:ascii="Times New Roman" w:hAnsi="Times New Roman" w:eastAsia="Times New Roman" w:cs="Times New Roman"/>
        </w:rPr>
        <w:t>Qatiq qelqayninchikta Daniel chunka hukniyuq, chusku chunka versículupi hamuq qillqapi qatiqkusunchik.</w:t>
      </w:r>
    </w:p>
    <w:p>
      <w:pPr>
        <w:pStyle w:val="ArticleScripture"/>
        <w:jc w:val="left"/>
      </w:pPr>
      <w:r>
        <w:rPr>
          <w:rFonts w:ascii="Times New Roman" w:hAnsi="Times New Roman" w:eastAsia="Times New Roman" w:cs="Times New Roman"/>
        </w:rPr>
        <w:t>“Yupaychaywan chay hina lliwpi iñiy chaymanta Diosta manchakuy urmaykaptinpas, kay iglesiakunapiqa kashanmi Cristopa cheqaq qatipaqninkuna. Manaraq Diospa taripaykunan allpaman tukuypaq hamuchkaptin, Señorpa llaqtan ukhupin kanqa ñawpa pacha allin Diosta manchakuy kausarimuy hina, apostolkunapa p’unchayninkunamanta kaykama mana rikuskachu. Diospa Espiritunpas atiyninpas wawankunaman hich’askaqa kanqa. Chay p’unchaypi achkha runakuna t’aqakunqaku chay iglesiakunamanta, maypichus kay pachapa munakuynin Diosman hinallataq Simiyman munakuyninta rantishan. Achkha runakuna, kamachiqkuna hina llaqtapas, kusikuywan chaskinqaku chay hatun cheqaqkuna, mayqenkunatachus Dios kay p’unchaykunapi willachinanpaq kamachirqan, huk llaqtata Señorpa iskay kutin hamuyninpaq wakichinapaq. Almakunapa awqanchikqa munanmi kay llamk’ayta hark’ayta; chay hina kuyuy hamunan pacha manaraq chayamuchkaptin, llulla rikch’ayta apamuspalla hark’ayninpaq kallpachakunqa. Chay iglesiakunapi, mayqenkunatachus llullachiy atiyninwan kamachiyta atinqa, rikuchinqa hina Diospa sapallan bendicionnin hich’askasqa kasqanta; sut’ita rikurinqa imatachus hatun diniyuq munakuy kasqanta yuyanku. Achkha runakuna kusikuywan hatarinqaku Dios paykunapaq admiraypaqta llamk’ashasqanta, ichaqa chay llamk’ayqa huk espiritupa kasqanmi. Religiónpa rikch’aynin urapi, Satanásqa maskhanqa influencianta mast’ariyta cristiano pachantinpi.”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iskay chunka tawayuq kinsa-niyuq?</dc:title>
  <dc:subject>Qhawariy Daniel 11:40 nisqapaq — Ñawpaq pacha riqsichisqakunawan hamuq pacha ruwaykunawanpas proféticota qhawarispa allinta suyunchay</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