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iskay chunka suqtayoq</w:t>
      </w:r>
    </w:p>
    <w:p>
      <w:pPr>
        <w:pStyle w:val="ArticleSubtitle"/>
        <w:jc w:val="left"/>
      </w:pPr>
      <w:r>
        <w:rPr>
          <w:rFonts w:ascii="Arial" w:hAnsi="Arial" w:eastAsia="Arial" w:cs="Arial"/>
        </w:rPr>
        <w:t>Sut’i Willakuyta Qawachiy: Danielpa chunka hukniyuq capítulo nisqanmanta, hinallataq kunan p’unchawkuna ruwasqankunamantapas huk yachay qillqa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Danielpa chunka hukniyuq t’aqapi tawa chunka versículonqa, allp’a uywapa protestante waqranpa historianta allp’a uywapa republicano waqranwan tinkuchin. Iskay waqrankunaqa 1798 watapi qallarin, hinaspa paykunapa testimoniunqa Estados Unidos llaqtapi utqaylla hamuq domingokuna kamachikama chayanankama hinallataq purin. Iskay waqrankunamanmi qusqakurqa huk iskaychasqa Diosmanta qillqasqa qillqa, sapa waqrata pruebananpaq. King James Biblia (Machu Testamentowan Musuq Testamentowan) allp’a uywapa religioso waqrata pruebananpaqmi karqa, hinaspa Declaración de Independencia, chaymanta Estados Unidospa Constituciónnintaq, allp’a uywapa político waqrata pruebananpaqmi karqa. Tawa chunka versículonqa allp’a uywapa historianmi, hinaspa chaypa histórico testimoniunqa 1776 watapi qallarin, hinaspa 1798 watakama chayaspa, Bibliapa profecíanpi soqta kaq qhapaq suyuta hina ruwanan rurananta hunt’ayta qallarin.</w:t>
      </w:r>
    </w:p>
    <w:p>
      <w:pPr>
        <w:pStyle w:val="ArticleBody"/>
        <w:jc w:val="left"/>
      </w:pPr>
      <w:r>
        <w:rPr>
          <w:rFonts w:ascii="Times New Roman" w:hAnsi="Times New Roman" w:eastAsia="Times New Roman" w:cs="Times New Roman"/>
        </w:rPr>
        <w:t>Jesús sapa kuti qallariywan tukukuyninta rikuchin, hinaspa Estados Unidospa tukukuyninqa qallariynin historiapi rikuchisqa karqan. Estados Unidospa tukukuynin pachaqa Daniel chunka hukniyuq qhelqapi iskay versículopi rikuchisqa karqan, chaypi soqta presidentekunata churarispa, Ronald Reaganmanta qallarispa. Reaganqa allpapa uywapa profético historiayninpa qhipa pachapin ñawpaq presidente kasharqan. Chay pachaqa 1989 watapi, tukukuypa pachapi, qallarikurqan. Ichataq iskay versículoqa Reaganllatam, ñawpaq Bushllatam, Clintontam, iskayñiqin Bushtam, Obamatam, Trumptam riman. Huk siq’ikunaqa necesitakuyniyuqmi kay historiata hunt’achinapaq, utqaylla hamuq Domingo kamachikuykama chayananpaq. 1989 watamanta utqaylla hamuq Domingo kamachikuykamaqa Daniel chunka hukniyuq qhelqapa iskay versículopi huk específico siqi kachkan.</w:t>
      </w:r>
    </w:p>
    <w:p>
      <w:pPr>
        <w:pStyle w:val="ArticleBody"/>
        <w:jc w:val="left"/>
      </w:pPr>
      <w:r>
        <w:rPr>
          <w:rFonts w:ascii="Times New Roman" w:hAnsi="Times New Roman" w:eastAsia="Times New Roman" w:cs="Times New Roman"/>
        </w:rPr>
        <w:t>1798 watapi qallarinmi, hinaspa domingo kamachiymi tukuchin kay pachapa allpa uywapa willakuy ñawpaq rimay historianta, Bibliaq willakuy nirqan hina soqtaq reino kasqanta; chay 1798 watataq qallariyninta reqsichin. Iskay pachak iskay chunka watakuna, 1776 watapi qallarisqankunaqa, huknintaqmi allpa uywapa willakuy siq’in; chaymi huk pacha muyuta reqsichin, 1776 watapi qallarispa, 1996 watapi tukukuq, maypachachus 1989 watapi kichasqa yachaymanta hamuq willakuyta kamachisqa hinata takyachisqa karqan. Chay iskay pachak iskay chunka watayoq pachaqqa reqsichinmi Amerikapa hamuq p’unchayninkunata: qallariyninpi, 1776 watapi willasqa, Europaq reykunapa estado rurayninmanta, hinaspa catolicismopa iglesiapa rurayninmantawan sapanchasqa kayqa, utqaylla hamuq domingo kamachiywan qichusqa kanqa. 1776manta 1989kamaqa huk sut’i siq’inmi allpa uywapa willakuy historiampi.</w:t>
      </w:r>
    </w:p>
    <w:p>
      <w:pPr>
        <w:pStyle w:val="ArticleBody"/>
        <w:jc w:val="left"/>
      </w:pPr>
      <w:r>
        <w:rPr>
          <w:rFonts w:ascii="Times New Roman" w:hAnsi="Times New Roman" w:eastAsia="Times New Roman" w:cs="Times New Roman"/>
        </w:rPr>
        <w:t>Pusaq chunka watakuna, 508manta 538kama, sut’inchanku huk willakuy pacha kasqanta, manaraq papakuna kamachiyqa 538 watapi Bibliaq willakuypi pichqa kaq qhapaq suyuchá hina sayarichisqa kachkaptin. Estados Unidos suyuqa hunt’asqata ruwarin uywaq rikch’ayninta, qaylla hamuq domingo kamachiypi. Chunka kimsaq wata kamachikuy pacha, 538 watapi papakuna kamachiyta sayarichinapaq wakichisqa, papakuna uywaq rikch’ayninmanta huk imayna kaqmi. Karqanmi huk wakichiy pacha 1798 watakama pusasqa, maypachachus allpa uywaqa tiyanata jap’ispa Bibliaq willakuypi suqta kaq qhapaq suyuchá hina sayarirqan. 1776manta 1798kama pachaqa tupachkan 508manta 538kama pachawan.</w:t>
      </w:r>
    </w:p>
    <w:p>
      <w:pPr>
        <w:pStyle w:val="ArticleBody"/>
        <w:jc w:val="left"/>
      </w:pPr>
      <w:r>
        <w:rPr>
          <w:rFonts w:ascii="Times New Roman" w:hAnsi="Times New Roman" w:eastAsia="Times New Roman" w:cs="Times New Roman"/>
        </w:rPr>
        <w:t>Jesúsmi huk imapa tukukuyninta qallariyninwan rikuchin; chayrayku, 1776manta 1798kama willakusqa historiapi rikurichisqa profétik pacha, 508manta 538kama profétik pachawan qhawasqa kaspa, iskay testigokunata qun. Chay iskay pachakunaqa iskay testigokunata qun chay cheqaq kasqanmanta, Bibliapi profecía nisqapi huk sapaq profétik pacha kananta, mayqinchus ñawpaqman hamun huk qhapaq suyupa tronopi tiyasqa kananpa ñawpaqninman. Huñusqa kaspankum, paykuna sayachinku 1989 watapi pacha tukukuymanta Domingo kamachikkama pachaqa tupakun chay iskay pachakunawan, mayqinkunachus 538tawan 1798ta ñawpaqman hamurqan.</w:t>
      </w:r>
    </w:p>
    <w:p>
      <w:pPr>
        <w:pStyle w:val="ArticleBody"/>
        <w:jc w:val="left"/>
      </w:pPr>
      <w:r>
        <w:rPr>
          <w:rFonts w:ascii="Times New Roman" w:hAnsi="Times New Roman" w:eastAsia="Times New Roman" w:cs="Times New Roman"/>
        </w:rPr>
        <w:t>1989 watukama tukukuypi pacha qallariymantapacha, Daniel chunka hukniyuq qillqapa tawa chunka hukniyuq versiculopi domingo kamachiykama chayaq profético historiaqa, 508 watamanta 538 watakama kimsa chunka watakunaq pachasqanwanmi rikuchisqa karqan; hinallataq 1776 watamanta 1798 watakama iskay chunka iskayniyuq watakunaq pachasqanwanpas rikuchisqa karqan.</w:t>
      </w:r>
    </w:p>
    <w:p>
      <w:pPr>
        <w:pStyle w:val="ArticleBody"/>
        <w:jc w:val="left"/>
      </w:pPr>
      <w:r>
        <w:rPr>
          <w:rFonts w:ascii="Times New Roman" w:hAnsi="Times New Roman" w:eastAsia="Times New Roman" w:cs="Times New Roman"/>
        </w:rPr>
        <w:t>Daniel chunka huk ñiqin versículonmi reqsichin kay profético tiempupi Trump, llapa presidentekunamanta aswan qhapaq chayqa, chayamuspantaqa “hatarichinqa”, nisqanta; chayqa “rikch’achinqa” ninmi, llapa kay pachata globalistakunapa munayninkunaman, paykunataq chaypachaqa kay pachapa estructura-ninta musuqmanta churayta munasharqanku iskay patayoq sistemaman, élitekuna llamk’aq dronenkunapa hawanpi kamachiqkuna hina. “Hatun musuqchasqa”, nisqankuman hina, huk ñiqin ñawpaq prioridadninqa chawpi clase-ta chinkachiymi, chay hinaqa élitekuna, historiapi representasqa historiayoq runakunawan hina, Marie Antoinette nisqa hina, amachasqa, hark’asqa kayman kanankupaq peonkunamanta, paypa sumaq t’antankunata rurachiqkunamanta.</w:t>
      </w:r>
    </w:p>
    <w:p>
      <w:pPr>
        <w:pStyle w:val="ArticleBody"/>
        <w:jc w:val="left"/>
      </w:pPr>
      <w:r>
        <w:rPr>
          <w:rFonts w:ascii="Times New Roman" w:hAnsi="Times New Roman" w:eastAsia="Times New Roman" w:cs="Times New Roman"/>
        </w:rPr>
        <w:t>Mundialista runakunaq religionninqa musuq pachakuy espiritualismo nisqanmi; hinaspa woke-ismo nisqamanta, Diversidad, Equidad e Inclusión nisqamanta filosofíankunapas, Critical Race Theory nisqa waqlliyasqa ideologíawan kuska, global warming nisqa, yachay sutichasqa kaspapas mana cheqaq cienciawan, hinallataq paqarichisqa ayllukunata wañuchiq llaqtakuna yupaychakuyta pakasqa ruwayninkuwan, llapanchaymi sut’inmanta rikurirqan Trump historiaman chayamuspalla “tukuy kamachikuyta kuyuchinampaq” Grecia contra.</w:t>
      </w:r>
    </w:p>
    <w:p>
      <w:pPr>
        <w:pStyle w:val="ArticleBody"/>
        <w:jc w:val="left"/>
      </w:pPr>
      <w:r>
        <w:rPr>
          <w:rFonts w:ascii="Times New Roman" w:hAnsi="Times New Roman" w:eastAsia="Times New Roman" w:cs="Times New Roman"/>
        </w:rPr>
        <w:t>Trumppa hamusqanm 2016 watapi, falso rikch’ariypa hamusqanta señalakun, huk llulla stir up nisqa, Satanaspa rurasqan, ñawpaqmantapuni wakllachinapaq Mateo ishkay chunka phisqapi virgenkunapa rikch’ariyninta. Globalistakunaqa, kay pachapi hatun qhatuypi kaptinkuchá, icha Estados Unidos ukhupipas kaptinkuchá, profecía hina dragón nisqawanmi rikuchisqa kanku. Paykunaqa chunka reykunami, pacha bankerokuna, global billonario qhatuqkuna, francmasonkuna, hinallataq wakin pakasqa sociedadkunapas.</w:t>
      </w:r>
    </w:p>
    <w:p>
      <w:pPr>
        <w:pStyle w:val="ArticleBody"/>
        <w:jc w:val="left"/>
      </w:pPr>
      <w:r>
        <w:rPr>
          <w:rFonts w:ascii="Times New Roman" w:hAnsi="Times New Roman" w:eastAsia="Times New Roman" w:cs="Times New Roman"/>
        </w:rPr>
        <w:t>Paqariyniyuq llapa kay pachapi dragonpa atiyninkunaqa chaykunam leywan maqanakuypi yachaqkuna (leykunawan maqanakuy), imaraykuchus Satanásqa Diospa Simiq legal rimayninkunapi sapa kuti rikuchisqa kashan. Diosqa payman cheqaq kasqankuta ñawpaqmanta willaspa, pisi manaña faltayuqta qhispichisqankuman, mayqenkunachus Diosman hinallataq kawsanku, ñak’ariy sapa kuti paykunawan kuska hamunanta nirqan; hinaspataq prometirqan allpapa juzgadokunaman pusasqa kanankuta testimonio qunanpaq. Satanásqa millaychasqa juezkunapa unanchanmi, millaychasqa Fiscal Generalkunaq unanchanmi, kunan pacha allpapi achka rikuriq, Trumpismowan kuyuchisqa kasqanpi; chay millaychasqa cortekuna hinaspa abogadokunapas sapa kuti yanapanku chay tantanakuykunata, mayqenkunachus revoluciónta, anarquíata ima qallarichinku hinaspa rurachinku, kayqa Satanaspa hatun unanchanmi tukuy historiapi.</w:t>
      </w:r>
    </w:p>
    <w:p>
      <w:pPr>
        <w:pStyle w:val="ArticleBody"/>
        <w:jc w:val="left"/>
      </w:pPr>
      <w:r>
        <w:rPr>
          <w:rFonts w:ascii="Times New Roman" w:hAnsi="Times New Roman" w:eastAsia="Times New Roman" w:cs="Times New Roman"/>
        </w:rPr>
        <w:t>Unión Soviéticaqa profecíapi dragónpa unan señalanan karqan, imaraykuchus Faraonpa ateísmunqa dragónpa huk ñawpaq kaqninqa. Chusku chunka versículopi “rey del sur” nisqaqa hebreo simipi “negev” nisqa reymi, chayqa Egipto ninmi, hinaspataq versículopi “sur” nisqaman tikrasqa kachkan. Faraónqa Biblia nisqapi Franciapa ateísmunpa señalananmi, “tiempo del fin” nisqapi 1798 watapi rey del sur kaqpa; hinallataq Unión Soviéticapaqpas “tiempo del fin” nisqapi 1989 watapi. Iskayninpas dragónpa atiykuna karqanku, iskayninpas pagano Roma dragón reino-manta uraykamuq karqanku.</w:t>
      </w:r>
    </w:p>
    <w:p>
      <w:pPr>
        <w:pStyle w:val="ArticleBody"/>
        <w:jc w:val="left"/>
      </w:pPr>
      <w:r>
        <w:rPr>
          <w:rFonts w:ascii="Times New Roman" w:hAnsi="Times New Roman" w:eastAsia="Times New Roman" w:cs="Times New Roman"/>
        </w:rPr>
        <w:t>Estados Unidosqa qhipa p’unchaykunapi simbolonmi kachkan apostatakusqa protestantismomanta, hinaspapas papadonqa Soviet Union nisqa dragónwan apostatakusqa protestantismopura ch’aqwayta q’iwispa atiparqan kay pacha tiyana-man kutimusqanpi kinsaq hark’aykunamanta ñawpaq kaqta atipaypaq. Qatiq hark’ayqa apostatakusqa protestantismon kikinmi, paytataq atipan manaraq chayamusaq domingo kamachiypi.</w:t>
      </w:r>
    </w:p>
    <w:p>
      <w:pPr>
        <w:pStyle w:val="ArticleBody"/>
        <w:jc w:val="left"/>
      </w:pPr>
      <w:r>
        <w:rPr>
          <w:rFonts w:ascii="Times New Roman" w:hAnsi="Times New Roman" w:eastAsia="Times New Roman" w:cs="Times New Roman"/>
        </w:rPr>
        <w:t>Presidenti Trump-pa kallpankayninwan, atiyninwan ima pachantinpi hukllachasqa kaypa manchariyninkunamanta rikch’ariyta qallarisqa; chaymi mirarispa tukuy pachapi dragónwan apostata protestantismowan chawpinakuyman tukusqa. Papadoqa kikillan iskay atiynikuna chawpinakuyta—dragónta hinaspa apostata protestantismota—apurkuchkan iskay kaq geográfico hark’ayninta urmachinapaq pacha-kamayta rurayta, hina imaynachus ñawpaq kaq geográfico hark’ayta urmachinapaq rurasqa karqa. Chaypim kachkan imanasqa yuyayniyqa imaynachus Naciones Unidaspa qanchis kaq reinon (mayqinchus dragónpa atiy kaynin) ancha usqhaylla reinonta uywakunaman qun, mana karu p’unchaypi hamuq Domingo kamachiypi. Chayta ruwan, imaraykuchus 1989 watamanta pacha atipachisqa awqaqña kasqanrayku.</w:t>
      </w:r>
    </w:p>
    <w:p>
      <w:pPr>
        <w:pStyle w:val="ArticleBody"/>
        <w:jc w:val="left"/>
      </w:pPr>
      <w:r>
        <w:rPr>
          <w:rFonts w:ascii="Times New Roman" w:hAnsi="Times New Roman" w:eastAsia="Times New Roman" w:cs="Times New Roman"/>
        </w:rPr>
        <w:t>Hukninpi nivelpiqa kayqa kaqllataqmi chay maqanakuy papakunapa kamachikuynin 1989 watapi Sovet Unión nisqa dragonta urmachinampaq llamk’achisqanwan; ichaqa kunan ñawpaqman puriq woke-ismo nisqapa maqanakusqan apostata Protestantekunapa MAGA-ismo nisqanpa contranqa apostata Protestantismota atipanampaqmi wakichisqa, mana dragontachu. Kay guerraqa 2016 watapim esenciapi qallarisqa; hinaspataq 2020 watapi dragón, mayqinchus Qelqasqa Simiyman hina llullakuypa taytan, eleccionta suwaspa, políticamente Trump-ta Republicanokunapa MAGA kuyuchiytawan “wañuchirqan”. Apocalipsis qelqapa chunka hukniyuq kapitulupeqa, uku t’uqomanta lloqsimuq bestia, mayqinchus ateísmo nisqapa bestian, iskay testigokunata wañuchirqan, hinaspataq paykunaqa callepi saqesqa karqaku, yapamanta kawsarimunankukama. William Millerpa kamachikuyninkunaqa rikuchin profecíapa unanchakuykuna hukmanta aswan achka aplicacionniyuq kasqanta.</w:t>
      </w:r>
    </w:p>
    <w:p>
      <w:pPr>
        <w:pStyle w:val="ArticleBody"/>
        <w:jc w:val="left"/>
      </w:pPr>
      <w:r>
        <w:rPr>
          <w:rFonts w:ascii="Times New Roman" w:hAnsi="Times New Roman" w:eastAsia="Times New Roman" w:cs="Times New Roman"/>
        </w:rPr>
        <w:t>Kunanqa kay pacha qatichkanchik dragónpa ch’aqwayninta hinaspa apostata protestantismota, mayqanmi allpa animalta tukukuyninman apan, chay iskay testigokunaqa allpa animalpa iskay waqrankunan. Republicano waqraqa wañuchisqa karqa 2020 watapi, chay bíblico atiyniyuqwan, mayqampa taytanqa llullakuqkunapa taytanmi. Kunan pacha kay historiapi chay ch’aqwaypa sunqunpi kashanchik. Daniel 11 qillqapi, versículo tawa chunka hukniyuqpi, utqayllam hamuq domingo kamachiyqa kallpachasqa kanqa, hinaspan inspirasión nisqanman hina apostata protestantismollam chay satanáspa llamkayninta hunt’anqa.</w:t>
      </w:r>
    </w:p>
    <w:p>
      <w:pPr>
        <w:pStyle w:val="ArticleScripture"/>
        <w:jc w:val="left"/>
      </w:pPr>
      <w:r>
        <w:rPr>
          <w:rFonts w:ascii="Times New Roman" w:hAnsi="Times New Roman" w:eastAsia="Times New Roman" w:cs="Times New Roman"/>
        </w:rPr>
        <w:t>“Estados Unidos llaqtapi protestantekuna ñawpaqpi kaspa makinkuta mast’arinqaku ch’asmamanta chimpaspa Espiritualismopa makinta hap’inankupaq; p’itikumanta patanman chayaspa Romanopa atiyninwan makimast’arinakuyta ruwankaku; hinaspa kay kimsa kuti huñunakuypa kallpan urapi, kay llaqta Roma llaqtapa sarunanpi purinqa yuyayninman hina yupaych’anaqpa derechonkuna saruch’aspa.” The Great Controversy, 588.</w:t>
      </w:r>
    </w:p>
    <w:p>
      <w:pPr>
        <w:pStyle w:val="ArticleBody"/>
        <w:jc w:val="left"/>
      </w:pPr>
      <w:r>
        <w:rPr>
          <w:rFonts w:ascii="Times New Roman" w:hAnsi="Times New Roman" w:eastAsia="Times New Roman" w:cs="Times New Roman"/>
        </w:rPr>
        <w:t>Runakunapa sasachakuyninmi rikuchisqa kachkan chay maqanakuypi 2016 watapi qallarisqanmanta. Chay maqanakuy ukhupi kallpakunata allinta chaninchaspa yachanapaq, ancha importante kachkan sut’ita yachay imatachus sapa huknin chay kimsa kallpakunam, kay pachata Armagedónman pusanku, niqnin rikuchin, imaraykuchus sapa hukninmi kikinpaq sapanchasqa profétic rasgokunata charin. Apocalipsis qillqapiqa seqüenciataqa siempre waqaychan: dragón ñawpaqta, chaymanta bestia, chaymantaña falso profeta; chayrayku qallarisun dragónpa profétic rasgokunata reqsispa, chaymanta bestiata, tukukuynintaq apostata Protestantismopa falso profetanta.</w:t>
      </w:r>
    </w:p>
    <w:p>
      <w:pPr>
        <w:pStyle w:val="ArticleBody"/>
        <w:jc w:val="left"/>
      </w:pPr>
      <w:r>
        <w:rPr>
          <w:rFonts w:ascii="Times New Roman" w:hAnsi="Times New Roman" w:eastAsia="Times New Roman" w:cs="Times New Roman"/>
        </w:rPr>
        <w:t>Demócrata progresivokunaqa manan Estados Unidos llaqtapi apostata protestantekuna-chu; paykunaqa globalismoq, hinaspa dragonpa, profético representantenkuna kanku. Kaypiña hamuq Domingo ley manaraq chayamushaqtin, Partido Republicanoqa hukmanta poderman kutimunanmi, profético narrativata hunt’ananpaq. Faraónqa, dragonpa poderninpa símbolun kaspa, hinaspa Cristoq p’unchayninpi pagano Romaq dragon podernin, iskay testigokunata qun: qhepa p’unchaykunapi dragonpa poderninqa wawakunata wañuchiyta kallpachaq poder kasqanta, imaynatachus Moisespa p’unchayninpi hinaspa Cristoq p’unchayninpi karqan hina.</w:t>
      </w:r>
    </w:p>
    <w:p>
      <w:pPr>
        <w:pStyle w:val="ArticleBody"/>
        <w:jc w:val="left"/>
      </w:pPr>
      <w:r>
        <w:rPr>
          <w:rFonts w:ascii="Times New Roman" w:hAnsi="Times New Roman" w:eastAsia="Times New Roman" w:cs="Times New Roman"/>
        </w:rPr>
        <w:t>Qhipa p’unchaykunaqa pachak tawa chunka tawa waranqa runakunap p’unchayninkunam, paykunaqa Moisespa hinallataq Corderop takinta takinku; hinaspataq Moisespa hinallataq Corderop willakuy historiankupipas, dragónpa atiyninqa wawakunata wañuchiyta maskharqa. Chayta ruwarqanku, Satanás yachasqanrayku Señorqa qespichiq Moisesta, hinallataq Redentor Cristota hatarichinanta. Qhipa p’unchaykunapi dragónqa ancha phiñakuyninwan uraykamun, pisi pacha puchukusqanta yachasqanrayku; hinaspataq dragónpa atiyninmi wawakunata wañuchiyta kallpachin, pachak tawa chunka tawa waranqaman yaykuypaq akllasqa kayta atisqakunata chinkachiyta munaspa. Progresista, mundialista, socialista Demócratakunaqa MANAM “ñawpaqpi kaqkuna”chu, utqaylla hamuq domingo kamachiypi pasaq kimsa kuti huñunay alianza allchaypi; Demócratakunaqa dragónpa atiyninmi, manam llulla profetachu.</w:t>
      </w:r>
    </w:p>
    <w:p>
      <w:pPr>
        <w:pStyle w:val="ArticleScripture"/>
        <w:jc w:val="left"/>
      </w:pPr>
      <w:r>
        <w:rPr>
          <w:rFonts w:ascii="Times New Roman" w:hAnsi="Times New Roman" w:eastAsia="Times New Roman" w:cs="Times New Roman"/>
        </w:rPr>
        <w:t>“Papapa kamachiyta Diospa kamachinman contrata sayachispa kallpachasqa kamachiywanmi, suyunchik llapan hunt’asqa chiqap kaymanta t’aqasqa kanqa. Protestante kayqa chay t’uqu muyuriypa hawanta makinta mast’arispan Roma atiyniyuqpa makinta hap’inanpuni kaptin, ukhu t’uqu patanta chimpaspa Espiritualismo nisqawan makikukunanpaq chayanan kaptin, kay kimsa kuti huñusqapa kallpan urapi suyunchik Protestante hinataq republicano gobiernon kasqan Constituciónninpa llapa prinsipionkunata ñiqikunqa, hinallataq papal llullakuyninkuna ch’eqnikuna mast’arikunanpaq ñan kicharinqa, chaypim yachasun Satanaspa musphaylla llamk’ayninpaq pacha chayamunña kasqanta, tukukuypas qayllamunña kasqantapas.” Testimonies, volume 5, 451.</w:t>
      </w:r>
    </w:p>
    <w:p>
      <w:pPr>
        <w:pStyle w:val="ArticleBody"/>
        <w:jc w:val="left"/>
      </w:pPr>
      <w:r>
        <w:rPr>
          <w:rFonts w:ascii="Times New Roman" w:hAnsi="Times New Roman" w:eastAsia="Times New Roman" w:cs="Times New Roman"/>
        </w:rPr>
        <w:t>Kimsa kallpakuqkunapa, kay pachata Armagedónman pusaykuqkunapa, sapa hukninkupa profétikuta qawachiq kayninkunaqa Diospa Siminpi allinta, chiqapta señalasqa kachkan. Dragón nisqa kallpakuqmi kamachiykunata wiñachin, wawakunata wañuchinapaq kallpachaqta, chay pachapi Diosqa Moiséswan Cristowan rikch’achisqa llaqtata hatarichiyta munashaqtin. Estados Unidos ukhupi ch’aqwaypi, chaymantaqa Estados Unidospi utqhaylla hamuq domingo kamachiy qhipanpi kay pachapi kaq kikin ch’aqwayta ñawpaqchaspa rikch’achiq ch’aqwaypi, Liberal Democrats nisqakunaqa dragón kallpakuqmi kanku. Dragónqa llullakuykunapa taytanmi, hinallataq liberal, progresista, globalista nisqakunaqa llullakuywan reqsisqa kanku.</w:t>
      </w:r>
    </w:p>
    <w:p>
      <w:pPr>
        <w:pStyle w:val="ArticleScripture"/>
        <w:jc w:val="left"/>
      </w:pPr>
      <w:r>
        <w:rPr>
          <w:rFonts w:ascii="Times New Roman" w:hAnsi="Times New Roman" w:eastAsia="Times New Roman" w:cs="Times New Roman"/>
        </w:rPr>
        <w:t>¿Imaraykutaj qankunaqa mana rimasqayta entiendenkichikchu? Chayqa simiyta mana uyariyta atisqaykichikraykun. Qankunaqa taytaykichik supaymanta kankichik, hinaspa taytaykichikpa munayninkunata ruwataykichikmi munankichik. Payqa qallariymantapacha runa wañuchiq karqa, cheqaq kaypipas mana sayarirqachu, paypiqa manam ima cheqaq kaypas kanchu. Llullata rimashaqtinpas, kikinmanta rimarin; payqa llullaqmi, llullapa taytanmi. Juan 8:43, 44.</w:t>
      </w:r>
    </w:p>
    <w:p>
      <w:pPr>
        <w:pStyle w:val="ArticleBody"/>
        <w:jc w:val="left"/>
      </w:pPr>
      <w:r>
        <w:rPr>
          <w:rFonts w:ascii="Times New Roman" w:hAnsi="Times New Roman" w:eastAsia="Times New Roman" w:cs="Times New Roman"/>
        </w:rPr>
        <w:t>Supayqa, Satanás nisqapas dragón nisqapas kashan, qallariymantapacha wañuchiqmi karqan (aborto), llullaqpas. Chay qillqapakuq Judíokuna Pilatowan rimanakuspaqa, sinchi sonqowan willakurqanku mana huk reyniyoq kasqankuta, aswanqa Césarlla rey sapaq kasqanta; César-taq pagan Roma-pa unanchaqninmi, mayqinchus dragónpa atiywan kamachiq kallpan kashan.</w:t>
      </w:r>
    </w:p>
    <w:p>
      <w:pPr>
        <w:pStyle w:val="ArticleScripture"/>
        <w:jc w:val="left"/>
      </w:pPr>
      <w:r>
        <w:rPr>
          <w:rFonts w:ascii="Times New Roman" w:hAnsi="Times New Roman" w:eastAsia="Times New Roman" w:cs="Times New Roman"/>
        </w:rPr>
        <w:t>“Chhaynaqa dragón nisqaqa, ñawpaqtaqa Satanásta rikuchin, ichaqa iskay kaq yuyaypiqa, pagan Romaq unanchanmi.” The Great Controversy, 439.</w:t>
      </w:r>
    </w:p>
    <w:p>
      <w:pPr>
        <w:pStyle w:val="ArticleBody"/>
        <w:jc w:val="left"/>
      </w:pPr>
      <w:r>
        <w:rPr>
          <w:rFonts w:ascii="Times New Roman" w:hAnsi="Times New Roman" w:eastAsia="Times New Roman" w:cs="Times New Roman"/>
        </w:rPr>
        <w:t>Wakin runakuna tapukunku imamanta kunan pacha judíokuna liberal globalistakuna kanku, globalistakunaqa kunan pacha judíokunata chay hina cheqnikuspa kaptinku. Chayqa imaraykuchus paykuna akllakurqanku pagano Romaq rey-ninta sapan rey-ninkupaq. Hebreo ayllumanta askha runakuna yachaysapa kaptinkupas, ñawpaq akllasqankurayku Mesías-ta rey-ninkuta hina qhespisqa mana chaskisqankumanta, dragónpa qatanman wisq’asqa qhiparirqanku.</w:t>
      </w:r>
    </w:p>
    <w:p>
      <w:pPr>
        <w:pStyle w:val="ArticleScripture"/>
        <w:jc w:val="left"/>
      </w:pPr>
      <w:r>
        <w:rPr>
          <w:rFonts w:ascii="Times New Roman" w:hAnsi="Times New Roman" w:eastAsia="Times New Roman" w:cs="Times New Roman"/>
        </w:rPr>
        <w:t>Ichaqa paykuna qapariqkanku: “¡Apaspa wikch’uy payta, apaspa wikch’uy payta, chakatasqa kachun!” nispa. Pilatotaq paykunata nirqan: “¿Reyyniykichtachu chakatasqa kachachisaq?” Saserdotekunapa kurakkuyninkuna kutichirqanku: “Manam kanchu huk reyniykuqa, aswanqa Césarllam.” Juan 19:15.</w:t>
      </w:r>
    </w:p>
    <w:p>
      <w:pPr>
        <w:pStyle w:val="ArticleBody"/>
        <w:jc w:val="left"/>
      </w:pPr>
      <w:r>
        <w:rPr>
          <w:rFonts w:ascii="Times New Roman" w:hAnsi="Times New Roman" w:eastAsia="Times New Roman" w:cs="Times New Roman"/>
        </w:rPr>
        <w:t>Papapaq sutinrayku qatiykachaytaqa Europa reykunam hunt’arqanku, chay hinallataq Apocalipsis chunka qanchisniyuqpi nisqa chunka reykunam Corderowan maqanakunankupaq kanku, chaytaqa paypa qatiqnin kunata wañuchispa ruwanku.</w:t>
      </w:r>
    </w:p>
    <w:p>
      <w:pPr>
        <w:pStyle w:val="ArticleScripture"/>
        <w:jc w:val="left"/>
      </w:pPr>
      <w:r>
        <w:rPr>
          <w:rFonts w:ascii="Times New Roman" w:hAnsi="Times New Roman" w:eastAsia="Times New Roman" w:cs="Times New Roman"/>
        </w:rPr>
        <w:t>Kaykunaqa Corderowan maqanakuspaq, ichaqa Corderoqa atipaykunqanku; payqa señorkunap Señorñinmi, reykunap Reyninmi; paywan kuska kaqkunaqa waqyaskam, akllaskam, hinallataq fielkunañam. Apocalipsis 17:14.</w:t>
      </w:r>
    </w:p>
    <w:p>
      <w:pPr>
        <w:pStyle w:val="ArticleBody"/>
        <w:jc w:val="left"/>
      </w:pPr>
      <w:r>
        <w:rPr>
          <w:rFonts w:ascii="Times New Roman" w:hAnsi="Times New Roman" w:eastAsia="Times New Roman" w:cs="Times New Roman"/>
        </w:rPr>
        <w:t>Profecíapi kamachisqa dragón atiyniyuqpa kayninmi riqsichin paykuna kasqankuta, pikunachus “makiwan ruraspa” wañuchinku wawakunata, hinallataq qhipa p’unchaykunapi cristianokunatapas, chakatachiypi, hinaspa Coliseo nisqapi, pagano Romaq historiampi rikuchisqa hina. Dragón reykunan kanku, pikunachus Ch’amak Pacha nisqapi Inquisición nisqata llamk’achirqanku papal Romaqrayku yawar mayukunata rurachinankupaq. Paykunaqa wawakunata wañuchiqkuna kanku, llullakuypitaq aswan hatunpaq riqsisqa. Adolph Hitlerqa kunan pachaq unanchanmi achka runakunata wañuchiqpa, hinallataq llullaqpa. Hitlerqa huk demócrata social karqa.</w:t>
      </w:r>
    </w:p>
    <w:p>
      <w:pPr>
        <w:pStyle w:val="ArticleBody"/>
        <w:jc w:val="left"/>
      </w:pPr>
      <w:r>
        <w:rPr>
          <w:rFonts w:ascii="Times New Roman" w:hAnsi="Times New Roman" w:eastAsia="Times New Roman" w:cs="Times New Roman"/>
        </w:rPr>
        <w:t>Progresista liberalkunaqa Adolph Hitlerpa yupayninta qatikunku; paymi karqa Partido Nacionalsocialista Obrero Alemán nisqapa pusariqnin, aswan riqsisqa sutintaq Partido Nazi. Paypa kamachiynin urapi, Partido Nazíqa huk régimen totalitario nisqata sayarichirqan hinaspa achka hatun millay ruwaykunapa huchayuq karqan, chaykunamanta hukninmi Holocausto. Hitlerpa partidonqa sapa kutim extremonacionalismo, racismo, anti-semitismo hinaspa autoritarismowan tantachisqa rikuyta apan. Joseph Goebbelsqa, pikchus Segunda Guerra Mundial tiempopi Alemania Nazípi Propagandapa Ministron karqan, kayhinata nirqan: “Sichus huk llulla simita ancha hatunta niwaq hinaspa kutin kutinta rimaylla qatiwaq, runakunaqa qhipaman chayta cheqaq kasqanta iñinqaku.”</w:t>
      </w:r>
    </w:p>
    <w:p>
      <w:pPr>
        <w:pStyle w:val="ArticleBody"/>
        <w:jc w:val="left"/>
      </w:pPr>
      <w:r>
        <w:rPr>
          <w:rFonts w:ascii="Times New Roman" w:hAnsi="Times New Roman" w:eastAsia="Times New Roman" w:cs="Times New Roman"/>
        </w:rPr>
        <w:t>Kunan p’unchawkunaqa, ñawpaqman puriq liberal demócrata progresistakuna mast’arichisqanku huk sapa llulla rimayta: kay pachaq modernopi, Partido Republicanoq conservador derechanmi Hitlerpa p’unchaynin Nazi-kunawan rikch’achisqa kasqanta. Paykunaq llulla histórico willakuyninqa allinta reqsin Hitlerpa partidonqa chay tiempopi karu derechapi kasqanta; ichaqa sapa kuti saqinku cheqaqta: Hitlerqa “karu derecha” nisqapiqa chayraq kachkarqa qallariy político maqanakuykunapi lloq’e ladon awqankuna, comunista-kunaman tupachisqa kasqanrayku. Estados Unidospa política espectronpin Republicano-kunaqa mana iskayrayakuqta Demócrata-kunamanta derechapi kashanku; ichaqa Hitlerpa Nazi Alemaniapa wakin llapa sapa característicankunaqa Partido Demócratapa profético atributonkuna kanku.</w:t>
      </w:r>
    </w:p>
    <w:p>
      <w:pPr>
        <w:pStyle w:val="ArticleBody"/>
        <w:jc w:val="left"/>
      </w:pPr>
      <w:r>
        <w:rPr>
          <w:rFonts w:ascii="Times New Roman" w:hAnsi="Times New Roman" w:eastAsia="Times New Roman" w:cs="Times New Roman"/>
        </w:rPr>
        <w:t>Bibliaqa qhawachinmi paykunata reqsinkichis rurayninkupa ruruchasqanwan, manam política llaqtapi paña lado utaq lluq’i lado nisqapa tupuna reglawanchu. Hitlerpa historiapi kaq ancha-nacionalismonqa manam MAGA kuyuriypa patriotismonmanta reqsichinchu. Hitlerpa ancha-nacionalismonqa sut’inchasqa karqa huk kamachiq mirayta reqsichisqanwan, chaymi reqsichin globalistakunaq kallpachakuyta iskay patayuq clase sistemata Estados Unidos ukhupi, hinallataq kay pachapi sayarichiyta. Globalistakunaqa, sut’itaqmi, chay sistemapi hanaq patapi kanku nispa qhawakunku, imaynachus Hitlerpa kamachiq mirayninwan rikuchisqa karqa chayhinata.</w:t>
      </w:r>
    </w:p>
    <w:p>
      <w:pPr>
        <w:pStyle w:val="ArticleBody"/>
        <w:jc w:val="left"/>
      </w:pPr>
      <w:r>
        <w:rPr>
          <w:rFonts w:ascii="Times New Roman" w:hAnsi="Times New Roman" w:eastAsia="Times New Roman" w:cs="Times New Roman"/>
        </w:rPr>
        <w:t>Llullakuyta, hawayman churakuyta, huchachayta ima rurayqa dragón nisqapam kashan; chay yachaymanta huk clásico ejemplonqa kaymi: huk runata huchachay, kikiyki cheqaqtapuni sayachisqaykita hinaspa rurasqaykita payman churaywan. Kayqa sapa p’unchawmi Amerikapi, kunan pacha mundopiwan pasashan; supaypa huk atributo ninqa kaymi, payqa “wauqekunapa huchachaqnin” kasqanrayku.</w:t>
      </w:r>
    </w:p>
    <w:p>
      <w:pPr>
        <w:pStyle w:val="ArticleScripture"/>
        <w:jc w:val="left"/>
      </w:pPr>
      <w:r>
        <w:rPr>
          <w:rFonts w:ascii="Times New Roman" w:hAnsi="Times New Roman" w:eastAsia="Times New Roman" w:cs="Times New Roman"/>
        </w:rPr>
        <w:t>Hatun dragónmi qarqusqam karqa, ñawpaq machaqway, supay nisqa, Satanás nisqapas, kay tukuy pachata llullachiq: payqa kay pachamanmi qarqusqam karqa, angelninkunapas paywan kuska qarqusqak karqaku. Hinaspam hanaq pachapi sinchi kunkayuqta uyarisqani nispan: Kunanmi chayamun qispichikuy, kallpa, Diosninchikpa qhapaq kaynin, hinaspa Cristonpa atiynin; imaraykuchus wawqinchikkunapa tumpaqnin urmachisqamña, paykunata Diosninchikpa ñawpaqninpi tutantin p’unchawnintin tumpaq. Apocalipsis 12:9, 10.</w:t>
      </w:r>
    </w:p>
    <w:p>
      <w:pPr>
        <w:pStyle w:val="ArticleBody"/>
        <w:jc w:val="left"/>
      </w:pPr>
      <w:r>
        <w:rPr>
          <w:rFonts w:ascii="Times New Roman" w:hAnsi="Times New Roman" w:eastAsia="Times New Roman" w:cs="Times New Roman"/>
        </w:rPr>
        <w:t>Hitlerpa Alemania, kay pacha hinallataqmi profecía nisqapi kunan p’unchaykunapa progresista globalistakunaman rikch’akuq paralelo kasqan, munayniyoqta rurasqa propaganda makina karqan; chay hinallataqmi kunan p’unchaykunapa progresista liberalakunapas kanku. Chaypin Joseph Goebbels—Alemania Nazi llaqtapi Propaganda ministro kasqan—riqsichisqan hatun llullakuna kuti-kuti nisqa, kunan p’unchaykunapipas kutinmanta rimachisqa kachkan, computadorpa algoritmunkunapa matemática chiqap kayninwan, kay pachapi tukuy imamanta willanakuy ñankunapi. (CNN, MSNBC, BBC, NPR, Google, Facebook, hinaspa aswan-aswanpas).</w:t>
      </w:r>
    </w:p>
    <w:p>
      <w:pPr>
        <w:pStyle w:val="ArticleBody"/>
        <w:jc w:val="left"/>
      </w:pPr>
      <w:r>
        <w:rPr>
          <w:rFonts w:ascii="Times New Roman" w:hAnsi="Times New Roman" w:eastAsia="Times New Roman" w:cs="Times New Roman"/>
        </w:rPr>
        <w:t>Reichstag nin nina kayninqa Alemania suyupa historiampi ancha hatun ruway karqan, Iskay Kutin Mundial Maqanakuyman qayllaykuspa. Chayqa sut’inchasqa rikch’ayninta qun progresista liberal globalistakuna llullakuyninkuwan imaynam huklla mundu gobiernota sayachiyta munaspa ruwanku chaymanta. Chayqa pasakurqan 1933 watapi febrero killapa 27 tuta, Berlín llaqtapi Reichstag wasita—Alemania parlamento maypi tiyashaqta (Estados Unidospa capitolio wasinkunawan January 6, 2020 nisqapa parallelon)—ninawan hap’ichisqa kaptin.</w:t>
      </w:r>
    </w:p>
    <w:p>
      <w:pPr>
        <w:pStyle w:val="ArticleBody"/>
        <w:jc w:val="left"/>
      </w:pPr>
      <w:r>
        <w:rPr>
          <w:rFonts w:ascii="Times New Roman" w:hAnsi="Times New Roman" w:eastAsia="Times New Roman" w:cs="Times New Roman"/>
        </w:rPr>
        <w:t>Ninataqa ninaqapiq kasqanmanmi nisqa karqa, chaymi Nazi gobiernota, Adolf Hitlerwan Hermann Göringwan umalliqninpi, Reichstag Ninaqapiq Kamachiyta ñawpaqman tanqananpaq huk pampachakuyta qorqa. Kay kamachiyqa, Alemania suyupi Presidenten Paul von Hindenburgpa firmanwan, llaqtamasikunaq libertades civiltan sayachirqan hinaspa políticapi contrarionkunata hap’iyta hinaspa wichq’aypi waqaychayta saqerqan. Chayqa ancha hatun puriyniyoq ñanmi karqa Nazi atiynin tantaqakusqanman hinaspa Alemania suyupi democráticok institucionkuna ismuykusqanman.</w:t>
      </w:r>
    </w:p>
    <w:p>
      <w:pPr>
        <w:pStyle w:val="ArticleBody"/>
        <w:jc w:val="left"/>
      </w:pPr>
      <w:r>
        <w:rPr>
          <w:rFonts w:ascii="Times New Roman" w:hAnsi="Times New Roman" w:eastAsia="Times New Roman" w:cs="Times New Roman"/>
        </w:rPr>
        <w:t>Chay ninaqa, mayqin chiqaq historiador-kunaq rimarisqanman hina, Hitlerpa runankunaq hap’ichisqan karqa; chaymi rikuchirqan 6 ñiqin enero 2020 watapi pasasqakunata, hinaspa qhipanta qullusqa kasqanta Constituciónpi qillqasqa derechokunata, chaykunata mana imatapas ruwaspa, astawanqa llapa ima ruwaykuna Constituciónpa kamachikuyninpi hunt’asqa kaqkunallata ruwachkaptinku. Aswanmi chayqa qhawayta atin, Black Life Matters, hinaspa Antifa sutiyuq kuyuykunapa apamusqan mana allin qutukuywan, chinkachiywan ima tupachisqa kaptin; chay kuyuykunatan progresista liberal-kuna yupaychan, yanapankupas. 6 ñiqin eneroqa dragónpa rurayninpa rurunmi, hinaspan chayqa Hitlerpa Alemanianpi nazi-kunaqwan rikuchisqa karqa.</w:t>
      </w:r>
    </w:p>
    <w:p>
      <w:pPr>
        <w:pStyle w:val="ArticleBody"/>
        <w:jc w:val="left"/>
      </w:pPr>
      <w:r>
        <w:rPr>
          <w:rFonts w:ascii="Times New Roman" w:hAnsi="Times New Roman" w:eastAsia="Times New Roman" w:cs="Times New Roman"/>
        </w:rPr>
        <w:t>Estados Unidos llaqtapi socialismo-demócrata runakuna kutin-kutin Trump-ta Hitlerpa unanchaqnin hina reqsichinku, imaraykuchus paykuna llamk’achkanku kay kamachiywan: hatun llullata willakuspa, chayta mana samayniyuqta kutichispa willakuspa medios de propagandankupa maquinanwan, Marie Antoinettepa peonninkuna tukuypuni chayta iñinqaku.</w:t>
      </w:r>
    </w:p>
    <w:p>
      <w:pPr>
        <w:pStyle w:val="ArticleBody"/>
        <w:jc w:val="left"/>
      </w:pPr>
      <w:r>
        <w:rPr>
          <w:rFonts w:ascii="Times New Roman" w:hAnsi="Times New Roman" w:eastAsia="Times New Roman" w:cs="Times New Roman"/>
        </w:rPr>
        <w:t>Kay qatiq yachayta qatiq qillqapi hinallataq qispichisunchik.</w:t>
      </w:r>
    </w:p>
    <w:p>
      <w:pPr>
        <w:pStyle w:val="ArticleScripture"/>
        <w:jc w:val="left"/>
      </w:pPr>
      <w:r>
        <w:rPr>
          <w:rFonts w:ascii="Times New Roman" w:hAnsi="Times New Roman" w:eastAsia="Times New Roman" w:cs="Times New Roman"/>
        </w:rPr>
        <w:t>Tukuy llaqtakuna, huñunakuychik, ichaqa ñut’usqa kanqankichik; uyariychik, karu llaqtakunapi kaqkuna llapa: chumpikuychik, ichaqa ñut’usqa kanqankichik; chumpikuychik, ichaqa ñut’usqa kanqankichik. Yuyaychayta huñunaychik, ichaqa mana imapipas tukunkachu; rimayta rimaychik, ichaqa mana sayanqachu: Diosmi noqanchikwan kashan. Chaymi Señorqa kallpawan makiwan noqaman rimarqan, hinaspa yachachirqan kay llaqtapa ñanninta ama purinaypaq, nispa: Ama niychikchu: “Huñunakuymi,” tukuy paykunaman kay llaqta “Huñunakuymi” nisqanman; amataq manchakuychikchu paykunapa manchakusqankuta, amataq manchariychikchu. Ayllunkunapa Señor Diosta pay kikinta t’aqasqa yupaychaychik; paymi qankunapa manchakunaykichik kanqa, paymi qankunapa qespichinapaq mancharinaykichik kanqa. Payqa willkakuna wasin hina kanqa; ichaqa iskaynin Israelpa wasinkunapaq urmanapaq rumi hina, mitk’achinapaq qaqa hina, Jerusalén llaqtapi tiyaqkunapaq toqlla hina, hinaspa p’aklla hina. Achka runakuna paykuna ukhupi urmanqaku, wikch’unqaku, ñut’usqa kanqaku, toqllasqa kanqaku, hinaspa hap’isqa kanqaku. Testimoniota watay, kamachiyta sellay discipulokunay ukhupi. Isaías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iskay chunka suqtayoq</dc:title>
  <dc:subject>Sut’i Willakuyta Qawachiy: Danielpa chunka hukniyuq capítulo nisqanmanta, hinallataq kunan p’unchawkuna ruwasqankunamantapas huk yachay qillqa</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