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Danielpa Qillqan — Pachak iskay chunka qanchisniyuq número</w:t>
      </w:r>
    </w:p>
    <w:p>
      <w:pPr>
        <w:pStyle w:val="ArticleSubtitle"/>
        <w:jc w:val="left"/>
      </w:pPr>
      <w:r>
        <w:rPr>
          <w:rFonts w:ascii="Arial" w:hAnsi="Arial" w:eastAsia="Arial" w:cs="Arial"/>
        </w:rPr>
        <w:t>Sut’inakuy mana allin huñunakuypa proféticokuna kayninkunata: Isaíasmanta qhawariykuna</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2024-03-10</w:t>
      </w:r>
    </w:p>
    <w:p>
      <w:pPr>
        <w:pStyle w:val="ArticleBody"/>
        <w:jc w:val="left"/>
      </w:pPr>
      <w:r>
        <w:rPr>
          <w:rFonts w:ascii="Times New Roman" w:hAnsi="Times New Roman" w:eastAsia="Times New Roman" w:cs="Times New Roman"/>
        </w:rPr>
        <w:t>Isaías nisqanman hina, dragón nisqapa profétiko kaq característicanqa confederaciónmi.</w:t>
      </w:r>
    </w:p>
    <w:p>
      <w:pPr>
        <w:pStyle w:val="ArticleScripture"/>
        <w:jc w:val="left"/>
      </w:pPr>
      <w:r>
        <w:rPr>
          <w:rFonts w:ascii="Times New Roman" w:hAnsi="Times New Roman" w:eastAsia="Times New Roman" w:cs="Times New Roman"/>
        </w:rPr>
        <w:t>¡Huñunakuychik, llaqtakuna, hinaspataq q’aqchusqa tukunkichik! Uyarikuychik, karu llaqtakunamanta llapallaykichik: wakachikuychik, hinaspataq q’aqchusqa tukunkichik; wakachikuychik, hinaspataq q’aqchusqa tukunkichik. Yuyaymanakuychik, ichaqa manan imapas kanqachu; rimayta nispa willakuychik, ichaqa manan sayanqachu: imaraykuchus Diosqa ñuqanchikwan kachkan. Señorqa sinchi makiwanmi chayhinata ñuqaman rimawarqa, hinaspataq yachachiwarga ama kay llaqtapa ñanninta purinaypaq, nispa: Ama ninkichikchu, “Huñunakuy,” llapa runakunaman kay llaqtam “Huñunakuy” nisqanman; amataq manchakuychikchu paykunapa manchakusqankuta, amataq qasillaykichikchu. Ejército-kunapa Señor nispasqa pay kikinllata t’aqasqa qhapaqchaspa churaychik; paylla kachun manchakusqaykichik, paylla kachun qasillaykichik. Paytaq willkanapaq wasin hina kanqa; ichaqa iskaynin Israelpa wasinkunapaq mitk’achinapa rumihinataq, urmachinapa qaqahinataq; Jerusalén llaqtapi tiyaqkunapaq toqllahinataq, watuyhinataq. Achkha runakunan paykunamanta mitk’achinqaku, urmanqaku, q’aqchusqa tukunkaku, toqllapi hap’isqa tukunkaku, hinaspataq apasqa tukunkaku. Testimoniota watay, kamachiyta sellay yachachisqaykuna ukhupi. Isaías 8:9–16.</w:t>
      </w:r>
    </w:p>
    <w:p>
      <w:pPr>
        <w:pStyle w:val="ArticleBody"/>
        <w:jc w:val="left"/>
      </w:pPr>
      <w:r>
        <w:rPr>
          <w:rFonts w:ascii="Times New Roman" w:hAnsi="Times New Roman" w:eastAsia="Times New Roman" w:cs="Times New Roman"/>
        </w:rPr>
        <w:t>Qhipa p’unchaykunapi, pachak tawa chunka tawa waranqa runakunata sellasqa pachaspi, Isaias niptin: “Testimoniota watay, kamachiyta sellay yachachisqay discipulokunay ukhupi,” kay pacha allpapi huk “mana allin huñunakuy” kachkan. Ancha importante-mi kayta entiendenapaq: Estados Unidospa historianninqa, Domingo p’unchay kamachikuyman pusaspa, chay kikillan ruwaykunata mundu llapa patapiña ñawpaqman rikuchishan.</w:t>
      </w:r>
    </w:p>
    <w:p>
      <w:pPr>
        <w:pStyle w:val="ArticleScripture"/>
        <w:jc w:val="left"/>
      </w:pPr>
      <w:r>
        <w:rPr>
          <w:rFonts w:ascii="Times New Roman" w:hAnsi="Times New Roman" w:eastAsia="Times New Roman" w:cs="Times New Roman"/>
        </w:rPr>
        <w:t>“Naciónkunaq manaq runakunaqa Estados Unidospa ejemplonta qatiqkanku. Payqa ñawpaqman pusachkan chaypas, chayllataq crisisqa llaqtanchikman hamunqa kay pachapa tukuy cheqnenkunapi.” Testimonios, volumen 6, 395.</w:t>
      </w:r>
    </w:p>
    <w:p>
      <w:pPr>
        <w:pStyle w:val="ArticleBody"/>
        <w:jc w:val="left"/>
      </w:pPr>
      <w:r>
        <w:rPr>
          <w:rFonts w:ascii="Times New Roman" w:hAnsi="Times New Roman" w:eastAsia="Times New Roman" w:cs="Times New Roman"/>
        </w:rPr>
        <w:t>Pani Whiteqa allinta, allin yuyaywanmi reqsichin pichus “mana allin huñunakuq” kasqanta; chayqa kunan pacha llapa suyukunapi kaq globalistakunap wiñaq liberalismoninta rikuchin. Chayta ruraspanmi, Isaiaspa ñawpaq versiculonkunaqta kutimanta kutimanta qhawaykun, mayqenkunachus reqsichin huk mana allin huñunakuqta pachapi sello churay tiempope, pachak tawa chunka tawa waranqa runakunaq.</w:t>
      </w:r>
    </w:p>
    <w:p>
      <w:pPr>
        <w:pStyle w:val="ArticleScripture"/>
        <w:jc w:val="left"/>
      </w:pPr>
      <w:r>
        <w:rPr>
          <w:rFonts w:ascii="Times New Roman" w:hAnsi="Times New Roman" w:eastAsia="Times New Roman" w:cs="Times New Roman"/>
        </w:rPr>
        <w:t>“Señorqa willakusun profeta Isaías nisqanpi: Isaías 8:9–13 nisqa citadom.”</w:t>
      </w:r>
    </w:p>
    <w:p>
      <w:pPr>
        <w:pStyle w:val="ArticleScripture"/>
        <w:jc w:val="left"/>
      </w:pPr>
      <w:r>
        <w:rPr>
          <w:rFonts w:ascii="Times New Roman" w:hAnsi="Times New Roman" w:eastAsia="Times New Roman" w:cs="Times New Roman"/>
        </w:rPr>
        <w:t>“Kanchisqa kan Jesúsman iñiqkunapaq allinchu mana Libre Masonkunaman chaymanta wakin pakasqa ayllukunamanpas yaykuy, nispa tapukunku. Llapa chay hina runakuna hinaspa qhawachun kunanraq citesqa Qillqakunata. Sichus imapas cristianokuna kanchis, chayqa maypipas cristianokuna kananmi, hinaspa yuyayman churay hinaspa kasukuy kamachisqa yachachiyta, Diospa Siminpa tupayninman hina cristianokuna kanananchikpaq qosqa.” Evangelism, 617, 618.</w:t>
      </w:r>
    </w:p>
    <w:p>
      <w:pPr>
        <w:pStyle w:val="ArticleBody"/>
        <w:jc w:val="left"/>
      </w:pPr>
      <w:r>
        <w:rPr>
          <w:rFonts w:ascii="Times New Roman" w:hAnsi="Times New Roman" w:eastAsia="Times New Roman" w:cs="Times New Roman"/>
        </w:rPr>
        <w:t>Qhipa p’unchaykunapi mana allin huñunakuyqa Francmasonkunawan, hinallataq wakin pakasqa aylluchakuykunawan tinkisqa kachkan. Paypa religionninqa espiritismom, chaytaq kay pachapi bancokunata kamachiqkunamanta, hinallataq allpapi multimillonario qhatuqkunamanta ruwasqa kachkan; paykunaqa “kay pachapi qhapaq kaytawan atiyninta chawpinchanku”, hinallataq Antifa nisqata, Black Lives Matter nisqata hina kuyuykunata kallpachanku, “samay mana thak kaypa, hatarikuypa, yawar unu jich’ariypa” nisqa ruhtu lluqsimunanpaq “llapa pachapi mast’arisqa tupupi”, “Francia Hatun Tikray” nisqapa anarquíanta yapamanta paqarichiyta munaspa.</w:t>
      </w:r>
    </w:p>
    <w:p>
      <w:pPr>
        <w:pStyle w:val="ArticleScripture"/>
        <w:jc w:val="left"/>
      </w:pPr>
      <w:r>
        <w:rPr>
          <w:rFonts w:ascii="Times New Roman" w:hAnsi="Times New Roman" w:eastAsia="Times New Roman" w:cs="Times New Roman"/>
        </w:rPr>
        <w:t>“Espiritualismoqa nin: runakuna mana urmaq semi-dioskuna kasqankuta; ‘sapa yuyaymi kikinta juzganqa’ nisqanta; ‘chiqaq yachayqa runakunata llapa kamachikuymanta pataman churay’ nisqanta; ‘llapa huchakuna rurasqa mana huchayuqmi’ nisqanta; imaraykuchus ‘imataq kasqanqa allinmi,’ hinaspa ‘Diosqa manam condenanchu.’ Aswan pisi chaninnaq runatapas hanaq pachapi kasqanta, chaypitaq ancha hatunman oqarisqa kasqanta rikuchin. Chayhinaqa llapa runakunaman nin: ‘Manam imatapas rurasqaykiqa importanchu; munasqaykiman hina kawsay, hanaq pacha wasiykin.’ Achka-achkakuna chayhina pusasqa kanku creenankupaq munayqa aswan hatun kamachikuy kasqanta, licenciaqa libertad kasqanta, hinaspa runaqa kikillanmanmi cuentata qonqa.”</w:t>
      </w:r>
    </w:p>
    <w:p>
      <w:pPr>
        <w:pStyle w:val="ArticleScripture"/>
        <w:jc w:val="left"/>
      </w:pPr>
      <w:r>
        <w:rPr>
          <w:rFonts w:ascii="Times New Roman" w:hAnsi="Times New Roman" w:eastAsia="Times New Roman" w:cs="Times New Roman"/>
        </w:rPr>
        <w:t>«Chay hina yachachiyta kawsaypa qallariyninpi qusqa kaptin, maypachachus munay kallpachasqa aswan sinchi kan, hinaspa kikin-hark’aywan ch’uyanchakuywan mañakusqa aswan utqaylla kanan tiyan, maypitaq allin kawsaypa waqaychanankuna kashan? imataq hark’anman kay pachata iskay kaq Sodoma tukuyninmanta? Chay pachallapitaq mana kamachikuyqa llapa kamachiyta pichayta maskhashan, mana Diospa kamachiynillatachu, aswanpas runapa kamachiynintapas. Qullqiwan atiyniyoq kaynin tantanakuy chawpinchay; hatun huñunakuykuna pisillapa qapaqyachinankupaq ashkha runakunapa chinkayninwan; wakcha clasekunapa huñunakuykuna paykunapa allin kananpaq hinaspa mañakuyninkunapa amachayninpaq; mana samayniyoq kaypa, hatarikuypa hinaspa yawar unu hich’aypa espiritun; kay pachapi llapanman chaylla yachachiykunapa mast’arikuy, mayqenkunachus Francia llaqtapi Revoluciónman pusarqan—llapallanmi kay pachata hunt’aspa churayta rikurichkan, Francia suyuta chukchuchirqan chayna suq maqanakuyman rikuchispa.» Education, 227, 228.</w:t>
      </w:r>
    </w:p>
    <w:p>
      <w:pPr>
        <w:pStyle w:val="ArticleBody"/>
        <w:jc w:val="left"/>
      </w:pPr>
      <w:r>
        <w:rPr>
          <w:rFonts w:ascii="Times New Roman" w:hAnsi="Times New Roman" w:eastAsia="Times New Roman" w:cs="Times New Roman"/>
        </w:rPr>
        <w:t>Ima yuyayniyuq runaqa tapukunman imatachus rimanakunku hina tantanakuykunapi, chaymi qhipa punchawkuna Davos llaqtapi ruwakurqan, maypichus qharikuna willakunku kay pacha allpapaq rurasqanku yuyaykunata mana ima qhawariyniyuq kay allpapi wakin runakunata. Ima pakasqa yuyaykunatachus chaypi rimanakurqanku? Chayqa, Davos sutiyuqqa huklla mana kanchu, aswanpas achka pakasqa, hark’asqa tantanakuykunamanta hukninmi, maypichus kay pachapi billonario runakuna, banco kamachiqkuna, ismusqa políticokuna, hinallataq ama allin kawsayniyuq qharikuna hatunchasqa wakichisqankuta ruwanku kay pacha allpapaq.</w:t>
      </w:r>
    </w:p>
    <w:p>
      <w:pPr>
        <w:pStyle w:val="ArticleScripture"/>
        <w:jc w:val="left"/>
      </w:pPr>
      <w:r>
        <w:rPr>
          <w:rFonts w:ascii="Times New Roman" w:hAnsi="Times New Roman" w:eastAsia="Times New Roman" w:cs="Times New Roman"/>
        </w:rPr>
        <w:t>“Kay qhepa p’unchaykunapi, musuq mana allin pantay yuyaykuna, runakuna rurashqa yachachiykunapas hatarimushan; chaykunataqa Diosmi ninqa t’akurqachisqa kanankupaq. Qullqi munaypa espiritunmi runakunata pusarqan kay pachapi allinchasqa atipanakuyta mask’anankupaq, hinaspataq llumpay qollqechakuywan, rikuchikuywanpas pakayta munarqanku millay rurayninkunata, chaykunata rurarqanku munasqankuman chayanankupaq. Hatun confiaypi churashqa kasqanku runakunapas rikuchirqanku kay mana allin ganancia munayta; ñak’arichiyta, suwakuytapas rurarqanku, sonqonkupi millay munayninkunatapas hunt’achirqanku, chhaynataq llaqtanchikkunaqa qhellichasqa kashan huchankurayku. Diosmi willarqa pay kikillanmi qhawayman orqonqa kay llullakuywan suwakuywan rurayninkunata, kikin rurayninwan. Wakinpiqa Diospa taripayninkunaña sinchita urmaykurqanña kay llaqtakunaman.”</w:t>
      </w:r>
    </w:p>
    <w:p>
      <w:pPr>
        <w:pStyle w:val="ArticleScripture"/>
        <w:jc w:val="left"/>
      </w:pPr>
      <w:r>
        <w:rPr>
          <w:rFonts w:ascii="Times New Roman" w:hAnsi="Times New Roman" w:eastAsia="Times New Roman" w:cs="Times New Roman"/>
        </w:rPr>
        <w:t>“Isaías 8:8–12 nisqanmanta t’aqasqa.” Review and Herald, 18 julio 1907.</w:t>
      </w:r>
    </w:p>
    <w:p>
      <w:pPr>
        <w:pStyle w:val="ArticleBody"/>
        <w:jc w:val="left"/>
      </w:pPr>
      <w:r>
        <w:rPr>
          <w:rFonts w:ascii="Times New Roman" w:hAnsi="Times New Roman" w:eastAsia="Times New Roman" w:cs="Times New Roman"/>
        </w:rPr>
        <w:t>Llactakunaqa qillqasqa ñawpaq pasaje nisqanman hina, waqllichisqa kashanku, chay waqlliyqa apamun Isaiaspa pusaqniyuq kapitulonpi mana allin huñunakuyninmanta. Waqllichisqa kashanku “hatun atinayuq, hap’ipakuypi churakusqa runakuna” rayku, paykunaqa “rikuchirqanku” paykunapa “mana kamachisqa qhapaqyay munaq kayninkuta.” Chay waqllichisqa llactakunaqa sut’inchayta atikun estadokunapi, maypichus fiscal generalninkuna akllakusqa kashanku comunistakuna qullqenwan, George Soros hina runakunamanta. Rikuyta atikunmi imaynachus sayarichisqa kamachikuykuna mana hunt’asqa kachkan waqllichisqa políticokuna rayku Washington, DC llaqtapi. Rikuyta atikunmi kamachikuykunawanpas, chaykunaqa políticapa huk lado espectronninpi kaqkunapa contranllapi llamk’achisqa kanku, Nancy Pelosi hinallataq Adam Schiff hina runakunawan sut’ichisqa.</w:t>
      </w:r>
    </w:p>
    <w:p>
      <w:pPr>
        <w:pStyle w:val="ArticleScripture"/>
        <w:jc w:val="left"/>
      </w:pPr>
      <w:r>
        <w:rPr>
          <w:rFonts w:ascii="Times New Roman" w:hAnsi="Times New Roman" w:eastAsia="Times New Roman" w:cs="Times New Roman"/>
        </w:rPr>
        <w:t>Huchallikuspa, llullakuspa Señorpa contranpi, Diosninchikmanta karunchakuspa, ñak'arichiyta hinaspa hatarikuq kayta rimakuspa, sonqomantapacha llulla simikunata yuyarispa hinaspa rimarispa. Chayrayku taripanakuy qhipaman kutirqun, chanin kaypas karullapi sayan; cheqaq kayqa ñanpi urman, allin chanin kaypas mana haykuyta atinchu. Arí, cheqaq kayqa chinkapun; mana allinta saqeq runapas preyaman tukupun; Señorpas chayta rikurqan, mana taripanakuy kasqanmanta mana kusisqachu karqan. Isaías 59:13–15.</w:t>
      </w:r>
    </w:p>
    <w:p>
      <w:pPr>
        <w:pStyle w:val="ArticleBody"/>
        <w:jc w:val="left"/>
      </w:pPr>
      <w:r>
        <w:rPr>
          <w:rFonts w:ascii="Times New Roman" w:hAnsi="Times New Roman" w:eastAsia="Times New Roman" w:cs="Times New Roman"/>
        </w:rPr>
        <w:t>Ñawpaq qillqapi Review and Heraldmanta, runakuna hatun confiayuq kamachiykunapi tiyashaqkunaqa reqsichin maqllikuychasqa politiku runakunata, paykunapa Wall Street qhatu qullqi churaykunaqa sapa kuti aswan allin atisqa kutichikuykunamantapas aswan hatun kasqanmanta, kamachiy rurasqankurayku paykikupaqlla “insider trading” nisqata legalchaspa, mana pipaqpas wakinpaqchu. Martha Stewartpa willakuy historianta qhawariy. Chay qillqapi llaqtakunaqa maqlliykuchisqa kanku mana allin ruwayninkuwanrayku, chayqa astawan sut’in rikurin llaqtakunapi hinallataq estadokunapi mayqinkunataq globalista Democratakuna kamachinku chaykunapi.</w:t>
      </w:r>
    </w:p>
    <w:p>
      <w:pPr>
        <w:pStyle w:val="ArticleBody"/>
        <w:jc w:val="left"/>
      </w:pPr>
      <w:r>
        <w:rPr>
          <w:rFonts w:ascii="Times New Roman" w:hAnsi="Times New Roman" w:eastAsia="Times New Roman" w:cs="Times New Roman"/>
        </w:rPr>
        <w:t>Qhipa p’unchaykunapi mana allin huñunakuqa dragónmanta, bestiamanta hinaspa llulla profetamantam kachkan; bestiapas llulla profetapas sapaq mana allin profétic rasgokunayuqmi kanku, ichaqa liberal globalismopi sut’in rikurikuchkan rasgokunaqa dragónpa kayninmi.</w:t>
      </w:r>
    </w:p>
    <w:p>
      <w:pPr>
        <w:pStyle w:val="ArticleScripture"/>
        <w:jc w:val="left"/>
      </w:pPr>
      <w:r>
        <w:rPr>
          <w:rFonts w:ascii="Times New Roman" w:hAnsi="Times New Roman" w:eastAsia="Times New Roman" w:cs="Times New Roman"/>
        </w:rPr>
        <w:t>“Apocalipsis 17:13–14 nisqa qillqasqanmanta cita. ‘Kaykunaqa huk yuyayllayuqmi kanku.’ Llapa pachapi hukllachasqa tinkuy kanqa, hatun huk sintonía, Satanaspa kallpankunapa huñunakusqan. ‘Hinaspataq atiniyninkuta kallpankutawan uywakunaman qunqaku.’ Chayhinapi rikuchikun papapaqmi kaq kikillan munayniyuq, ñak’arichiq atiyniyuq kallpa, iñiy libertadpa contran, Diosta yupaychaypaq libertadpa contran, sonqopa yuyaynin kamachisqanman hina; imaynan papado ñawpaq pachakunapi chayta rikuchirqan, Romanismopa ritosninta ceremoniasnintawan mana kasukuqkunata qatiykachaspa, ñak’arichispa, paykunata mana manchakuspa mana kasukuqkunata.”</w:t>
      </w:r>
    </w:p>
    <w:p>
      <w:pPr>
        <w:pStyle w:val="ArticleScripture"/>
        <w:jc w:val="left"/>
      </w:pPr>
      <w:r>
        <w:rPr>
          <w:rFonts w:ascii="Times New Roman" w:hAnsi="Times New Roman" w:eastAsia="Times New Roman" w:cs="Times New Roman"/>
        </w:rPr>
        <w:t>“Qhipa p’unchaykunapi maqanakuy rurasqa kananpaqpi, Diospa llaqtanpa contra, huñusqasqa kanqaku tukuy iskaychasqa atiyniyoqkuna, Jehovápa kamachikuyninman kasukuyta saqisqakuna. Kay maqanakuypi, tawañiqin kamachiypa sábado p’unchayninmi hatun sasachakuq punto kanqa; sábado kamachiy pacha hatun Kamachiqmi kikinmanta riqsichikun hanaq pachakunata kay pachatawan Ruraq kasqanta.” The Seventh-day Adventist Bible Commentary, 983.</w:t>
      </w:r>
    </w:p>
    <w:p>
      <w:pPr>
        <w:pStyle w:val="ArticleBody"/>
        <w:jc w:val="left"/>
      </w:pPr>
      <w:r>
        <w:rPr>
          <w:rFonts w:ascii="Times New Roman" w:hAnsi="Times New Roman" w:eastAsia="Times New Roman" w:cs="Times New Roman"/>
        </w:rPr>
        <w:t>Qhipa qillqakunapi uywachaqpa profétiko kayninkunata, hinallataq apostata protestantismopa kayninkunatapas yuyayman churasaqku. Ancha importanteqa reqsiymi ima kasqanta revelasqa kananman hina mayqin polítiko partidom chayanta ñawpaqman pusaspa, qhepapi q’epirispa Domingo kamachiykunata hunt’achinman. Cheqaqmi iskaynin partidokuna (Demócrata hinaspa Republicano) Domingo kamachiy nisqapi huñunakunku, imaynan Fariseokuna hinaspa Saduceokuna chakatasqa kasqapi huñunakusqankuman hina; ichaqa mana ima allin chaninchasqa rayk’u kanchu “Protestante” utaq “apostata Protestante” sutichayqa Partido Demócratawan tinkuchisqa kananpaq, imaraykuchus sut’inmi dragón atiynin kasqanta.</w:t>
      </w:r>
    </w:p>
    <w:p>
      <w:pPr>
        <w:pStyle w:val="ArticleBody"/>
        <w:jc w:val="left"/>
      </w:pPr>
      <w:r>
        <w:rPr>
          <w:rFonts w:ascii="Times New Roman" w:hAnsi="Times New Roman" w:eastAsia="Times New Roman" w:cs="Times New Roman"/>
        </w:rPr>
        <w:t>Pachak tawqa tawa chunka tawa waranqa runakunaq sellakusqankumanta willakuyqa Isaiaspa pusaq kaq kapitulumanta mana allin huñunakuy nisqan reqsichisqa kasqan willakuymin. Chay willakuyqa qallarin 11 septiembre 2001 watapi, tawa kaq umalliq, iskay kaq Bush, kamachishaqtin. Chay willakuypi suqta kaq umalliq 2016 watapi chayamunqa, hinaspan Grecia nisqa llapa suyupta rikcharichinqa (hatarichinqa), imaraykuchus payqa pachamamanta llapa runakunata rikcharichinqa dragónpa atiniyninwan apostata protestantismowan maqanakuyta, chaymi allqochasqa animalta kay pachaq tronoman kutichimuy ruwayta hunt’an.</w:t>
      </w:r>
    </w:p>
    <w:p>
      <w:pPr>
        <w:pStyle w:val="ArticleBody"/>
        <w:jc w:val="left"/>
      </w:pPr>
      <w:r>
        <w:rPr>
          <w:rFonts w:ascii="Times New Roman" w:hAnsi="Times New Roman" w:eastAsia="Times New Roman" w:cs="Times New Roman"/>
        </w:rPr>
        <w:t>Trumpa contra mana yuyayniyuq, qhawariyniyuq chinkasqa cheqnisqa, achka runakunaq rimayninpi huk layaya musphayhina riqsichisqa kachkan, imaraykuchus chayqa llullakuypiwan mana allin yuyayman sayasqa. Kay pachaqa Trumpa contra mana chaninnaq cheqnisqanta sut’inchayta munan, ichaqa cheqaq kayqa manam globalistakunaq ladonpi sut’i runa musphaychu; aswanpas huk hanaq pacha atiywan rikurikuq kasqanmi, pachak tawa chunka tawa waranqa sellasqa runakunaq historiankupi willakusqa qelqasqa rimay hunt’akusqanmanta.</w:t>
      </w:r>
    </w:p>
    <w:p>
      <w:pPr>
        <w:pStyle w:val="ArticleScripture"/>
        <w:jc w:val="left"/>
      </w:pPr>
      <w:r>
        <w:rPr>
          <w:rFonts w:ascii="Times New Roman" w:hAnsi="Times New Roman" w:eastAsia="Times New Roman" w:cs="Times New Roman"/>
        </w:rPr>
        <w:t>“¡Ancha munaymanmi Diospa llaqtan runakuna yuyayniyuq kanman waranqa llaqtakuna qayllamuchkan chinkayman, kunanqa yaqa ídolo yupaychayman qusqaña! Ichaqa achka, cheqaqta willakuyta willanankupaq kaqkuna, wawqi-panankunata tumpashan, huchachashan, huchallichishan. Diospa tikrachikuq atipaynin yuyaykunaman hamuqtinqa, sut’i hukninchaymi kanqa. Runakunaqa manañam munanqachu qhawaykuspa t’aqayta, urmachiyta. Manam sayanqachu chay k’askapi, kay pachaman k’anchay lliklliyta hark’ananpaq. Paykunapa tumpaynin, huchachayninpas tukukunqam. Awqapa kallpankuna maqanakuyllapaq huñunakushanku. Sinchi ch’aqwaykuna ñawpaqninchikpi kashan. Tantanakuychis, wawqiykuna panaykuna, tantanakuychis. Cristowan watanakuychis. ‘Ama niychischu: Huñunakuy,... amataq manchakuychischu paykunapa manchakusqankuta, amataq mancharikuychischu. Ch’uyaqchaspa yupaychaychis Apu tukuy atiyniyuqta pay kikin; paytaq kachun qankunapa manchakusqaykichis, paytaq kachun qankunapa mancharikuyniykichis. Hinaspa payqa kanqa huk pakakuna wasi hina; ichaqa iskay Israelpa wasinkunapaqqa mitk’achikuq rumi hina, urmachikuq qaqa hina; Jerusalén llaqtapi tiyaqkunapaqpas toqlla hina, p’anqa hina. Achkakuna paykuna ukhupitaq mitk’anqaku, urmanqaku, p’akikapunqaku, toqllaman urmanqaku, hapisqa kanqaku.’”</w:t>
      </w:r>
    </w:p>
    <w:p>
      <w:pPr>
        <w:pStyle w:val="ArticleScripture"/>
        <w:jc w:val="left"/>
      </w:pPr>
      <w:r>
        <w:rPr>
          <w:rFonts w:ascii="Times New Roman" w:hAnsi="Times New Roman" w:eastAsia="Times New Roman" w:cs="Times New Roman"/>
        </w:rPr>
        <w:t>“Kay pachaqa huk teatro hinam. Chaypi arinakuk runakunaqa, tiyak runankuna, qhepaman hatun qhipa dramapi sapaqninchik ruranankuta ruranapaq wakichikuchkanku. Diostaqa mana rikunchuñam. Runakunapa hatun achka tantanakuykunawanqa manam hukllay kashanchu, aswanpas runakunaqa kikin munayninkuta hunt’achinankupaq huñunakuspalla hukllaychakunku. Diosqa qhawashanmi. Paypa munayninkuna, hatarikuq kamachisqa runankunamanta, junt’akunqapuni. Kay pachaqa manam runakunapa makinman qusqa kasqachu, ichaqa Diosqa saqishanmi pantaywan mana allin kamachiyniyuq kaykuna huk pisi p’unchawkama atiyta apanakunankupaq. Ura llaqtamanta hamuq huk atiyniyuq kallpaqa llamk’ashanmi qhipa hatun ruranakunata kay dramapi pasachinapaq,—Satanás Cristo hina hamuspa, mana chiqap kaq mana allin kaypa llullachikuyninwan llank’aspa, pakasqa sociedadkunapi kikinchikta wataykukuqkunawan kuska. Confederacionpaq munayman qukuk runakunaqa awqapa yuyayninkunatam rurashanku. Imapaqchus kaqmi, chaymanta ruraynin hamunqa.”</w:t>
      </w:r>
    </w:p>
    <w:p>
      <w:pPr>
        <w:pStyle w:val="ArticleScripture"/>
        <w:jc w:val="left"/>
      </w:pPr>
      <w:r>
        <w:rPr>
          <w:rFonts w:ascii="Times New Roman" w:hAnsi="Times New Roman" w:eastAsia="Times New Roman" w:cs="Times New Roman"/>
        </w:rPr>
        <w:t>“Hucha llank’ayqa casi tukukuyninmanña chayarun. Pantasqa ch’aqru kaymi kay pachata hunt’achkan, hatun manchakuytaq utqaymanta runakunaman hamunanpaqña kachkan. Tukukuyninqa ancha qayllañam. Ñoqanchik cheqaq kayta yachaqkunaqa wakichikunayku karqan kay pachaman utqaymanta llump’ay manchay hina chayamunanpaq kaqpaq.” Review and Herald, September 10, 1903.</w:t>
      </w:r>
    </w:p>
    <w:p>
      <w:pPr>
        <w:pStyle w:val="ArticleBody"/>
        <w:jc w:val="left"/>
      </w:pPr>
      <w:r>
        <w:rPr>
          <w:rFonts w:ascii="Times New Roman" w:hAnsi="Times New Roman" w:eastAsia="Times New Roman" w:cs="Times New Roman"/>
        </w:rPr>
        <w:t>Kimsa ñak’ariypa Islamqa “waranqa llaqtakunata” maqanakunampaqña kashan, hinaspa Laodicea Adventismoqa manam ima yuyayniyoqchu chay hamuq tukuy chinkachiyta riqsispa. Pacha p’unchawpi maypachachus Isaiaspa mana allin huñunakuynin llank’ayninta hunt’achkan, chaypim kachkan supaymanta “ukhumanta atiynin” sutiyoq, mayqenchus “dramapi qhipa hatun escenas nisqakunata ruwachinampaq llank’achkan”, hinaspa kaykunam “llumpay hatun musphay-hinalla” hamunku. Trumpman ruwasqa chinkasqa yuyayniyuq millay ruwayqa ukhumanta atiymanta hamun. Chayqa kay pachapa historianninp qhipa escenankunamanta hukninmi.</w:t>
      </w:r>
    </w:p>
    <w:p>
      <w:pPr>
        <w:pStyle w:val="ArticleBody"/>
        <w:jc w:val="left"/>
      </w:pPr>
      <w:r>
        <w:rPr>
          <w:rFonts w:ascii="Times New Roman" w:hAnsi="Times New Roman" w:eastAsia="Times New Roman" w:cs="Times New Roman"/>
        </w:rPr>
        <w:t>Kayqa ama yuyaychanachu Trump-ta allinchasqanmanta hina; kayqa Diospa Siminllam, mayqaqa manam hayk’aqpas pantanchu. Pachak tawa chunka tawa waranqa sellakusqan pacha, Diosqa hanaq llaqtamanta atiyninta oqarichkan, Satanas-taq uraymanta atiyninta rurachkan.</w:t>
      </w:r>
    </w:p>
    <w:p>
      <w:pPr>
        <w:pStyle w:val="ArticleScripture"/>
        <w:jc w:val="left"/>
      </w:pPr>
      <w:r>
        <w:rPr>
          <w:rFonts w:ascii="Times New Roman" w:hAnsi="Times New Roman" w:eastAsia="Times New Roman" w:cs="Times New Roman"/>
        </w:rPr>
        <w:t>“Sichus ñoqanchik munasunchik kimsa kaq angelpa willakuyninpa espiritunta hinaspa atiynta, chayqa kamachikuyta hinaspa evangeliyotapas kuskataña rikuchinanchikmi, imaraykuchus iskayninku makiwan makillapuni purinku. Imaynachus uraymanta kaq atiyniyuq mana kasukuyuq wawakunata kuyuchispa hatarichin Diospa kamachikuyninta mana valeqman tukuchinankupaq, hinaspa “Cristoqa ñoqanchikpa justicia” nisqa cheqaqta saruparinankupaq, chay hinallataq hanaqmanta kaq atiyniyuqmi sonqokunapi llamk’ashan leal kaqkunapa, kamachikuyta hatunchanankupaq, hinaspa Jesus-ta hunt’asqa Salvador hina hoqarinankupaq. Mana divina atiyniyuq Diospa llaqtanpa kawsayninman apamusqa kaptinqa, llulla yachachikuykuna hinaspa yuyaykuna umakunarayku prësuta hap’inqaku, Cristo hinaspa Paypa justicianmi achka runakunapa kawsayninmanta wijch’upusqa kanqa, hinaspa iñiyninkuqa mana atiyniyuq, mana kawsayniyuqmi kanqa.” Gospel Workers, 161.</w:t>
      </w:r>
    </w:p>
    <w:p>
      <w:pPr>
        <w:pStyle w:val="ArticleBody"/>
        <w:jc w:val="left"/>
      </w:pPr>
      <w:r>
        <w:rPr>
          <w:rFonts w:ascii="Times New Roman" w:hAnsi="Times New Roman" w:eastAsia="Times New Roman" w:cs="Times New Roman"/>
        </w:rPr>
        <w:t>Satanpa atiniynin rikuy chayraq pasasqanmanta, utqaylla hamuq domingo kamachikuyman pusaq hina rikhurisqanqa, chay utqaylla hamuq domingo kamachikuypi Satanpa atiniyninpa umalliq rurayninta unanchan.</w:t>
      </w:r>
    </w:p>
    <w:p>
      <w:pPr>
        <w:pStyle w:val="ArticleScripture"/>
        <w:jc w:val="left"/>
      </w:pPr>
      <w:r>
        <w:rPr>
          <w:rFonts w:ascii="Times New Roman" w:hAnsi="Times New Roman" w:eastAsia="Times New Roman" w:cs="Times New Roman"/>
        </w:rPr>
        <w:t>“Papado nisqapa kamachisqan churasqa kananpaq kamachiyta lluqsichispan, Diospa kamachinman contrapi, suyunchikqa hunt’api t’aqakunqa kikinmanta cheq kaymanta. Protestantismo makinta mast’arinqa chay hatun chinkay patapi Romapa atiyninpa makinman hapiykuypaq, ukhu wayq’u patamantataq mast’arinqa Espiritualismowan maki watanakuypaq, hinaspa kay kimsa hukllachasqa tinkuyninpa kallpachaynin uraypi, suyunchikqa sapan kamachiqnin Constitucionninpa sapa principiosninta ñiqipinqa, Protestantetaq republicano gobiernonta hina, hinaspataq papal llullakuyninkunata chinkachikuyninkunata mirachinapaq wakichiyta ruwanqa, chayqa yachayta atinanchikmi Satanaspa musphay atiywan rurasqan tiempo chayamunña kasqanta, hinaspa tukukuyqa qayllaña kasqanta.” Testimonies, volumen 5, 451.</w:t>
      </w:r>
    </w:p>
    <w:p>
      <w:pPr>
        <w:pStyle w:val="ArticleBody"/>
        <w:jc w:val="left"/>
      </w:pPr>
      <w:r>
        <w:rPr>
          <w:rFonts w:ascii="Times New Roman" w:hAnsi="Times New Roman" w:eastAsia="Times New Roman" w:cs="Times New Roman"/>
        </w:rPr>
        <w:t>Kay pacha ukhuman huk uraymanta hamuspa, Estados Unidos llaqtapi dragónpa globalista rantinkunapi rurayninkunata rikuchisqan kallpa, domingo kamachiy chayamuptin, kay pachapi llapa nacionkunapim yapamanta rikurinqa. Kunanpas, kay pachapi nacionkunakunaqa Trumpmanta chay kikillan mana runa kallpa locurata rikuchkanku.</w:t>
      </w:r>
    </w:p>
    <w:p>
      <w:pPr>
        <w:pStyle w:val="ArticleScripture"/>
        <w:jc w:val="left"/>
      </w:pPr>
      <w:r>
        <w:rPr>
          <w:rFonts w:ascii="Times New Roman" w:hAnsi="Times New Roman" w:eastAsia="Times New Roman" w:cs="Times New Roman"/>
        </w:rPr>
        <w:t>“Jaqa markankunaqa Estados Unidospa ejemplonta qatinqaku. Payqa ñawpaqman pusaspaqa, chaywanpas kikillan sasachakuymi hamunqa llaqtanchikman kay pachapa tukuy cheqenkunapi.” Testimonies, tomo 6, 395.</w:t>
      </w:r>
    </w:p>
    <w:p>
      <w:pPr>
        <w:pStyle w:val="ArticleBody"/>
        <w:jc w:val="left"/>
      </w:pPr>
      <w:r>
        <w:rPr>
          <w:rFonts w:ascii="Times New Roman" w:hAnsi="Times New Roman" w:eastAsia="Times New Roman" w:cs="Times New Roman"/>
        </w:rPr>
        <w:t>Imataq Estados Unidospa Republicano runakuna locurata nispa riqsichinku Demócrata runakunap Trumpman mana allin yuyayniyuq hina sayayninmantaqa, chayqa cheqaqpuni supaypa atiyninmanta huk sobrenatural rikuchikuymi, Daniel qillqap chunka hukniyuq kapítulon, iskay versículon nisqanta hunt’aspa. Trump, tukukuypa pacha qallariyninmanta 1989 watapi suqta kaq presidentekuna ukhupi suqta kaq presidente kaspa, “oqharinan” (rikch’arinan) karqan, llapa pachapi kaq socialismo nisqaman qispisqa globalista runakunata. Paypa contranpi cheqniyqa sobrenaturalmi, chaymi ñawpaqta rikuchin supaypa atiynin hatun aswan kallpawan rikurimuqta, utqaylla hamuq domingo kamachiypi.</w:t>
      </w:r>
    </w:p>
    <w:p>
      <w:pPr>
        <w:pStyle w:val="ArticleBody"/>
        <w:jc w:val="left"/>
      </w:pPr>
      <w:r>
        <w:rPr>
          <w:rFonts w:ascii="Times New Roman" w:hAnsi="Times New Roman" w:eastAsia="Times New Roman" w:cs="Times New Roman"/>
        </w:rPr>
        <w:t>Uraymanta lloqsimuq atiypa rikurikuynin, Hermana Whitepa willakuyninman hina, chay mana allin huñunakuy pachapi pasakun, maymantachus Isaías qanchis pusaqniyuq kapitulpinmi waqyaykachan; chay pachallapitaq Diospa llaqtanpa sellasqa kayninpas ruwakuchkan.</w:t>
      </w:r>
    </w:p>
    <w:p>
      <w:pPr>
        <w:pStyle w:val="ArticleScripture"/>
        <w:jc w:val="left"/>
      </w:pPr>
      <w:r>
        <w:rPr>
          <w:rFonts w:ascii="Times New Roman" w:hAnsi="Times New Roman" w:eastAsia="Times New Roman" w:cs="Times New Roman"/>
        </w:rPr>
        <w:t>Testimoniota watay, leytapis yachachisqaykunapa chawpinpi sellay. Isaías 8:16.</w:t>
      </w:r>
    </w:p>
    <w:p>
      <w:pPr>
        <w:pStyle w:val="ArticleBody"/>
        <w:jc w:val="left"/>
      </w:pPr>
      <w:r>
        <w:rPr>
          <w:rFonts w:ascii="Times New Roman" w:hAnsi="Times New Roman" w:eastAsia="Times New Roman" w:cs="Times New Roman"/>
        </w:rPr>
        <w:t>Kay yachayta qatiqkusun qhipa qillqapi.</w:t>
      </w:r>
    </w:p>
    <w:p>
      <w:pPr>
        <w:pStyle w:val="ArticleScripture"/>
        <w:jc w:val="left"/>
      </w:pPr>
      <w:r>
        <w:rPr>
          <w:rFonts w:ascii="Times New Roman" w:hAnsi="Times New Roman" w:eastAsia="Times New Roman" w:cs="Times New Roman"/>
        </w:rPr>
        <w:t>“Manchay rikch’ariykuna, mana runa kayniyoq atiyniyoq kasqanmanta, qaylla p’unchaykunapi hanaq pachapi rikuchisqa kanqaku, milagrokunata ruraq supaykunapa atiyninpa señalananpaq. Supaykunapa espiritunkuna lloqsinqaku kay pachapa reykunaman hinaspa llapa pachamanpas, llullakuyman wataykuspa hap’inankupaq, hinaspa Satanáswan huñunakunankupaq kallpachaykuspa, paypa qhepa maqanakuypi hanaq pachapa gobiernon contra. Kay ruwanakunawan, kamachiqkunapas kamachisqa runakunapas iñisqa llullachisqa kanqaku. Runakuna hatarinqaku Cristo Kikin kasqankuta sutinchaspa, hinaspa kay pachapa Qespichiqninman churasqa sutita yupaychaynintawan mañakuspa. Musphana hampiy milagrokunata ruwankuq, hinaspa hanaq pachamanta rikuchisqakuna kapusqanta nispa rimankuq, Escrituraspa testimonianta contradecikuspa.”</w:t>
      </w:r>
    </w:p>
    <w:p>
      <w:pPr>
        <w:pStyle w:val="ArticleScripture"/>
        <w:jc w:val="left"/>
      </w:pPr>
      <w:r>
        <w:rPr>
          <w:rFonts w:ascii="Times New Roman" w:hAnsi="Times New Roman" w:eastAsia="Times New Roman" w:cs="Times New Roman"/>
        </w:rPr>
        <w:t>“Hatun llullakuy pukllaypa tukuynin kururaypiqa, Satanás kikinmi Cristota rikch’akuspa ruwakunan. Unayña iglesiaqa Salvadorpa hamuyninta suyasqanta willakusqa, chaymi paypa suyaykunapa hunt’asqa tukukuynin kananta. Kunanqa hatun engañadorqa rikuchinqa hina, Cristoqa hamusqaña kasqanta. Kay pachapa tukuy hinantinpi, Satanásqa runakuna chawpipi rikurinqa hatun atiyniyuq, lliphipiq k’anchaywan hunt’a kaq hina, Apocalipsispi Juan Diospa Churinmanta nisqanman rikch’akuq. Apocalipsis 1:13–15. Muyuriqninpi kaq k’anchayqa mana ima wañuq runapa ñawinkuna hayk’aqpas rikuskankuman hina atipanakunchu. Wayrapi waqyarin atipanakuy takiy: ‘¡Cristo hamusqa! ¡Cristo hamusqa!’ Runakunaqa ñawpaqninman qonqorikunku yupaychaspa, chaykama payqa makinkunata oqarispa paykunaman saminchayta rimarin, imaynachus Cristoqa kay pachapi kaspa discipulonkuna saminchasqa hina. Rimayninqa llamp’u, upallalla, ichaqa sumaq takiyniyuqmi. Kuyapayakuq, llamp’u simikunawanmi qhawarichin waqinkuna chay kikin munaychaq hanaq pacha cheqaq simikunamanta, imakunatataq Salvador rimarisqa karqa; runakunapa onqoyninkunatapas hampin, hinaspan Cristo kasqanman tukuspa, sábado p’unchayta domingo p’unchayman tikrasqanta nin, hinallataq kamachin tukuy runakunata yupaychanankupaq chay p’unchayta pay saminchasqanta. Nintaqmi qanchis kaq p’unchayta ch’uya kasqanta hinallaraq waqaychaqkunaqa sutinta Diospa contranpi rimashankuta, paypa angelninkunata mana uyarisqankurayku, paykunaman k’anchayta cheqaq kaytawan apamuqkunata. Kayqa chay sinchi, yaqapas atipanman hina llullachiymi. Imaynachus samaritano runakunaqa Simon Maguspa llullakuyninwan engañasqa karqaku, chay hinallataq achka runakuna, aswan pisimanta aswan hatunkama, kay layqa ruwanakunata uyarispa ninku: Kayqa ‘Diospa hatun atiyninmi.’ Hechos 8:10.”</w:t>
      </w:r>
    </w:p>
    <w:p>
      <w:pPr>
        <w:pStyle w:val="ArticleScripture"/>
        <w:jc w:val="left"/>
      </w:pPr>
      <w:r>
        <w:rPr>
          <w:rFonts w:ascii="Times New Roman" w:hAnsi="Times New Roman" w:eastAsia="Times New Roman" w:cs="Times New Roman"/>
        </w:rPr>
        <w:t>“Ichaqaqa Diospa llaqtanqa mana pantachisqachu kanqa. Kay llulla cristopa yachachisqankunaqa mana Qhelqasqa Diospa Siminwan hinachu kachkan. Paypa bendicionninqa willakusqa kachkan uywa manchakuypaq hinallataq paypa rikchayninta yupaychaqkunapaq, chay kikillan runakunapaqmi Biblia nisqanman hina Diospa mana imawan chaqrusqa piñakuynin hich’akusqa kanqa.” The Great Controversy, 624, 625.</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Danielpa Qillqan — Pachak iskay chunka qanchisniyuq número</dc:title>
  <dc:subject>Sut’inakuy mana allin huñunakuypa proféticokuna kayninkunata: Isaíasmanta qhawariykuna</dc:subject>
  <dc:creator>Jeff Pippenger</dc:creator>
  <cp:keywords/>
  <dc:description>Generated by ArticleDigger from daniel\127_daniel.json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