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iskay chunka isqunniyuq</w:t>
      </w:r>
    </w:p>
    <w:p>
      <w:pPr>
        <w:pStyle w:val="ArticleSubtitle"/>
        <w:jc w:val="left"/>
      </w:pPr>
      <w:r>
        <w:rPr>
          <w:rFonts w:ascii="Arial" w:hAnsi="Arial" w:eastAsia="Arial" w:cs="Arial"/>
        </w:rPr>
        <w:t>Sut’inchay Proféticay Yachayninta Qhawaykachispa: Republicano Waqraqa chay qhipa kuyuykunawan ima niyniyuq kasqanmanta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Daniel chunka huk kaq tawa chunka versiculonta yuyaychkanchik, chaymantaq tawa chunka versiculopa profetico siq’inta rimaykuchkanchik, mayqinchus Republicanismopa waqrawan tinkisqa kashan. Kay aplicaciónta sayachichkanchik pacha tukukuypi, mayqinchus 1989 watapi chayasqa. Chay siqiqa 1989 watamanta aswan qayllapi hamuq domingo ley kama historiata rikuchin, hinaspataq 508 watamanta 538 watakama profetico pacha hina tipificasqa kashan, maypichus papadoqa ñawpaq kutipi atiychasqa karqa hinaspa Orleans Consejo-pi domingo leytapas kallpawan hunt’achirqa. Chay hinaqa Cristo paqarisqanmantapacha Bautismon kama siqiwanpas tipificasqa kashan.</w:t>
      </w:r>
    </w:p>
    <w:p>
      <w:pPr>
        <w:pStyle w:val="ArticleBody"/>
        <w:jc w:val="left"/>
      </w:pPr>
      <w:r>
        <w:rPr>
          <w:rFonts w:ascii="Times New Roman" w:hAnsi="Times New Roman" w:eastAsia="Times New Roman" w:cs="Times New Roman"/>
        </w:rPr>
        <w:t>Ñuqanchikpas chay siqikunaman yapachkanchik Daniel chunka hukniyuq iskay versopi tarikusqa profétic historia siqita. Chaypi tarinchik tukukuypaq pacha qhipaman, 1989 watamanta pacha, Estados Unidospa soqtay kaq presidenten Donald Trump kasqanta; payqa, chay versoman hina, 2016 watapi akllaypi “hatarichin” (rikch’achin) Grecia suyupata llapa kamachikuyninta (globalismota).</w:t>
      </w:r>
    </w:p>
    <w:p>
      <w:pPr>
        <w:pStyle w:val="ArticleBody"/>
        <w:jc w:val="left"/>
      </w:pPr>
      <w:r>
        <w:rPr>
          <w:rFonts w:ascii="Times New Roman" w:hAnsi="Times New Roman" w:eastAsia="Times New Roman" w:cs="Times New Roman"/>
        </w:rPr>
        <w:t>Chaymantaraq qallarirqanchikmi kimsa atiyniyuq kallpakunaman t’inkisqa profetiko kayninkunata, mayqenkunachus huñuykunku dragónpa, bestiapa, hinaspa llulla profetapa kimsa kuti huñusqanta; chaykuna llapantinmi, 1989 watamanta pacha, pachata pusachkanku gracia tukukuyman, Hatun Diospa hatun p’unchaynin maqanakuyman, mayqenmi Armagedón nisqa. Kay profetiko kayninkunata qhawarishanchik, Apocalipsis chunka kimsayuq qillqapi allpa bestiapa Republicanispa waqranpa política atiyninkunata reqsinapaq. Republicanispa hinaspa Protestantismopa iskay waqrankuna rikuchisqa karqan Medo-Persia nisqapa carneropa iskay waqrankunawan, Daniel qillqapa pusaq ñiqin kapítulopi.</w:t>
      </w:r>
    </w:p>
    <w:p>
      <w:pPr>
        <w:pStyle w:val="ArticleScripture"/>
        <w:jc w:val="left"/>
      </w:pPr>
      <w:r>
        <w:rPr>
          <w:rFonts w:ascii="Times New Roman" w:hAnsi="Times New Roman" w:eastAsia="Times New Roman" w:cs="Times New Roman"/>
        </w:rPr>
        <w:t>Chaymantataq ñawiykunata oqarirqani, hinaspa qhawarirqani; hinaqtinqa, mayu ñawpaqpi iskay waqrayuq huk carnerota sayashaqta rikurirqani; iskaynin waqrankunapas hatun karqan; ichaqa huknin hukninmanta aswan hatun karqan, chay aswan hatunqa qhipata lluqsimurqan. Daniel 8:3.</w:t>
      </w:r>
    </w:p>
    <w:p>
      <w:pPr>
        <w:pStyle w:val="ArticleBody"/>
        <w:jc w:val="left"/>
      </w:pPr>
      <w:r>
        <w:rPr>
          <w:rFonts w:ascii="Times New Roman" w:hAnsi="Times New Roman" w:eastAsia="Times New Roman" w:cs="Times New Roman"/>
        </w:rPr>
        <w:t>Medo-Persiaqa iskay sapa atiy karqan, Francia suyupis Francia Hatun Tikray pachapi hinallataq, chay hinallataq Estados Unidospas. Estados Unidospa iskay waqranqa Republicanismo Protestantismowanmi kanku; ichaqa allpa uywa, iskay waqrayuq, qallariyninpi oveja hina kaq uywamanta tukukuyñinpi dragón hina rimayuq uywamanmi tikran. Waqrapa iskay profetiku siqinkunaqa Daniel qillqapa chunka hukniyuq t’aqapi, tawa chunka versículopi, hukninwan huknin kuska-puriyllapim purinku; iskayninta kuskata qhawarispaqa, llapanpis tukukuy pacha nisqapi 1798 watapi qallarikunku. Waqrakuna sapa sapalla investigasqa kaptinqa, Protestantismopa waqranqa profetiku hinam 1798 watapi tukukuy pachawan tinkisqa; Republicanismopa waqranñataq 1989 watapi tukukuy pachawan tinkisqa.</w:t>
      </w:r>
    </w:p>
    <w:p>
      <w:pPr>
        <w:pStyle w:val="ArticleBody"/>
        <w:jc w:val="left"/>
      </w:pPr>
      <w:r>
        <w:rPr>
          <w:rFonts w:ascii="Times New Roman" w:hAnsi="Times New Roman" w:eastAsia="Times New Roman" w:cs="Times New Roman"/>
        </w:rPr>
        <w:t>Ishkay waqrankuna iskaychasqa kayniyuqmi kanku, imaynachus Cristoq p’unchayninpi Sanedrín nisqapi rikuchisqa karqan, chaymi Saduceokunamanta, Fariseokunamantawan huñusqa karqan. Saduceokuna liberalistakuna karqanku, Fariseokunataq conservadorakuna karqanku; hinaspapas, sut’inchasqa awqakuna kaspankupas, cruzpi Cristopa contranpi huñunakusqanku. Manaraq karullapi hamuq domingo ley p’unchayninpi, iskaynin waqrankuna, apostata Protestantismopa, apostata Republicanismopawan, iglesia-estadopa huk tinkuyta rurankuq Cristoq cheqaq qanchis p’unchaw samana p’unchaw waqaychaqkunapa contranpi; ichaqa kay pachapi allpa uywaq historianta purichkaptin, sapanka waqrankunam ukhupi huk ch’iqchiyniyuq kanku, chaytaq Saduceokunapa liberalismonwan, Fariseokunapa conservatismonwan rikuchisqa.</w:t>
      </w:r>
    </w:p>
    <w:p>
      <w:pPr>
        <w:pStyle w:val="ArticleBody"/>
        <w:jc w:val="left"/>
      </w:pPr>
      <w:r>
        <w:rPr>
          <w:rFonts w:ascii="Times New Roman" w:hAnsi="Times New Roman" w:eastAsia="Times New Roman" w:cs="Times New Roman"/>
        </w:rPr>
        <w:t>Kunanqa kunan p’unchaypi Republikanismopa waqranmanta yuyaychkanchik, chaymantataq qhawarisun Demócrata partidopa qallariyninqa Estados Unidospa historianninpuni qallariy aswan ñawpaq p’unchaykunakama kutin. Chayqa 1828 watapi ruwakurqa, ichaqa políticopi paqarisqankunataqa Thomas Jeffersonwan James Madisonwanmi qallarin. Medo-Persiapa iskay waqrankunapa qhaway willakuyninman hina, Republicano partidoqa 1854 watapi sayarirqa, Demócrata partidopa esclavitud yanapaq sayayninpa contranpi. Chayraykutaq Daniel qillqapa pusaqniyuq t’aqapi nisqa hina “aswan hatun” waqra karqa, imaraykuchus qhipata paqarimuq waqram karqa.</w:t>
      </w:r>
    </w:p>
    <w:p>
      <w:pPr>
        <w:pStyle w:val="ArticleBody"/>
        <w:jc w:val="left"/>
      </w:pPr>
      <w:r>
        <w:rPr>
          <w:rFonts w:ascii="Times New Roman" w:hAnsi="Times New Roman" w:eastAsia="Times New Roman" w:cs="Times New Roman"/>
        </w:rPr>
        <w:t>Ishkay sutin naturaleza republicana waqraqmanta, Partido Demócrata ñawpaqta sayarirqan, Partido Republicanoqtaq qhipata sayarirqan. Partido Republicanota paqarichiq asuntoqa karqan esclavitudpa contra sayasqanmi, Partido Demócratapa esclavitudpa favorninpi sayasqanman contrapuestota. Iskay waqrapaq yuyaychasqan temaqa hukllam: política utaq espiritual esclavitud. Chayraykun 1863 watataq iskaynin waqrapaq tikray puntoman tukurqan. 1863 watapi waqra Republicanoqa esclavokunapaq libertadta willarqan, hinaspa Partido Demócratapa chay libertadman resistenciaqas paqarichirqan manam Partido Republicano oficialllatachu, aswanpas Estados Unidospa Guerra Civilnintawan. 1776 watapi Estados Unidos rimarqan, hinaspa rechazórqan Europamanta reykunapa (Statecraft) esclavitudninta hinallataq papapa (Churchcraft) esclavitudnintapas. Chaymanta 1789 watapi Estados Unidos yapamanta rimarqan, Constitución nisqa qallariptin. Allpa animalqa cheqaqtapunin “unu lloqsimuqta millp’urqan”, papal hinallataq reykunaq Europamanta perseguciónninta.</w:t>
      </w:r>
    </w:p>
    <w:p>
      <w:pPr>
        <w:pStyle w:val="ArticleScripture"/>
        <w:jc w:val="left"/>
      </w:pPr>
      <w:r>
        <w:rPr>
          <w:rFonts w:ascii="Times New Roman" w:hAnsi="Times New Roman" w:eastAsia="Times New Roman" w:cs="Times New Roman"/>
        </w:rPr>
        <w:t>Amataqmi mach’aqwayqa siminmanta unu yaku mayu hina warmi qhepanta wijch’urqan, mayu apasqa kananpaq. Hinan allpaqa warmita yanaparqan, allpañataq siminta kicharispan mach’aqwaypa siminmanta wijch’usqan mayuta millp’urqan. Hinaqtin dragónqa warmiwan phiñasqasqa karqan, rispataq maqanakuq rirqan mirayninpa puchuqninkunawan, pikuna Diospa kamachikuyninkunata waqaychanku, Jesucristoq testimoniontawan kapunku. Apocalipsis 12:15–17.</w:t>
      </w:r>
    </w:p>
    <w:p>
      <w:pPr>
        <w:pStyle w:val="ArticleBody"/>
        <w:jc w:val="left"/>
      </w:pPr>
      <w:r>
        <w:rPr>
          <w:rFonts w:ascii="Times New Roman" w:hAnsi="Times New Roman" w:eastAsia="Times New Roman" w:cs="Times New Roman"/>
        </w:rPr>
        <w:t>Hinaqa 1798 watapi Estados Unidosqa, Bibliapi profecía nisqapi suqta kaq qhapaq kayninpa paqarisqanpi, hukmanta rimarqan; chay hina rimasqanwanmi qillqasqa rekurdopi churarqan imatachus qhepa p’unchaykunapi rimananpaq kasqanta, Jesucristoqa sapa kuti qallariyninwanmi tukukuyninta rikuchin. Kay allpa animalqa utqhaylla hamuq domingo ley nisqapi dragón hina rimanqa; chayta rimaspanqa, manaña Bibliapi profecía nisqapi suqta kaq qhapaqchu kanqa. Imatachus qhapaq hina qallariyninpi 1798 watapi, Bibliapi profecía nisqapi qhapaq kasqanpi rimarqan, chaymi sut’inchan imatachus hukmanta rimananta, dragón hina rimaqtin.</w:t>
      </w:r>
    </w:p>
    <w:p>
      <w:pPr>
        <w:pStyle w:val="ArticleBody"/>
        <w:jc w:val="left"/>
      </w:pPr>
      <w:r>
        <w:rPr>
          <w:rFonts w:ascii="Times New Roman" w:hAnsi="Times New Roman" w:eastAsia="Times New Roman" w:cs="Times New Roman"/>
        </w:rPr>
        <w:t>1798 watapi migración nisqap kamachikuykunaqa, “Alien and Sedition Acts” sutiyuqmi riqsichisqa kanku, hinaspataq 1798 watapi Estados Unidospa Congreso-ninpa yaykuchisqa, Presidente John Adamspa firmanwan kamachiyman churakusqa tawa kamachikuykunam karqan. Chay kamachikuykunaqa aswanqa Estados Unidospi tiyasaq alienkuna (huk llaqtamanta runakuna) nisqawan tupaq sasachakuykunamantam rimarqan, hinaspataq chay pacha migración nisqapi ancha hatun llank’ayniyuq kasqanku. Chay tawa kamachikuykunaqa kayhinam karqan:</w:t>
      </w:r>
    </w:p>
    <w:p>
      <w:pPr>
        <w:pStyle w:val="ArticleBody"/>
        <w:jc w:val="left"/>
      </w:pPr>
      <w:r>
        <w:rPr>
          <w:rFonts w:ascii="Times New Roman" w:hAnsi="Times New Roman" w:eastAsia="Times New Roman" w:cs="Times New Roman"/>
        </w:rPr>
        <w:t>Ley de Naturalización de 1798: Kay kamachiyqa mast’arirqanmi Estados Unidos llaqtapi ciudadano kananpaq inmigrantekunapa tiyay watakunata pichqa watamanta chunka tawa watakama. Chaymi aswan sasa ruwarqan inmigrantekuna ciudadano kananpaq hinaspa política ruwanakuypi llamk’anankupaqpas.</w:t>
      </w:r>
    </w:p>
    <w:p>
      <w:pPr>
        <w:pStyle w:val="ArticleBody"/>
        <w:jc w:val="left"/>
      </w:pPr>
      <w:r>
        <w:rPr>
          <w:rFonts w:ascii="Times New Roman" w:hAnsi="Times New Roman" w:eastAsia="Times New Roman" w:cs="Times New Roman"/>
        </w:rPr>
        <w:t>Ley de los Amigos Extranjeros: Kay kamachiyqa Presidinteta saqerqan mayqin mana llaqtaq runatapas qarqunanpaq, “Estados Unidos suyupi thak kayman hinaspa allin qispikuyman peligrosa” nisqa qhawasqa kaptin, thak kay pacha ukhupi. Kayqa Presidinteman hatun atiyta qorqan huk law runakunata qarqusqanpi.</w:t>
      </w:r>
    </w:p>
    <w:p>
      <w:pPr>
        <w:pStyle w:val="ArticleBody"/>
        <w:jc w:val="left"/>
      </w:pPr>
      <w:r>
        <w:rPr>
          <w:rFonts w:ascii="Times New Roman" w:hAnsi="Times New Roman" w:eastAsia="Times New Roman" w:cs="Times New Roman"/>
        </w:rPr>
        <w:t>Ley de los Enemigos Extranjeros: Kay leymi Presidente-man atiyta qorqan guerra pachapi ima chay awqak suyupa qhari runa ciudadanonta hapiykunanpaq, wisq’achinankupaq, hinallataq qarqonankupaq. Aswantaqa chay awqak llaqtakunamanta ichapas espía hina utaq waqlliq runakuna hina kaqkunata hark’aypaqmi dirigisqa karqa.</w:t>
      </w:r>
    </w:p>
    <w:p>
      <w:pPr>
        <w:pStyle w:val="ArticleBody"/>
        <w:jc w:val="left"/>
      </w:pPr>
      <w:r>
        <w:rPr>
          <w:rFonts w:ascii="Times New Roman" w:hAnsi="Times New Roman" w:eastAsia="Times New Roman" w:cs="Times New Roman"/>
        </w:rPr>
        <w:t>Ley de Sedición: Mana inmigraciónwan chiqap mana directamenta tupaspaqa, Ley de Sedición nisqa kamachiyqa huchachkarqan Estados Unidospa gobiernonpa, Congresonpa, utaq Presidentenpa contran llulla, p’enqayman churana, utaq millay yuyaywan qillqasqa willakuykunata rikhuchiyta, paykunata q’apaqchaspa qhellichayman churayta utaq mana allin sutichayman urmachiyta munaspa. Kayqa políticapi mana acuerdoyuq rimaykunatawan huchachaykunata ñit’iypaqmi llamk’achisqa karqan.</w:t>
      </w:r>
    </w:p>
    <w:p>
      <w:pPr>
        <w:pStyle w:val="ArticleBody"/>
        <w:jc w:val="left"/>
      </w:pPr>
      <w:r>
        <w:rPr>
          <w:rFonts w:ascii="Times New Roman" w:hAnsi="Times New Roman" w:eastAsia="Times New Roman" w:cs="Times New Roman"/>
        </w:rPr>
        <w:t>Alien and Sedition Acts nisqakunapa sunqunmi, 1798 watapi Estados Unidos suqtak kaq qhapaq suyuta qallariyninpi, sut’inmanta reqsichin Donald Trump-pa chaymanta MAGA nisqa qatiqkuna-pa yuyayninta. Chay kamachikuyqa “ñawpaq” rimay karqan; allpa animalqa “qhipa”npi dragon hina rimaptinqa, kamachikuykuna ancha rikch’akuq kanqaku. Kunan pacha historiapa muyuriynin kay kamachikuykuna kutimunanpaq yuyayta hinallataq hunt’achisqanqa Cristo-pa unanchayninmi Alpha y Omega hina. Allpa animalpa “rimaynin” chawpinpi, 1863 watapi, ñawpaq Presidente Republicano-pa Emancipation Proclamation nisqan karqan.</w:t>
      </w:r>
    </w:p>
    <w:p>
      <w:pPr>
        <w:pStyle w:val="ArticleBody"/>
        <w:jc w:val="left"/>
      </w:pPr>
      <w:r>
        <w:rPr>
          <w:rFonts w:ascii="Times New Roman" w:hAnsi="Times New Roman" w:eastAsia="Times New Roman" w:cs="Times New Roman"/>
        </w:rPr>
        <w:t>Proclamación de Emancipación nisqa qillqasqa kamachikuyqa Guerra Civilpa chawpi sonqonpi churakusqata señalasqa, chayraykun hebreo simipi “cheqaq kay” nisqapa sut’ichasqanqa allpa uywa rimayninpa kimsa markakuna waymark-kunapi tarikapun. Hebreo alfabetic pa ñawpaq letranqa qhipa letrawan kikinmi, hinaspataq chunka kimsayuq letranqa hatarikuypa unanchanmi.</w:t>
      </w:r>
    </w:p>
    <w:p>
      <w:pPr>
        <w:pStyle w:val="ArticleBody"/>
        <w:jc w:val="left"/>
      </w:pPr>
      <w:r>
        <w:rPr>
          <w:rFonts w:ascii="Times New Roman" w:hAnsi="Times New Roman" w:eastAsia="Times New Roman" w:cs="Times New Roman"/>
        </w:rPr>
        <w:t>Kay puntopiqa yuyaymananmi kanan: 1863 watapas, chaypi riqsichisqa hatarikuypas, Laodicea sutiyuq Adventista iglesiapi hunt’asqañataqmi karqa, protestante waqrawan sutichasqa iglesiapi, hinallataq Republicano waqraqa políticapi huk hatarikuyta rikuchishaqtin. Protestantista waqrappa iskay sapa kayninmi riqsichisqa karqa Philadelphiayuq Adventista kuyuy lloqsisqanmanta Laodiceayuq Adventista iglesia-man tikrasqanpi; Republicano waqrappa iskay sapa kayninñataq riqsichisqa karqa Partido Demócrata-pa esclavitud nisqapa favorninpi kasqan, chaymanta paqarichiq Republicano partido anti-esclavitudta, hinallataq ñawpaq Republicano presidenteta, chawpipi kaq ch’axwaypi.</w:t>
      </w:r>
    </w:p>
    <w:p>
      <w:pPr>
        <w:pStyle w:val="ArticleBody"/>
        <w:jc w:val="left"/>
      </w:pPr>
      <w:r>
        <w:rPr>
          <w:rFonts w:ascii="Times New Roman" w:hAnsi="Times New Roman" w:eastAsia="Times New Roman" w:cs="Times New Roman"/>
        </w:rPr>
        <w:t>Ñawpaq Republican presidenteqa kimsa patayniyuq profético firman “cheqaq kay” nisqap chawpinpi churakusqa kachkan. Chayrayku payqa ñawpaq pacha tukukuyninmi, iskay ñiqin pachaq qallariyninpas, imaynachus cruzqa Cristoq sapanka ministerionpa kimsa watam hinaspa kuskanpa tukukuynin karqa, hinallataq Paypa discipulonkunap runanpi Paypa kimsa watam hinaspa kuskan ministerionpa qallariyninpas karqa. Paypa sapanka ministerionpa qallariyninqa Paypa bautismonpim karqa, chaymi simbólicamente Paypa wañuyninta rikuchirqan, chay pachataq Paypa wañuyninwan tukukurqa. Paypa wañuyninmi discipulonkunap ministerionta qallachirqan, chay ministeriotaq discipulon Estebanpa wañuyninwan tukukurqa.</w:t>
      </w:r>
    </w:p>
    <w:p>
      <w:pPr>
        <w:pStyle w:val="ArticleBody"/>
        <w:jc w:val="left"/>
      </w:pPr>
      <w:r>
        <w:rPr>
          <w:rFonts w:ascii="Times New Roman" w:hAnsi="Times New Roman" w:eastAsia="Times New Roman" w:cs="Times New Roman"/>
        </w:rPr>
        <w:t>1798 watapi, Leyes de Extranjería y Sedición nisqakunaq “rimaynin” karqa huk pacha qallariyninmi, chay pachaqa tukurqa Proclamación de Emancipación nisqaq “rimayninwan”. Proclamación de Emancipación nisqa señalakurqa iskay ñiqin pacha qallariyninmi, chay pachaqa tukukunqa Estados Unidos “amaru hina rimaptin”. 1863 watapi presidenteqa “rimarqa”, payqa Republicano partidomanta ñawpaq presidente karqa; chayrayku qhipa presidentepas Republicano kanqa.</w:t>
      </w:r>
    </w:p>
    <w:p>
      <w:pPr>
        <w:pStyle w:val="ArticleBody"/>
        <w:jc w:val="left"/>
      </w:pPr>
      <w:r>
        <w:rPr>
          <w:rFonts w:ascii="Times New Roman" w:hAnsi="Times New Roman" w:eastAsia="Times New Roman" w:cs="Times New Roman"/>
        </w:rPr>
        <w:t>Apocalipsis chunka tawaq kapítulopi kimsa angelkunam ishkay kuyuykunata paqarichinku. Ñawpaq kaqwan iskay kaq angelkunapa willakuyninkunaqa Millerita sutiyuq kuyuywanmi willasqa karqan, chaymi hatarikuq kayman churakuspa 1863 watapi huk oficial Iglesiaman tukurqan. Jesúsqa imapas tukukuyninta sapa kuti qallariyninwanmi rikuchin. Kimsa kaq angelpa kuyusqankutaq, mayqinchus Apocalipsis chunka pusaqniyuq kapítulopi atiyniyuq angelpas kanki, payqa kimsa angelkunapa ishkay kuyuykunamanta qhepa kaqmi. Imatachus 1798 watapi cheqaq protestante waqra yuparisqa kuyuy hina qallarikurqan, chayqa 1863 watapi hatarikuypi Iglesiamanmi tikrarqan; allpa uywapa historiantaq utqay hamuq domingo kamachikuypi tukukuptin, 1863 watapi hatarikuq Iglesiaqa mana oficial kuyuyllamanmi yapamanta tikranqa, imaraykuchus imapas kuyuy hina qallarispaqa kuyuy hinallataqmi tukukun.</w:t>
      </w:r>
    </w:p>
    <w:p>
      <w:pPr>
        <w:pStyle w:val="ArticleBody"/>
        <w:jc w:val="left"/>
      </w:pPr>
      <w:r>
        <w:rPr>
          <w:rFonts w:ascii="Times New Roman" w:hAnsi="Times New Roman" w:eastAsia="Times New Roman" w:cs="Times New Roman"/>
        </w:rPr>
        <w:t>Protestante waqra qallariyninpi hinaspa tukukuyninpi tikraykunapi, huk kuyuy Iglesiaman tukupun, chaymantaqa tukukuyninpi hukmanta kuyuyllaman kutin. Ñawpaq tikray chiqapi, qallariypi, Filadelfiaqa Laodiceamanmi tukupurqan, hinaspa tukukuypi kaq tikray chiqapiqa, Laodicea hukmanta Filadelfiamanmi tukupun.</w:t>
      </w:r>
    </w:p>
    <w:p>
      <w:pPr>
        <w:pStyle w:val="ArticleBody"/>
        <w:jc w:val="left"/>
      </w:pPr>
      <w:r>
        <w:rPr>
          <w:rFonts w:ascii="Times New Roman" w:hAnsi="Times New Roman" w:eastAsia="Times New Roman" w:cs="Times New Roman"/>
        </w:rPr>
        <w:t>Wakin Corneta Republicano-paqqa chay tikray paq chay puntoqa karqan Guerra Civil-man ñawpaqmanta hamuq historiata, chaymi Partido Republicano-ta paqarichirqan. Wakin Corneta Protestante-paqqa chay tikray paq puntoqa 1856-manta 1863-kama karqan, chayqa kikin transición historiataqmi karqan Corneta Republicano-paqqa. 1854 watapi sayarichisqa, Partido Republicano anti-esclavitudpa ñawpaq llapa suyupi hatun huñunakuyninqa 1856 watapi karqan. Wakin Corneta Protestante-paqqa hatarikuypa unanchaqa huk Iglesiapa kamachiywan organizasqa kananmi. Wakin Corneta Republicano-paqqa Partido Demócrata pro-esclavitud nisqaqa hatarikuypa unanchanmi.</w:t>
      </w:r>
    </w:p>
    <w:p>
      <w:pPr>
        <w:pStyle w:val="ArticleBody"/>
        <w:jc w:val="left"/>
      </w:pPr>
      <w:r>
        <w:rPr>
          <w:rFonts w:ascii="Times New Roman" w:hAnsi="Times New Roman" w:eastAsia="Times New Roman" w:cs="Times New Roman"/>
        </w:rPr>
        <w:t>Kimsa kaqlla Kadesman kutimuran iskay kutita 11 septiembre 2001 watapi, chaymantataq Iglesia-manta kuyuy-man tikray qallarin chunka sipaskuna uñacht’awi willakuypa profetiku estructuranpi. Ñawpaq llakikuy pasaran 18 julio 2020 watapi, chunka sipaskuna uñacht’awi willakuypa qhipa hinallataq hunt’asqa, allin hunt’akuyninpi; chaylla watapitaq, pacha tukukuymanta 1989 watamanta pacha suqta kaq umalliq, Grecia suyuta “hatarichinanpaq” kaq umalliq, políticamente “wañuypaq nanaywan k’iriskasqa” karqan, imaynatachus ñawpaq republicano umalliq cheqaqpi wañuypaq nanaywan k’iriskasqa karqan hina.</w:t>
      </w:r>
    </w:p>
    <w:p>
      <w:pPr>
        <w:pStyle w:val="ArticleBody"/>
        <w:jc w:val="left"/>
      </w:pPr>
      <w:r>
        <w:rPr>
          <w:rFonts w:ascii="Times New Roman" w:hAnsi="Times New Roman" w:eastAsia="Times New Roman" w:cs="Times New Roman"/>
        </w:rPr>
        <w:t>Qhipa paraqtamuna tupaychasqa tamya t’inkiyqa qallarikurqan 11 septiembre 2001 watapi, hinaspataq chayqa qhipamanraq hamuq domingo kamachikuykama purin, maypichus chay qhipa paraqtamuna tamyaqa mana tupusqachu t’inkisqa kanqa. Qhipa paraqtamuna tamyaqa hanaq pachamanta kallpamin, hinaspa Panay White achka kutita sut’inchan, huk pacha maypichus huk kallpa hanaq pachamanta uraykamushan, chay pachallapitaq huk satanaspa kallpan ukhumanta wicharimushan. Kimsa satanaspa kallpankuna kan Apocalipsis librupi, chaykunaqa Satanaspa mana tukukuq t’uqunmanta wicharimunku. Islamqa mana tukukuq t’uqunmanta wicharimurqan 11 septiembre 2001 watapi, chayqa allin hina tupakun ñawpaq ñak’ariypa q’osñinwan, chay mana tukukuq t’uqunmanta lluqsimuqwan, isqun ñiqi kapítulopi.</w:t>
      </w:r>
    </w:p>
    <w:p>
      <w:pPr>
        <w:pStyle w:val="ArticleScripture"/>
        <w:jc w:val="left"/>
      </w:pPr>
      <w:r>
        <w:rPr>
          <w:rFonts w:ascii="Times New Roman" w:hAnsi="Times New Roman" w:eastAsia="Times New Roman" w:cs="Times New Roman"/>
        </w:rPr>
        <w:t>Chayqa pisqay kaq angelta waqachiptinmi, huk qoyllurta rikurqani hanaq pachamanta kay pachaman urmamuqta; paymanmi qosqa karqa mana tukukuq t’uqupa llavinta. Hinaspan kicharirqan mana tukukuq t’uquta; chay t’uqumantataq qosñi lluqsirqan hatun hornomanta qosñi hina; chay t’uqupa qosñinraykun intipas wayrapas tutayaykurqan. Chay qosñimantataq saltakunapas kay pachaman lluqsimurqan; paykunamanmi atiynin qosqa karqa, imaynan kay pachapi alaqranakuna atiyniyuq kanku hinata. Hinaspan kamachisqa karqanku ama ñak’achinankupaq kay pachapa qewanta, nitaq ima q’omer kaqta, nitaq ima sach’ata; aswanqa sapallan Diospa sellonta urkunpi mana kaq runakunallata. Apocalipsis 9:1–4.</w:t>
      </w:r>
    </w:p>
    <w:p>
      <w:pPr>
        <w:pStyle w:val="ArticleBody"/>
        <w:jc w:val="left"/>
      </w:pPr>
      <w:r>
        <w:rPr>
          <w:rFonts w:ascii="Times New Roman" w:hAnsi="Times New Roman" w:eastAsia="Times New Roman" w:cs="Times New Roman"/>
        </w:rPr>
        <w:t>Kimsa ñak’ariypa Islamniyuq runakuna 11 septiembre 2001 watapi chayamurqan, ñawpaq ñak’ariywan rikuchisqa hina; mana atirqanchu Diospa sellonta hap’iqkunata nanachiyta, chaywantaq reqsisqa karqan pachak tawa chunka tawa waranqa runakunapa sellakusqankupa qallariynin. Chay sellakuypa tukukuyninqa utqayllam hamuq Estados Unidos llaqtapi domingo kamachikuypi kan, maypichus lamar q’uqapi animalqa, wañuchikuq ch’akiyta chaskispa, qonqapusqa kashanman hina, mana tukukuq ukhu p’itumanmanta lluqsimun qanchis reinoqmantapuni pusaq ñiqin reino tukunanpaq.</w:t>
      </w:r>
    </w:p>
    <w:p>
      <w:pPr>
        <w:pStyle w:val="ArticleScripture"/>
        <w:jc w:val="left"/>
      </w:pPr>
      <w:r>
        <w:rPr>
          <w:rFonts w:ascii="Times New Roman" w:hAnsi="Times New Roman" w:eastAsia="Times New Roman" w:cs="Times New Roman"/>
        </w:rPr>
        <w:t>Uywa rikurqanki kaqqa karqanmi, kunanqa manañam kanchu; mana tukukuq ukhu wayq’umantataq wicharimunqa, chinkayman riqmi kanqa. Kay pachapi tiyaqkunataq admirakunkaku, paykunapa sutinkuna kay pachapa qallariyninmanta pacha kawsay libropi mana qillqasqa kaptin, uywata qawaspanku, mayqinchus karqan, mana kachkanchu, ichaqa kachkanraq. Apocalipsis 17:8.</w:t>
      </w:r>
    </w:p>
    <w:p>
      <w:pPr>
        <w:pStyle w:val="ArticleBody"/>
        <w:jc w:val="left"/>
      </w:pPr>
      <w:r>
        <w:rPr>
          <w:rFonts w:ascii="Times New Roman" w:hAnsi="Times New Roman" w:eastAsia="Times New Roman" w:cs="Times New Roman"/>
        </w:rPr>
        <w:t>Pachakuti willka tiempo, huk pachak tawa chunka tawa waranqa sellasqa kanankupaq, qallarin huk atiywan mana tukukuq ukhumanta wichariqwan, chaytaq tukukunqa huk atiywanpis mana tukukuq ukhumanta wichariqwan. Chay historiapa chawpinpi ateísmo uywa, “woke” dragónpa atinin, mana tukukuq ukhumantataq wicharimun iskay testigokunata wañuchinampaq. Alfa Omegawan kuska kay historiaman firman churarqan.</w:t>
      </w:r>
    </w:p>
    <w:p>
      <w:pPr>
        <w:pStyle w:val="ArticleScripture"/>
        <w:jc w:val="left"/>
      </w:pPr>
      <w:r>
        <w:rPr>
          <w:rFonts w:ascii="Times New Roman" w:hAnsi="Times New Roman" w:eastAsia="Times New Roman" w:cs="Times New Roman"/>
        </w:rPr>
        <w:t>Paykuna willakuyta tukuqtinkuña, ukhu mana tukukuq t’uqumanta lluqsiq uywa maqanakunqa paykunawan, atipaykunqa, wañuchinqa ima. Hinaspa wañusqa cuerpunkuna jatun llaqtapa ñanninpim sirinqa, chay llaqtataqa espiritualmente Sodomawan Egiptowan sutichanku, maypichus Señorninchikpas chakatasqa karqa. Runakunamanta, ayllukunamanta, simikunamanta, nacionkunamantapas qhawarinqaku wañusqa cuerpunkunata kimsa p’unchaw kuskan, hinaspa mana saqinqakuchu pantiykunaman pampasqa kananpaq. Kay pachapi tiyakuqkunataq kusikuywan kusisqa kanqaku paykunamanta, fiestachakinqaku, hukninman hukninman regalokunatapas apachinqaku; imaraykuchus kay iskay profetakuna ñak’arichirqaku kay pachapi tiyakuqkunata. Kimsa p’unchaw kuskan qhipamantataq Diosmanta kawsaypa Espíritun paykunaman haykurqa, chakinpi sayariqkutaq karqaku; paykunata qhawaqkunatataq hatun manchay urmaykurqa. Apocalipsis 11:7–11.</w:t>
      </w:r>
    </w:p>
    <w:p>
      <w:pPr>
        <w:pStyle w:val="ArticleBody"/>
        <w:jc w:val="left"/>
      </w:pPr>
      <w:r>
        <w:rPr>
          <w:rFonts w:ascii="Times New Roman" w:hAnsi="Times New Roman" w:eastAsia="Times New Roman" w:cs="Times New Roman"/>
        </w:rPr>
        <w:t>2020 watapi, Republicano nisqapas hinallata cheqaq Protestante nisqapa waqraykuna wañuchisqa karqanku. Hukninqa atheísmo nisqapa políticodragón atiyninwan, huknintaq atheísmo nisqapa espirituallig dragón atiyninwan. Chaymanta huk pisi pacha wañusqa karqanku, kimsa p’unchaw kuskan nisqaman rikch’akusqa; chay qhepamanmi chakinkupi sayarirqanku, hinaptinmi hatun manchakuy urmaykurqan dragón atiyman rikch’akusqakunapa hawanman. Kunan pacha progresista demócratakuna Donald Trumpa políticollaña kallpan yapamanta rikurimusqanmanta qhawachkanku chay “manchakuy”, profecíapa hunt’akusqanmi. Future for America ministeriota qatirqanku chaykunapa qhawachkasqan “manchakuy”qa hukniray manchakuytam rikuchin.</w:t>
      </w:r>
    </w:p>
    <w:p>
      <w:pPr>
        <w:pStyle w:val="ArticleBody"/>
        <w:jc w:val="left"/>
      </w:pPr>
      <w:r>
        <w:rPr>
          <w:rFonts w:ascii="Times New Roman" w:hAnsi="Times New Roman" w:eastAsia="Times New Roman" w:cs="Times New Roman"/>
        </w:rPr>
        <w:t>Ñawpaqmanpaq Future for America willakuyta manchakuyta hap’iyta kaqkunaqa Laodicea Adventistakunami, paykunata llapanta qayasqa karqa pachak tawa chunka tawa waranqa ukhupi kananpaq. Ichaqa allin reqsisqa Laodiceakuna hina, tawa kaq miraypi kawsaspa, mayqinchus mach’aqwaypa miraynin adulterokunapa mirayninwan kuska kashan, manam ima manchakuytapas charinkuchu. Paykunaq hap’iyta munasqan manchakuyqa wiñay evangelioymi, mayqinchus runakunata kamachin: “Diosta manchaychis, Paytaq hatunchaychik, taripay p’unchaynin hamusqanrayku.”</w:t>
      </w:r>
    </w:p>
    <w:p>
      <w:pPr>
        <w:pStyle w:val="ArticleBody"/>
        <w:jc w:val="left"/>
      </w:pPr>
      <w:r>
        <w:rPr>
          <w:rFonts w:ascii="Times New Roman" w:hAnsi="Times New Roman" w:eastAsia="Times New Roman" w:cs="Times New Roman"/>
        </w:rPr>
        <w:t>Chay horaqa hatun allpa kuyuypa horanmi, chaymi pasakunku pachak tawa chunka tawa waranqa ishkay chunka tawa testigokuna hoqarisqa kaptinku huk unanchakuy hina, kikillan pachapi Laodicea Iglesiaqa Señorpa siminmanta wijch’usqa kachkaptin.</w:t>
      </w:r>
    </w:p>
    <w:p>
      <w:pPr>
        <w:pStyle w:val="ArticleBody"/>
        <w:jc w:val="left"/>
      </w:pPr>
      <w:r>
        <w:rPr>
          <w:rFonts w:ascii="Times New Roman" w:hAnsi="Times New Roman" w:eastAsia="Times New Roman" w:cs="Times New Roman"/>
        </w:rPr>
        <w:t>Kay qatiyku kay yachayta qatiq qillqapi.</w:t>
      </w:r>
    </w:p>
    <w:p>
      <w:pPr>
        <w:pStyle w:val="ArticleScripture"/>
        <w:jc w:val="left"/>
      </w:pPr>
      <w:r>
        <w:rPr>
          <w:rFonts w:ascii="Times New Roman" w:hAnsi="Times New Roman" w:eastAsia="Times New Roman" w:cs="Times New Roman"/>
        </w:rPr>
        <w:t>“‘Hinaspan testimontonkuta tukusqankuman hina, uku puchqumanta wichariq bestiaqa paykunawan maqanakunqa, atipanqa, wañuchinqa ima. Hinaqtin wañusqa aychankupas hatun llaqtapa ñannimpi siriykunqa; chay llaqtaqa espiritualmenteqa Sodoma, Egipto sutichasqanmi, maypichus Señorniykupas chakatasqa karqa.’ [Apocalipsis 11:7, 8.]”</w:t>
      </w:r>
    </w:p>
    <w:p>
      <w:pPr>
        <w:pStyle w:val="ArticleScripture"/>
        <w:jc w:val="left"/>
      </w:pPr>
      <w:r>
        <w:rPr>
          <w:rFonts w:ascii="Times New Roman" w:hAnsi="Times New Roman" w:eastAsia="Times New Roman" w:cs="Times New Roman"/>
        </w:rPr>
        <w:t>“Kay ruwaykunaqa testigokuna llakikuy p’achawan willakusqanku pacha tukukuypa qayllanpi pasanankupaqmi karqan. Papado nisqapa chawpinmanta, Satanásqa unayñam Iglesiapiwan Estadopiwñataq kamachiq atiyninkunata munayninman apamurqan. Chay manchay ruwaypa rurunkunaqa aswan sut’itam rikurirqan Reformaq k’anchayninta mana chaskiq llaqtakunapi. Chaypiqa kawsay karqan moral pisiypi urmaywan ismuchakuywan hunt’asqa, Sodomapa kasqanman rikch’akuq, chay llaqta chinkachisqa kananpaq ñawpaqman; hinallataq Egiptopi Moisespa p’unchayninkunapi kamachikuq idolatriamanwan espíritu ukhu tutayaymanwan.”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iskay chunka isqunniyuq</dc:title>
  <dc:subject>Sut’inchay Proféticay Yachayninta Qhawaykachispa: Republicano Waqraqa chay qhipa kuyuykunawan ima niyniyuq kasqanmanta</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