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Kimsa Chunka Qanchisniyuq</w:t>
      </w:r>
      <w:r>
        <w:rPr>
          <w:rFonts w:ascii="Microsoft YaHei" w:hAnsi="Microsoft YaHei" w:eastAsia="Microsoft YaHei" w:cs="Microsoft YaHei"/>
        </w:rPr>
        <w:t>】</w:t>
      </w:r>
    </w:p>
    <w:p>
      <w:pPr>
        <w:pStyle w:val="ArticleSubtitle"/>
        <w:jc w:val="left"/>
      </w:pPr>
      <w:r>
        <w:rPr>
          <w:rFonts w:ascii="Arial" w:hAnsi="Arial" w:eastAsia="Arial" w:cs="Arial"/>
        </w:rPr>
        <w:t>Estados Unidospa Proféticata Rakinan: Soqta Qhapaq Suyumanta Kimsa-lluq Tinkuykama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Estados Unidos nacionpi chaylla hamuq domingo leyta kamachiqtin, Bibliapi profecíapa soqta kaq qhapaq suyunnin mana hinaña kanqa, hinaspa Moderna Romapa kimsa-kutik hukllachasqanmanta huk kimsanman tikranqa. Domingo leyta kamachiq presidenteqa qhipa presidente kanqa, hinaspa huk Republicano presidente kanqa. Kayqa iskay testigokunapa nisqanwan sut’ichasqa kachkan.</w:t>
      </w:r>
    </w:p>
    <w:p>
      <w:pPr>
        <w:pStyle w:val="ArticleBody"/>
        <w:jc w:val="left"/>
      </w:pPr>
      <w:r>
        <w:rPr>
          <w:rFonts w:ascii="Times New Roman" w:hAnsi="Times New Roman" w:eastAsia="Times New Roman" w:cs="Times New Roman"/>
        </w:rPr>
        <w:t>Abraham Lincoln, mayqin ñawpaq Republicano umalliq kasqanrayku, 1863 watapi Emancipation Proclamation nisqata “rimarqan”, chaymi kay pachapa allpa animalpa profetico historiapi rimaypa chawpi waymarknin karqan. Lincoln “rimarqan” Emancipation Proclamation nisqata, 1863 watapi, payqa ñawpaq Republicano umalliq karqan, chayraykutaq qhepa Republicano umalliqta unancharqan. Abraham Lincolnqa allpa animalpa ñawpaq pacha muyup qhepa waymarkninta representan, hinallataq allpa animalpa iskayñiqin pacha muyup ñawpaq waymarknintapas. Jesusqa sapa kuti qallariyninwanmi tukukuyninta rikuchin. Allpa animalqa dragón hina rimaptin, chay iskay pacha muyukunamanta qhepa kaqpa tukukuyninpi, umalliqqa Republicano umalliq kanqa, Lincolnwan unanchasqa hina.</w:t>
      </w:r>
    </w:p>
    <w:p>
      <w:pPr>
        <w:pStyle w:val="ArticleBody"/>
        <w:jc w:val="left"/>
      </w:pPr>
      <w:r>
        <w:rPr>
          <w:rFonts w:ascii="Times New Roman" w:hAnsi="Times New Roman" w:eastAsia="Times New Roman" w:cs="Times New Roman"/>
        </w:rPr>
        <w:t>Qhipa p’unchaykunapi qhipa umalliq presidente Republicano presidente kasqanmanta iskay kaq testigunam 1989 watapi tukuy pacha tukukuynin tiempopi qallarisqa pacha, Ronald Reaganwan, chaymanta kashan. 1989 watamanta utqaylla hamuq domingo kamachikuykama profetico pachaqa rikuchisqa kashan papal Roma tronota hap’inanpaq wakichikuy profetico pachawan, 508 watamanta 538 watakama historiapi. Chay profetico wakichikuy pacha, 538 watapi anticristopa kallpachasqa kananpaq, Cristoq kimsa chunka wata wakichikuyninwan unanchasqa karqa, chayqa nacesqanmanta bautizakusqankama.</w:t>
      </w:r>
    </w:p>
    <w:p>
      <w:pPr>
        <w:pStyle w:val="ArticleBody"/>
        <w:jc w:val="left"/>
      </w:pPr>
      <w:r>
        <w:rPr>
          <w:rFonts w:ascii="Times New Roman" w:hAnsi="Times New Roman" w:eastAsia="Times New Roman" w:cs="Times New Roman"/>
        </w:rPr>
        <w:t>anticristoqa kimsa chunka watayuq wakichikuy pacha karqan, Cristopa kimsa chunka watayuq wakichikuyninta llullachispa rikch’akuq. Cristopaqpas, anticristopaqpas, kimsa chunka watayuq wakichikuy pacha iskay testigokunata qun wañuchikuq ch’akina hampiyninpaq wakichikuy pachamanta, chay utqay hamuq Domingo kamachiypi. Chay wakichikuy pacha qallarin 1989 watapi, pacha tukukuypi, hinaqtinmi Cristopa wakichikuy pacha chayaran pay paqarisqanpi, chaymi señalan paypa profético historiampi pacha tukukuqta.</w:t>
      </w:r>
    </w:p>
    <w:p>
      <w:pPr>
        <w:pStyle w:val="ArticleBody"/>
        <w:jc w:val="left"/>
      </w:pPr>
      <w:r>
        <w:rPr>
          <w:rFonts w:ascii="Times New Roman" w:hAnsi="Times New Roman" w:eastAsia="Times New Roman" w:cs="Times New Roman"/>
        </w:rPr>
        <w:t>Qhipa puchuq umalliqpaq manaraq chayamuchkaptin, Daniel chunka hukniyuq qillqapa iskay ñiqin versikulun yachachinmi suqta umalliqkuna kananta, qhapaq umalliqman chayanankama, paymi “rikcharichin” globalistakunapa suyunman. Chay suqta umalliqkunamanta ñawpaq kaqqa Ronald Reagan karqan, Partido Republicano-manta. Ronald Reaganwan Abraham Lincolnwanmi iskay testigokunata qun. 1863 watapi hatarikuypa waymarknin, hinallataq 1989 watamanta qallariq umalliqkunapa siq’in, Estados Unidos-pa qhipa umalliqninpa allin reqsisqa kayninkunata sut’inchan.</w:t>
      </w:r>
    </w:p>
    <w:p>
      <w:pPr>
        <w:pStyle w:val="ArticleBody"/>
        <w:jc w:val="left"/>
      </w:pPr>
      <w:r>
        <w:rPr>
          <w:rFonts w:ascii="Times New Roman" w:hAnsi="Times New Roman" w:eastAsia="Times New Roman" w:cs="Times New Roman"/>
        </w:rPr>
        <w:t>Ronald Reaganqa ñawpaq kaqpa unanchaqninmi, chayraykun qhepa kaqtapas rikuchin. Reaganqa huk ñawpaq willanakuy qhaway ukupi reqsisqa estrella karqan, ñawpaq Demócrata karqan, chaymanta República partidoman tikrasqa. Payqa reqsisqa karqan inglés simita kallpachaywan, t’iksichiq hina llamk’achisqanrayku. Reqsisqa karqan asikuy yuyayninrayku. Protestantem kani nispa willakusqa karqan, ichaqa Bibliapa profecíanpi anticristo nisqawan hukllachasqa alianza ruwasqanwan, “Protestante” ima ninanta mana cheqaqtapuni entiendesqanta qhawachirqan.</w:t>
      </w:r>
    </w:p>
    <w:p>
      <w:pPr>
        <w:pStyle w:val="ArticleBody"/>
        <w:jc w:val="left"/>
      </w:pPr>
      <w:r>
        <w:rPr>
          <w:rFonts w:ascii="Times New Roman" w:hAnsi="Times New Roman" w:eastAsia="Times New Roman" w:cs="Times New Roman"/>
        </w:rPr>
        <w:t>Payqaqa Amerikaman allin sayasqaqa karqan, hinallataq siyasatapi mana manchakuyniyuq. Ñawpaqninpi karqan chay pacha musuq siyasapaq aswan mana allin rurayniyuq umalliq, hinallataq paypa ñawpaqninqa radical Islam nisqapa mañakuyninkunaman umaykukurqan. Ichaqa aswan ancha allin yuyarisqa rimaynin, hinaspa rurasqanmanta yupaychasqa kasqanmi karqan kayta nispa: “Señor Gorbachev, kay pirqata urmachiy.”</w:t>
      </w:r>
    </w:p>
    <w:p>
      <w:pPr>
        <w:pStyle w:val="ArticleBody"/>
        <w:jc w:val="left"/>
      </w:pPr>
      <w:r>
        <w:rPr>
          <w:rFonts w:ascii="Times New Roman" w:hAnsi="Times New Roman" w:eastAsia="Times New Roman" w:cs="Times New Roman"/>
        </w:rPr>
        <w:t>Donald Trumpqa qhipa pacha simbolonmi, chayrayku ñawpaq kaqwan rikuchisqa kashan. Trumpqa ñawpaqta willakuy mediospi reqsisqa qoyllur karqan, ñawpaqtaq Demócrata karqan, hinaspata Republicano kasqanman tikrasqa. Payqa reqsisqan inglés simita sinchi ch’allwachiyniyuq hina llamk’achisqanrayku. Aswanqa reqsisqallataqmi pukllay yuyayninrayku. Payqa Protestante kasqanta niqmi, ichaqa Protestante nisqaqa imamanta kasqanta cheqaqtapuni mana entiendesqanta rikuchirqan, hinaspata Bibliaq profecíanpi antichristo nisqawan huñunakuyta ruwanka utqaylla hamuq domingo kamachikuypi.</w:t>
      </w:r>
    </w:p>
    <w:p>
      <w:pPr>
        <w:pStyle w:val="ArticleBody"/>
        <w:jc w:val="left"/>
      </w:pPr>
      <w:r>
        <w:rPr>
          <w:rFonts w:ascii="Times New Roman" w:hAnsi="Times New Roman" w:eastAsia="Times New Roman" w:cs="Times New Roman"/>
        </w:rPr>
        <w:t>Payqaqa llaqtaman kuyakuqmi, hinallataq políticapiqa mana manchakunichu. Ñawpaqman hamurqan chay pacha musuq políticakuna tiempope aswan mana allin rurayniyuq umalliqnin, hinaspa pay 2024 watapi kutin akllasqa kaptinqa, huk kutitapas chay musuq políticakuna tiempope aswan mana allin rurayniyuq musuq umalliqnin ñawpaqman hamusqanta rikunqa. Iskay kaqpiqa ñawpaq umalliqninkunaqa reqsisku kanku radical Islam nisqapa mañakusqankuman k’umuykusqankurayku. Cheqaqtapuni, paypa hayk’aqpas nisqanmantam aswan ancha allin yuyarisqa kaqtaq, hinaspa rurasqanrayku kreditota chaskinqa kaqtaq, kaymi: “Pirqata hatarichiy.”</w:t>
      </w:r>
    </w:p>
    <w:p>
      <w:pPr>
        <w:pStyle w:val="ArticleBody"/>
        <w:jc w:val="left"/>
      </w:pPr>
      <w:r>
        <w:rPr>
          <w:rFonts w:ascii="Times New Roman" w:hAnsi="Times New Roman" w:eastAsia="Times New Roman" w:cs="Times New Roman"/>
        </w:rPr>
        <w:t>Kayqa nisqaqa manam Jimmy Carter, Barack Hussein Obama, hinaspa Joe Biden presidencianpi mana ancha allin llamk’aq kasqankuta rimananpaqchu; aswanmi, paykunaq allin ruwasqanku sayarqan Estados Unidos-pa Constitución nisqapi waqaychasqa kamachiy-kawsay yuyaykunata thuñichiypaq ruwasqankumanta, chay kikin qillqa, mayqintachus sapa huknin paykuna juraspa sayachiyta hinaspa amachayta prometirqanku; hinallataq cheqaq kaymanta, Carterqa Islamman hostagekunata hap’isqa runakunata waqaychachiyta saqerqan Reagan akllaykama, Obama-taq Islam pacha runakunaman pampachakuy muyuriyninta ruwarqan hinaspa radical Islam-pa ñawpaq banco-man huk waranqa millón dólar qullqita qullqillamanta qorqan, Biden-pa Islam yanapayninmanta ruwasqankunaq yupaychasqa willakuyninqa sinchi unaymi, mana facilchu llapanta listaruy.</w:t>
      </w:r>
    </w:p>
    <w:p>
      <w:pPr>
        <w:pStyle w:val="ArticleBody"/>
        <w:jc w:val="left"/>
      </w:pPr>
      <w:r>
        <w:rPr>
          <w:rFonts w:ascii="Times New Roman" w:hAnsi="Times New Roman" w:eastAsia="Times New Roman" w:cs="Times New Roman"/>
        </w:rPr>
        <w:t>Ronald Reagan nisqa rurayninta hunt’arqan “hierro cortina” sutiyoq símbolo perqata urmachiyta, hinaspa 1989 watapi noviembre 11 p’unchawpi Berlín perqa urmarqan chay atipay espiritualta señalananpaq huk literal waymarkwan. Trumpqa Iglesiapaq Estadopaq t’aqanakuy símbolo perqata urmachinqa, hinaspa kinsa kaq Ay! chay ruwaypaq huk literal waymarkta qonqa. Chay ruwayqa tukuchinqa pachata, pachapi pachaq tawa chunka tawayoq waranqa runakunapa sellasqa kayninpa, mayqinchus qallariq karqan Islam nisqapa chayamunwan, kinsa kaq Ay! nisqapi, mayqinchus literal waymarkta qorqan reqsinapaq sellasqa pacha espiritual ruwayqa qallarisqanta. 2023 watapi octubre 7 p’unchawqa qorqan chawpi puntoyta kinsa literal histórico marcador-kunamanta, pachaq tawa chunka tawayoq waranqa runakunapa sellasqa pacha tiempomanta.</w:t>
      </w:r>
    </w:p>
    <w:p>
      <w:pPr>
        <w:pStyle w:val="ArticleBody"/>
        <w:jc w:val="left"/>
      </w:pPr>
      <w:r>
        <w:rPr>
          <w:rFonts w:ascii="Times New Roman" w:hAnsi="Times New Roman" w:eastAsia="Times New Roman" w:cs="Times New Roman"/>
        </w:rPr>
        <w:t>Chay sellakuy pacha historiapa chawpinpi, Ronald Reagan-manta qallarispan soqta kaq umalliqmi simbólicamente políticapi wañuchisqa karqa mana tukukuq t’uqumanta lloqsimuq animalwan. Sellakuy pachapa qallariyninpi, mana tukukuq t’uqumanta kaq animalqa Islam karqa, Mohammed-ta rikuchispa, llulla profetapa símbolonnin hina. Sellakuy pachapa tukukuyninpi, mana tukukuq t’uqumanta kaq animalqa catolicismopa lamar qochamanta animalninmi, paypa wañuy ch’akinqa chaymanta hampisqa kan. Sellakuy pachapa chawpinpi lloqsimuq mana tukukuq t’uqumanta kaq animalqa, atheismopa animalninmi, dragón nisqa. Dragón animalmi mana tukukuq t’uqumanta kaq, sellakuy pachapa chawpinpi, Apocalipsis libro chunka hukniyuq kapítulopi iskay testigokunata wañuchin.</w:t>
      </w:r>
    </w:p>
    <w:p>
      <w:pPr>
        <w:pStyle w:val="ArticleBody"/>
        <w:jc w:val="left"/>
      </w:pPr>
      <w:r>
        <w:rPr>
          <w:rFonts w:ascii="Times New Roman" w:hAnsi="Times New Roman" w:eastAsia="Times New Roman" w:cs="Times New Roman"/>
        </w:rPr>
        <w:t>Esclavitudta yanapakuq, Estados Unidospa Guerra Civilninpi kashaq Partido Demócratapa dragón nisqa huk facciónninmi cheqaqtapuni wañuchirqan ñawpaq Republicano presidententa. Guerra Civilqa oficialmanta tukukapun 1865 watapi, abril killapa 9 punchawninpi, hinaspa Lincolnqa huk semanata qhipaman wañupun abril killapa 15 punchawninpi, ichaqa ñawpaq punchawmi balawan kachkan. Guerraqa tukukapun qanchis kaq punchawpa sábado samana punchawninpi, hinaspa Lincolnqa wañupun qanchis kaq punchawpa sábado samana punchawninpi.</w:t>
      </w:r>
    </w:p>
    <w:p>
      <w:pPr>
        <w:pStyle w:val="ArticleBody"/>
        <w:jc w:val="left"/>
      </w:pPr>
      <w:r>
        <w:rPr>
          <w:rFonts w:ascii="Times New Roman" w:hAnsi="Times New Roman" w:eastAsia="Times New Roman" w:cs="Times New Roman"/>
        </w:rPr>
        <w:t>Riqsichisqa (hatarichisqa) globalistakuna, qhapaq hinallataq atiyniyuq presidente contra, 2020 watapi noviembre killapa 3 p’unchayninpi huk polític wañuchiyta hunt’arqanku. Ukhaq ukhu manaña tukukuq t’uqumanta bestiaqa dragón bestiata reqsisqan hina karqa, mayqinchus simbólicamente qhipa republicano presidenteta wañuchirqan, ñawpaq republicano presidentepa cheqaq wañusqanwan ñawpaqchasqa hina. Diospa Siminqa reqsichiwanchis, kay pachapi runakuna paypa wañusqanrayku kusikusqankumanta qhipaman, payqa chakinkunapi sayarinqa. Kunanqa 2024 watapin kashanchis, sut’itaq rikukun Trump kawsarimusqanta, llapa pay contra rurasqa leywan maqanakuy, llullakuq simikuna, propaganda, qullqipas paypa contranman wikch’usqa kaptinpas.</w:t>
      </w:r>
    </w:p>
    <w:p>
      <w:pPr>
        <w:pStyle w:val="ArticleBody"/>
        <w:jc w:val="left"/>
      </w:pPr>
      <w:r>
        <w:rPr>
          <w:rFonts w:ascii="Times New Roman" w:hAnsi="Times New Roman" w:eastAsia="Times New Roman" w:cs="Times New Roman"/>
        </w:rPr>
        <w:t>Estados Unidos nisqapi rikuchikusqan ch’aqwaypi, chaymantaq kay pachapipas kaq ch’aqwayta ñawpaqman rikuchisqanpi, ukhupacha Satanáspa atiyninmi wicharimunqa, Diospa atiyninmi hanaqpachamanta uraykamuchkaptin, qhipa parawan rikuchisqa hina.</w:t>
      </w:r>
    </w:p>
    <w:p>
      <w:pPr>
        <w:pStyle w:val="ArticleBody"/>
        <w:jc w:val="left"/>
      </w:pPr>
      <w:r>
        <w:rPr>
          <w:rFonts w:ascii="Times New Roman" w:hAnsi="Times New Roman" w:eastAsia="Times New Roman" w:cs="Times New Roman"/>
        </w:rPr>
        <w:t>11 ñiqin septiembre killapi 2001 watapi qallarirqan historiapi, huk ratullam hamuq Estados Unidos llaqtapi domingo kamachikuyman chayakunaykama, kimsa kaq Ay yaykuypi Islam lloqsirqan mana tukukuq uku ukhumanta qosñi hina, chay historiapa qallariyninpi rawraq wasi hatun ruwanakunapa qosñinta rikuchispa. Chaymanta 2016 watapi, globalistakunaq comunista woke-ismon seqasqaqam iskay testigokunata wañuchinapaq wicharirqan. Chaymanta huk ratullam hamuq domingo kamachikuypi papakunaq kamachiqnin, qanchis kaqkunamanta kaq pusaq kaq uywa hina tukuspa, wañuchiq ch’akichisqan hampisqa kaptin, kay pachapa tiyananman wichariq hamunqa.</w:t>
      </w:r>
    </w:p>
    <w:p>
      <w:pPr>
        <w:pStyle w:val="ArticleBody"/>
        <w:jc w:val="left"/>
      </w:pPr>
      <w:r>
        <w:rPr>
          <w:rFonts w:ascii="Times New Roman" w:hAnsi="Times New Roman" w:eastAsia="Times New Roman" w:cs="Times New Roman"/>
        </w:rPr>
        <w:t>Uraykunaq, patapi lloqsimuq atiyniyuq qhipa para urmaykaptin hanaqmanta kaq atiynin hina, willay simipi “Cheqaq” nisqata riqsichinku. Ñawpaqta qosñi hinataq wichariqqa kimsa kaq Ay nisqapi Islammi, Apocalipsis pusaq chunka pusaqniyuq kapitulupi ñawpaq simi uyarisqan pacha, hinaspataq qhipa para qallariqti “tupusqa” kayta qallariqtin wicharin. Qhipa kaq uraykunaqa papadommi, Apocalipsis pusaq chunka pusaqniyuq kapitulupi iskay kaq simi uyarisqan pacha, hinaspataq qhipa para mana tupuy atina hunt’asqa urmaykaptin wicharin.</w:t>
      </w:r>
    </w:p>
    <w:p>
      <w:pPr>
        <w:pStyle w:val="ArticleBody"/>
        <w:jc w:val="left"/>
      </w:pPr>
      <w:r>
        <w:rPr>
          <w:rFonts w:ascii="Times New Roman" w:hAnsi="Times New Roman" w:eastAsia="Times New Roman" w:cs="Times New Roman"/>
        </w:rPr>
        <w:t>Ñawpaq ka qhipa kaqta rikch’achin, chaupipi wichq’aykamuq bestiataq mana Diospi iñiq pacha llapanta atiy munay bestiam, paymi 2020 watapi iskay testigokunata wañuchirqa. Huk testigom karqa Protestante waqra, hukñaqa Republicano waqra. Dios mana kasqanta sut’inchaj bestiawan tupaq hatariy chaymanta mana kamachikuyqa hebreo alfabitop chunka kimsayuq kaq killqawanmi rikuchisqa, chay mana tukukuq ukhu t’oqomanta bestiataq ñawpaq chaymanta qhipa mana tukukuq ukhu t’oqomanta bestiakuna chawpinpi chayamurqa; chaymi hebreo simi “cheqaq kay” nisqap sut’inchasqanta ruwan, mayqin cheqaq kaypas supaypa atiyninta reqsichiq kaptinpas, chayqa uraymanta hamuq, hanaq pacha atiynin wichaymanta hamushasqan pachapi.</w:t>
      </w:r>
    </w:p>
    <w:p>
      <w:pPr>
        <w:pStyle w:val="ArticleBody"/>
        <w:jc w:val="left"/>
      </w:pPr>
      <w:r>
        <w:rPr>
          <w:rFonts w:ascii="Times New Roman" w:hAnsi="Times New Roman" w:eastAsia="Times New Roman" w:cs="Times New Roman"/>
        </w:rPr>
        <w:t>Kimsa p’unchaw manta kuskan p’unchawpas iskay testigokuna wañuchisqa qhipaman, huk “chawpi kunkamanta” qallarisqa uyariy. Chayqa karqa “ch’in pampa ukhupi waqaqpa kunkan”. Chay kunkam karqa “tukukuy” ñanta wakichiq kachaqpa kunkamanta, Kovenio nisqa Willakuy Apachiqpaq ñanta wakichinapaq; hinaspataq qallariy Elíaspa kunkanmanta, qhari warmikunata Carmel Orqoman waqyachkan.</w:t>
      </w:r>
    </w:p>
    <w:p>
      <w:pPr>
        <w:pStyle w:val="ArticleScripture"/>
        <w:jc w:val="left"/>
      </w:pPr>
      <w:r>
        <w:rPr>
          <w:rFonts w:ascii="Times New Roman" w:hAnsi="Times New Roman" w:eastAsia="Times New Roman" w:cs="Times New Roman"/>
        </w:rPr>
        <w:t>“Hermanokuna, panikuna, munaymanmi imatapas niyta qankunata rikch’achinaypaq kay p’unchawkuna ancha chaniyuq kasqanmanta, kunan pachaspi pasakusqakuna ima ancha hatun signifikasiyuq kasqanmanta. Qankunata qhawachiykichi kunan kallpawan rurakusqakunaman, religión nisqapi llapa runapa kachariynin qispisqa kayta hark’anapaq. Diospa santu yupaychana yuyarinanmi urmachisqa karqan, chaypa rantinpiqa huk llulla sábado, mana ima santidadniyuq, kay pachapa ñawpaqenpi sayan. Chaykamataq tutayaypa atiyninkuna ukhumanta imakunatapas kuyuchispa hatarichkaptinku, hanaq pacha Apu Diosqa hananmanta kallpata kachamun kay llakiy pachata tinkunapaq, kawsaq yanapayninkunata rikch’achispa hanaq pacha kamachikuyta hatarichinankupaq. Kunanmi, arí, kunanmi ñuqanchikpa pacha llank’ananchikpaq huk law nacionkunapi. América, religión nisqapi qispisqa kaypa allpan hina, papadowan hukllawaspa yuyay-sonqota kallpachispa runakunata llulla sábadota yupaychanankupaq mañachinqa chayqa, kay pachapi llapa llaqtakunapa runankuna pushasqa kanqaku paypa rurayninman qatipayanankupaq. Ñuqanchikpa runakunaqa manaraq kuskan rikch’asqachu llapa atinankuta ruranankupaq, makinkupi kaptin yanapakuqkunawan, willakuq waqyayta mast’arichinankupaq.”</w:t>
      </w:r>
    </w:p>
    <w:p>
      <w:pPr>
        <w:pStyle w:val="ArticleScripture"/>
        <w:jc w:val="left"/>
      </w:pPr>
      <w:r>
        <w:rPr>
          <w:rFonts w:ascii="Times New Roman" w:hAnsi="Times New Roman" w:eastAsia="Times New Roman" w:cs="Times New Roman"/>
        </w:rPr>
        <w:t>“Tayta Dios hanaq pachaqmanmanta manam kay pachaman kachamunqachu paypa taripayninkunata mana kasukusqanrayku hinaspa huchallikusqanrayku, ama ñawpaqta qawariqnin watchmanninkunata kachamuspa willakuyta qunanankupaq. Manam wiñay kawsayman yaykunapaq tiempo probación nisqata tukupachinqachu, chay willakuy aswan sut’inta willasqa kanankama. Diospa ley-ninqa hatunchasqa kananmi; mañakusqankunaqa chiqap, sagrado kasqankupi rikuchisqa kanan, runakuna cheqaq kaqpaq utaq cheqaq kaqpa contranpi akllanankupaq apasqa kananpaq. Ichaqa llamk’ayqa allin kaypi pisi tiempollapi tukusqa kanqa. Cristopa justicia-ninmanta willakuyqa kay pachaq huk kuchunmanta huk kuchunkama uyarikunanmi Señorpa ñanninta wakichanapaq. Kaymi Diospa gloria-nin, kimsa kaq angelpa llamk’ayninta tukuchiq.” Testimonios, volumen 6, 18, 19.</w:t>
      </w:r>
    </w:p>
    <w:p>
      <w:pPr>
        <w:pStyle w:val="ArticleBody"/>
        <w:jc w:val="left"/>
      </w:pPr>
      <w:r>
        <w:rPr>
          <w:rFonts w:ascii="Times New Roman" w:hAnsi="Times New Roman" w:eastAsia="Times New Roman" w:cs="Times New Roman"/>
        </w:rPr>
        <w:t>Willka qillqakunaq qallarimusqan, 2023 watapa julio killapa tukukuyninpi, kunanqa “sut’inchasqa willakuyta willakuchkan”, “waqyayta”, “kay pacha tiempopa ancha chanin kayninta, kunan pasashaq ruwaykunapa hatun niyninta” reqsichispa. Sut’ita reqsichichkan “tutayapa atiykunata”, paykunaqa “ukhumanta kaq imakunata kuyuchichkanku”, hinaspa “hanaq pacha Dios Señor” qallarisqanta “hanaqmanta atiyninta apachimuyta” 11 septiembre 2001 p’unchawpi. Payqa “waqyaykachkan” “Cristopa chanin kayninmanta willakuyta” “kay pachapa huk kuchunmanta huk kuchunkama.” Kunanqa ancha p’unchaymi “rikch’anapaq” “kay tiempopa ancha chanin kayninta,” imaraykuchus Diosqa kunanmi qallarinqa “kay pachaman kamachiykuna kachamuyta mana kasukuyrayku hinaspa huchallikuyrayku.”</w:t>
      </w:r>
    </w:p>
    <w:p>
      <w:pPr>
        <w:pStyle w:val="ArticleBody"/>
        <w:jc w:val="left"/>
      </w:pPr>
      <w:r>
        <w:rPr>
          <w:rFonts w:ascii="Times New Roman" w:hAnsi="Times New Roman" w:eastAsia="Times New Roman" w:cs="Times New Roman"/>
        </w:rPr>
        <w:t>Daniel chunka huk ñiqin chusku chunka versiculopin, 1989 watata pacha tukukuypaq hina rikuchispa sut’inchasqa profecía siq’iqa, Daniel chunka huk ñiqin chusku chunka versiculollapim 1798 watata pacha tukukuypaq hina rikuchisqa ukhupi profecía siq’ip hawapi historianta sinch’ita qhawachin. Chay versiculopi 1989 watapi qallariq profética historiaqa, papa Roma wañuchiq k’irinta hampiy processop kimsa patanta reqsichin. 1989 watamanta chay k’iri utqaylla hamuq domingo kamachiywan hampisqa kanankama, huk sut’i profético pacha p’unchawta rikuchin. Daniel chunka huk ñiqin iskay versiculonpis, huk iskay kaq siq’ita yapan, Estados Unidos suyup presidentenkunap profético ruwayninta reqsichispa, 1989 watapi Ronald Reaganwan qallarispa. Domingo kamachiyman pushaq profético pacha p’unchawqa, huk iskay kaq testigotapas kacharichin, 508 watamanta 538 watakama kimsa chunka wata wakichikuypi hunt’asqa kasqanpi, maypichus papadoqa ñawpaq kutita tiyananta hap’irqan, chay wata kikinpitaq domingo kamachiyta pasarqan.</w:t>
      </w:r>
    </w:p>
    <w:p>
      <w:pPr>
        <w:pStyle w:val="ArticleBody"/>
        <w:jc w:val="left"/>
      </w:pPr>
      <w:r>
        <w:rPr>
          <w:rFonts w:ascii="Times New Roman" w:hAnsi="Times New Roman" w:eastAsia="Times New Roman" w:cs="Times New Roman"/>
        </w:rPr>
        <w:t>Cristoqa bautizasqa karqan, hinaspataq kinsa wata chawpiwan kuska ministronta qallarin, kinsa chunka watayuq kashaspan. Papakuna kamachiyqa Cristopa satanik llullachiy-nisqa rikch’ayninmi, hinaspataq 508 watamanta 538 watakama kinsa chunka watakunaqa Cristopa ñawpaq kinsa chunka watankunata rikch’achin llullachispa, chaykunam paypa bautismonman pusharqan. Paypa kinsa wata chawpiwan kuska ministronqa rikch’achisqa llullachiy karqan kinsa wata chawpiwan kuska profetik watakunawan, chaypi papakuna kamachiyqa kay pachaman wañuypa ministronta qawaran, Cristopa kawsaypa ministronpa llullachiy rikch’aynin hina.</w:t>
      </w:r>
    </w:p>
    <w:p>
      <w:pPr>
        <w:pStyle w:val="ArticleBody"/>
        <w:jc w:val="left"/>
      </w:pPr>
      <w:r>
        <w:rPr>
          <w:rFonts w:ascii="Times New Roman" w:hAnsi="Times New Roman" w:eastAsia="Times New Roman" w:cs="Times New Roman"/>
        </w:rPr>
        <w:t>Llamkaynin tukukuyninpi wañurqan, qanchis kaq p’unchaypi p’ampasqa kashanpi samarqun, chaymantaq kawsarimpuqarqan. 1798 watapi, papakuna kamachiypa satanaspa llamkaynin tukukuyninpi, kimsa wata chawpin profetiku wata hunt’ayninmanta, papakuna kamachiyqa wañuchiq ch’akiyta chaskirqan; chaymantapacha qanchis chunka watakuna simbóliku watakuna hunt’a qonqapusqa karqan, pusaq kaq hina kawsarimpu nanankama, qanchis kaqmanta kaq hina. Cristoqa semanapa ñawpaq kaq p’unchayninpi kawsarimpuqarqan, ichaqa qatiqninman hina ñawpaq kaq p’unchayqa “pusaq” kaq p’unchaymi, hinaspa Cristo paqarichisqan qanchis p’unchaykunamanta kaqmi. Pusaq yupayqa “kawsarimpuyta” sut’inchan, hinaspapas papakuna kamachiyqa kawsarimpunmi; payqa Biblia profecíakunapi sut’ichasqa kamachiykunamanta huk sapa kamachiymin, wañuchiq ch’akiyta chaskiq hina reqsisqa kasqanrayku.</w:t>
      </w:r>
    </w:p>
    <w:p>
      <w:pPr>
        <w:pStyle w:val="ArticleBody"/>
        <w:jc w:val="left"/>
      </w:pPr>
      <w:r>
        <w:rPr>
          <w:rFonts w:ascii="Times New Roman" w:hAnsi="Times New Roman" w:eastAsia="Times New Roman" w:cs="Times New Roman"/>
        </w:rPr>
        <w:t>Pabloqa reqsichinmi, Diosqa ñawpaq Israel llaqtata Puca Lamar qochanta pasachispa, chaypi bautismopa unanchaynin simbólicamente rikuchisqa kasqanta.</w:t>
      </w:r>
    </w:p>
    <w:p>
      <w:pPr>
        <w:pStyle w:val="ArticleScripture"/>
        <w:jc w:val="left"/>
      </w:pPr>
      <w:r>
        <w:rPr>
          <w:rFonts w:ascii="Times New Roman" w:hAnsi="Times New Roman" w:eastAsia="Times New Roman" w:cs="Times New Roman"/>
        </w:rPr>
        <w:t>Chaymantaqa, wawqikuna, mana munanichu mana yachaq kaykichikta, imaynam llapa ñawpaq taytakuna puyup ukhunpi karqanku, llapallankutaq lamar qochata chimparqanku; llapallankutaq Moisesman bautizasqa karqanku puyupipis lamar qochapipis. 1 Corintios 10:1, 2.</w:t>
      </w:r>
    </w:p>
    <w:p>
      <w:pPr>
        <w:pStyle w:val="ArticleBody"/>
        <w:jc w:val="left"/>
      </w:pPr>
      <w:r>
        <w:rPr>
          <w:rFonts w:ascii="Times New Roman" w:hAnsi="Times New Roman" w:eastAsia="Times New Roman" w:cs="Times New Roman"/>
        </w:rPr>
        <w:t>Bautismopa ritoqa, espiritual Israelpaq, literal Israelpaq circuncisión ritota rantin. Circuncisiónqa pusaj kaq punchawpi ruwasqa kanan karqa. Chayrayku Cristoqa pusaj kaq punchawpim kawsarimpuj karqa, qanchismantapuni kashan chay pusajqa; hinallataq papadokuna kamachiyqa qanchismanta kaq pusaj hina kawsarimpuspaqa, Cristoq llineanman satanik parallelonmi. Papadokuna kamachiypaq trono pataman churakunanpaq kimsa chunka watakuna wakichikuyninqa, Cristoq kawsayninpi kimsa chunka wata bautismonpaq, ministerionpaq, wañuyninpaq ima wakichikuyninwanmi unanchasqa karqa. Iskay chay llineakunanmi Biblia profecíapi sojta kaq reino wañuyman pusaj pacha-kunata reqsichin. Iskay llineakunanmi kay pachapa allpa uywapa qhepa pacha-kayninta rikuchin. Cristoq llineanpiqa, Paqarisqanmi chay historiapaq “tukukuypa tiempo” nisqapa señalnin karqa.</w:t>
      </w:r>
    </w:p>
    <w:p>
      <w:pPr>
        <w:pStyle w:val="ArticleBody"/>
        <w:jc w:val="left"/>
      </w:pPr>
      <w:r>
        <w:rPr>
          <w:rFonts w:ascii="Times New Roman" w:hAnsi="Times New Roman" w:eastAsia="Times New Roman" w:cs="Times New Roman"/>
        </w:rPr>
        <w:t>Chhayna tawa tawa pusiq. Chusku chunka versiculopi “pacha tukukuypi” 1989 watapi qallarin, chaymanta huk chunka hukniyuq versiculopi domingo kamachikuykama. Iskay versiculopi presidentekunapa rikuchisqan, hinaspa Kimsa chunka wata wakichikuy Cristopaqpas anticristopaqpas. Cristopa kimsa chunka wataqninqa qallarisqa Karqan Paypa rakhinpi “pacha tukukuypi”, chaytataq Paypa paqarisqan señalasqa karqan. 1798 watapi “pacha tukukuyninqa”, chiqan Israelpa qanchis chunka wata prisionninkupa tukukuyninwanmi rikch’achisqa karqan, chiqan Babiloniapi. Chayrayku, Daniel chunka hukniyuqpi iskay versiculon qallarin Dariowan, imaraykuchus Dariom reynayta qallarisqa Babiloniapa urmayninpi. 1989 wataqa chunka versiculopi “pacha tukukuynin” kashan, hinaspa Daniel chunka hukniyuqpi iskay versiculopas “pacha tukukuynin” kashan, hinaspa Cristopa kimsa chunka wata wakichikuyninqa qallarisqa “pacha tukukuypi”. Kay chusku rakhikunamanta kimsayoqmi “pacha tukukuyninta” sasa mana kaptin qallariy señalahinata sut’ita rikuchin.</w:t>
      </w:r>
    </w:p>
    <w:p>
      <w:pPr>
        <w:pStyle w:val="ArticleBody"/>
        <w:jc w:val="left"/>
      </w:pPr>
      <w:r>
        <w:rPr>
          <w:rFonts w:ascii="Times New Roman" w:hAnsi="Times New Roman" w:eastAsia="Times New Roman" w:cs="Times New Roman"/>
        </w:rPr>
        <w:t>Iskay pachak iskay chunka watakunaq iskay siq’ikuna, ñawpaq angelpa kuyukuyninpi chaymantapas kinsa kaq angelpa kuyukuyninpi, pachak iskay chunka watata reqsichin runakaywan hinallataq divinidadwan t’inkisqa kasqanmanta huk unancha hina. Pachak iskay chunka watayuq unancha t’inkiy qallarikuynin, 1776 watapi qallarisqa kasqan, 1996 watakama pusarqa.</w:t>
      </w:r>
    </w:p>
    <w:p>
      <w:pPr>
        <w:pStyle w:val="ArticleBody"/>
        <w:jc w:val="left"/>
      </w:pPr>
      <w:r>
        <w:rPr>
          <w:rFonts w:ascii="Times New Roman" w:hAnsi="Times New Roman" w:eastAsia="Times New Roman" w:cs="Times New Roman"/>
        </w:rPr>
        <w:t>Chay pachaqa rikuchisqa karqan iskay pachak iskay chunka watakuna 1611manta 1831kama, historia Millerita ukhupi. Independencia nisqa Willakuymanta 1776 watapi 1798 watakama, hallp’a uywa trono hap’ispa Biblia profeciap suqtaq qhapaq suyunta hina sayarirqan, chayqa rikuchin ñawpaq iskayta kimsa señalkunamanta, chay iskay pachak iskay chunka watakuna ukhupi, mayqinchus 1996 watapi tukukapun.</w:t>
      </w:r>
    </w:p>
    <w:p>
      <w:pPr>
        <w:pStyle w:val="ArticleBody"/>
        <w:jc w:val="left"/>
      </w:pPr>
      <w:r>
        <w:rPr>
          <w:rFonts w:ascii="Times New Roman" w:hAnsi="Times New Roman" w:eastAsia="Times New Roman" w:cs="Times New Roman"/>
        </w:rPr>
        <w:t>1776manta 1798kamaqa huk watakuna pacha kasqanta rikuchin, chay pachaqa Bibliapa profecíapi soqta kaq qhapaq suyu kallpachasqa kananman pusamun; chayraykutaq Cristoqpas anticristoqpas kimsa chunka watayuq wakichikuyninwan tinkun. Kay pacha, allpa animalpa kallpachasqa kayninman ñawpaq kaq pacha, chay kimsa-manta hukllachasqa t’inkisqa huñuypa kallpachasqa kayninman ñawpaq kaq pachata rikuchin; chaymi qanchismantapuni kaq pusaq kaq animalqa. Chay qanchismanta kaq pusaq kaq animalqa, papakunaq kaynin iskay ñiqin hinaspa qhipa rikurimuyninmi, maypim pacha tukuyta kamachin. Ñawpaq rikurimuyninpi, maypim papakunaq kaynin pacha tukuyta kamachirqan, huk kimsa chunka watayuq wakichikuy pacha karqan.</w:t>
      </w:r>
    </w:p>
    <w:p>
      <w:pPr>
        <w:pStyle w:val="ArticleBody"/>
        <w:jc w:val="left"/>
      </w:pPr>
      <w:r>
        <w:rPr>
          <w:rFonts w:ascii="Times New Roman" w:hAnsi="Times New Roman" w:eastAsia="Times New Roman" w:cs="Times New Roman"/>
        </w:rPr>
        <w:t>Sapan haway sapanman hina, 1989 watapi historiata Domingo p’unchaw kamachikama; kinsa chunka watakuna historiata 538 watakama pusasqa; kinsa chunka watakuna historiata Cristopa bautismonman pusasqa; Daniel chunka hukniyuq qhelqapa iskay versículonpa historianta, Ronald Reaganmanta qallarispa Domingo p’unchaw kamachikama; hinaspa 1776 watamanta 1798 watakama historiapas, llapanmi kikin qhipa p’unchawkuna historiata rikuchkanku. Kay chiqaq kasqanmanta sut’ita yachayqa ancha importante, imaraykuchus 1776 watapi qallariq, 1798 watakama chayaq historiaqa, tukuynin siq’ikuna hukllapi huñuspa sut’ichiq siqiymi.</w:t>
      </w:r>
    </w:p>
    <w:p>
      <w:pPr>
        <w:pStyle w:val="ArticleBody"/>
        <w:jc w:val="left"/>
      </w:pPr>
      <w:r>
        <w:rPr>
          <w:rFonts w:ascii="Times New Roman" w:hAnsi="Times New Roman" w:eastAsia="Times New Roman" w:cs="Times New Roman"/>
        </w:rPr>
        <w:t>Chay profétic historiaq siq’inpi, Apocalipsis chunka kimsayoqpi kaq allpa uywaq tukukuynin historianta rikuchisqanpi, huk ukhupi kaq siqi kachkan, Diospa llaqtanta rimapayashaq, cheq Protestantismopa waqranwan sut’ichasqa; hinaspa huk hawa siqi kachkan Republicanismopa waqranwan sut’ichasqa. Iskay waqrankunapim iskay kuti atipanakuy ch’axwaypas, hinaspa rimanakuy controversiapas kachkan, chaytaq profecía rimarin. Ñoqaykuqa reqsichisqaykuña profecíapi kaq dragón, uywa, llulla profeta, hinaspa Islam nisqapa elementonkuna, 1989 watamanta Domingo kamachikuykama historiapi rikuchikusqankuta.</w:t>
      </w:r>
    </w:p>
    <w:p>
      <w:pPr>
        <w:pStyle w:val="ArticleBody"/>
        <w:jc w:val="left"/>
      </w:pPr>
      <w:r>
        <w:rPr>
          <w:rFonts w:ascii="Times New Roman" w:hAnsi="Times New Roman" w:eastAsia="Times New Roman" w:cs="Times New Roman"/>
        </w:rPr>
        <w:t>Dragónpa proféticopi rikch’ayninqa kaymi: llullakuykunapa yayanmi, wañuchiqmi, kay pachapi pakasqa qhatuykuna hinaspa millay yuyaychakuykunapa umalliqnintaqmi, imaynan hanaq pachapipas karqan hinallataq. Paypa religionninqa espiritualismom. Kunan p’unchawpi “lawfare” sutichasqa kaqpa sinchi amachaqninmi; mana ch’uya abogadom, wawqinchikkunapa accuserninmi, imaynan hanaq pacha tribunalpi Jobpa kasukusqanwan iñiyninwan ima rimanakuspa churanakurgan hinallataq, hinaspa Moisespa aychanmanta rimanakuspa churanakurqan hinallataq, chaymantaqa Zacarias qillqapa kimsa kaq kapitulpipi Josueqmanta q’añu p’achankunata qichuspa Cristo rurasqan ruwaymanta aswanraq rimanakuspa churanakurqan hina. Paymi reinoakunata kamachiqqa, paytaqmi Dios hina hatarichikuqqa.</w:t>
      </w:r>
    </w:p>
    <w:p>
      <w:pPr>
        <w:pStyle w:val="ArticleBody"/>
        <w:jc w:val="left"/>
      </w:pPr>
      <w:r>
        <w:rPr>
          <w:rFonts w:ascii="Times New Roman" w:hAnsi="Times New Roman" w:eastAsia="Times New Roman" w:cs="Times New Roman"/>
        </w:rPr>
        <w:t>Uywakuna yupaychasqanqa Katulikus kaymi, paymi warmi, kay pachata llullachiq, tradisionkunawan hinaspa costumbrekunawan, chaykunata qatiqnin runakunaman yuyachispa Diospa Siminmanta aswan kasukusqa kananpaq. Payqa kay pachata llullachin layqankunawan; chayqa Apocalipsis chunka pusaqniyuq kapitulumanta iskay chunka kimsañiqin versiculopi griegopi sutiyuq pharmakeia nisqaqa, “hampikunata” niyninmi. Paymi kay pachapi reykunawan waqllikuyta rurak. Payqa wañusqa karqa, ichaqa yapamanta kawsariq Chay Sapaqpa llullapa rikch’ayninmi. Paymi qunqapusqa hinaspa chaymanta yuyaripusqa kaq, hinaspa qanchismantapuni pusaqniyuq kaq. Paymi uywa, Estados Unidos nisqaqa paypaq rikch’ayninta ruwan, hinaspa paymanpas rikch’ayninta ruwan.</w:t>
      </w:r>
    </w:p>
    <w:p>
      <w:pPr>
        <w:pStyle w:val="ArticleBody"/>
        <w:jc w:val="left"/>
      </w:pPr>
      <w:r>
        <w:rPr>
          <w:rFonts w:ascii="Times New Roman" w:hAnsi="Times New Roman" w:eastAsia="Times New Roman" w:cs="Times New Roman"/>
        </w:rPr>
        <w:t>Llulla profetaqa apostata protestantismom, Diospa Simin qillqasqan mana alliq nisqanta kikinmanta hina kaqta yuyaspa. Diospa Siminta ñiqisqanrayku, Diospa Simin qusqan kallpata manam charinchu. Diospa Siminpa kallpan mana kaptin, huk iglesia utaq huk llaqta, Diospa llaqtan kasqankuta manchakuy mana kaspa sutinchakuspa nispallaraq, yuyaymantaqa civil kallpamanmi sayk’unanku, Diospa rurasqanta ruwashasqankuta llulla rikuchinankupaq. Apostata Protestantismom Baalpa, Ashtarotpa profetankuna, Jezabelpaq, Herodiaspaq engañakuy tusuyta quqkuna; paykunataq Herodiaspa ususin Salomémi kanku.</w:t>
      </w:r>
    </w:p>
    <w:p>
      <w:pPr>
        <w:pStyle w:val="ArticleBody"/>
        <w:jc w:val="left"/>
      </w:pPr>
      <w:r>
        <w:rPr>
          <w:rFonts w:ascii="Times New Roman" w:hAnsi="Times New Roman" w:eastAsia="Times New Roman" w:cs="Times New Roman"/>
        </w:rPr>
        <w:t>Kay kimsa kallpaykuna huk kimsa-llank’a huñuyman tantakunku, ichaqa cheqaqtapuni huknin hukninta cheqnikunku. Mana entiendespa paykuna kikinkunapura ch’aqwaypi kasqankutaqa, mana atikunmanchu entiendenaykipaq imaynatas chunka reykuna (Naciones Unidas) acuerdanman karqan suyunkuta papadoman qoyta, hinaspataq chay kikin capítulo ukupi aysanta mikuyta hinaspa ninawan ruphayta. Kay kallpakunapura ch’aqwayqa Diospa profecía yachaq estudiantenkunaman yachachisqa kanan.</w:t>
      </w:r>
    </w:p>
    <w:p>
      <w:pPr>
        <w:pStyle w:val="ArticleBody"/>
        <w:jc w:val="left"/>
      </w:pPr>
      <w:r>
        <w:rPr>
          <w:rFonts w:ascii="Times New Roman" w:hAnsi="Times New Roman" w:eastAsia="Times New Roman" w:cs="Times New Roman"/>
        </w:rPr>
        <w:t>Islamqa qanchis qanchis trompetam, hinaspa kinsa kaq ay! hina kaspa, Diospa taripayninta apamunanpaq modern Babylonpa hawanman apaq taripaypa instrumentonmi; imaynan ñawpaq tawa trompetakuna occidental pagano Romapa hawanman taripayta apamurqanku, chay hinallataq pichqa kaq hinaspa suqta kaq trompetakuna papal hinaspa oriental pagano Romapa hawanman taripayta apamurqanku.</w:t>
      </w:r>
    </w:p>
    <w:p>
      <w:pPr>
        <w:pStyle w:val="ArticleBody"/>
        <w:jc w:val="left"/>
      </w:pPr>
      <w:r>
        <w:rPr>
          <w:rFonts w:ascii="Times New Roman" w:hAnsi="Times New Roman" w:eastAsia="Times New Roman" w:cs="Times New Roman"/>
        </w:rPr>
        <w:t>Kay yachayta qatiqsunchik hamuq qillqapi.</w:t>
      </w:r>
    </w:p>
    <w:p>
      <w:pPr>
        <w:pStyle w:val="ArticleScripture"/>
        <w:jc w:val="left"/>
      </w:pPr>
      <w:r>
        <w:rPr>
          <w:rFonts w:ascii="Times New Roman" w:hAnsi="Times New Roman" w:eastAsia="Times New Roman" w:cs="Times New Roman"/>
        </w:rPr>
        <w:t>“Kay ñawpaqchasqa allin reqsisqa pachakunapi, Diospa ovejankunata waqaychaqkunaqa runakunaman yachachinanku tiyan espiritu kallpakuna churanakusqapi kasqanta. Mana runakunachu kunan pacha religiop ukhupi kay hina sinchi sunqu kuyuyta ruran. Supaypa espiritu sinagoganmanta hamuq huk kallpamin kay pachapa religiosu imakunaman yaykun, runakunata hatun reqsichisqa ruranaman hatarichispa, Satanáspa atipasqan allinkunata ñit’ispa apaypaq, religiop pachanta sinchi maqanakuywan pusaspa, Diospa siminta pusariyninkuta hinaspa yachachiy paqarinallanta sapallan takyachiqkunapa contranpi. Satanáspa sumaq yuyaywan rurasqan kallpachakuykunaqa kunan lluqsichisqa kachkan llapa kamachiyta hinaspa llapa kallpata tantanaypaq, ima llamk’anankunatapas Jehovápa kamachikuyninpa watasqa mañakuyninkunata atipanakuspa qichunaypaq, aswanraq tawa kaq kamachikuyta, mayqencha hanaq pachakunapa kay pachapapas Kamaq kasqanta sut’ichaqta.”</w:t>
      </w:r>
    </w:p>
    <w:p>
      <w:pPr>
        <w:pStyle w:val="ArticleScripture"/>
        <w:jc w:val="left"/>
      </w:pPr>
      <w:r>
        <w:rPr>
          <w:rFonts w:ascii="Times New Roman" w:hAnsi="Times New Roman" w:eastAsia="Times New Roman" w:cs="Times New Roman"/>
        </w:rPr>
        <w:t>“Huch’a huch’ayoq runaqa p’unchaykunatawan kamachiykunata tikrayta yuyarisqa; ichaqa, ¿ruwasqachu? Kaymi hatun tapuyqa. Roma llapa iglesiakunawan, paypa mana allin ruwayninkunapa q’eperninmanta upyasqankuwan, p’unchaykunatawan kamachiykunata tikrayta yuyarispa, Diosmanta aswan hanaqman hatarirqanku, hinaspataq Diospa hatun yuyariynin monumentonta urmachirqanku, qanchis ñiqin p’unchaypa samana p’unchayta. Samana p’unchayqa sayanan karqa Diospa atiyninta rikuchispa, soqta p’unchaypi kay pachata rurasqanpi, hinaspataq qanchis ñiqin p’unchaypi samarikusqanpi. ‘Chayrayku samana p’unchayta bendicispa sapaqchaspasqa,’ imaraykuchus chaypi tukuy rurasqankunamanta samarikurqan, Diospa kamasqan hinaspa rurasqan llapa imakunamanta. Hatun sallqachaqpa yachaysapa llank’ananpa munasqanqa Diospa rantinpi churakuymi karqa. P’unchaykunatawan kamachiykunata tikrayta kallpachakusqanpiqa, Diospa contranpi hinaspa paymanta aswan hanaqpi kachkananpaq atiyta waqaychananpaqmi llank’ashan.”</w:t>
      </w:r>
    </w:p>
    <w:p>
      <w:pPr>
        <w:pStyle w:val="ArticleScripture"/>
        <w:jc w:val="left"/>
      </w:pPr>
      <w:r>
        <w:rPr>
          <w:rFonts w:ascii="Times New Roman" w:hAnsi="Times New Roman" w:eastAsia="Times New Roman" w:cs="Times New Roman"/>
        </w:rPr>
        <w:t>Kaymi kachkan hatun asuntoqa. Kaypi kachkanku ishkay hatun atiykuna hukninwan huknin tinkunakuspa: Diospa Príncipen, Jesucristo; hinallataq tutayaypa príncipe, Satanás. Kaypi hamun rikch’arisqa maqanakuy. Kay pachapiqa iskayllam clasekuna kanku, hinaspan sapa runa kay ishkay estandartekunamanta huknin uraman churakunkqa: tutayaypa príncipepa estandarten uraman, utaq Jesucristopa estandarten uraman.</w:t>
      </w:r>
    </w:p>
    <w:p>
      <w:pPr>
        <w:pStyle w:val="ArticleScripture"/>
        <w:jc w:val="left"/>
      </w:pPr>
      <w:r>
        <w:rPr>
          <w:rFonts w:ascii="Times New Roman" w:hAnsi="Times New Roman" w:eastAsia="Times New Roman" w:cs="Times New Roman"/>
        </w:rPr>
        <w:t>“Diosqa Espírituyninwanmi sonqonpi kamachisqa, chiqap, fiel wawankunata kallpachinqa. Espíritu Santoqa Diospa rantinmi, hinaspataq kay pachapi sinchi llank’aq hina kanqa, Señorpa pirwaman apa-sqa kananpaq, sonqonpi kamachisqa hinaspa chiqap kaqkunata q’ipikunaman huñunaypaq. Satanaspas ancha kallpawanmi trigo ukhupi kaq cizañankunata q’ipikunaman huñuspa purin.</w:t>
      </w:r>
    </w:p>
    <w:p>
      <w:pPr>
        <w:pStyle w:val="ArticleScripture"/>
        <w:jc w:val="left"/>
      </w:pPr>
      <w:r>
        <w:rPr>
          <w:rFonts w:ascii="Times New Roman" w:hAnsi="Times New Roman" w:eastAsia="Times New Roman" w:cs="Times New Roman"/>
        </w:rPr>
        <w:t>“Cristopa sapa cheqaq kachaqninkunapa yachachisqanqa kunanqa ancha allin yuyaywan, llaquypaq, sumaqchanasqa asunto hinam. Ñuqanchikqa huk maqanakuypi llamk’ashanchik, chay maqanakuyqa manam tukukunqachu tukuy wiñaypaq qhipa t’aqwisqa kamachikuy rurasqa kanan kama. Sapa Jesuspa yachaqnin yuyarichisqa kachun, imaraykuchus ñuqanchikqa ‘manam aycha ni yawarpa contranpi maqanakunchikchu, aswanpas principadokunapa contranpi, atiykunapa contranpi, kay pachapa tutayay kamachiqkunapa contranpi, hanaq patakunapi kaq supay mana allin kaykunapa contranpi.’ Ay, kay ch’aqwaypiqa wiñaypaq intereskuna chaskisqam kachkan, chayrayku manam hawallapi rurasqa llamk’ay kananchu, mana chaniyuq experiencia kananchu, kay asuntowan tinkunapaq. ‘Señorqa yachanmi imaynatas Diosta manchakunata tentacionmanta qispichiyta, mana chanin runakunatataq juicio p’unchawkama waqaychayta muchuchisqa kanankupaq…. Ichaqa angelkuna, paykunaqa atiyninpi kallpanpipas aswan hatun kashaspankupas, manam Señorpa ñawpaqninpi paykunapa contranpi phiñakuypaq tumpayta apamunchu.’” General Conference Daily Bulletin, March 4,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Kimsa Chunka Qanchisniyuq】</dc:title>
  <dc:subject>Estados Unidospa Proféticata Rakinan: Soqta Qhapaq Suyumanta Kimsa‑lluq Tinkuykama</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