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Qelqa - Pachak kimsa chunka hukniyuq hukñiqin</w:t>
      </w:r>
    </w:p>
    <w:p>
      <w:pPr>
        <w:pStyle w:val="ArticleSubtitle"/>
        <w:jc w:val="left"/>
      </w:pPr>
      <w:r>
        <w:rPr>
          <w:rFonts w:ascii="Arial" w:hAnsi="Arial" w:eastAsia="Arial" w:cs="Arial"/>
        </w:rPr>
        <w:t>Sut’inakuy profétic p’achapa: Revelaciónmanta kunankama kaq chiqaq kaykunawan t’inkichispa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Ñawpaq qillqasqakunapi riqsichirqanchikmi Milleritakuna yachasqankuta paykuna chunka sipaskunapa rikch’ayninta, Habacuc iskay kaq kapitiluta, hinaspa Ezequiel chunka iskayniyuq kaq kapitilupa iskay chunka hukniyuqmanta iskay chunka pusaqniyuq kama versikulunkunata hunt’asqankuta. Ezequielpi kaq versikulokuna riqsichinmi kay kimsa profétiko pasajekuna qhepa p’unchaykunapi sumaqta hunt’akuspaqa, “sapa rikuyqepa ruraynin” hunt’akunanta. Paní Whitepas kay rikch’akuymantam rimarin.</w:t>
      </w:r>
    </w:p>
    <w:p>
      <w:pPr>
        <w:pStyle w:val="ArticleScripture"/>
        <w:jc w:val="left"/>
      </w:pPr>
      <w:r>
        <w:rPr>
          <w:rFonts w:ascii="Times New Roman" w:hAnsi="Times New Roman" w:eastAsia="Times New Roman" w:cs="Times New Roman"/>
        </w:rPr>
        <w:t>“Apocalipsispiqa llapa Bibliapa libronkuna tinkunku hinaspa tukukunku. Kaypiqa Danielpa libro nisqapa hunt’asqanmi kachkan. Hukninqa profecíam; huknintaq revelaciónmi. Sellasqa karqa mana Apocalipsischu, aswanqa Danielpa profecíasqanpa chay qhipa p’unchaykunaman tupaq rak’inmi. Ángelqa kamachirqan: ‘Qanri, Daniel, simikunata wichq’ay, librotaq sellay tukupay p’unchaykama.’ Daniel 12:4.” Hechos de los Apóstoles, 585.</w:t>
      </w:r>
    </w:p>
    <w:p>
      <w:pPr>
        <w:pStyle w:val="ArticleBody"/>
        <w:jc w:val="left"/>
      </w:pPr>
      <w:r>
        <w:rPr>
          <w:rFonts w:ascii="Times New Roman" w:hAnsi="Times New Roman" w:eastAsia="Times New Roman" w:cs="Times New Roman"/>
        </w:rPr>
        <w:t>Chunka waranqa tawa chunka tawayoq sipaskunamanta rimayqa, pachak tawa chunka tawa waranqa sellasqa p’unchawkunaq tiempope, sapa qillqapi hina kikin letra-hinakama kutichisqa kachkan; chay tiempoqa 11 ñiqin septiembre killapi, 2001 watapi qallarin, hinaspata tukukun pantaq sipaskunapaq punku wisqasqa kaptin, utqay hamuq domingo kamachiy tiempopi. Chay historiapa periodo ninapiqa, sapa rikuyqpa rurayninmi “Bibliapa llapan librunkuna tinkunku hinaspa tukunku” nisqapi rikuchisqa kasqanta qawachin.</w:t>
      </w:r>
    </w:p>
    <w:p>
      <w:pPr>
        <w:pStyle w:val="ArticleBody"/>
        <w:jc w:val="left"/>
      </w:pPr>
      <w:r>
        <w:rPr>
          <w:rFonts w:ascii="Times New Roman" w:hAnsi="Times New Roman" w:eastAsia="Times New Roman" w:cs="Times New Roman"/>
        </w:rPr>
        <w:t>Ñawpaq qillqapiqa hamut’aypa huk sayariyta hatarichkashanchik, Daniel chunka hukniyuqpa tawa chunka versiculonpi rikuchisqa hawapi historiapa siq’inta sut’inchanapaq; chayqa kay pachapa allpa uywapa Republicano waqranpa política historianta rikuchin. Chay historiaqa purin kuskanpi allpa uywapa chiqaq Protestante waqranpa religión historiwan. Riqsichisqanchikmi wakin profético siq’ikunata, chaykunaqa allpa uywapa Republicano waqranmanta rimanku; hinaspan chay siq’ikunata churaykushanchik profético historiapi, mayqinchus qallarisqa karqa tukukuypa pachapi 1989 watapi.</w:t>
      </w:r>
    </w:p>
    <w:p>
      <w:pPr>
        <w:pStyle w:val="ArticleBody"/>
        <w:jc w:val="left"/>
      </w:pPr>
      <w:r>
        <w:rPr>
          <w:rFonts w:ascii="Times New Roman" w:hAnsi="Times New Roman" w:eastAsia="Times New Roman" w:cs="Times New Roman"/>
        </w:rPr>
        <w:t>1776 watapi qallarisqa, 1798 watapi pacha tukukuypi tukusqa allpa uywapa profétiko pacha, kunan llapan lïnakuna rurayninta ruraspa kashaqtin hukllachaspa apanakuyta munasqayku lïniam. 1776manta 1798kama pachaqa Alpha y Omega sut’inta apamun, imaraykuchus qallarinqa hinaspa tukukunpas huk kamachiy ruwaqwan, chaymi huk nasyunpa rimaynin.</w:t>
      </w:r>
    </w:p>
    <w:p>
      <w:pPr>
        <w:pStyle w:val="ArticleScripture"/>
        <w:jc w:val="left"/>
      </w:pPr>
      <w:r>
        <w:rPr>
          <w:rFonts w:ascii="Times New Roman" w:hAnsi="Times New Roman" w:eastAsia="Times New Roman" w:cs="Times New Roman"/>
        </w:rPr>
        <w:t>“Llaqtapa rimasqankunaqa kamachiqninchikpa hinallataq taripaqninchikpa ruwayninkunam.” The Great Controversy, 443.</w:t>
      </w:r>
    </w:p>
    <w:p>
      <w:pPr>
        <w:pStyle w:val="ArticleBody"/>
        <w:jc w:val="left"/>
      </w:pPr>
      <w:r>
        <w:rPr>
          <w:rFonts w:ascii="Times New Roman" w:hAnsi="Times New Roman" w:eastAsia="Times New Roman" w:cs="Times New Roman"/>
        </w:rPr>
        <w:t>Kay allpacha animalpa huk ñawpaq kaq unanchayninmi rimaynin. Estados Unidospa Constitución nisqaqa huk Diosmanta hamuq qillqaqa karqan, hinaspan pichqasqa punkukunata kicharirqan religiosa hinaspa política libertadpaq; chayta ruwaspanmi “unu wayq’u” nisqa qatiykachayta millp’urqan, mayqenchus pachak watakunapi Europapa reykuna hinaspa Iglesia Católica rurashaq karqanku.</w:t>
      </w:r>
    </w:p>
    <w:p>
      <w:pPr>
        <w:pStyle w:val="ArticleScripture"/>
        <w:jc w:val="left"/>
      </w:pPr>
      <w:r>
        <w:rPr>
          <w:rFonts w:ascii="Times New Roman" w:hAnsi="Times New Roman" w:eastAsia="Times New Roman" w:cs="Times New Roman"/>
        </w:rPr>
        <w:t>Amataqmi mach’aqwayqa siminmanta unuyninta mayu hina warmipa qhepanta wijch’urqan, mayu apasqa kananpaq. Hallp’ataq warmita yanaparqan, hallp’ataq siminta kicharirqan, hinaspan millp’urqan chay mayuta, mayqintachus dragón siminmanta wijch’umurqan. Apocalipsis 12:15, 16.</w:t>
      </w:r>
    </w:p>
    <w:p>
      <w:pPr>
        <w:pStyle w:val="ArticleBody"/>
        <w:jc w:val="left"/>
      </w:pPr>
      <w:r>
        <w:rPr>
          <w:rFonts w:ascii="Times New Roman" w:hAnsi="Times New Roman" w:eastAsia="Times New Roman" w:cs="Times New Roman"/>
        </w:rPr>
        <w:t>Kay allpapa pacha uywaq kamachikuynin tukukuyninpi, Bibliapa profecíanpi soqta kaq qhapaq suyu hina, hukmanta rimarinqa; ichaqa chayqa dragón hina rimarinqa, domingo p’unchaw kamachiyta kallpawan hunt’aspa.</w:t>
      </w:r>
    </w:p>
    <w:p>
      <w:pPr>
        <w:pStyle w:val="ArticleScripture"/>
        <w:jc w:val="left"/>
      </w:pPr>
      <w:r>
        <w:rPr>
          <w:rFonts w:ascii="Times New Roman" w:hAnsi="Times New Roman" w:eastAsia="Times New Roman" w:cs="Times New Roman"/>
        </w:rPr>
        <w:t>Hinallataqmi rikurirqani huk uywata allpamanta lluqsimuqta; payqa iskay waqrakuniyuq karqa oveja hina, ichaqa dragón hina rimarqa. Apocalipsis 13:11.</w:t>
      </w:r>
    </w:p>
    <w:p>
      <w:pPr>
        <w:pStyle w:val="ArticleBody"/>
        <w:jc w:val="left"/>
      </w:pPr>
      <w:r>
        <w:rPr>
          <w:rFonts w:ascii="Times New Roman" w:hAnsi="Times New Roman" w:eastAsia="Times New Roman" w:cs="Times New Roman"/>
        </w:rPr>
        <w:t>Kay pacha uywakunaqa qallarirqan soqtak kaq qhapaq suyuta hina 1798 watapi, papakunaq atiynin qichusqa kaptin.</w:t>
      </w:r>
    </w:p>
    <w:p>
      <w:pPr>
        <w:pStyle w:val="ArticleScripture"/>
        <w:jc w:val="left"/>
      </w:pPr>
      <w:r>
        <w:rPr>
          <w:rFonts w:ascii="Times New Roman" w:hAnsi="Times New Roman" w:eastAsia="Times New Roman" w:cs="Times New Roman"/>
        </w:rPr>
        <w:t>“Hinallataq Papado, kallpanta qichusqa kaspa, qatiykachaymanta saqeyman qatiykachisqa karqa, Juanqa huk musuq atiyniyuqta rikurqa, dragónpa siminta waqachinampaq, hinaspa chaylla sinchi, mana yupaychasqa llamk’ayta ñawpaqman apanampaq. Kay atiyniyuqmi, qhipa kaq iglesiapaq chayri Diospa kamachikuyninpaq maqanakunampaq, ovejapa waqrayuq uywawan unanchasqa karqa.” Signs of the Times, November 1, 1899.</w:t>
      </w:r>
    </w:p>
    <w:p>
      <w:pPr>
        <w:pStyle w:val="ArticleBody"/>
        <w:jc w:val="left"/>
      </w:pPr>
      <w:r>
        <w:rPr>
          <w:rFonts w:ascii="Times New Roman" w:hAnsi="Times New Roman" w:eastAsia="Times New Roman" w:cs="Times New Roman"/>
        </w:rPr>
        <w:t>1798 watapi, papakuna wañuchiq chakiyman hina k’irisqa kachkaptin, Estados Unidos rimarqan, hinaspa imaynan Alpha y Omega nisqapi kachkan hina, qallariypi rimariyqa tukukuypi rimariyta ñawpaqta rikuchirqan. Alien and Sedition Acts nisqakunaqa 1798 watapi kamachikuyman rimarisqa karqan, chaywanqa tukuypi churakusqa kamachikuykunata ñawpaqta rikuchirqan, mana allin inmigración nisqamanta, hinaspa medios de comunicación nisqamanta rimakuq kamachikuykunata.</w:t>
      </w:r>
    </w:p>
    <w:p>
      <w:pPr>
        <w:pStyle w:val="ArticleBody"/>
        <w:jc w:val="left"/>
      </w:pPr>
      <w:r>
        <w:rPr>
          <w:rFonts w:ascii="Times New Roman" w:hAnsi="Times New Roman" w:eastAsia="Times New Roman" w:cs="Times New Roman"/>
        </w:rPr>
        <w:t>Kay pacha niqchik rikusqanchikmanta 1776manta 1798kamaqa Alpha hinallataq Omega unanchayniyoqmi, imaraykuchus qallariyninpi Reqsisqa Kachariy qillqap “rimayninta” reqsichin, chaymi 1798 watapi Alien and Sedition Acts nisqakunata rikch’achin. Chay pacha chawpinpitaq United States-pa Constitution-ninta tarinki. Chay pachaqa allpa uywaq kamachikuyninmanta huk profetiku rikch’ayta qun, imaraykuchus oveja hina rimaspa qallarin, ichaqa chay pacha tukukuyninqa dragón-ta rikch’achiq kamachiywanmi tukukun. Ichaqa achka kuti hina, imaqa qallariyninpas tukukuyninpas chiqninakuykunawanmi tinkun. Chay pachaq ñawpaq waymarkanqa qhipa waymarkapi rikuchisqañam, chay chawpi waymarkataq United States-pa Constitution-nin karqa, chaytaq CHUNKA KIMSAYOQ estado-kunaq ratificasqan karqa. Hebreo simipi “cheqaq kay” nisqa simiqa ruwasqa karqa ñawpaq qillqamanta, chaymanta chunka kimsayoq qillqamanta, chaymanta hebreo alfabetoq qhipa qillqamanta.</w:t>
      </w:r>
    </w:p>
    <w:p>
      <w:pPr>
        <w:pStyle w:val="ArticleBody"/>
        <w:jc w:val="left"/>
      </w:pPr>
      <w:r>
        <w:rPr>
          <w:rFonts w:ascii="Times New Roman" w:hAnsi="Times New Roman" w:eastAsia="Times New Roman" w:cs="Times New Roman"/>
        </w:rPr>
        <w:t>Kunan pacha kunan yuyarisqanchikqa ñawpaq kaqpa, qhepa kaqpa, Cheqaq kaqpa unanchasqanmi. Chay pachaqa Biblia profecíapi soqtaq qhapaq suyuta hina allpa uywapa kamachikuynin qallariyman pusak pachatam rikuchin, chayraykutaq Biblia profecíapi soqtaq qhapaq suyuta hina allpa uywapa kamachikuynin tukukuyman pusak pachatapas rikuchin. Chay pachaqa 1989 watapi, pacha tukukuypi, qallarin. 1776manta 1798kamaqa 1989manta utqayllam hamuq Domingo kamachiykama churaykusqa kanan, maypachachus allpa uywa dragón hina rimarin, Alien and Sedition Acts nisqawan rikuchisqa hina.</w:t>
      </w:r>
    </w:p>
    <w:p>
      <w:pPr>
        <w:pStyle w:val="ArticleBody"/>
        <w:jc w:val="left"/>
      </w:pPr>
      <w:r>
        <w:rPr>
          <w:rFonts w:ascii="Times New Roman" w:hAnsi="Times New Roman" w:eastAsia="Times New Roman" w:cs="Times New Roman"/>
        </w:rPr>
        <w:t>Allinmi allinmi huk profetapa chiqaq kayta yachayniykuman churay. Chay chiqaqqa “tukuy pacha” nisqapa huk chiqninmi, huk unancha hina, achka kuti mana qhawarisqa. Laodicea nisqapi Adventismonqa allinmi yachayta atinqa 1798 watapas “tukuy pacha” kasqanta, ichaqa paykunapa unanchayninkuqa chayllapim tukukun, imaraykuchus mana imatapas yachankuchu llapa reforma siqi huknin hukwan tupachisqa kasqanmanta. Sapa reforma siqipas “tukuy pacha” nisqawanmi qallarin.</w:t>
      </w:r>
    </w:p>
    <w:p>
      <w:pPr>
        <w:pStyle w:val="ArticleBody"/>
        <w:jc w:val="left"/>
      </w:pPr>
      <w:r>
        <w:rPr>
          <w:rFonts w:ascii="Times New Roman" w:hAnsi="Times New Roman" w:eastAsia="Times New Roman" w:cs="Times New Roman"/>
        </w:rPr>
        <w:t>Moisésqa Cristota rikch’achisqan karqa, hinallataq Moisés kikinmi chay chiqaqta sut’inchasqa, Pedrotaq chayta Hechos libropi takyachirqan.</w:t>
      </w:r>
    </w:p>
    <w:p>
      <w:pPr>
        <w:pStyle w:val="ArticleScripture"/>
        <w:jc w:val="left"/>
      </w:pPr>
      <w:r>
        <w:rPr>
          <w:rFonts w:ascii="Times New Roman" w:hAnsi="Times New Roman" w:eastAsia="Times New Roman" w:cs="Times New Roman"/>
        </w:rPr>
        <w:t>Señor Diosniykiqa qankunapa chawpinmanta, qankunapa wawqikikunamanta, noqaman rikch’akuq Huk Profetata hatarichinqa; paytaqa uyariyku. Deuteronomio 18:15.</w:t>
      </w:r>
    </w:p>
    <w:p>
      <w:pPr>
        <w:pStyle w:val="ArticleBody"/>
        <w:jc w:val="left"/>
      </w:pPr>
      <w:r>
        <w:rPr>
          <w:rFonts w:ascii="Times New Roman" w:hAnsi="Times New Roman" w:eastAsia="Times New Roman" w:cs="Times New Roman"/>
        </w:rPr>
        <w:t>Jesúsqa Moisés hina kananpaq karqa.</w:t>
      </w:r>
    </w:p>
    <w:p>
      <w:pPr>
        <w:pStyle w:val="ArticleScripture"/>
        <w:jc w:val="left"/>
      </w:pPr>
      <w:r>
        <w:rPr>
          <w:rFonts w:ascii="Times New Roman" w:hAnsi="Times New Roman" w:eastAsia="Times New Roman" w:cs="Times New Roman"/>
        </w:rPr>
        <w:t>Kunanqa, wawqe panikuna, yachani mana yachaspa chayta rurasqaykichista, kamachiqniykichiskunapas hinallataq. Ichaqa Diospa llapa profetankunapa siminwan ñawpaqmantaraq willasqan imakunata, Cristoq ñak’arinanpaq, chaykunataqa hunt’arqanñam. Chayrayku wanakuspa tikrakuychis, huchaykichis pichasqa kananpaq, Señorp a qayllanmanta samaymanta kausay p’unchaykuna hamunan kama; hinaspa payqa kachamunqa Jesucristota, ñawpaqmantapacha qankunaman willasqa karqan chayta. Paytaqa hanaq pacha chaskinan tiyan llapa imakuna kutichisqa kanan p’unchaykama, chaykunamanta Dios rimarqan llapa santo profetankunapa siminwan, kay pachaq qallariyninmantapacha. Moisesqa cheqaqtapuni taytakunata nirqan: Señor Diosniykichisqa wawqeykichismantam hoq profetata oqarimuchisunkichis noqaman rikch’akuqta; paytam uyariychis llapa imachus nisunkichis chaypi. Hinaspa pasaqmi, mayqin almachus mana chay profetata uyarispaqa, llaqtamantan chinkachisqa kanqa. Arí, llapa profetakunapas Samuelmanta qallarispa qhepantaraq hamuqkuna, hayk’achus rimarqanku chaykunaqa, kay p’unchaykunamantam willarqanku. Hechos 3:17–24.</w:t>
      </w:r>
    </w:p>
    <w:p>
      <w:pPr>
        <w:pStyle w:val="ArticleBody"/>
        <w:jc w:val="left"/>
      </w:pPr>
      <w:r>
        <w:rPr>
          <w:rFonts w:ascii="Times New Roman" w:hAnsi="Times New Roman" w:eastAsia="Times New Roman" w:cs="Times New Roman"/>
        </w:rPr>
        <w:t>Moisespa historiampi tukukuypa pachaqqa paypa paqarisqanmi karqan, chaymi Cristopa paqarisqanta rikch’achirqan. Cristo hinallataq Moisespa paqarisqanpiqa yachaymi aswan yapakurqan, chay yachaymi chay mirayta pruebayman churana karqan. Iskayninpa paqarisqanmantam yachayqa Egiptopa dragon atiyninta hinallataq Romapa dragon atiynintapas kallpachirqan profecíapi prometisqa runakunata wañuchiyta munanankupaq. Orqokunapi michiqkuna, inti lloqsimuq lawmanta yachaqkunaqa chay tukukuypa pachapi yachay aswan yapakusqanta entienderqanku chaykunata rikch’achinku.</w:t>
      </w:r>
    </w:p>
    <w:p>
      <w:pPr>
        <w:pStyle w:val="ArticleBody"/>
        <w:jc w:val="left"/>
      </w:pPr>
      <w:r>
        <w:rPr>
          <w:rFonts w:ascii="Times New Roman" w:hAnsi="Times New Roman" w:eastAsia="Times New Roman" w:cs="Times New Roman"/>
        </w:rPr>
        <w:t>Imataq sapa kutin mana reparasqachu kaymi: tukuypa puchukaynin pachapi iskay señalkuna kan. Manam Moisesllachu paqarirqan, aswanpas kimsa watakuna ñawpaqman wawqen Aarón paqarirqan. Cristo paqarinanmanta soqta killakuna ñawpaqman primon Juan paqarirqan. 1798 wataqa “tukuypa puchukaynin pacha” nisqapa aswan rikhsiyninmi, hinaspataq 1798 watapi animalqa (político aparaton) (puta warmi) tutayaq pacha ukunpi montasqan wañuchisqa karqan, huk wata qhipamantataq chay animalta montasqa “warmi”pas wañurqan.</w:t>
      </w:r>
    </w:p>
    <w:p>
      <w:pPr>
        <w:pStyle w:val="ArticleBody"/>
        <w:jc w:val="left"/>
      </w:pPr>
      <w:r>
        <w:rPr>
          <w:rFonts w:ascii="Times New Roman" w:hAnsi="Times New Roman" w:eastAsia="Times New Roman" w:cs="Times New Roman"/>
        </w:rPr>
        <w:t>1989 watapi ishkay umalliqkuna karqan. Reaganqa 1989 watapi churakuykama kamachirqan, chaymantañataq ñawpaq Bush kamachiyta qallariq. Waranqa iskay pachak suqta chunka watakuna tukukuyninqa Babiloniapi prisionpi qanchis chunka watakunawan unanchasqa karqan, hinaspa General Ciro, Daríopa sobrino, raymi tutapi Belsasar-ta wañuchispa, Daríoqa cheqaqta qhapaq rey karqan. Daríowan Ciroqa chay pacha tukukuypi iskay señalakunata rikch’achinku.</w:t>
      </w:r>
    </w:p>
    <w:p>
      <w:pPr>
        <w:pStyle w:val="ArticleBody"/>
        <w:jc w:val="left"/>
      </w:pPr>
      <w:r>
        <w:rPr>
          <w:rFonts w:ascii="Times New Roman" w:hAnsi="Times New Roman" w:eastAsia="Times New Roman" w:cs="Times New Roman"/>
        </w:rPr>
        <w:t>Moiséswan Aaronwan, Juanwan Jesuswan, Dariowan Ciro wan, papadowan papa wan, hinaspa Reaganwan Bushwan ukhupas proféticallañ tinriyninkukuna llapaqmi k’anchaypa p’unchayninkuna kanku, allin metodología nisqawan yachaykuspa qhawarisqa kaptinqa. Kaypi rikuchisunchikqa kaymi: Juanqa, Jesuspa primonqan, chunlla pampapi qapariq simi karqa; chaytaqa Moisespa wawqen Aaronmi unanchasqa karqa, paymi chunlla pampaman purirqa Moisesta tinkuq, paypa simin kananpaq.</w:t>
      </w:r>
    </w:p>
    <w:p>
      <w:pPr>
        <w:pStyle w:val="ArticleBody"/>
        <w:jc w:val="left"/>
      </w:pPr>
      <w:r>
        <w:rPr>
          <w:rFonts w:ascii="Times New Roman" w:hAnsi="Times New Roman" w:eastAsia="Times New Roman" w:cs="Times New Roman"/>
        </w:rPr>
        <w:t>Cristopa hawk’asqanman ñawpaq kimsa chunka watakuna ukhupi, hinallataq anticristopa ñawpaq kimsa chunka watakuna ukhupipas, kan huk señas nisqa, chaymanta reqsichisqa huk “kunkata”. Cristopaqa, chayqa karqan Juanpa kunkan, purunpi waqyaspa. 533 watapi Justiniano huk kamachikuyta ruwarqan, anticristota reqsichispa hina herejekunapa allinchariqnin, iglesiapa umanpas. Justinianopa kamachikuyninqa karqan chay “kunka” nisqa, 538 watapi Orléans Consejo-pi domingo p’unchaw kamachikuy “decreto” nisqapaq wakichiq.</w:t>
      </w:r>
    </w:p>
    <w:p>
      <w:pPr>
        <w:pStyle w:val="ArticleBody"/>
        <w:jc w:val="left"/>
      </w:pPr>
      <w:r>
        <w:rPr>
          <w:rFonts w:ascii="Times New Roman" w:hAnsi="Times New Roman" w:eastAsia="Times New Roman" w:cs="Times New Roman"/>
        </w:rPr>
        <w:t>Heneral Ciroq ejercitunmi karqan rimayqa, Darioq Babiloniata atipaynin mana unaypi hamunanpaq kasqanta reqsichiq.</w:t>
      </w:r>
    </w:p>
    <w:p>
      <w:pPr>
        <w:pStyle w:val="ArticleScripture"/>
        <w:jc w:val="left"/>
      </w:pPr>
      <w:r>
        <w:rPr>
          <w:rFonts w:ascii="Times New Roman" w:hAnsi="Times New Roman" w:eastAsia="Times New Roman" w:cs="Times New Roman"/>
        </w:rPr>
        <w:t>“Ciroq ejercitonpa Babilonia llaqtapa perqan ñawpaqman chayamunqanqa judíokunapaq huk señal karqan paykunapaq prisionmanta kachariyku kayqa qayllayamusqanta. Ciro paqarinanmanta aswan huk pachak watakuna ñawpaqtaña, Inspiración nisqaqa sutinwan rimarqan, hinaspataq qillqasqa kananpaq kamachirqan cheqaq llamk’asqanmantapas: imaynatas Babilonia llaqtata mana yuyasqata hap’inanpaq, hinaspataq prisionpi wawakunapa kachariykusqanpaq ñanta allichananpaq. Isaías nisqawanmi kay simi rimarisqa karqan:”</w:t>
      </w:r>
    </w:p>
    <w:p>
      <w:pPr>
        <w:pStyle w:val="ArticleScripture"/>
        <w:jc w:val="left"/>
      </w:pPr>
      <w:r>
        <w:rPr>
          <w:rFonts w:ascii="Times New Roman" w:hAnsi="Times New Roman" w:eastAsia="Times New Roman" w:cs="Times New Roman"/>
        </w:rPr>
        <w:t>“‘Kaymi nin Señormi willasqaqanmi paypa akllasqanman, Círusman, paqpa allin makinmanta ñoqaqa hap’isqayrayku, ñawpaqninpi suyukunata urmachinaypaq; … ñawpaqninpi iskay raprayuq punkukunata kicharinaypaq; hinaspa punkukuna mana wichq’asqa kanqachu; ñoqaqa ñawpaqniykiman risaq, q’iwikuchkaq cheqokunatapas chiqanchasaq: broncemanta punkukunata pedazollapi p’akisaq, fierromanta trancakunatapas kuskanmanta kuchusaq: hinaspa qosqayki tutayaypi qori-qollqekunata, pakasqa cheqokunapi pakasqa qapaq kaykunatapas, yachanaykipaq ñoqa, Señor, sutiykimanta qayasuqniyki, Israelpa Diosnin kani nisqayta.’ Isaías 45:1–3.” Profetas y Reyes, 551.</w:t>
      </w:r>
    </w:p>
    <w:p>
      <w:pPr>
        <w:pStyle w:val="ArticleBody"/>
        <w:jc w:val="left"/>
      </w:pPr>
      <w:r>
        <w:rPr>
          <w:rFonts w:ascii="Times New Roman" w:hAnsi="Times New Roman" w:eastAsia="Times New Roman" w:cs="Times New Roman"/>
        </w:rPr>
        <w:t>Ishkay testigokuna utaq ishkay señalkuna nisqawanmi profetikusqa “pacha tukukuynin” sutiyachisqa sayarichisqa kasqanta riqsisqa kaptin, chayhinallataqmi riqsiy atikunman chay ishkay señalkunamanta hukninqa qayllamuchkaq historiata riqsichiyta, willakuyta utaq waqyayta rikuchisqanta. Aarón, Juan, Ciro, hinaspa Justinianoqa pacha tukukuyniq manaraq chayamushasqanmanta ñawpaqta hamuq señalta rikuchinku. 1798 watapi pacha tukukuyninqa 1776 mantapacha 1798 kama rikuchisqa pacha muyu tukukuyninmi. Chay historiapa chawpinpi kaq señalqa chunlla pampapi waqaq siminmi, qayllamuchkaq historiata willarinqanpaq. Chay historiata qallarisqa huk qillqasqa willakuywanmi, mayqinchus qhapaq rey utaq papa nisqapa kamachiq diktatorial atiyninta qichuspa chinkachirqan; tukukuynintaq huk qillqasqa willakuywanmi, mayqinchus huk dictadorpa kasqanayna kayninta rikuchirqan. Chawpinpi kaq qillqasqa willakuyqa hamuq historiapa “waqyaynin”ta rikuchirqan, chay waqyaynintaq kaykarqan Estados Unidospa Constituciónninqa chay historiapa tukukuyninpi urmachisqa kananta.</w:t>
      </w:r>
    </w:p>
    <w:p>
      <w:pPr>
        <w:pStyle w:val="ArticleBody"/>
        <w:jc w:val="left"/>
      </w:pPr>
      <w:r>
        <w:rPr>
          <w:rFonts w:ascii="Times New Roman" w:hAnsi="Times New Roman" w:eastAsia="Times New Roman" w:cs="Times New Roman"/>
        </w:rPr>
        <w:t>Chay historiapaq siq’inqa 1989 watapi yapamanta qallariyta qallarirqan, hinaspan Domingo kamachikuypi tukukun, maypin 1789 watapi, iskay pachak watakuna ñawpaqpi, chunlla pampamanta willakuyqa mana chaskisqa kachkan. 1989 wataqa pisiq chunka tawa chunka versículopa tukukuyninpi kaq pacha tukuypaqmi karqan, hinaspan 1798 watapi kaq pacha tukuypaqwan tupachkan. 1989 wataqa 1776 watawan tupachkan, hinaspan Domingo kamachikuyqa 1798 watata reqsichin. Chay historiapa chawpinpi, maypin llapa rikuchikuykunapa ruwayninqa hunt’asqa kan, 2001 wata, septiembre killapa 11 p’unchayninpi qallarisqa historiapaq, hinaspa 1789 watapa willakuyninkama puriq historiapaq, hunt’akun, hinaspan Constitución tikrasqa kachkan. Chawpinpi huk waymark kananmi tiyan, Diosqa hayk’aqpas mana tikranchu. Chay waymarkqa utqaylla hamuq Domingo kamachikuymanta qallariq profétic historiaqpaq huk willakuyta reqsichinman.</w:t>
      </w:r>
    </w:p>
    <w:p>
      <w:pPr>
        <w:pStyle w:val="ArticleBody"/>
        <w:jc w:val="left"/>
      </w:pPr>
      <w:r>
        <w:rPr>
          <w:rFonts w:ascii="Times New Roman" w:hAnsi="Times New Roman" w:eastAsia="Times New Roman" w:cs="Times New Roman"/>
        </w:rPr>
        <w:t>1989 wataqa pacha tukukuypa tiempunta chusku chunka versículopi, chaymi pusaj chunka hukniyuq versículopi domingo leyman pusamun. Pacha tukukuymanta qhepataraq chayamurqa, ichaqa domingo leymanta manaraq ñawpaqta, willakuy waqaychayqa karqa 11 de septiembre de 2001. Chayqa waqyan chay pacha historiapa tukukuyninpi, kimsa kaq Ay, 11 de septiembre de 2001 p’unchaypi chayamurqa, hinallataq chaylla ratopi hark’asqa karqa, huk kutitaq mana suyasqa musphay hina maqanakunqa, waranqa llaqtakunataq chinkachisqa kanqa. Chay chinkachiy chayamuchkaptin, Satanásqa admirakuypaq ruwanasninta qallarinqa, chay ruwaytaq qayllamanta hamuq domingo leypi qallarin.</w:t>
      </w:r>
    </w:p>
    <w:p>
      <w:pPr>
        <w:pStyle w:val="ArticleScripture"/>
        <w:jc w:val="left"/>
      </w:pPr>
      <w:r>
        <w:rPr>
          <w:rFonts w:ascii="Times New Roman" w:hAnsi="Times New Roman" w:eastAsia="Times New Roman" w:cs="Times New Roman"/>
        </w:rPr>
        <w:t>¡Ay, Diospa llaqtan runakuna waranqa llaqtakunapa qaylla chinkachisqa kayninta musyaymanchikman, kunanqa yupaychasqa idolatríaman casi qusqachasqa! Ichaqa achkaqkuna, cheqaq kawsayta willakuyta ruranankupaq kaqkuna, wawqinkunata paninkunata tumpanku hinaspa huchachanku. Diospa tikray atinin yuyaykunaman hamuptinqa, sut’i hukninchaymi kanqa. Runakunaqa manan munanqachu qhawapaylla taripaq kayta, nitaj urmachiyta. Manan sayanqachu chay chiqapi, mayqenchus kay pachaman k’anchayta llipyachinanta hark’an. Paykunapa qhawapayasqanku, paykunapa tumpasqankuqa tukukunqaña. Awqapa kallpankuna maqanakuypaq huñunakuchkanku. Sinchi ch’aqwaykuna ñawpaqninchikpi kachkan. Tantanakuychik, wawqiykuna paniykuna, tantanakuychik. Cristowan watanakuychik. “Ama niychikchu: ‘Huñunakuymi’, ... amataq manchakuychikchu paykunapa manchakusqankuta, amataq manchariychikchu. Ejércitokunapa Señor Diosllata ch’uyaqchaychik; paylla qankunapa manchakusqaykichik kachun, paylla qankunapa llakikuykichik kachun. Hinaspa payqa waqaychana wasim kanqa; ichaqa iskaynin Israelpa wasinkunapaq mitk’akuna rumim hinaspa urmachiq qaqam kanqa, Jerusalén llaqtapi tiyaqkunapaq toqllam hinaspa watukuy trampam kanqa. Hinaspa achkaqkuna paykuna ukhupin mitk’anqaku, urmanqaku, pakisqa kanqaku, toqllasqa kanqaku, hinaspa hap’isqa kanqaku.”</w:t>
      </w:r>
    </w:p>
    <w:p>
      <w:pPr>
        <w:pStyle w:val="ArticleScripture"/>
        <w:jc w:val="left"/>
      </w:pPr>
      <w:r>
        <w:rPr>
          <w:rFonts w:ascii="Times New Roman" w:hAnsi="Times New Roman" w:eastAsia="Times New Roman" w:cs="Times New Roman"/>
        </w:rPr>
        <w:t>“Kay pachaqa huk teatromi. Chaypi arariqkunaqa, paypa llaqtan runakunaqa, qhipa hatun dramapi sapa hukninchik ruwanan ruwasqanta ruwanankupaq allichakuchkanku. Diosqa mana rikuykuchkannachu. Runakuna hatun t’aqakuna ukhupiqa manam hukllayasqa kay kanchu, aswanpas runakuna paykuna kikinkupaq munaq kaykunata hunt’achinankupaq huñunakuspaqa chayllapi hukllayasqa kanku. Diosqa qhawachkanmi. Paypa maki mana kasukuq kamachisqan runakunamanta munasqanmi hunt’akunan. Kay pachaqa manam runakuna makinkunaman qusqa kasqachu, ichaqa Diosqa huk pisi p’unchawkama pantaywan mana allin kamachiypa imankunata atipachkananpaq saqichkan. Uraymanta hamuq atiyniyuqmi llank’achkan qhipa hatun rikch’aykunata kay dramapi rikhurichinanpaq,—Satanás Cristo hina hamuspa, llulla pantachiynin mana chanin kaywan hunt’asqa llank’aspa, pakasqa huñunakuq ayllukunaman paykikuna watanakusqankupi. Confederaciónpaq munaywan kuyasqa qowikuqkunaqa awqapa yuyayninkunata ruwachkanku. Iman rayku kasqanqa, chaymanta lloqsiyqa qatinqam.”</w:t>
      </w:r>
    </w:p>
    <w:p>
      <w:pPr>
        <w:pStyle w:val="ArticleScripture"/>
        <w:jc w:val="left"/>
      </w:pPr>
      <w:r>
        <w:rPr>
          <w:rFonts w:ascii="Times New Roman" w:hAnsi="Times New Roman" w:eastAsia="Times New Roman" w:cs="Times New Roman"/>
        </w:rPr>
        <w:t>“Huch’a rurayqa qayllañam hunt’akunan tupanman chayashan. Pantasqa kaymi kay pachata junt’achkan, hatun manchariynataq utqayllam runakunaman hamunanpaq kachkan. Tukukuyqa ancha qayllañam. Noqayku, cheqaq kayta reqsikunaqa, wakichikuspa kashanchik kay pachaman utqaylla urmamunanpaq kaq, llapanta mancharichiq hinallataq mana suyasqa musphachiy hina hamuqpaq.” Review and Herald, September 10, 1903.</w:t>
      </w:r>
    </w:p>
    <w:p>
      <w:pPr>
        <w:pStyle w:val="ArticleBody"/>
        <w:jc w:val="left"/>
      </w:pPr>
      <w:r>
        <w:rPr>
          <w:rFonts w:ascii="Times New Roman" w:hAnsi="Times New Roman" w:eastAsia="Times New Roman" w:cs="Times New Roman"/>
        </w:rPr>
        <w:t>Riqsichiyqa, 1789 watapi Constitución yaykuchisqanmanta rikch’achisqa karqan chayqa, kinsa kaq angelpa willakuyninmi, mayqanmi iskay kaq Kadeshman kutimun, chaypachataq pachak tawa chunka tawayuq waranqa akllasqakunapa sellasqa kaynin qallarin. Chay riqsichiyqa Apocalipsis chunka pusaqniyuq kaq qillqapa ñawpaq kaq kunka willakuyninmi; hinaspa manam chay pacha Nueva York llaqtapa hatun wasikuna urmachisqa kasqallachu, astawanpas Constituciónpa ancha ukun kaq kayninmi t’ikrasqa karqan. Constituciónqa qillqasqa karqan hinaspa inglés kamachiyman sayasqa karqan, maypa sapsi yuyayphilosofian kayhinata sasallam sut’ichasqa kayta atin: “huk runaqa mana huchayuqmi kan, huchayuq kasqan chiqaqchasqa kaman.” Constituciónqa qillqasqa karqan Roma kamachiy sutiyuqta rechazanapaqmi, maypa sapsi yuyayphilosofian kayhinata sasallam sut’ichasqa kayta atin: “huk runaqa huchayuqmi kan, mana huchayuq kasqan chiqaqchasqa kaman.”</w:t>
      </w:r>
    </w:p>
    <w:p>
      <w:pPr>
        <w:pStyle w:val="ArticleBody"/>
        <w:jc w:val="left"/>
      </w:pPr>
      <w:r>
        <w:rPr>
          <w:rFonts w:ascii="Times New Roman" w:hAnsi="Times New Roman" w:eastAsia="Times New Roman" w:cs="Times New Roman"/>
        </w:rPr>
        <w:t>1789 watapi llaqtamanta hamuq willakuyqa, Constitución nisqawan rikuchisqa, 2001 wata septiembre 11 p’unchawmanta willakuyta rikuchin, manataq ruphasqa wasi hatunkuna chay historiata huk literal hunt’asqawan señalasqallachu karqan, aswanpas Patriot Act nisqapa pasajen (rimay) nisqapas chay willakuyta rikuchirqan.</w:t>
      </w:r>
    </w:p>
    <w:p>
      <w:pPr>
        <w:pStyle w:val="ArticleBody"/>
        <w:jc w:val="left"/>
      </w:pPr>
      <w:r>
        <w:rPr>
          <w:rFonts w:ascii="Times New Roman" w:hAnsi="Times New Roman" w:eastAsia="Times New Roman" w:cs="Times New Roman"/>
        </w:rPr>
        <w:t>Patriot Act nisqaqa (Uniting and Strengthening America by Providing Appropriate Tools Required to Intercept and Obstruct Terrorism Act of 2001) Estados Unidos-pa Congresonman yaykuchisqa karqa, 2001 watapi setiembre 11 p’unchaypi terrorista atacukuna qhipaman pisi p’unchayllapi. Chay ley paqarichiq qillqaqa Cámara de Representantesman 2001 watapi octubre 23 p’unchaypi yaykuchisqa karqa, Senadomanri 2001 watapi octubre 24 p’unchaypi. Presidente George W. Bush-mi chayta ley hina firmaspa sayachirqa 2001 watapi octubre 26 p’unchaypi. Patriot Act nisqaqa gobiernopa atinqanta kallpachayta munarqa terrorismo ruwaykunata tapuy, maskhay hinaspa hark’ay atiyta, chaymanta qhaway rikch’anakuy hinaspa ley hunt’achiqkunapa atiyninkunatapas mast’arichiyta; chaymi inglisp simipi ley paqarisqan huk hatun, saphi kamachiyta mana chaskirqachu, mayqin runapas mana huchayuqmi kachkan, mana huchachasqa kasqanta sut’inchasqa kama. Kunan p’unchaykamaña chayta gobierno ukhupi akllasqa kurakkuqkuna llamk’achkanku, ley nisqapa allin ñanninta muyurichinankupaq, sapalla kawsayta hinaspa chanin taripanakuykunatapas qichunanpaq.</w:t>
      </w:r>
    </w:p>
    <w:p>
      <w:pPr>
        <w:pStyle w:val="ArticleBody"/>
        <w:jc w:val="left"/>
      </w:pPr>
      <w:r>
        <w:rPr>
          <w:rFonts w:ascii="Times New Roman" w:hAnsi="Times New Roman" w:eastAsia="Times New Roman" w:cs="Times New Roman"/>
        </w:rPr>
        <w:t>Qatiq qelqayniypi kay yachayta qatiqllaña riqsichisunchik.</w:t>
      </w:r>
    </w:p>
    <w:p>
      <w:pPr>
        <w:pStyle w:val="ArticleScripture"/>
        <w:jc w:val="left"/>
      </w:pPr>
      <w:r>
        <w:rPr>
          <w:rFonts w:ascii="Times New Roman" w:hAnsi="Times New Roman" w:eastAsia="Times New Roman" w:cs="Times New Roman"/>
        </w:rPr>
        <w:t>“¿Imaynataq kashanchik kay manchariy, llakikuywan junt’a solemne tiempopi? ¡Ay!, imayna hatun orgullotaq iglesiapi atipashan, imayna iskay uya kay, imayna qollqesqa engañokuy, imayna p’achallikuy munay, yanqa kusikuy, pukllayta munay, imayna qhapaq kayman wichay munay! Tukuy kay huchakuna yuyayta phuyuyniyoqman tukurqan, chayrayku wiñay kaq imaskunata mana reqsisqachu karqan. ¿Manachu Qhelqata mask’asunchik, kay pachap historiapi maypi kasqanchikta yachananchikpaq? ¿Manachu yuyaysapa runakuna hina tukusunchik kay tiempopi ñoqanchikrayku ruwakusqan llamk’aymanta, hinallataq ñoqanchik huchasapa runakuna hina mayqin sayayninchikta hap’inanchikmanta, kay pampachanakuy llamk’ay purishaqtin? Sichus imapas almasninchikpa salvacionninmanta yupaychayniyoq kashanchik chayqa, sut’i, allinta tikrayta ruwananchikmi. Cheqaq wanakuywan Señorta mask’ananchikmi; sonqonchik ukhuman p’akisqa kaspa huchanchikkunata confesakunanchikmi, chay hina pichasqa kanankupaq.”</w:t>
      </w:r>
    </w:p>
    <w:p>
      <w:pPr>
        <w:pStyle w:val="ArticleScripture"/>
        <w:jc w:val="left"/>
      </w:pPr>
      <w:r>
        <w:rPr>
          <w:rFonts w:ascii="Times New Roman" w:hAnsi="Times New Roman" w:eastAsia="Times New Roman" w:cs="Times New Roman"/>
        </w:rPr>
        <w:t>“Manamñaqa manañam astawan qhipakuyta atinchu chay layqasqa hallp’api. Utuqayllaña qayllachkanchik kamachisqa p’unchayninchikpa tukukuyninman. Sapa alma tapukuchun: ¿Imaynatan ñuqaqa Diospa ñawpaqenpi kashani? Manam yachanchikchu hayk’aqlla sutinchikkuna Cristo-pa siminman apasqa kanqanku, hinaspa asuntunchikkuna tukuy sonqowan qhipa kutipi taripasqa kanqanku. ¡Imataq, ay, imataq kay taripaykuna kanqa! ¿Chanin runakunawan yupasqa kasunchikchu, utaq mana allin runakunawan yupasqa kasunchik?”</w:t>
      </w:r>
    </w:p>
    <w:p>
      <w:pPr>
        <w:pStyle w:val="ArticleScripture"/>
        <w:jc w:val="left"/>
      </w:pPr>
      <w:r>
        <w:rPr>
          <w:rFonts w:ascii="Times New Roman" w:hAnsi="Times New Roman" w:eastAsia="Times New Roman" w:cs="Times New Roman"/>
        </w:rPr>
        <w:t>“Iglesiata hatariychun, Diospa ñawpaqenpi qipaman kutisqanmanta wanakuchun. Rikch’akuqkuna rikch’ariychun, waqra waqyayninta sut’inchaspalla qaparichun. Kayqa willakunanchikpaq chiqap sut’i amonestaciónmi. Diosqa sirviqninman kamachin: ‘Qaparimuy sinchiwan, ama qhesachakuychu, waqra hina simiykita oqarichiy, llaqtayman huchankuta rikuchiy, Jacobpa wasinmanpas huchankuta rikuchiy.’ Runakunapa yuyayninman chayananchikmi; mana chayta atispaqa, llapa kallpanchikpas yanqallañam kanman; hanaq pachamanta huk angel uraykamuspa paykunaman rimaptinpas, siminkunaqa mana aswan allinta ruranchu wañuypa chiri rinrinman rimashanman hina. Iglesiataqa rurayman rikch’achinanchikmi. Diospa Espiritunqa manam hayk’aqpas hamunqachu ñanta ñawpachaspalla wakichikusqankama. Chaypiqa sonqota kuskanchaspalla allinta mask’anakuy kanan. Chaypiqa hukllachasqa, mana sayk’uspa mañakuy kanan, hinaspa fe nisqawan Diospa promesankunata hap’ipakuy kanan. Chaypiqa manam unquna llach’apawan cuerpota p’achalliychu kanan, ñawpa p’unchawkunapi hina, aswanqa alma nisqapi ancha p’akiylla, uraychakuy kanan. Manam huk ñawpaq razónniyoqchu kashanchik kikinchikta kusichikunaykipaq, nitaq kikinchikta hatunchanaykipaqpas. Diospa kallpasapa makin uranpi uraychakunanchikmi. Paymi rikurimunqa cheqap mask’aqkunata sonqochaypaq hinaspa bendeciyta qorqonampaq.”</w:t>
      </w:r>
    </w:p>
    <w:p>
      <w:pPr>
        <w:pStyle w:val="ArticleScripture"/>
        <w:jc w:val="left"/>
      </w:pPr>
      <w:r>
        <w:rPr>
          <w:rFonts w:ascii="Times New Roman" w:hAnsi="Times New Roman" w:eastAsia="Times New Roman" w:cs="Times New Roman"/>
        </w:rPr>
        <w:t>“Llamkayqa ñawpaqninchikpi kashan; ¿chaymanchu yaykusaqku? Utqayllam llamkana kanchik, sapa kuti mana sayk’uspa ñawpaqman purinanchikmi. Señorpaj jatun p’unchawninpaq wakichikusaqmi kanan. Mana ima pacha chinkachinanchikchu, mana pacha kanchu kikillanchikrayku munasqanchikkunapi ocupasqa kananchikpaq. Kay pachapi runakuna yachachisqa kananmi. ¿Imatataq noqanchik sapankamanta ruwashanchik wakinkunaman k’anchayta apamunanchikpaq? Diosqa sapa runaman llamkayninta saqewan; sapaqninmi ruwananpaq rakiyoq, kay llamkaytaqa mana qhespichispa saqeyta atinchu, almaikuna chinkananpa hatun peligronninwan.”</w:t>
      </w:r>
    </w:p>
    <w:p>
      <w:pPr>
        <w:pStyle w:val="ArticleScripture"/>
        <w:jc w:val="left"/>
      </w:pPr>
      <w:r>
        <w:rPr>
          <w:rFonts w:ascii="Times New Roman" w:hAnsi="Times New Roman" w:eastAsia="Times New Roman" w:cs="Times New Roman"/>
        </w:rPr>
        <w:t>“¡Ay wawqe masiykuna, ¿Chu Santo Espíritu-ta llakichinkichis, hinaspa ripunanpaq ruwankichis? ¿Chu kusisqa Salvador-ta qichunkichis, paypa qayllanpi kaypaq mana wakichisqa kasqaykichisrayku? ¿Chu almanakunata chinkachinkichis cheqaq kaqta mana yachasqankurayku, qankuna samayniykichista ancha munasqaykichisrayku, Jesus qankunapaq apaq llasaq qipita mana apariyta munaspa? Puñuymanta rikch’arimusunchis. ‘Allinta umalliychis, vigilante kaychis; imaraykuchus qankunapa contraykichi Diabloqa, huk qaparikuq leon hina, purin mayqentaq mikhunanpaq maskhaspa.’” Review and Herald, March 22, 1887.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Qelqa - Pachak kimsa chunka hukniyuq hukñiqin</dc:title>
  <dc:subject>Sut’inakuy profétic p’achapa: Revelaciónmanta kunankama kaq chiqaq kaykunawan t’inkichispa</dc:subject>
  <dc:creator>Jeff Pippenger</dc:creator>
  <cp:keywords/>
  <dc:description>Generated by ArticleDigger from daniel\131_daniel.json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