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Kimsa Chunka Iskayniyuq numero</w:t>
      </w:r>
    </w:p>
    <w:p>
      <w:pPr>
        <w:pStyle w:val="ArticleSubtitle"/>
        <w:jc w:val="left"/>
      </w:pPr>
      <w:r>
        <w:rPr>
          <w:rFonts w:ascii="Arial" w:hAnsi="Arial" w:eastAsia="Arial" w:cs="Arial"/>
        </w:rPr>
        <w:t>Iskay Pruebapa Proféticupaq Ancha Hatun Significadonta Qhawarispa: Uywaqa Rikchayninta hinaspa 144.000-ninkuna Sellakusqan Pachata Entiendespa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Ñawpaq qillqakunapiqa pacha hapiqku kimsa pruebakunamanta iskayñiqnin pruebayuq profetap siminkunata riqsichinapaq, chay kimsa angelkuna sut’inchasqanman hina. Sapa angelqa huk sapaq pruebatam qawachin, iskayñiqnin pruebataq rikuywan reqsichisqa prueban hina qawachisqa kachkan. Kimsa angelkunatapas riqsirqanchik, sapaqnin pruebankunapas Daniel qillqap huk kaq capitulonpi reqsichisqallataqmi kachkan, maypichus chay kimsa pruebakunamanta iskayñiqninqa Danielpa hinaspa chay kimsa allin runakunapa rikch’ayninman hina sayasqa karqa, aycha mana mikhuq mikhunata mikhusqankumanta qhipaman, Babilonia llaqtap mikhunanpa rantinpi. Iskayñiqnin pruebayuq huknin característicantaqmi kay: achkha kuti Iglesiapa hinaspa Estadopa huñusqa kasqanta qawachiq huk rikch’ayninwanmi reqsichisqa kachkan.</w:t>
      </w:r>
    </w:p>
    <w:p>
      <w:pPr>
        <w:pStyle w:val="ArticleBody"/>
        <w:jc w:val="left"/>
      </w:pPr>
      <w:r>
        <w:rPr>
          <w:rFonts w:ascii="Times New Roman" w:hAnsi="Times New Roman" w:eastAsia="Times New Roman" w:cs="Times New Roman"/>
        </w:rPr>
        <w:t>Kimsa angelkunapas sapa-sapa pruebankunapas reqsisqa kachkan Nimrodpa Babelnin urmaqninpi, Génesis qillqapa chunka hukniyuq capítulo nisqapi. Kimsa pruebakuna chaypi rikuchisqa kachkan “go to” nisqa rimay kimsa kuti apaykachisqanwan, versículo kimsa, tawa, qanchis nisqakunapi. Iskay kaq “go to” nisqa rimay, versículo tawa nisqapi, iskay kaq angelpa pruebanta señalaykun.</w:t>
      </w:r>
    </w:p>
    <w:p>
      <w:pPr>
        <w:pStyle w:val="ArticleScripture"/>
        <w:jc w:val="left"/>
      </w:pPr>
      <w:r>
        <w:rPr>
          <w:rFonts w:ascii="Times New Roman" w:hAnsi="Times New Roman" w:eastAsia="Times New Roman" w:cs="Times New Roman"/>
        </w:rPr>
        <w:t>Hinaspataq nirqanku: “Hamuychik, huk llaqtata hinaspa huk torreta rurasun, puntan hanaq pacha kama chayananpaq; sutinchiktapas rurakusunchik, ama tukuy kay pachapi ch’iqikachasqa kasunchikpaq” (Génesis 11:4).</w:t>
      </w:r>
    </w:p>
    <w:p>
      <w:pPr>
        <w:pStyle w:val="ArticleBody"/>
        <w:jc w:val="left"/>
      </w:pPr>
      <w:r>
        <w:rPr>
          <w:rFonts w:ascii="Times New Roman" w:hAnsi="Times New Roman" w:eastAsia="Times New Roman" w:cs="Times New Roman"/>
        </w:rPr>
        <w:t>Llaqtaqa huk estado-ta sut’inchan, torreqa huk iglesia-ta. Paykunapas munarqaku huk sut’i sasacha kayninchikta, chaytaqa rikuchin “suti ruwakuyta” munasqankupi. Iskay ñiqin pruebapiqa sasacha kaymi sapa kuti rikurichin; chaypas ruwakun huk contrario sasacha kaywan tupachisqa hina, Caínwan Abelwan, yachaqwan mana yachaq virgenkunawan, utaq Danielpa iskay ñiqin pruebampi rikuy aparienciapi, Babiloniapa mikhunan mikhuqkunapa chawpinpi, chaymanta huk ladoqa legumbres mikhuqkunapa chawpinpi.</w:t>
      </w:r>
    </w:p>
    <w:p>
      <w:pPr>
        <w:pStyle w:val="ArticleScripture"/>
        <w:jc w:val="left"/>
      </w:pPr>
      <w:r>
        <w:rPr>
          <w:rFonts w:ascii="Times New Roman" w:hAnsi="Times New Roman" w:eastAsia="Times New Roman" w:cs="Times New Roman"/>
        </w:rPr>
        <w:t>Ama hina suyuykuyki, chunka p’unchaykama kamachiqniykikunata pruebay; mikhuyniykupaq qarpasllata quwayku, ukyanapaqtaq yaku. Chaymanta ñawpaqniykipi rikuykuysun ñawinchayku, hinallataq reypa mikhunanmanta mikhuk wamrakunapa ñawinchasqanpas; imayna rikusqaykiman hina, chayman hina kamachiqniykikunawan ruray. Chaymi payqa kay ruwaypi paykunawan acuerdota ruraspa, chunka p’unchay pruebarku. Chunka p’unchay tukukuyninpiqa, paykunapa ñawinchasqanku aswan sumaq, aswan wirayuq aychalliyoq rikurirqan llapa reypa mikhunanmanta mikhuk wamrakunamanta. Daniel 2:12–15.</w:t>
      </w:r>
    </w:p>
    <w:p>
      <w:pPr>
        <w:pStyle w:val="ArticleBody"/>
        <w:jc w:val="left"/>
      </w:pPr>
      <w:r>
        <w:rPr>
          <w:rFonts w:ascii="Times New Roman" w:hAnsi="Times New Roman" w:eastAsia="Times New Roman" w:cs="Times New Roman"/>
        </w:rPr>
        <w:t>Milleritakunapa historiapi, iskay kaq angelpa pruebanninqa iskay laya yupaychaqkunata rikuchirqan. Chay pruebaqpi mana allinta pasaq claseqa Romaq ususinkuna karqan, huk claseqa iñiypi takyasqa qespichisqa runakuna karqanku, paykunaqa ñawpaqman riq k’anchayta qatipakuspalla. Romaq ususinkunaqa mamankupa profético kasqanta rikuchinku, hinaspa mayqen mamapa ususinkuna tukurqanku chay mamaqa warmi-qharikama huchallikuqkunaq mamanmi sut’inchasqa kachkan. Profecíaman hina, huk qharikama huchallikuq warmiqa estadowan tinkisqa kasqayuq iglesia-m, imaynan papadopa rikch’aynin kasqan hina.</w:t>
      </w:r>
    </w:p>
    <w:p>
      <w:pPr>
        <w:pStyle w:val="ArticleBody"/>
        <w:jc w:val="left"/>
      </w:pPr>
      <w:r>
        <w:rPr>
          <w:rFonts w:ascii="Times New Roman" w:hAnsi="Times New Roman" w:eastAsia="Times New Roman" w:cs="Times New Roman"/>
        </w:rPr>
        <w:t>Kimsa angelkunamanta ñawpaq kaq, Apocalipsis libroq chunka tawañiqin kapítulopi rikuchisqa, sapa huk kimsa angelkunapa sapa huktin kimsantin pruebakunata hap’in, hinaq Daniel libroq ñawpaq kapítulunapas chay hinallataqmi. Daniel chunka iskayniyuq kapítulopipas kimsa patapi pruebanakuy ruwaymi reqsichisqa, chayrayku chay kimsa patapi pruebanakuy ruwayqa Daniel libroq qallariyninpiwan tukukuyninpipas kashan.</w:t>
      </w:r>
    </w:p>
    <w:p>
      <w:pPr>
        <w:pStyle w:val="ArticleScripture"/>
        <w:jc w:val="left"/>
      </w:pPr>
      <w:r>
        <w:rPr>
          <w:rFonts w:ascii="Times New Roman" w:hAnsi="Times New Roman" w:eastAsia="Times New Roman" w:cs="Times New Roman"/>
        </w:rPr>
        <w:t>Achkanuqakunaqa pichasqa, yurakyachisqa, hinallataq suyaychasqa kanqaku; ichaqa millay runakunaqa millayta ruwallankuq; millay runakunamantaqa manam mayqenninpas entiendinqachu; ichaqa yachaqkunaqa entiendinqaku. Daniel 12:10.</w:t>
      </w:r>
    </w:p>
    <w:p>
      <w:pPr>
        <w:pStyle w:val="ArticleBody"/>
        <w:jc w:val="left"/>
      </w:pPr>
      <w:r>
        <w:rPr>
          <w:rFonts w:ascii="Times New Roman" w:hAnsi="Times New Roman" w:eastAsia="Times New Roman" w:cs="Times New Roman"/>
        </w:rPr>
        <w:t>Chunka kaq chunka versículopi ñawpaq pruebanqa santuariopa patiunpi llimp’ichikuymi, maypichus cordero wañuchisqa kachkan hinaspa huchasapaman justificación nisqa yupaychasqa qokusqa. Chunka kaq chunka versículopi iskayñiqin pruebanqa yuraqyachisqa kaymi, chaytaqa santuariopa Santo Lugarninmi rikuchin, chaymi creyenteman santificación nisqa qoykusqa kaptin rikuchin. Kimsañiqin pasonqa pruebasqa kaymi, chayqa Santísimo Lugarpa juicio nisqanta rikuchin, maypichus Diospa runankuna sellosqa kanku, hinaspa glorificación nisqa hunt’asqa kachkan. Iskay clase adoradorkunaqa mana allin runakunawanmi rikuchisqa kanku, paykuna mana entiendenchu; hinaspa yachaqkunawan, paykuna entiendenmi.</w:t>
      </w:r>
    </w:p>
    <w:p>
      <w:pPr>
        <w:pStyle w:val="ArticleBody"/>
        <w:jc w:val="left"/>
      </w:pPr>
      <w:r>
        <w:rPr>
          <w:rFonts w:ascii="Times New Roman" w:hAnsi="Times New Roman" w:eastAsia="Times New Roman" w:cs="Times New Roman"/>
        </w:rPr>
        <w:t>Iskay kaqnin prueban, sagradu Simipi achka kuti rikuchisqa kasqan hina, huk rikuywan pruebanmi rikuchin, maypim ishkay laya yupaychaqkuna rikurichisqa kanku, hinaspataq Iglesiapaq Estadopa tinkusqan unanchasqa kachkan. Chay hinaqa, iskay kaq pruebanpa huk ancha allin reqsisqa kayninqa, kinsa kaq pruebata ñawpaqman hamusqanmi, hinaspa kinsa kaq pruebaqa juicio-ta rikuchin. Ichaqa kinsa kaq pruebapa juicio-ninmanta huk ancha importante amonestación kan; imaraykuchus kimsa pruebakunapas juicio-taqmi hap’inku, ichaqa ñawpaq ishkay pruebakunaqa churasqa kanku huk historiapi maypim runapa caracternin wiñayninraq atiyniyuq kachkan. Kinsa kaq pruebaqa hukmanta huk laya kachkan, imaraykuchus profético litmus pruebanmi, mayqen laya yupaychaqman tukusqaykita reqsichillan, pruebakunapa rurayninpi ñawpaq ishkay puriykunapi.</w:t>
      </w:r>
    </w:p>
    <w:p>
      <w:pPr>
        <w:pStyle w:val="ArticleBody"/>
        <w:jc w:val="left"/>
      </w:pPr>
      <w:r>
        <w:rPr>
          <w:rFonts w:ascii="Times New Roman" w:hAnsi="Times New Roman" w:eastAsia="Times New Roman" w:cs="Times New Roman"/>
        </w:rPr>
        <w:t>Pachak tawqa tawa chunka tawa waranqa (144,000) sellakusqan tiempope, 11 de septiembre de 2001 watapi qallarispa, Estados Unidos llaqtapi domingo ley kama tukukuqpi, kimsa pruebakuna kanku. Ñawpaq prueba karqan angel uraykamusqanpi 11 de septiembre de 2001 watapi; hinaspa, 11 de agosto de 1840 watapi Millerita historiapi uraykamusqan angelwan tinkuspa, chay pruebaqa mikhunamanta prueban. Daniel qillqapa huk ñiqin kapitulupe, ñawpaq prueba karqan Daniel sonqonpi churakusqanpi, mana reypa mikhunanta mikhunanpaq. Santo Espírituqa Cristo bautizakusqanpi uraykamuspa, chaymanta tawa chunka p’unchaw ayunaspin, paypa ñawpaq pruebanqa mikhunamanta karqan.</w:t>
      </w:r>
    </w:p>
    <w:p>
      <w:pPr>
        <w:pStyle w:val="ArticleBody"/>
        <w:jc w:val="left"/>
      </w:pPr>
      <w:r>
        <w:rPr>
          <w:rFonts w:ascii="Times New Roman" w:hAnsi="Times New Roman" w:eastAsia="Times New Roman" w:cs="Times New Roman"/>
        </w:rPr>
        <w:t>Pachak watukuna qhipa pruebayqa, pachak tawa chunka tawa waranqa sellakusqan tiempopin, domingo kamachiymi. Chay p'unchaykunapi llapa qankuna, qanchis kaq p'unchay samana p'unchaypa mañakusqankunata unanchaspa, intipa p'unchayninpi yupaychayta akllaqkunaqa uywapa señalninta chaskinqaku, hinaspan wiñaypaq chinkasqa kanku. Kimsa watakunamanta qhipaman, Daniel qillqapa huk kaq kapitulumpi, Danielwan kimsa allin runakunaqa Nabucodonosorpa ñawpaqman pusasqa karqaku (domingo kamachiypa unanchaqnin), ñawpaq kimsa watakunapi yachachisqa kasqankumanta juzgasqa kananpaq. Taytawan Churinwan Nimrodpa hatarikuynin willakuypi kinsa kaq “riy” nisqaman uraykuspa risqankuqa, siminkuta pantachinankupaq hinaspa maymanchus ch'eqerachinankupaqmi karqan. Kinsa kaq pruebayqa iskay clasekunata wiñaypaq t'aqwiq litmus prueban.</w:t>
      </w:r>
    </w:p>
    <w:p>
      <w:pPr>
        <w:pStyle w:val="ArticleScripture"/>
        <w:jc w:val="left"/>
      </w:pPr>
      <w:r>
        <w:rPr>
          <w:rFonts w:ascii="Times New Roman" w:hAnsi="Times New Roman" w:eastAsia="Times New Roman" w:cs="Times New Roman"/>
        </w:rPr>
        <w:t>“Trigo quraqkunamanta willanakuywanpas, llikaqmantapas, sut’inmi yachachin mana hayk’aqpas llapa millay runakuna Diosman kutirinanpaqchu kasqanta. Trigopas quraqkunapas kuskallam wiñan cosecha p’unchaykama. Allin challwakunapas mana allin challwakunapas kuskallam pataman aysasqa kanku qhipa t’aqanapaq.</w:t>
      </w:r>
    </w:p>
    <w:p>
      <w:pPr>
        <w:pStyle w:val="ArticleScripture"/>
        <w:jc w:val="left"/>
      </w:pPr>
      <w:r>
        <w:rPr>
          <w:rFonts w:ascii="Times New Roman" w:hAnsi="Times New Roman" w:eastAsia="Times New Roman" w:cs="Times New Roman"/>
        </w:rPr>
        <w:t>“Yapamanta, kay rikch’achiykuna yachachinmi taripay qhepaman mana probation kananchu. Evangeliopa llamk’aynin tukukuptin, chaymanta chaylla allinkunaq mana allinkunamanta t’aqakuy hamun; sapanka clasepa destino-ninpas wiñaypaqmi churasqa qhiparin.” Christ’s Object Lessons, 123.</w:t>
      </w:r>
    </w:p>
    <w:p>
      <w:pPr>
        <w:pStyle w:val="ArticleBody"/>
        <w:jc w:val="left"/>
      </w:pPr>
      <w:r>
        <w:rPr>
          <w:rFonts w:ascii="Times New Roman" w:hAnsi="Times New Roman" w:eastAsia="Times New Roman" w:cs="Times New Roman"/>
        </w:rPr>
        <w:t>Pachak tawa chunka tawa waranqa runakunapa sellasqa kayninpa pacha tukukun utqaylla hamuq Domingo p’unchay kamachiywan, chay kinsa kaq pruebamanta, hinaspa ñawpaq pruebayman, mayqinchus chayamurqan septiembre killapa 11 p’unchayninpi, 2001 watapi, iskay kaq prueba apamusqa kachkan Laodicea sutiyuq Adventismo pataman. Mana kanchu “juzgamientomanta qhipapi probación”, imaraykuchus evangelioq llamk’anan chayqa hinan tukusqa kachkan pachak tawa chunka tawa waranqa runakunapaq.</w:t>
      </w:r>
    </w:p>
    <w:p>
      <w:pPr>
        <w:pStyle w:val="ArticleBody"/>
        <w:jc w:val="left"/>
      </w:pPr>
      <w:r>
        <w:rPr>
          <w:rFonts w:ascii="Times New Roman" w:hAnsi="Times New Roman" w:eastAsia="Times New Roman" w:cs="Times New Roman"/>
        </w:rPr>
        <w:t>Hermana Whiteqa yachachin achka chiqankunapi: ñawpaq kaq pruebata mana pasananchikqa, iskay kaq pruebapas mana pasananchikchu; iskay kaq pruebata allinta mana pasarqa, kinsa kaqpi, chiqanta rikuchiq pruebapi, pantasqanchikta rikuchisunchik.</w:t>
      </w:r>
    </w:p>
    <w:p>
      <w:pPr>
        <w:pStyle w:val="ArticleScripture"/>
        <w:jc w:val="left"/>
      </w:pPr>
      <w:r>
        <w:rPr>
          <w:rFonts w:ascii="Times New Roman" w:hAnsi="Times New Roman" w:eastAsia="Times New Roman" w:cs="Times New Roman"/>
        </w:rPr>
        <w:t>“Ñuqa kutichisqa karqani Cristoq ñawpaq hamuynin willakuyman. Juanqa cachasqa karqa Elíaspa espírituyninwan hinaspa kallpanwan, Jesuspaq ñanta allichanampaq. Juanpa qespichisqa willakuyninta mana chaskiqkunaqa Jesuspa yachachikuyninkunamanta mana allinta chaskirqakuchu. Paykunaq sayasqanmi, paypa hamuyninta ñawpaqmanta willaq willakuypa contra kasqanrayku, chayman churakurqaku, mana usqhaylla chaskinankupaq aswan sinchi rikuchiqkunata payqa Mesías kasqanmanta. Satanásqa Juanpa willakuyninta mana chaskiqkunata pusarqa astawan karuman rinqankupaq, Cristota mana chaskinankupaq hinaspa chacatapi wañuchinankupaq. Chayta ruwaspaqa, kikinkuta churakurqaku maypichus mana atirqakuchu Pentecostés p’unchaypi bendicionta chaskiyta, mayqinchus yachachinman karqa hanaq pacha santuarioyman yaykunankupaq ñanta. Templopa cortinan llik’isqa kasqanmi rikuchirqan judiokunaq sacrificionkuna hinaspa ordenanzankunaña manañam chaskisqa kanqachu. Hatun Sacrificioq haywasqanña karqa hinaspa chaskisqaña karqa, hinaspa Pentecostés p’unchaypi uraykamusqa Espíritu Santonqa discípulokunaq yuyayninkuta apasqa kay pachapi santuariomanta hanaq pacha santuarioyman, maymanchus Jesus yaykurqan kikin yawarninwan, discípulonkuna pataman hich’anampaq allin kaykunata paypa huchamanta pampachayninmanta. Ichaqa judiokunaqa tukuyninpi tutayaypi saqisqa karqaku. Paykunaqa chinkachirqaku llapa k’anchayta mayqintachus qespichiypa planonmanta hap’iyta atinkuman karqa, hinaspa sapa kutilla confiasqallaraq karqaku mana imapaq valiq sacrificionkupi hinaspa ofrendankupi. Hanaq pacha santuarioqa kay pachapi santuarioq rantinmanña tukusqa karqa, ichaqa paykunaqa chay tikraymanta mana imatapas yacharqakuchu. Chayrayku mana atirqakuchu Cristoq mediacionninmanta allin kaqta chaskiyta lugar santo ukhupi.”</w:t>
      </w:r>
    </w:p>
    <w:p>
      <w:pPr>
        <w:pStyle w:val="ArticleScripture"/>
        <w:jc w:val="left"/>
      </w:pPr>
      <w:r>
        <w:rPr>
          <w:rFonts w:ascii="Times New Roman" w:hAnsi="Times New Roman" w:eastAsia="Times New Roman" w:cs="Times New Roman"/>
        </w:rPr>
        <w:t>“Achkakunaqa mancharisqa sonqowan qhawanku judíokunapa puriyninta, Cristo-ta mana chaskispa hinaspa chakatachispa; hinaspa pʼinqaylla qharichasqa kasqanmanta willakuyta ñawirispaqa, payta munakusqankuta yuyanku, hinaspa manam Pedro hina ñiqinmanchu karqanman, nitaq judíokuna hina chakatachinmanchu karqanman. Ichaqa llapa runakunapa sonqonta ñawiriq Diosqa, Jesusmanta munakuyta rimarisqankuta pruebaman apamurqan. Llapan hanaq pacham ancha sonqo churasqalla qhawarqan ñawpaq angelpa willakuynin imayna chaskisqa kasqanta. Ichaqa achkakuna, Jesus-ta munakusqankuta niqkuna, hinaspa chakataqmantawan willakuyta ñawirispa waqaqkuna, hamuyninmanta allin willakuyta asipayarqanku. Kusikuywan willakuyta chaskinankumantaqa, pantasqa yachachiy nispa willarqanku. Paypa rikurimuyninta munakuqkunata cheqnirqanku hinaspa iglesiakunamanta qarqorqanku. Ñawpaq willakuyta mana chaskiqkunaqa iskay ñiqi willakuymanta manam yanapakuyman chayananqankuchu; nitaq chawpi tuta qapariymantapas yanapakuyman chayaranqakuchu, chaymi paykunata wakichinan karqan Jesuswan kuska iñiypi hanaq pachapi santuario-pa aswan santu cheqanman haykunankupaq. Ñawpaq iskay willakuykunata qhesachasqankuraykuqa, yuyayninkuta hina tutayachirqanku, chayrayku kimsa kaq angelpa willakuyninpi mana ima kʼanchaytapas rikuyta atinkuchu, mayqanmi aswan santu cheqanman ñanta rikuchin. Noqaqa rikurqani imaynan judíokuna Jesus-ta chakatachirqanku, hinallataq sutillapi iglesiakuna kay willakuykunata chakatachirqanku; chayraykun aswan santu cheqanman ñanmanta mana yachayniyuqkuchu, hinaspa chaypi Jesuspa mañakuyninrayku yanapakuyman manam chayananqankuchu. Judíokuna hina, mana allin sacrificiokunata haywaqkuna, paykunapas mana allin mañakuyninkuta haywarqanku chay wakamanman, maymantachus Jesus lloqsisqaña; hinaspa Supay, chay llullakuymanta kusisqa, religionniyuq rikchʼayta hapʼin, hinaspa kay sutillapi cristianokunapa yuyayninkuta payman pusarparin, kallpanwan, señalkunawan, llulla musphachiq admiraykunawan llamkʼaspa, toqllanman watayta munaspa.” Early Writings, 259–261.</w:t>
      </w:r>
    </w:p>
    <w:p>
      <w:pPr>
        <w:pStyle w:val="ArticleBody"/>
        <w:jc w:val="left"/>
      </w:pPr>
      <w:r>
        <w:rPr>
          <w:rFonts w:ascii="Times New Roman" w:hAnsi="Times New Roman" w:eastAsia="Times New Roman" w:cs="Times New Roman"/>
        </w:rPr>
        <w:t>Sichus 11 septiembre 2001 nisqanpi rikuchisqa amonestación willakuyta mana chaskisunchikchu chayqa, chayqa Domingo ley hamuqtinqa cheqaqtapuni chaskisunchik, sapaq kawsashaqtinchikraq. Chayta nispaqa, wiñay destinoyninchikta mayqinpi reqsichikuyku chay prueba, hinaspa Domingo leypi sellasqa kananchikpaq ñawpaqta atipaykuyta munasqan prueba, mayqinchus gracia pacha tukukunankama ñawpaqta atipanakunapaq prueba, iskayñiqin prueban, hinaspa chayqa uywaq imagenninpa prueban.</w:t>
      </w:r>
    </w:p>
    <w:p>
      <w:pPr>
        <w:pStyle w:val="ArticleScripture"/>
        <w:jc w:val="left"/>
      </w:pPr>
      <w:r>
        <w:rPr>
          <w:rFonts w:ascii="Times New Roman" w:hAnsi="Times New Roman" w:eastAsia="Times New Roman" w:cs="Times New Roman"/>
        </w:rPr>
        <w:t>“Señorqa sut’ita rikuchiwashan uywakuqpa lantanqa kamasqa kanqa manaraq gracia p’unchay tukukuchkaptin; imaraykuchus chaymi Diospa llaqtanpaq hatun pruebay kanqa, mayninpi wiñay destino-nku nisqan rakinakunanpaq. Qanpa sayaynikiqa ancha t’aqwirisqa mana tupaq rimaykunamanta huñusqa kasqanrayku, pisillataqmi pantachisqa kanqaku.</w:t>
      </w:r>
    </w:p>
    <w:p>
      <w:pPr>
        <w:pStyle w:val="ArticleScripture"/>
        <w:jc w:val="left"/>
      </w:pPr>
      <w:r>
        <w:rPr>
          <w:rFonts w:ascii="Times New Roman" w:hAnsi="Times New Roman" w:eastAsia="Times New Roman" w:cs="Times New Roman"/>
        </w:rPr>
        <w:t>“Apocalipsis 13pi kay yachachiq yuyayqa sut’inchasqa rikuchisqa kachkan; [Apocalipsis 13:11–17, nisqa].”</w:t>
      </w:r>
    </w:p>
    <w:p>
      <w:pPr>
        <w:pStyle w:val="ArticleScripture"/>
        <w:jc w:val="left"/>
      </w:pPr>
      <w:r>
        <w:rPr>
          <w:rFonts w:ascii="Times New Roman" w:hAnsi="Times New Roman" w:eastAsia="Times New Roman" w:cs="Times New Roman"/>
        </w:rPr>
        <w:t>“Kaymi suyaymi Diosta llaqtan runakunaqa haykunankupaq antes de sellasqa kanankukama. Llapaq Diosman cheqaq kasqankuta rikuchiqkuna, Paypa kamachisqanta waqaychaspa, hinaspa llulla sábadota mana chaskispa, Señor Dios Jehovápa unanchan uranpi churakusqaku, hinaspa kawsaq Diospa sellonta chaskinqaku. Hanaqpachamanta hamuq cheqaq kayta saqeqkuna, hinaspa domingo sábadota chaskiqkunaqa, bestiapa markanta chaskinqaku.” Manuscript Releases, volumen 15, 15.</w:t>
      </w:r>
    </w:p>
    <w:p>
      <w:pPr>
        <w:pStyle w:val="ArticleBody"/>
        <w:jc w:val="left"/>
      </w:pPr>
      <w:r>
        <w:rPr>
          <w:rFonts w:ascii="Times New Roman" w:hAnsi="Times New Roman" w:eastAsia="Times New Roman" w:cs="Times New Roman"/>
        </w:rPr>
        <w:t>Pachak kaq llank’aymi pachapi sellasqa pachapi huk pachak tawa chunka tawa waranqa runakunapaq, huk profétiko rikuywan suyay. Chayqa mañanmi Estados Unidos llaqtapi bestiapa imagenninpa ruwakusqanta reqsiyta, chay suyaytaqa Diospa profétiko Siminllawanmi rikuchikunman. Aswanpas, Diospa profétiko Siminqa hamuq para qhepamanpa willakuyninta mikhuyta akllasqakunallapaqmi entiendekunqa; chay willakuyqa sut’inchasqa kashan línea hawan línea nisqa metodologíahina. Sichus Apocalipsis chunka pusaqniyuqpi atiyniyuq angelpa makimpi kaq willakuyta mana mikhuyta munasunchik, pay uraykamuptin, bestiapa imagenninpa ruwakusqanta reqsinapaq atiyniyoq kayta mana charisunchikchu.</w:t>
      </w:r>
    </w:p>
    <w:p>
      <w:pPr>
        <w:pStyle w:val="ArticleBody"/>
        <w:jc w:val="left"/>
      </w:pPr>
      <w:r>
        <w:rPr>
          <w:rFonts w:ascii="Times New Roman" w:hAnsi="Times New Roman" w:eastAsia="Times New Roman" w:cs="Times New Roman"/>
        </w:rPr>
        <w:t>Angelhap makinpi kaq mensaheta mikhunanpaqmi necesariokan profecía yachaq yachaqa rikunanpaq angelpa makimpi mensahe kasqanta. Apocalipsis chunka pusaqniyuqpi atiyniyuq angel uraykamuspaqa, chay versículopi manam ima kasqantapas makimpi sut’inchanchu; ichaqa “línea sobre línea” nisqa metodologíaqa achka testigokunawanmi sayachin, uraykamuq angelkunapa makimpiqa sapa kuti mensahe kasqanta. “Línea sobre línea” metodología-ta rechazaqkunaqa qawasqanmanta qhapariq sinch’i mensahemanta ñawsa kanku, chaymi Estados Unidos llaqtapi bestiapa imágen-nin rurakushasqanmanta evidenciata qun. Chayqa reqsichikunanmi tiyan, wiñay destino-nchikqa kay cheqaq kayta reqsiypi sayasqanrayku. “Línea sobre línea” nisqawanmi Hermana White sut’inchan primer angelpa profético característicankunata, Apocalipsis capítulo chunka pusaqniyuqpi atiyniyuq angelpa chayllataq característicankunawan.</w:t>
      </w:r>
    </w:p>
    <w:p>
      <w:pPr>
        <w:pStyle w:val="ArticleScripture"/>
        <w:jc w:val="left"/>
      </w:pPr>
      <w:r>
        <w:rPr>
          <w:rFonts w:ascii="Times New Roman" w:hAnsi="Times New Roman" w:eastAsia="Times New Roman" w:cs="Times New Roman"/>
        </w:rPr>
        <w:t>“Ñoqaman rikuchisqa karqan imaynatas llapa hanaq pacha kay pachapi ruwakusqan llamk’aypi ancha munakuyninta churakusqanta. Jesusqa hatun atiyniyuq huk angelta kamachirqan uraykamuq kananpaq, kay pachapi tiyaqkunata willanaykipaq paypa iskay kutin rikurimuyninpaq wakichikunanpaq. Angelqa hanaq pachapi Jesuspa qayllanmanta lluqsimuqtin, ñawpaqninpi huk ancha lliphipiq, hatun k’anchay, ancha sumaq, purirqan. Ñoqaman nisqa karqan misiónninqa kay pachatam k’anchachiy paypa gloriawan, runakunatataq willay hamuq Diospa phiñakuyninmanta. Achkha-achkha runakuna chaskirqanku chay k’anchayta. Wakinkunaqa ancha llakiywan, yuyayman churakusqa hina rikurirqanku, wakinkunataq kusisqa, sonqonku oqharisqa karqanku. Llapa chay k’anchayta chaskiqkunaqa uya-nkuta hanaq pachaman tikrarqanku hinaspan Diosta hatuncharqanku. Llapaqman ch’aqchimusqa kaptinpas, wakinkunaqa chaypa kallpan uramanlla churakuspa, mana tukuy sonqowan chaskirqankuchu. Achkha runakunan ancha sinchi phiñakuymanta hunt’asqa karqanku. Ministrukuna hinaspa llaqtamasinkuna millay runakunawan huñunakuspa, chay hatun atiyniyuq angelpa k’anchachisqan k’anchayta sinchita hark’arqanku. Ichaqa llapa chaskiqkunaqa kay pachamanta karunchakuspa, huknin-hukninwan sumaqta, aswan qayllata huñunakusqa karqanku.”</w:t>
      </w:r>
    </w:p>
    <w:p>
      <w:pPr>
        <w:pStyle w:val="ArticleScripture"/>
        <w:jc w:val="left"/>
      </w:pPr>
      <w:r>
        <w:rPr>
          <w:rFonts w:ascii="Times New Roman" w:hAnsi="Times New Roman" w:eastAsia="Times New Roman" w:cs="Times New Roman"/>
        </w:rPr>
        <w:t>“Satanáswan angelninkunawan kusisqa llank’aspa kachkarganku aswan achka runakunapa yuyayninkuta qanchaymanta such’uchinankupaq. Chayta mana chaskiqkunaqa tutayaypi saqesqa karqanku. Rikurqani Diospa angelninta ancha ukhu munakuyninwan qhawaspa paypa sutinpi runankunata, hanaq pacha-manta hamuq willakuy paykunaman qhawachisqa kaptin, ima kasqanta qillqanampaq, may hina kawsayta wiñachirqanku chayta. Hinallataq, ancha achka Jesús-ta munasqankuta niqkuna hanaq pacha willakuy-manta qiparirqanku pisipaspa, asipayaspa, cheqnikuspa, huk angel pergaminota makimpi apaspa p’enqayta apaq chay qillqasqata rurarqu. Llapan hanaq pacham phiñakuywan hunt’asqa karqa, Jesús paypa sutinpi qatipaqnin-kunaq hina chayhina pisichasqa kananrayku.” Early Writings, 245, 246.</w:t>
      </w:r>
    </w:p>
    <w:p>
      <w:pPr>
        <w:pStyle w:val="ArticleBody"/>
        <w:jc w:val="left"/>
      </w:pPr>
      <w:r>
        <w:rPr>
          <w:rFonts w:ascii="Times New Roman" w:hAnsi="Times New Roman" w:eastAsia="Times New Roman" w:cs="Times New Roman"/>
        </w:rPr>
        <w:t>Chay pasajepi, Apocalipsis chunka tawañiqin kapitulopi ñawpaq angelqa “kachasqa” karqa “uraykamuspa kay pachapi tiyaqkunata willanaykipaq, Paypa iskay kutin rikhurimuyninpaq wakichikunankupaq”, chayqa kikin llamk’anam Apocalipsis chunka pusaqniyuq kapitulopi angelpa llamk’ananwan. Ñawpaq angelpa kamachiyninqa karqa “paypa qhapaq kayninwan kay pachata k’ancharinanpaq, hinaspa runata Diospa hamuq phiñasqanmantam waqyaykuspa willananpaq”, chayqa yapamanta chunka pusaqniyuq kapitulopi angelpa kamachiyninmi. Willakuyta chaskiqkunaqa “Diosta hatuncharqaku”, chaskiyman mana munasqankunaqa “llapa tutayaypi saqesqa karqaku.”</w:t>
      </w:r>
    </w:p>
    <w:p>
      <w:pPr>
        <w:pStyle w:val="ArticleBody"/>
        <w:jc w:val="left"/>
      </w:pPr>
      <w:r>
        <w:rPr>
          <w:rFonts w:ascii="Times New Roman" w:hAnsi="Times New Roman" w:eastAsia="Times New Roman" w:cs="Times New Roman"/>
        </w:rPr>
        <w:t>Danielwan kimsa allin runakunawan kuska hanaq mikhuyninta akllakurqanku, huk tantakuytaq Babiloniapa mikhuyninta mikhurqa. Chunka p’unchaw “rikuywan pruebay” tukukuyninpi, Danielwan masinkuna Diosman hatunchayta qorqanku, imaraykuchus uyanakunku rikuyllawan aswan wirayuq, sumaqtaq karqa Babiloniapa mikhuyninta mikhukuqkunamanta nisqaqa. Apocalipsis p’anqapa chunka tawañiqin kapitulunpi ñawpaq angelpa willakuyninqa wiñay allin willakuyta reqsisqan ukhupi kimsantin pruebakunata rikuchin. Ñawpaq pruebaqa Diosmanta manchakuymi; iskay ñiqin pruebaqa Payman hatunchay quy; kinsa ñiqin pruebaqa taripaypa horan chayamun chaymi. Ñawpaq angelpa makinmanta huch’uy p’anqata horqomuspa mikhurqanku, Juanpa rikuchisqan hina chunka kapitulupi, chaykunaqa iskay ñiqin pruebapi Diosman hatunchayta qorqanku, hinaspataq Nabucodonosorpa taripayninman yaykunankupaq wakichisqa karqanku. Sapa siq’ipi sapa siq’i hina, 2001 watapi setiembre killapa chunka hukniyuq p’unchawninpi, ñawpaq pruebaqa atiyniyuq angelpa makinpi kaq huch’uy p’anqata mikhuy karqa. Chay pruebaqa qatiqnin pruebata qallarisqa, maypichus iskay clase yupaychaqkuna kinsa ñiqin, qhipa, tukupaq litmus pruebaymanta ñawpaqta rikuchisqa kanan karqa; chayqa mana aswanta niykuchu, hukninpi Diospa hatunchasqa kawsay sutinchasqa runa kasqanta, utaq hukninpi tutayaywan hunt’asqa kawsay sutinchasqa runa kasqantam rikuchirqan.</w:t>
      </w:r>
    </w:p>
    <w:p>
      <w:pPr>
        <w:pStyle w:val="ArticleBody"/>
        <w:jc w:val="left"/>
      </w:pPr>
      <w:r>
        <w:rPr>
          <w:rFonts w:ascii="Times New Roman" w:hAnsi="Times New Roman" w:eastAsia="Times New Roman" w:cs="Times New Roman"/>
        </w:rPr>
        <w:t>Pachak tawa chunka tawa waranqa t’aqasqakunapa sellakusqan pachaqa 2001 wata, setyembre 11 p’unchawmanta, Hukllachasqa Amerikapi utqaylla hamuq domingo kamachikuykama historiami. Chay historiapi chunka sipaskunapa rimay willakuyqa kutichisqa kaspa, hunt’asqa kanqa sapa qillqasqa simikama. Chay cheqaq kayqa riqsichinmi Habacuc iskaypa profetiko historiantaqa hinallataq kutichisqa kaspa, hunt’asqa kananta sapa qillqasqa simikama. Chaytaq niyta munanmi pachak tawa chunka tawa waranqa t’aqasqakunapa sellakusqan pachaqa sapa profetiko rikuypa ruraynin kutichisqa kaspa, hunt’asqa kasqan pachallataq sapa qillqasqa simikama.</w:t>
      </w:r>
    </w:p>
    <w:p>
      <w:pPr>
        <w:pStyle w:val="ArticleBody"/>
        <w:jc w:val="left"/>
      </w:pPr>
      <w:r>
        <w:rPr>
          <w:rFonts w:ascii="Times New Roman" w:hAnsi="Times New Roman" w:eastAsia="Times New Roman" w:cs="Times New Roman"/>
        </w:rPr>
        <w:t>Daniel qillqapa chunka hukniyuq ñiqinpi tawa chunka versículonqa pacha tukukuypi 1989 watapi kichasqa karqan. Chay versículon qallarin pacha tukuymanta 1798 watapi, hinaspan tukukun señalaspa pacha tukuyta 1989 watapi. Sikiq sikiqman hina, pacha tukuy 1798 watapi chayachin pacha tukuywan 1989 watapi. Tawa chunka versículopa historianninqa, 1798 watapi qallarispa, hinaspa domingo leyman tawa chunka hukniyuq versículopi purispa, rikuchin kay pachapi animalpa historianta (Estados Unidos), Biblia profecíapi soqtaq qhapaq suyuta hina. Kay pachapi animalpa iskay waqrankuna, Republicanismo hinaspa Protestantismo, rikuchisqañam iskay pacha tukuyninkunawan.</w:t>
      </w:r>
    </w:p>
    <w:p>
      <w:pPr>
        <w:pStyle w:val="ArticleBody"/>
        <w:jc w:val="left"/>
      </w:pPr>
      <w:r>
        <w:rPr>
          <w:rFonts w:ascii="Times New Roman" w:hAnsi="Times New Roman" w:eastAsia="Times New Roman" w:cs="Times New Roman"/>
        </w:rPr>
        <w:t>Pachak tawa chunka tawa waranqa sellakusqa pacha ukhupi, Protestante waqraqa iskay kastata yupaychaqkunata ruwachinqa kimsa pruebakunamanta iskay ñiqin prueba ukhupi chay pacha tiempopi. Huk kastaqa Cristo-pa rikchayninta wiñachisqa kanqa, hukñataq bestia-pa rikchayninta wiñachisqa kanqa. Chay pruebakusqa pachapi, Republicano waqraqa apostata Protestante waqrawan hukllanakuspa bestia-pa rikchayninta ruranga, chaymi Protestante iglesiakunaqa civil gobiernota kamachiyta jap’inqaku. Chay pacha tiempoqa Diospa Simiypi llapa rikuykunawan qhawachisqa kachkan, kaypi sapa “Biblia librokunaqa, tinkunku hinaspa tukukunku.”</w:t>
      </w:r>
    </w:p>
    <w:p>
      <w:pPr>
        <w:pStyle w:val="ArticleBody"/>
        <w:jc w:val="left"/>
      </w:pPr>
      <w:r>
        <w:rPr>
          <w:rFonts w:ascii="Times New Roman" w:hAnsi="Times New Roman" w:eastAsia="Times New Roman" w:cs="Times New Roman"/>
        </w:rPr>
        <w:t>Chay historiapi iskay kaq pruebaqa bestiapa lanten pruebanmi, ukhupi vírgenkunapaqpas, hinaspa hawapi ishkay chiqninakuq políticop partidokunapi político runakunapaqpas. Chay pruebaqa kayninmi, “graciapa tiempun wichq’aykuchkananman manaraq” pasaykuqniykupaq, qayllamuchkaq domingo leypi. Chay pruebaqa chay pruebanmi “sellasqa kananman manaraq” pasaykuqniykupaq. Chay pruebaqa chay pruebanmi maypichus “wiñay destinoykuqa decidisqa kanqa.”</w:t>
      </w:r>
    </w:p>
    <w:p>
      <w:pPr>
        <w:pStyle w:val="ArticleBody"/>
        <w:jc w:val="left"/>
      </w:pPr>
      <w:r>
        <w:rPr>
          <w:rFonts w:ascii="Times New Roman" w:hAnsi="Times New Roman" w:eastAsia="Times New Roman" w:cs="Times New Roman"/>
        </w:rPr>
        <w:t>Kay yachaykuyta qatiqnin qillqapi qatiqllasaqku.</w:t>
      </w:r>
    </w:p>
    <w:p>
      <w:pPr>
        <w:pStyle w:val="ArticleScripture"/>
        <w:jc w:val="left"/>
      </w:pPr>
      <w:r>
        <w:rPr>
          <w:rFonts w:ascii="Times New Roman" w:hAnsi="Times New Roman" w:eastAsia="Times New Roman" w:cs="Times New Roman"/>
        </w:rPr>
        <w:t>“Huk hatun atipaq angeltapas kamachisqa karqan kay pachaman uraykamuq kananpaq. Jesusqa makimpi qillqasqata churapurqan, hinaspan payqa kay pachaman chayamuspa qaparirqan: ‘Babiloniaqa urmaqmi, urmaqmi’, nispa. Chaymantan ñoqaqa yapamanta rikurqani llakikuywan pantasqakunata hanaq pachaman ñawinkuta oqarispa, iñiyniyoqwan suyayniyoqwan Señorninkupa rikurimuyninta qhawasqankuta. Ichaqa achkha runakunaqa upa hina kasqankuta rikurqani, puñusqa hina; chaywanpas paykunapa uyankupi ancha llakikuypa unanchan kawsasqanta rikuyta atirqani. Llakikuywan pantasqakunaqa Qelqakunamanta rikurqanku paykunaqa suyakuy tiempopi kasqankuta, hinaspa pacienciayuqta visionpa hunt’akuyninta suyanankuta. Chay kikin pruebakuna paykunata pusarqan Señorninkuta 1843 watapi suyanankupaq, chaymi 1844 watapipas Payta suyanankupaq pusarqan. Ichaqa rikurqanitaqmi ashwan achkha runakunaqa mana haykaqpas chay kallpayoq kayta charirqankuchu, mayqinchus 1843 watapi paykunapa iñiyninta reqsichirqan. Llakikuywan pantasqankunam paykunapa iñiyninta pisiñachirqan....”</w:t>
      </w:r>
    </w:p>
    <w:p>
      <w:pPr>
        <w:pStyle w:val="ArticleScripture"/>
        <w:jc w:val="left"/>
      </w:pPr>
      <w:r>
        <w:rPr>
          <w:rFonts w:ascii="Times New Roman" w:hAnsi="Times New Roman" w:eastAsia="Times New Roman" w:cs="Times New Roman"/>
        </w:rPr>
        <w:t>“Jesuspaj ministacionnin santísimo lugarmanta tukukuspan, aswan santísimo-man yaykuspa, Diospa leyninta hap’iq arka ñawpaqpi sayarispa, huknin atiyniyoq angelta kachamurqa, kimsakaq willakuywan kay pachaman. Huk pergamino angelpa makinman churakurqa; payqa kallpawan, hatun kaywanpas kay pachaman uraykamuspan, mancharikuypaq huk amonestaciónta willakurqa, runaman hayk’aqpas apasqa karqan chaymanta aswan manchaypaq amenazawan. Kay willakuyqa Diospa wawankunata waqaychananpaq rurasqa karqa, ñawpaqninpi kaq tentaciónpa, ñak’ariypa horanta rikuchispa. Angelqa nirqan: ‘Bestiawan, imagenninwanpas sinchi maqanakuyman apasqa kanqaku. Wiñay kawsaypaq sapallan suyayninqa firme qhepakuymi. Kawsayninku peligropi kaptinpas, cheqaq kaqta mana cacharispa hap’ipakunayku tiyan.’ Kimsa kaq angelqa kayhinataqmi willakuyninta tukuchin: ‘Kaypin santospa paciencia: kaypin Diospa mandamientonkuna waqaychaqkuna, Jesuspa fe-niyoqkuna.’ Kay simikunata yapamanta nispa, hanaq pacha santuario-man señalarqa. Kay willakuyta chaskiqkunapa yuyayninkunaqa aswan santísimo lugar-man dirigisqa kanku, maypichus Jesusqa arka ñawpaqpi sayashan, qhepa intercesionninta rurashan, khuyapayakuyninraq qhepakushan llapa runakunapaq, hinallataq mana yachaspa Diospa leyninta p’akisqakunapaq. Kay expiaciónqa justo wañuqkunapaq hinallataq justo kawsakqakunapaqpas rurasqa kan. Chaypiqa llapa Cristopi confiakuspa wañuqkuna yaykun, ichaqa Diospa mandamientonkunamanta k’anchayta mana chaskispa, preceptonkunata p’akispa mana yachaspa huchallikuqkuna.”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Kimsa Chunka Iskayniyuq numero</dc:title>
  <dc:subject>Iskay Pruebapa Proféticupaq Ancha Hatun Significadonta Qhawarispa: Uywaqa Rikchayninta hinaspa 144.000-ninkuna Sellakusqan Pachata Entiendespa</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