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Kimsa Chunka Kimsayoq</w:t>
      </w:r>
    </w:p>
    <w:p>
      <w:pPr>
        <w:pStyle w:val="ArticleSubtitle"/>
        <w:jc w:val="left"/>
      </w:pPr>
      <w:r>
        <w:rPr>
          <w:rFonts w:ascii="Arial" w:hAnsi="Arial" w:eastAsia="Arial" w:cs="Arial"/>
        </w:rPr>
        <w:t>Sut’inakuy profétic awasqamanta qhawaykuna: 144,000 sellakusqa pacha nisqamanta yuyaykuna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Llapa profetakuna hukllaña rimanakunku, llapallankutataq aswan sut’inmi kay pachakuna tukukuymanta willakunku, manataq paykuna kawsasqanku p’unchaykunallamantaqa. Paykunaq willakuyninqa churana kachkan profetiku pacha-man, sellakusqa pacha-man, pachak tawa chunka tawa waranqa runakunaq pacha-man, chaypi sapa rikuyq effetonpas hunt’akun, chayrayku. Isaías, soqta kaq capitulopi, huk rikuypi saqisqa karqa Aswan Santo K’iti-man qhawanampaq, pachak tawa chunka tawa waranqa runakunaq sellakusqa pacha kamachikusqanpi, chaypi Diospa k’anchayninta rikurqa. Yachanchikmi chayqa 11 de septiembre de 2001 qhepaman kasqanta, imaraykuchus kinsa kaq versiculopi angelkunata uyarirqa, paykuna nirqanku chay pachapi kay allpaqa Paypa k’anchayninwan hunt’a kasqanta.</w:t>
      </w:r>
    </w:p>
    <w:p>
      <w:pPr>
        <w:pStyle w:val="ArticleScripture"/>
        <w:jc w:val="left"/>
      </w:pPr>
      <w:r>
        <w:rPr>
          <w:rFonts w:ascii="Times New Roman" w:hAnsi="Times New Roman" w:eastAsia="Times New Roman" w:cs="Times New Roman"/>
        </w:rPr>
        <w:t>“Diosqa kachkanmi Isaíasta kachamunaypaq huk willakuywan llaqtanman, ñawpaqtaqa saqerqan profetata rikunanpaq musquy rikch’ayninpi santuario ukhupi kaq Santísimo lugarta. Qonqayllamanta templopa punkunpas, ukhu llikllanpas, hatarichisqa hina utaq anchuchisqa hina rikurirqan; chaymi payman saqesqa karqan ukhuman qhawanampaq, Santísimo lugarman, maypichus ni profetapa chakinkunapas mana haykunmanchu karqan. Chaypi paypa ñawpaqenman rikurimurqan Jehová, ancha altochasqa hinaspa hanaqman oqarisqa tiyana patapi tiyaykusqa; paypa k’anchayninpa p’achapa qhepanmi templota hunt’arqan. Tiyanapa muyuriqninpim karqanku serafinkuna, hatun Reypa waqaychaqnin hina; paykunapas muyuriqninpi kaq k’anchayta rikuchirqanku. Alabanzankupa takinkuna hatun yupaychaypa ukhuyninmanta uyarispa mast’arikuptin, punkupa sayaqninkuna katatatayta qallariqku, pachakuti hina kuyuchisqa kaspa. Huchawan mana qhellichasqa siminkunawanmi kay angelkuna Diospa yupaychayninkunata lluqsimurqanku. ‘Santo, santo, santo, Señor de los ejércitosmi,’ nispa qapariqku; ‘tukuy kay pacham hunt’asqa kachkan paypa k’anchayninwan.’ [Qhawariy Isaías 6:1–8.]”</w:t>
      </w:r>
    </w:p>
    <w:p>
      <w:pPr>
        <w:pStyle w:val="ArticleScripture"/>
        <w:jc w:val="left"/>
      </w:pPr>
      <w:r>
        <w:rPr>
          <w:rFonts w:ascii="Times New Roman" w:hAnsi="Times New Roman" w:eastAsia="Times New Roman" w:cs="Times New Roman"/>
        </w:rPr>
        <w:t>“Tronopi muyuriq serafinkunaqa Diospa k’anchayninta qhawaspanku ancha mancharisqa yupaychaywan hunt’asqa kashanku, chayrayku manam huk ratullapas kikinkunata admiraciónwan qhawakunkuchu. Paykunaq alabanzañankuqa Señor de los ejércitospaqmi. Ñawpaq p’unchawkuna-man qhawarispa, maypachachus llapa kay pachaqa Paypa k’anchayninwan hunt’a kanqa, chay atipaq takiyqa hukmanta hukman sumaq taqllapi kutichisqa kan: ‘Santo, santo, santo, Señor de los ejércitosmi.’ Paykunaqa Diosta hatunchayllapi hunt’asqa kusisqallañam kashanku; Paypa qayllanpi tiyaspa, allin rikuy aprobacionniyoq ñawpaqen urapi, manam imatapas aswantachu munanku. Paypa rikch’ayninta aparispa, Paypa kamachisqanta ruwaspa, Payta yupaychaspa, aswan hatun munayninkuqa hunt’asqañam.” Gospel Workers, 21.</w:t>
      </w:r>
    </w:p>
    <w:p>
      <w:pPr>
        <w:pStyle w:val="ArticleBody"/>
        <w:jc w:val="left"/>
      </w:pPr>
      <w:r>
        <w:rPr>
          <w:rFonts w:ascii="Times New Roman" w:hAnsi="Times New Roman" w:eastAsia="Times New Roman" w:cs="Times New Roman"/>
        </w:rPr>
        <w:t>Isaíaswan hinaspa, profeta Ezequielpas Sapa Santísimo Lugarman qhawananta saqerqasqa karqa. Ezequielpa musqhakuyninqa qallarin huk kaq capitulopi, huk kaq versículopi.</w:t>
      </w:r>
    </w:p>
    <w:p>
      <w:pPr>
        <w:pStyle w:val="ArticleScripture"/>
        <w:jc w:val="left"/>
      </w:pPr>
      <w:r>
        <w:rPr>
          <w:rFonts w:ascii="Times New Roman" w:hAnsi="Times New Roman" w:eastAsia="Times New Roman" w:cs="Times New Roman"/>
        </w:rPr>
        <w:t>Kunanqa, kimsa chunka watayuqmanta, tawa killaqpi, killaq pichqa p’unchawninpi, ñoqa Chebar mayu patapi preso apasqa runakunawan kashaqtiy, hanaq pacha kicharikurqan, Diospa rikuchisqan rikuykunatan rikurqani. Ezequiel 1:1.</w:t>
      </w:r>
    </w:p>
    <w:p>
      <w:pPr>
        <w:pStyle w:val="ArticleBody"/>
        <w:jc w:val="left"/>
      </w:pPr>
      <w:r>
        <w:rPr>
          <w:rFonts w:ascii="Times New Roman" w:hAnsi="Times New Roman" w:eastAsia="Times New Roman" w:cs="Times New Roman"/>
        </w:rPr>
        <w:t>Paypa rikch’arinanqa achka capítulo-kunapi, hinaspapis chayqa kikin rikch’ariyninmi pusaqniyuq hinaspa isqunniyuq capítulo-kunapi, maypichus pachak tawa chunka tawa waranqa sellasqa kasqankuta reqsichin. Kayta yachanchik paypa allinta qhawasqa testimoniomanta.</w:t>
      </w:r>
    </w:p>
    <w:p>
      <w:pPr>
        <w:pStyle w:val="ArticleScripture"/>
        <w:jc w:val="left"/>
      </w:pPr>
      <w:r>
        <w:rPr>
          <w:rFonts w:ascii="Times New Roman" w:hAnsi="Times New Roman" w:eastAsia="Times New Roman" w:cs="Times New Roman"/>
        </w:rPr>
        <w:t>Hinaspanmi soqta watapi, soqta killapi, killapa phichqa punchawninpi, wasiypi tiyashaqtiy, Judá llaqtamanta kurakkuna ñawpaqniypi tiyashaqtinku, chaypi Señor Diospa makin urmaykuwarqan. Chaymantam qhawarirqani, hinaspa qhawariy, nina hina rikch’akuq huk rikch’ay: sikinmanta urayman nina; sikinmanta hanayman ichaqa k’anchay hina rikch’akuq, ámbar llimp’iyuq hina. Hinaspam maki rikch’ayninta haywarispa, umaypa chukchaymanta hap’iwarqan; espiritutaq allpa ukhumanta hanaq pachakama oqarispa, Diospa rikch’ayninkunapi Jerusalénman pusawarqan, ukhu punkupa punkunman, norte lawman qhawakuqman; maypichus kachkan celosoyachiq ídoloq tiyanan, mayqanmi celosoyachin. Hinaspa, qhawariy, chaypi kasharqan Israelpa Diosninpa glorian, pampapi qhawarqani chay rikch’ayman hina. Ezequiel 8:1–4.</w:t>
      </w:r>
    </w:p>
    <w:p>
      <w:pPr>
        <w:pStyle w:val="ArticleBody"/>
        <w:jc w:val="left"/>
      </w:pPr>
      <w:r>
        <w:rPr>
          <w:rFonts w:ascii="Times New Roman" w:hAnsi="Times New Roman" w:eastAsia="Times New Roman" w:cs="Times New Roman"/>
        </w:rPr>
        <w:t>Pusaq qanchis pusaqniyoq, isqonniyoq capitulokunapi rikuchisqa musquyqa, pachak tawa chunka tawa waranqa sellasqa kayninpi wiñachisqa iskay laya runakunata reqsichin, “Ezequiel pampapi rikusqan musquyman hina” karqa. Pampapi pay rikusqan musquyqa kimsa kaq capitulopi reqsichisqa kachkan.</w:t>
      </w:r>
    </w:p>
    <w:p>
      <w:pPr>
        <w:pStyle w:val="ArticleScripture"/>
        <w:jc w:val="left"/>
      </w:pPr>
      <w:r>
        <w:rPr>
          <w:rFonts w:ascii="Times New Roman" w:hAnsi="Times New Roman" w:eastAsia="Times New Roman" w:cs="Times New Roman"/>
        </w:rPr>
        <w:t>Hinaspa Señorpa makinmi ñoqa patapi karqa; paymi niwarqa: “Hatariy, pampaman lluqsiy; chaypim qanwan rimasaq” nispa. Chaymantataq hatarispa pampaman lluqsirqani; hinaspa qhawariy, Señorpa k’anchayninmi chaypi sayasharqa, Kebar mayu patapi rikurqani chay k’anchay hina; hinaspa uyayman urmaykurqani. Ezequiel 3:22, 23.</w:t>
      </w:r>
    </w:p>
    <w:p>
      <w:pPr>
        <w:pStyle w:val="ArticleBody"/>
        <w:jc w:val="left"/>
      </w:pPr>
      <w:r>
        <w:rPr>
          <w:rFonts w:ascii="Times New Roman" w:hAnsi="Times New Roman" w:eastAsia="Times New Roman" w:cs="Times New Roman"/>
        </w:rPr>
        <w:t>Ezequielpa “pampamanta” ricuyninqa, “Chebar mayu patapi Ezequiel ricusqan gloriashina” karqa, chayqa karqan rikuy, capítulo huk, versículo hukpi nisqa. Capítulo nuevemanta sellakuy rikuywan, “pampamanta” ricuywanpas, Chebar mayumanta rikuyllapaq qatiqninkuna kasharqan. Chayqa Diospa glorianpa rikuy karqan Santísimo Lugarnipi, pachak tawa chunka tawan waranqa runakunapa sellakusqan tiempopi, Isaíaspa ricuynin hina. Isaíaspa ricuyninqa reqsichirqan sellakuy pacha ukupi Diospa llamkaqninta, willaqkunata hatarichispa; hinaspataq capítulo iskaypi chaymanta kimsapi Ezequielqa chay kikin llamkayta aswan sut’inchaywan reqsichin Isaíasmanta, imaraykuchus payqa ricuchin huk willaqta, Laodicea Adventismoman willay apananpaq; chaymanta, mana kasukuk llaqtaman, saqesqa kachkakkuaman apanan willayta allinta entiendenanpaq, Ezequielman kamachisqa kachkan huch’uy librota mikunanpaq, chay libroqa ángelpa makinpi karqan uraykamusqanpacha 11 septiembre 2001 p’unchaypi.</w:t>
      </w:r>
    </w:p>
    <w:p>
      <w:pPr>
        <w:pStyle w:val="ArticleScripture"/>
        <w:jc w:val="left"/>
      </w:pPr>
      <w:r>
        <w:rPr>
          <w:rFonts w:ascii="Times New Roman" w:hAnsi="Times New Roman" w:eastAsia="Times New Roman" w:cs="Times New Roman"/>
        </w:rPr>
        <w:t>Hinaspataqmi niwarqanpas: Runa churiy, tarisqaykita mikhuy; kay qillqasqa rulluta mikhuy, hinaspa rispa Israel wasiman rimamuy. Chaymi simiyta kicharirqani, paytaq chay rulluta mikhuchiruwan. Hinaspataq niwarqan: Runa churiy, wiksaykita kay rulluwan mikhuchiy, sonqoykita huntachiy kay qosqay rulluwan. Chaymi mikhurqani; simiypitaq misk’i hina sumaq misk’illa karqan. Hinaspataq niwarqan: Runa churiy, riy, Israel wasiman chayay, hinaspa simiykunawan paykunaman rimay. Manaqa qamqa mana kachkasqachu mana riqsisqa simiyuq, sasa rimayniyuq llaqtamanqa, aswanqa Israel wasimanmi. Mana achka mana riqsisqa simiyuq, sasa rimayniyuq llaqtakunamanchu, paykunapa siminkutapas mana entiendenaykipaq. Cheqaqtapuni, paykunaman kachamuykiman karqan chayqa, qamtam uyariwaqku. Ichaqa Israel wasiqa manam qamtachu uyarisunki; imaraykuchus manam noqatapas uyarikuwayta munankuchu. Llapan Israel wasiqa sinchi uya, rumi sonqoyuqmi kanku. Qhawariy, ñawiykita paykunapa ñawinkupa contranpi kallpayuqta ruwarqani, urquykiwan paykunapa urqunkunapa contranpi kallpayuqta ruwarqani. Rumi qasapiq aswan sinchi adamante hina urquykita ruwarqani; ama manchakuychu, amataq paykunapa rikch’ayninkumanta llakikuychu, hatariq wasi kaptinkupas. Ezequiel 3:1–9.</w:t>
      </w:r>
    </w:p>
    <w:p>
      <w:pPr>
        <w:pStyle w:val="ArticleBody"/>
        <w:jc w:val="left"/>
      </w:pPr>
      <w:r>
        <w:rPr>
          <w:rFonts w:ascii="Times New Roman" w:hAnsi="Times New Roman" w:eastAsia="Times New Roman" w:cs="Times New Roman"/>
        </w:rPr>
        <w:t>Bibliaqá huk gentil runaqa huk mana reqsisqa karqan, hinaspa huk mana reqsisqa runaqa mana reqsisqa rimayta rimarin. Ezequielqa kunan pacha Israelpa wasinman cachasqa karqan, mayqinchus sellasqa tiemponqa Laodicea nisqa qanchis p’unchaw adventista iglesiata rikuchin, chay iglesiataq waqllasqa kachkan. Pachak tawa chunka tawa waranqa sellakusqanku tiemponpi willakuyqa Diospa iglesianpaqmi, mayqinchus ñawpaqta juzgasqa kan; chaymanta, manaña karu kaptin domingo kamachikuy hamuqtin, Apocalipsis chunka pusaqniyuq capítuloq iskay kaq kunkanninqa Diospa gentil rebañonta Babiloniamanta waqyakamun. Isaíasqa, soqta kaq capítulope, kikinqa chay waqyayninta chaskiqkunata rikuchishan, paykunaqa Laodicea willakuywan hatariq wasi mana kasukuqman cachasqa kaypaq waqyachisqa kanku; ichaqa ñawpaqmantaraq yachachisqa kachkan, paykunaqa rikuspankuqa mana unanchakunku, uyarispankutaq mana entiendenchu nisqa llaqtam kasqankuta. Isaíasqa chay kikin kayninta qillqarqan, mayqintachus Jesúsqa Isaíaspa soqta kaq capitulomanta nispa apakuspa, Cristopa historiampi waqllasqa kashaq qillqaq judíokunaman chay kikin kayninta churarqan.</w:t>
      </w:r>
    </w:p>
    <w:p>
      <w:pPr>
        <w:pStyle w:val="ArticleBody"/>
        <w:jc w:val="left"/>
      </w:pPr>
      <w:r>
        <w:rPr>
          <w:rFonts w:ascii="Times New Roman" w:hAnsi="Times New Roman" w:eastAsia="Times New Roman" w:cs="Times New Roman"/>
        </w:rPr>
        <w:t>12 kaqpi, Ezequielpas kikinta allin rimaykunallata llamk’achin, chayrayku sut’inchaspalla 12 kaqpi rimayta churaykun pachapi sellasqa kachkan huk pachaman, chay pachamanmi patak tawa chunka tawa waranqa runakunapaq.</w:t>
      </w:r>
    </w:p>
    <w:p>
      <w:pPr>
        <w:pStyle w:val="ArticleScripture"/>
        <w:jc w:val="left"/>
      </w:pPr>
      <w:r>
        <w:rPr>
          <w:rFonts w:ascii="Times New Roman" w:hAnsi="Times New Roman" w:eastAsia="Times New Roman" w:cs="Times New Roman"/>
        </w:rPr>
        <w:t>Señorpa siminpas ñoqamanpas hamurqan, nispa: Runa churiy, qanqa huk hatariq wasi chawpipi tiyanki; paykunaqa rikunankupaq ñawiyuq kashaspapas mana rikunkuchu; uyarinankupaq rinriyuq kashaspapas mana uyariykunkuchu; imaraykuchus paykunaqa huk hatariq wasim. Ezequiel 12:1, 2.</w:t>
      </w:r>
    </w:p>
    <w:p>
      <w:pPr>
        <w:pStyle w:val="ArticleBody"/>
        <w:jc w:val="left"/>
      </w:pPr>
      <w:r>
        <w:rPr>
          <w:rFonts w:ascii="Times New Roman" w:hAnsi="Times New Roman" w:eastAsia="Times New Roman" w:cs="Times New Roman"/>
        </w:rPr>
        <w:t>Ezequielpa chunka iskayniyuq kapítulonqa, pachata reqsichin pachaq tawa chunka tawa waranqa sellasqa kananpaq, chayta ruwaspanmi parlakun Efraínpa machasqankuna qhepa para willakuynin llullaqmanta, Jerusalén llaqtapi runakunata kamachiq machasqankunamanta, sellasqa librota mana ñawiriy atiq machasqankunamanta. Paykunapa qhepa para llulla willakuyninqa sayarin Diospa Siminpa profétik rikhurinankunata ancha karu hamuq pacha-man churaypi.</w:t>
      </w:r>
    </w:p>
    <w:p>
      <w:pPr>
        <w:pStyle w:val="ArticleBody"/>
        <w:jc w:val="left"/>
      </w:pPr>
      <w:r>
        <w:rPr>
          <w:rFonts w:ascii="Times New Roman" w:hAnsi="Times New Roman" w:eastAsia="Times New Roman" w:cs="Times New Roman"/>
        </w:rPr>
        <w:t>Versokuna kimsaqmantapacha chunka phisqayuqkama, Ezequiel kamachisqa kachkan Diospa llaqtan Babiloniapi prisionman apasqa rinanta rikuchinampaq. Babiloniapi prisionman apasqa kayqa utqaylla hamuq domingopa kamachikuyninta rikuchin, chaymanta versokuna chunka suqtayuqmanta iskay chunka kama, payqa reqsichin llaqtakunapa thuñikuyninwan kuska hamuq yarqayta, mayqinchus qallarin hatun pachakuti chukchukuypa horanpi, chaymi utqaylla hamuq domingopa kamachikuynin. Chay sasa pachapi chakra llaqtapi kawsaypa allinkayninkuna chaypi rikuchisqa kanku, hinaspa versokuna iskay chunka hukniyuqmanta iskay chunka pusaqniyuqkama, charinchik Millerita historiapi kunan pacha chiqaq yachachiy hina reqsisqa pasajeta. Chay pasajeqa simillanmanta simillankama The Great Controversy nisqapi citasqa kachkan, libro ukhupi Millerita historiapa willakuyninpi.</w:t>
      </w:r>
    </w:p>
    <w:p>
      <w:pPr>
        <w:pStyle w:val="ArticleScripture"/>
        <w:jc w:val="left"/>
      </w:pPr>
      <w:r>
        <w:rPr>
          <w:rFonts w:ascii="Times New Roman" w:hAnsi="Times New Roman" w:eastAsia="Times New Roman" w:cs="Times New Roman"/>
        </w:rPr>
        <w:t>Hinaspan Señor Diospa rimaynin hamuwarqan ñoqaman, nispa: Runa churiy, imataq chay rimaykuchuqa qankunapaq kachkan Israel hallp’api, nispa: P’unchaykuna unayachisqa kanku, llapa musquy rikuykunapas mana imapipas tukukuqchu? Chayrayku paykunaman niy: Kayhinatan Señor Dios nin: Kay rimaykuchuta tukuchisaq, manataqmi Israelpiña rimaykuchu hina apaykachanqankuchu; aswan paykunaman niy: P’unchaykuna qayllam kachkan, llapa musquy rikuykunapa hunt’akuyninpas chayamunñam. Manañam kanqachu imapas yanqa musquy rikuy, nitaq allinman qhawaykuq llullakuy watuq simipas Israelpa wasin ukhupiqa. Imaraykuchus noqa Señor kani: rimasaq, hinaspa rimasqay simiqa hunt’akunqa; manańam unayachisqachu kanqa: qankunapa p’unchayninkupi, ay mana kasukuq wasi, simita rimasaq, hinaspa chayta rurasaq, nin Señor Dios. Yapamanta Señorpa rimaynin hamuwarqan ñoqaman, nispa: Runa churiy, qhaway, Israelpa wasinmanta runakuna ninaku: Paypa rikusqan musquy rikuyqa achka p’unchaykunapaqraqmi, karu tiempo kunamantaqmi willakuyta riman. Chayrayku paykunaman niy: Kayhinatan Señor Dios nin: Manañam mayqenpas simiykuna unayachisqachu kanqa; aswan rimasqay simiqa rurasqa kanqa, nin Señor Dios. Ezequiel 12:21–28.</w:t>
      </w:r>
    </w:p>
    <w:p>
      <w:pPr>
        <w:pStyle w:val="ArticleBody"/>
        <w:jc w:val="left"/>
      </w:pPr>
      <w:r>
        <w:rPr>
          <w:rFonts w:ascii="Times New Roman" w:hAnsi="Times New Roman" w:eastAsia="Times New Roman" w:cs="Times New Roman"/>
        </w:rPr>
        <w:t>Chay llulla qhipa para yachachiy, pachak tawa chunka tawa waranqa sellakusqa pacha qhawarichisqa, nin: “p’unchaykuna unaychakusqan, llapa rikuchikuypas manaka hunt’akunchu.” Chayqa, ¿manachu Moisés, Elías, Ezequiel, Isaías, Juanwan sutichasqa chay willakuqkuna 18 de julio de 2020 p’unchayta willakusqankupi pantarqanku? Chay pacha Laodicea Adventistaq willakuyninqa kaymi: “paypa rikuchikusqanqa ashka p’unchaykunapaqraqmi, karu tiemposmantaqmi pay rimarin.” Chay historiapi manam sapa rikuchikuylachu hunt’akunan, aswanpas willakuqqa kunan p’unchay moderno Israelpa chinkasqa wasinman kaynata ninan tiyan: “Kayhinata nin Señor Dios,” “ñoqam” llulla “proverbio” Laodicea Adventismomantaq “tukuqchisaq.” Niychis: “P’unchaykunaqa qayllapiñam kachkan, sapa rikuchikuyq hatun rurayninwan.” “Manañam mayqin simiykunapas unaychakasqachu kanqa; ichaqa ñoqa rimarisqay simiqa rurasqam kanqa, nin Señor Dios.”</w:t>
      </w:r>
    </w:p>
    <w:p>
      <w:pPr>
        <w:pStyle w:val="ArticleBody"/>
        <w:jc w:val="left"/>
      </w:pPr>
      <w:r>
        <w:rPr>
          <w:rFonts w:ascii="Times New Roman" w:hAnsi="Times New Roman" w:eastAsia="Times New Roman" w:cs="Times New Roman"/>
        </w:rPr>
        <w:t>Laodiceapi willakuynin munanmi chay willakuyqa reqsichinanpaqña kay p’unchawkuna qayllapiña kashasqanta mayqen rikuchiyllapaqpa ruwayninpas hunt’akunqa, chay p’unchawkunaqa pachak tawa chunka tawa waranqa runakunapa sellasqa kay pacha p’unchawkunam. Chay pasajepi mana qhawasqa saqepunaykipaq ancha allin kaq puntuqaqa kaymi: Dios kikinmi sut’ita nin “p’unchawkunapi”, mayqen sellasqa pacha tiempota rikuchin, Laodiceapi Adventismoq “yanqa rikuchiynta”, paykunapa “miski simi layqayninta”, hinaspa llulla “rimay yachaqaynta” tukuchinqa. Diosmi paykunapa llulla qhipa para willakuyninta tukuchin manaraq utqaylla hamuq domingo ley chayamuchkaptin, imaraykuchus chayta tukuchin pay rimashan p’unchawkunapi. Chaytaqa tukuchinmi, cheqaq qhipa para willakuyta takyachispa, akllasqankunata hoqarisqan hina, paykuna utqaylla hamuq domingo leypi unancha kananpaq akllasqa kaptinku. Chay akllasqakunaqa “allpa kuyuy” manaraq kaptinmi sellasqa kanku.</w:t>
      </w:r>
    </w:p>
    <w:p>
      <w:pPr>
        <w:pStyle w:val="ArticleBody"/>
        <w:jc w:val="left"/>
      </w:pPr>
      <w:r>
        <w:rPr>
          <w:rFonts w:ascii="Times New Roman" w:hAnsi="Times New Roman" w:eastAsia="Times New Roman" w:cs="Times New Roman"/>
        </w:rPr>
        <w:t>Huk ñanapiqa, llullaq qhepa para nisqa yachachiypa yanqa rimayninta tukuchin mana suyaska, astawan wiñaq Diospa taripaykunapa chayamuyninwanmi; chaykunaqa tutayay wawakunapaq ancha mancharichiq muspay-hina chayamun, ichaqa k’anchaypa wawankuna ñawpaqmantapacha willakusqanku kikin willaymantaqmi kan. Kunan yaykushanchis chay historiataqa Diospa taripaykunanmi chimpapunqa. Chay taripaykunaqa Diospa Simiypi kutin kutinta rikuchisqami kanku, sellasqa pacha, 11 septiembre 2001 watapi qallarisqa, chaypim llapa rikuykuna, Diospa taripaykunamanta rikuykunapas, chayamunanku tiyan, paypa Simiyninqa hayk’aqpas mana pantasqanrayku.</w:t>
      </w:r>
    </w:p>
    <w:p>
      <w:pPr>
        <w:pStyle w:val="ArticleBody"/>
        <w:jc w:val="left"/>
      </w:pPr>
      <w:r>
        <w:rPr>
          <w:rFonts w:ascii="Times New Roman" w:hAnsi="Times New Roman" w:eastAsia="Times New Roman" w:cs="Times New Roman"/>
        </w:rPr>
        <w:t>Ñawpaq qillqakuna-pi rikuchirqanchikmi Daniel qillqap ñawpaq kimsa capitulonkunaqa Apocalipsis qillqap chunka tawañiyuq capitulonpi kimsa angelkunap willakuyninkunata sut’inchanku. Iskayniyuq capituloqa iskay kaq angelpa willakuyninmi; chayraykutaq sellakuy pacha ukhupi iskay kaq pruebapa rikch’ayninmi. Ñawpaq kaq pruebaqa hukniyuq capitulom karqa, hinaspan mikhunaymanta prueba karqa: runa hanaq pacha mikhunata akllankuchu icha Babiloniap mikhunanta akllankuchu, chaymanta. Iskayniyuq capituloqa Nebucodonosorpa musquynin ukhupi pakasqa cheqaq kaywanmi rikuchisqa karqa, chaypi animalkunamanta ruwasqa estatuam kashan, chay animalkunaqa reinokunam kanku.</w:t>
      </w:r>
    </w:p>
    <w:p>
      <w:pPr>
        <w:pStyle w:val="ArticleBody"/>
        <w:jc w:val="left"/>
      </w:pPr>
      <w:r>
        <w:rPr>
          <w:rFonts w:ascii="Times New Roman" w:hAnsi="Times New Roman" w:eastAsia="Times New Roman" w:cs="Times New Roman"/>
        </w:rPr>
        <w:t>Daniel iskayqa, pachak tawa chunka tawa waranqa sellakusqankukunaq tiempompi, uywaq siq’isqa rikch’ayman churasqa pruebatam sut’inchan, hinallataq pakasqa yachayniyoqmi, imaraykuchus Nabucodonosor manam musquyninta yuyarinchu karqa. Chayqa pachak tawa chunka tawa waranqamanta historiapi kicharisqa huk pakasqa cheqatam rikuchin, hinallataq siq’ipi rikuchisqa Bibliamanta profecíaq qhapaq suyukunamanta huk pakasqa cheqatapas. Chayqa wañuy utaq kawsay prueban karqa Danielpaq, kimsa allin runakunapaqpas, hinallataq Babilonia mikhunata mikhusqa caldeo yachaqkunaqpaqpas.</w:t>
      </w:r>
    </w:p>
    <w:p>
      <w:pPr>
        <w:pStyle w:val="ArticleBody"/>
        <w:jc w:val="left"/>
      </w:pPr>
      <w:r>
        <w:rPr>
          <w:rFonts w:ascii="Times New Roman" w:hAnsi="Times New Roman" w:eastAsia="Times New Roman" w:cs="Times New Roman"/>
        </w:rPr>
        <w:t>Ellen White-man rikuchisqa karqan uywaqpa lantiynin ruwasqa kananta “gracia pacha wichq’aykukunankama ñawpaqta, imaraykuchus chaymi Diospa llaqtanpaq hatun prueba, maypin wiñay kawsayninkupaq destino-nku willakuyta chaskinqa” nispa. Nabucodonosorpa pakasqa musquyninmi chay pruebayta rikuchin. Chay lantiypa pakasqa chiqaq-kaynin, kay p’unchaykunapi rikuchisqa, maypachachus sapa visiónpa rurasqan mana unayñachu suyachisqa kan, chaymi kayta nin: Jesus, Alpha y Omega hina, Bibliapa profecía reino-kunamanta ñawpaq kaq, qhepa kaq rimariykunapi reqsichikurqan pusaq kaq uywaqa qanchis kaqkunamanta kasqanta.</w:t>
      </w:r>
    </w:p>
    <w:p>
      <w:pPr>
        <w:pStyle w:val="ArticleBody"/>
        <w:jc w:val="left"/>
      </w:pPr>
      <w:r>
        <w:rPr>
          <w:rFonts w:ascii="Times New Roman" w:hAnsi="Times New Roman" w:eastAsia="Times New Roman" w:cs="Times New Roman"/>
        </w:rPr>
        <w:t>Apocalipsis qanchis chunka qanchisniyuq capítuloq pusaj kaq animalnin, qanchis kaqkunamanta kaq, papal atiyniyuqmi, kay pachaq trononman kutichisqa kaq; hinaspa aswan ukhupi pakasqa secreto, kunan rikuchisqa kaqqa, Estados Unidos kay nacionpi animalpa imagenninta ruwaspa, chay hinallataq pusaj kaqpa rikchayninta qawachinqa, qanchis kaqkunamanta kaspa. Pacha tukuypaq p’unchaymanta pacha 1989 watamanta suqta kaq presidente, qhapaq presidente kaspa dragónpa llapan suyunta kuyuchirqan chayqa, 2020 watapi progresista, woke, liberal globalista runakunaq makinpi wañuchikuq hina politikapi ch’aki nanayta chaskirqan, imaraykuchus Republicano waqra, Apocalipsis chunka hukniyuq capítuloq atheístico animalninwan, callikunapi wañuchisqa karqan.</w:t>
      </w:r>
    </w:p>
    <w:p>
      <w:pPr>
        <w:pStyle w:val="ArticleBody"/>
        <w:jc w:val="left"/>
      </w:pPr>
      <w:r>
        <w:rPr>
          <w:rFonts w:ascii="Times New Roman" w:hAnsi="Times New Roman" w:eastAsia="Times New Roman" w:cs="Times New Roman"/>
        </w:rPr>
        <w:t>Chaypacha kikin, kimsa kaq angelpa kuyukuyninqa wañuylla nanaywan chaskirqan 18 julio 2020 p’unchaypi, Apocalipsis chunka hukniyuq kapítulopi atheo uywapa makinmanta. Chay kuyukuyninqa Laodicea nisqapi Qanchis p’unchay adventistakuna-manta ruwasqa karqan, hinaspa 2023 watapi, chay kuyukuyninqa hatarichisqa karqan kimsa kaq angelpa Filadelfia kuyukuynin hina. Iskaynin waqrankunaqa 2020 watapi wañuchisqa karqanku, hinaspa iskayninku kimsa pusaq kuskan p’unchay simbólicomanta qipaman sayarimunku. Uywapa política rikchayninpa kamasqanqa Iglesiapaq Estadopaq hukllachasqanmi Estados Unidos llaqtapi, hinaspa qhipa p’unchaykunapi imatachus rikchayninta ruranku chay uywaqa qanchis kaqmanta kaq pusaq kaq uywan. Imagen uywa Estados Unidos llaqtapi kamasqa kaptin, Romaq pusaq kaq uywapa chaylla profético atributuntaqa hap’inqa.</w:t>
      </w:r>
    </w:p>
    <w:p>
      <w:pPr>
        <w:pStyle w:val="ArticleBody"/>
        <w:jc w:val="left"/>
      </w:pPr>
      <w:r>
        <w:rPr>
          <w:rFonts w:ascii="Times New Roman" w:hAnsi="Times New Roman" w:eastAsia="Times New Roman" w:cs="Times New Roman"/>
        </w:rPr>
        <w:t>Maypachachus animalpa rikch’ayninmanta prueba cheqaq protestante waqrapi hunt’akupunqa chayqa, pichkuna allinta reqsinku profetiko cheqaqkuna animal de la tierra nisqapa iskaynin waqrankunapi animalpa rikch’ayninpa kamasqanmanta, paykuna wiñaypaq sellasqa kanqaku Cristopa rikch’ayninwan. Chay mana yuyaysapalla doncellakuna, yanqa hinaspa sonqota allillachiq rikch’aynita chaskisqankurayku, animalpa rikch’ayninta wiñaypaq kamarisqaku.</w:t>
      </w:r>
    </w:p>
    <w:p>
      <w:pPr>
        <w:pStyle w:val="ArticleScripture"/>
        <w:jc w:val="left"/>
      </w:pPr>
      <w:r>
        <w:rPr>
          <w:rFonts w:ascii="Times New Roman" w:hAnsi="Times New Roman" w:eastAsia="Times New Roman" w:cs="Times New Roman"/>
        </w:rPr>
        <w:t>Kaymi karqanmi profeta Ezequielpa rikusqan, paypa mancharisqa ñawpaqenman rikuchisqa kasqan señalkuna, kay pachapi kamachiqkunaq rurayninkunata huk Atipaq makillanta apamushananta qhawachiq. Hukninwan huknin tinkisqa ruedakuna tawa kawsayniyuq kaqkunawan kuyuchisqa karqanku. Tukuy chaykunamanta ancha hanaqpi “tiyanapa rikchaynin kaq karqa, quri yawar rumi hina rikuriq; tiyanapa rikchayninmanta hanaqpi tiyaykaqtaq runapa rikchaynin hina rikuriq karqa.” Ezequiel 1:26, RSV.</w:t>
      </w:r>
    </w:p>
    <w:p>
      <w:pPr>
        <w:pStyle w:val="ArticleScripture"/>
        <w:jc w:val="left"/>
      </w:pPr>
      <w:r>
        <w:rPr>
          <w:rFonts w:ascii="Times New Roman" w:hAnsi="Times New Roman" w:eastAsia="Times New Roman" w:cs="Times New Roman"/>
        </w:rPr>
        <w:t>“Ruedakunaqa, chhika sasachak-hina, ñawpaq rikuyllapi pantasqa kasqankuta rikuchispa, hunt’asqa tinkuywan kuyurirqanku. Hanaq pacha kawsayniyoqkunam chay ruedakunata kallpachirqanku. Runakunapa ruwasqankunapa sasachak pukllayninqa Diospa kamachiynin uranpin kachkan. Llaqtakunapa ch’aqwayninwan ch’ampaywan chawpinpi, querubinkunamanta hanaqpi tiyaykuqmi kay pachapa imankunatapas pusanraq. Sapa llaqtamanpas, sapa runamanpas, Diosqa hatun yuyayninpi huk kitiyta churapun. Kunan p’unchayqa runakuna hinallataq llaqtakunaqa kikinkupa akllasqanrayku kikin destino ninkuta kamachkanku, chaymanta Diosqa llapan imata atipanman tukuy imata kamachispa, Paypa munasqan hunt’akunampaq.”</w:t>
      </w:r>
    </w:p>
    <w:p>
      <w:pPr>
        <w:pStyle w:val="ArticleScripture"/>
        <w:jc w:val="left"/>
      </w:pPr>
      <w:r>
        <w:rPr>
          <w:rFonts w:ascii="Times New Roman" w:hAnsi="Times New Roman" w:eastAsia="Times New Roman" w:cs="Times New Roman"/>
        </w:rPr>
        <w:t>“Hatun Ñoqa Kani nisqanmi Simiyninpi qorqon profecíakunaqa willawanchik imaynan pacha-kunapa qatipakuyninpi kasqanchikta. Llapa imatachus profecíaqa kunankama ñawpaqmantapacha willarqanqa, historiapa raprankunapi qatiqchasqa kashan; chaymanta llapa ima hamuqraq kaqpas ordenninman hina hunt’asqa kanqa.</w:t>
      </w:r>
    </w:p>
    <w:p>
      <w:pPr>
        <w:pStyle w:val="ArticleScripture"/>
        <w:jc w:val="left"/>
      </w:pPr>
      <w:r>
        <w:rPr>
          <w:rFonts w:ascii="Times New Roman" w:hAnsi="Times New Roman" w:eastAsia="Times New Roman" w:cs="Times New Roman"/>
        </w:rPr>
        <w:t>“Pachakuna pachaqta reqsichinku hatun, chaninnaq, manchaylla rurasqakuna qayllapi kasqanchikta. Llapa kay pachanchikpi kaqkuna kuyuriyllapi, ch’aqwaypi kachkan. Qispichiqmi hamuyninman ñawpaqta pasananpaq kaqkunamanta willarakurqa: ‘Guerrakunatam uyarinkichik, guerramanta willakuykunatapas…. Suyuqa suyuwanmaq sayarinqa, qhapaq suyupas qhapaq suyuwanmaq; muchuypas kanqa, unquykunapas, pacha kuyuykunapas tukuypi.’ Mateo 24:6, 7. Kamachiqkuna, estadistakuna ima reqsinku hatun, tukupaqta churananpaq hina huk ruway qayllaykamusqanta—kay pachaqa huk ancha hatun sasachakuy patamanña chayasqanta.”</w:t>
      </w:r>
    </w:p>
    <w:p>
      <w:pPr>
        <w:pStyle w:val="ArticleScripture"/>
        <w:jc w:val="left"/>
      </w:pPr>
      <w:r>
        <w:rPr>
          <w:rFonts w:ascii="Times New Roman" w:hAnsi="Times New Roman" w:eastAsia="Times New Roman" w:cs="Times New Roman"/>
        </w:rPr>
        <w:t>“Bibliaqa, Biblia sapallañataqmi, chiqap qhawariyta qon ñawpaqman hinaspaña llanthunta wikch’achkashan ruwaykunamanta, asuykusqankupa qapariynin kay pachata katkatichispa runakunapa sonqonkuta manchaywan pisi kallpayuqyachin. ‘Qhawariy, Señorqa kay pachata ch’usaqyachinqa, waqlliyachinqa, hawan allp’antata q’ewiykachaspataq tiyaqnin runakunata ch’iqichinqa.’ ‘Imaraykuchus paykunaqa leykunata p’antachirqanku, kamachikuykunata p’akirqanku, wiñay rimanakuytapas p’akirqanku. Chayraykun ñakayqa kay pachata mikhun, tiyaqnin runakunañataq huchankurayku muchunku.’ Isaías 24:1, 5, 6, RSV.”</w:t>
      </w:r>
    </w:p>
    <w:p>
      <w:pPr>
        <w:pStyle w:val="ArticleScripture"/>
        <w:jc w:val="left"/>
      </w:pPr>
      <w:r>
        <w:rPr>
          <w:rFonts w:ascii="Times New Roman" w:hAnsi="Times New Roman" w:eastAsia="Times New Roman" w:cs="Times New Roman"/>
        </w:rPr>
        <w:t>“‘¡Ay! chay p’unchayqa hatunmi, manataq pipas pay hina kanchu: chayqa Jacobpa ñak’ariynin tiempunmi; ichaqa chaymanta qispichisqa kanqa.’ Jeremías 30:7.”</w:t>
      </w:r>
    </w:p>
    <w:p>
      <w:pPr>
        <w:pStyle w:val="ArticleScripture"/>
        <w:jc w:val="left"/>
      </w:pPr>
      <w:r>
        <w:rPr>
          <w:rFonts w:ascii="Times New Roman" w:hAnsi="Times New Roman" w:eastAsia="Times New Roman" w:cs="Times New Roman"/>
        </w:rPr>
        <w:t>“‘Señorta, mayqinmi pakariyniy, chayta qam wasiykita ruranki; ancha hanaq kaqta, qampaq tiyaykita ruranki; chayrayku mana ima mana allinpas qamman chayamunqachu, nitaq ima unquypas wasiykiman qayllaykamuqchu.’ Salmo 91:9, 10.”</w:t>
      </w:r>
    </w:p>
    <w:p>
      <w:pPr>
        <w:pStyle w:val="ArticleScripture"/>
        <w:jc w:val="left"/>
      </w:pPr>
      <w:r>
        <w:rPr>
          <w:rFonts w:ascii="Times New Roman" w:hAnsi="Times New Roman" w:eastAsia="Times New Roman" w:cs="Times New Roman"/>
        </w:rPr>
        <w:t>“Diosqa manan saqenqachu Iglesia-ninta paypa aswan hatun manchay pacha chaypi. Qispichiyta nisqanmi. Paypa reino-ninpa kamachikuyninkunaqa inti uranpi kaq llapa runakunaq respetasqan kanqa.” Historical Sketches 277–279.</w:t>
      </w:r>
    </w:p>
    <w:p>
      <w:pPr>
        <w:pStyle w:val="ArticleBody"/>
        <w:jc w:val="left"/>
      </w:pPr>
      <w:r>
        <w:rPr>
          <w:rFonts w:ascii="Times New Roman" w:hAnsi="Times New Roman" w:eastAsia="Times New Roman" w:cs="Times New Roman"/>
        </w:rPr>
        <w:t>“Runakuna ruwasqan imakuna sasa tinkuynin” nirqa, Ezequielpa qhapaq Santísimo Cheqapi musqhoypi rikuchisqa karqan, sellasqa pacha ukhupi, muyu muyuwan t’aqaqa tinkisqa kasqanta. Chay imakunaqa Diospa kamachiywanmi kashan; imaraykuchus chay imakunaqa Diospa Siminpa llapa rikch’ayninkunapa hunt’akuyninmi, chaykunataq sellasqa pachapi tukuy hunt’asqa, allin hunt’asqa rurayninman chayan. Kanchisqa “uyariy” kashan, mayqenchaq “hatunman hatun crisis” nisqata reqsichin, mayqenmanmi “kay pacha qayllapi kashan” chayananpaq. Chay “uyariyqa” “allpata katkatichin, runakunapa sonqonkutataq manchakuymanta p’akichin.” Iskaynin, allpapa katkatayninpas, runakunapa sonqonkuta manchakuymanta p’akichiypas, qanchis kaq, qhipa Trompetapa uyariyninpa unanchaqninmi kanku, chaymi kimsa kaq llaquy.</w:t>
      </w:r>
    </w:p>
    <w:p>
      <w:pPr>
        <w:pStyle w:val="ArticleBody"/>
        <w:jc w:val="left"/>
      </w:pPr>
      <w:r>
        <w:rPr>
          <w:rFonts w:ascii="Times New Roman" w:hAnsi="Times New Roman" w:eastAsia="Times New Roman" w:cs="Times New Roman"/>
        </w:rPr>
        <w:t>Kinsa ñak’ariypa Islamnin rayku nacionkuna piñachisqa kayqa, wachakuy nanaypi kashaq warmi hinam; chayhinaqa aswan-aswan yapakuspa, sinchiykuspa riq krisista rikuchin. Chay sinchiykuspa riq krisisqa qallarin 11 ñiqin septiembre killapi, 2001 watapi; hinaspa 7 ñiqin octubre killapi, 2023 watapi, qatiq ancha nanaykuy chayamurqan, hinaspa Diospa Simin mana hayk’aqpas pantanchu rayku, qatiq wachakuy nanayqa ancha utqayllam hamushan, aswan hatun wañuchiytaqmi apanqa. ¿Qampas llaqtapichu kawsashanki?</w:t>
      </w:r>
    </w:p>
    <w:p>
      <w:pPr>
        <w:pStyle w:val="ArticleBody"/>
        <w:jc w:val="left"/>
      </w:pPr>
      <w:r>
        <w:rPr>
          <w:rFonts w:ascii="Times New Roman" w:hAnsi="Times New Roman" w:eastAsia="Times New Roman" w:cs="Times New Roman"/>
        </w:rPr>
        <w:t>Qhipa qillqapi kay yachayta qatiqllaña kasunchik.</w:t>
      </w:r>
    </w:p>
    <w:p>
      <w:pPr>
        <w:pStyle w:val="ArticleScripture"/>
        <w:jc w:val="left"/>
      </w:pPr>
      <w:r>
        <w:rPr>
          <w:rFonts w:ascii="Times New Roman" w:hAnsi="Times New Roman" w:eastAsia="Times New Roman" w:cs="Times New Roman"/>
        </w:rPr>
        <w:t>“Profetapaqmi, ruedapa ukhupi rueda hina kawsayniyuqkunapa rikch’ayninkuna, chaykunawan t’inkisqa, llapanmi sasachakuq, mana sut’inchay atina hina rikurirqan. Ichaqa rueda-kunapa chawpinpi mana tukukuq Yachayniyuqpa makinmi rikuykuchkan, hinaspa hunt’asqa ordenmi ruwasqanmantapacha lluqsirin. Sapa rueda, Diospa makinwan pusasqa, wakin rueda-kunawanpas hunt’asqa tinkuywan llank’an. Qawarichisqam kani runa instrumentokuna ancha atiyniyuq kayta maskhanankupaq hinallataq llank’ayta kikinkumanta kamachiyta munanankupaqsa. Paykuna Señor Dios-ta, Hatun Ruraqta, ancha qarqunku imayna ruwanankumanta churasqankupi hinaspa manan payman llapanta saqinkuchu llank’aypa ñawpaqman puriyninmantaqa. Manan pipas huk ratullapas yuyaymanananchu hatun Ñuqa Kaniypa kaqkunata kamachiy atisqantaqa. Diosqa providenciapiñan ñanta wakichin, chay hina llank’ay runa agente-kunawan ruwasqa kananpaq. Chayrayku sapa runa deberninpa puestonninpi sayachun, kay pacha tiempoqpaq rakinchasqa ruwayninta ruwanampaq, hinaspa yachachun Dios paypa Yachachiqnin kasqanta.”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Kimsa Chunka Kimsayoq</dc:title>
  <dc:subject>Sut’inakuy profétic awasqamanta qhawaykuna: 144,000 sellakusqa pacha nisqamanta yuyaykuna</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