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kimsa chunka tawañiqin</w:t>
      </w:r>
    </w:p>
    <w:p>
      <w:pPr>
        <w:pStyle w:val="ArticleSubtitle"/>
        <w:jc w:val="left"/>
      </w:pPr>
      <w:r>
        <w:rPr>
          <w:rFonts w:ascii="Arial" w:hAnsi="Arial" w:eastAsia="Arial" w:cs="Arial"/>
        </w:rPr>
        <w:t>Profético Rikch’akuy: 11 de septiembre de 2001 watamanta, Estados Unidospi qayllamusaq Domingo Leykama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Pachak tawqa tawa chunka tawa waranqa akllakusqakunapa siñasqa kasqan pacha, 11 septiembre 2001 p’unchaymanta Estados Unidos llaqtapi qayllamanta hamuq domingo kamachikama, chaymi profético pacha, maypichus Diospa Siminmanta llapa rikuykunapas qhepa p’unchaykunapi hunt’akunku.</w:t>
      </w:r>
    </w:p>
    <w:p>
      <w:pPr>
        <w:pStyle w:val="ArticleScripture"/>
        <w:jc w:val="left"/>
      </w:pPr>
      <w:r>
        <w:rPr>
          <w:rFonts w:ascii="Times New Roman" w:hAnsi="Times New Roman" w:eastAsia="Times New Roman" w:cs="Times New Roman"/>
        </w:rPr>
        <w:t>Chayrayku paykunaman niy: Kayhinatanmi Señor Dios nin: Kay rimayta tukuchisaq, manaña Israelpi rimayhina apaykachanqakuchu; ichaqa paykunaman niy: Punchawkuna ñam qayllamunña, sapa rikuy willakuypas hunt’akunqanpas. Ezequiel 12:23.</w:t>
      </w:r>
    </w:p>
    <w:p>
      <w:pPr>
        <w:pStyle w:val="ArticleBody"/>
        <w:jc w:val="left"/>
      </w:pPr>
      <w:r>
        <w:rPr>
          <w:rFonts w:ascii="Times New Roman" w:hAnsi="Times New Roman" w:eastAsia="Times New Roman" w:cs="Times New Roman"/>
        </w:rPr>
        <w:t>Chay líniapi, kimsañiqin angelqa huk kutita chayamun, chay hina ruwasqampi, kimsañiqin angelpa chayasqanmi rikuchisqa kachkan 1844 watapi octubre killapa 22 p’unchayninmanta 1863 watapi hatarinakama. 1863 watapi hatariyqa unay Israel llaqtapa Kadeshpi ñawpaq hatariyninwanmi rikuchisqa karqan, chayraykutaq Puka Qochata chimpasqamanta Kadeshpi ñawpaq hatariykama llapa historiantinwanmi rikuchisqa kachkan. Kadeshpi ñawpaq hatariyqa iskay ñiqin Kadesh hatariyta unancharqan, chaymi Aaronpa wañusqanmantapacha iskay ñiqin Kadesh hatariykama líneaqa sellasqa kasqapa línianpi yapamanta kutichisqa kachkan.</w:t>
      </w:r>
    </w:p>
    <w:p>
      <w:pPr>
        <w:pStyle w:val="ArticleBody"/>
        <w:jc w:val="left"/>
      </w:pPr>
      <w:r>
        <w:rPr>
          <w:rFonts w:ascii="Times New Roman" w:hAnsi="Times New Roman" w:eastAsia="Times New Roman" w:cs="Times New Roman"/>
        </w:rPr>
        <w:t>Kaymi kutichisqa karqan Milleritakunaq historiapin, 1840 watamanta 1844 watakama, mayqinchus Cristoq bautismonmanta chakatasqa wañuyninkama rikch’achisqa karqan; chaypas cruzmanta Estebanpa rumiwan maqasqa wañuyninkama historiata qhawarichirqan. Sapa siq’imanta sapa siq’iman, ñawpaq profetakuna sapa huknin kay pacha punchawkunaqmanta aswan achkata rimarqanku, manaraq paykuna kawsasqan punchawkunaqmantachu.</w:t>
      </w:r>
    </w:p>
    <w:p>
      <w:pPr>
        <w:pStyle w:val="ArticleScripture"/>
        <w:jc w:val="left"/>
      </w:pPr>
      <w:r>
        <w:rPr>
          <w:rFonts w:ascii="Times New Roman" w:hAnsi="Times New Roman" w:eastAsia="Times New Roman" w:cs="Times New Roman"/>
        </w:rPr>
        <w:t>“Sapaq ñawpa profetakunam kikinkupa pacha tiempunmanta aswanqa ñoqanchispaq rimarqanku, chayraykum profecíankuq rimaynin ñoqanchispaq kallpanpi kachkan. ‘Kaykunataq llapallan paykunapi pasaqkarqan yachachinapaq rikch’achiykuna hina; qelqasqataq kanku ñoqanchispa yuyaychasqa kananpaq, pichus kay pachakunaq tukukuyninman chayamurqan chaykunapaq.’ 1 Corintios 10:11. ‘Manam kikinkunapaqchu, aswanqa ñoqanchispaqmi sirvirqanku chay imakunata, kunanqa willasqasña kachkanku qankunaman, hanaq pacha mantam Santo Espíritu kachamusqanwan evangelio willaqkunaq qankunaman willasqanrayku; chay imakunatam angelkunapas qhawayta munanku.’ 1 Pedro 1:12....”</w:t>
      </w:r>
    </w:p>
    <w:p>
      <w:pPr>
        <w:pStyle w:val="ArticleScripture"/>
        <w:jc w:val="left"/>
      </w:pPr>
      <w:r>
        <w:rPr>
          <w:rFonts w:ascii="Times New Roman" w:hAnsi="Times New Roman" w:eastAsia="Times New Roman" w:cs="Times New Roman"/>
        </w:rPr>
        <w:t>“Bibliaqa kay qhepa wiñaypaq miraypaq qollqekunanta huñuspa, hukllachaspa wataykusqa. Ñawpa Testamentopa historiampi llapa hatun ruwaykuna, solemnne tratokuna ima, kay qhipa p’unchaykunapi iglesiapi kutimuykuspa karqanku, kunanpas kutimuykuchkanku.” Selected Messages, libru 3, 338, 339.</w:t>
      </w:r>
    </w:p>
    <w:p>
      <w:pPr>
        <w:pStyle w:val="ArticleBody"/>
        <w:jc w:val="left"/>
      </w:pPr>
      <w:r>
        <w:rPr>
          <w:rFonts w:ascii="Times New Roman" w:hAnsi="Times New Roman" w:eastAsia="Times New Roman" w:cs="Times New Roman"/>
        </w:rPr>
        <w:t>“Qhipa wiñay” nisqaqa Pedropa akllasqa wiñayninmi, chaymi pachak tawa chunka tawa waranqa runakuna, paykunataq akllasqa kashanku 11 septiembre 2001 p’unchawmanta qaylla hamuq domingo kamachikuykama, maypichus chaymanta hoqarisqa kanku huk unancha hina. “Llapa,” mana wakinnaqchu, ichaqa “Diospa Siminpi llapa hatun ruwaykuna, llakiywan hunt’asqa rurakuykunapas,” “kutimuspanku” “qhipa wiñaypi” “iglesiapa” “qhipa p’unchaykunamanta.” Sellaypa siq’inpi, Bibliaq llapa libronkuna tinkunku hinaspa tukukunku.</w:t>
      </w:r>
    </w:p>
    <w:p>
      <w:pPr>
        <w:pStyle w:val="ArticleScripture"/>
        <w:jc w:val="left"/>
      </w:pPr>
      <w:r>
        <w:rPr>
          <w:rFonts w:ascii="Times New Roman" w:hAnsi="Times New Roman" w:eastAsia="Times New Roman" w:cs="Times New Roman"/>
        </w:rPr>
        <w:t>“Apocalipsispiqa llapa Bibliapi librokuna huñunakunku hinaspa tukukunku. Kaypiqa kachkan Danielpa libroyninpa hunt’asqan. Hukninqa huk profecía; hukninñataq huk revelación. Sellasqa karqan libroqa manan Apocalipsischu, aswanqa Danielpa profecíanmanta chay qhepa p’unchaykunaman tupaq rak’inmi. Angelqa kamachirqan: ‘Qanmi ichaqa, Daniel, simikunata wisq’ay, hinaspa librota sellay, tukukuypa pacha chaykama.’ Daniel 12:4.” Hechos de los Apóstoles, 585.</w:t>
      </w:r>
    </w:p>
    <w:p>
      <w:pPr>
        <w:pStyle w:val="ArticleBody"/>
        <w:jc w:val="left"/>
      </w:pPr>
      <w:r>
        <w:rPr>
          <w:rFonts w:ascii="Times New Roman" w:hAnsi="Times New Roman" w:eastAsia="Times New Roman" w:cs="Times New Roman"/>
        </w:rPr>
        <w:t>“Danielpa profecianpa qhepa p’unchaykunaman hina rikch’akuq parten,” kicharisqa karqan, Danielman iskay hatun mayukuna Shinar llaqtapi qosqanku rikuykunamanta: Ulai chaymanta Hiddekel. Chay rikuykunaqa Danielpa pusaq kaq capitulonpi chunka kimsayuq, chunka tawayuq versikulokunata, hinaspa chunka hukniyuq capitulonpi tawa chunka versiculomanta pichqa chunka pichqayuqkama rikuchin. Pachak tawa chunka tawa waranqa runakunapa sellakusqan pachaqa chay historiami maypicha Cristo, hanaq pachapi Hatun Sacerdote hina, qhepa miraypa akllasqankunata wiñaypaq sellan huk tinkuyman, chaypi divina hinaspa humana kasqanwan. Daniel chunka hukniyuqpi tawa chunka versiculonqa dragónpa, bestiapa, llulla profetapa ima tinkuyninta reqsisichin, paykuna kuskalla kunan pachapi kay pachata pusashanku Armagedónman, imaynachus kay pachapi bestia allpapi Republicanismopa waqranna rikuchisqan hina, Biblia profeciapi soqta kaq reinota kamachiq hina tawa chunka versiculopa historianninpacha. Tawa chunka versiculonqa yachaqkunapa hinaspa mana yuyaysapakunapa t’aqasqantapas reqsisichin, chaymi Protestantismopa waqranninta sut’ichan chay kikin historiapi, 1798 watamanta qallarispa utqayllam hamuq domingo kamachikama.</w:t>
      </w:r>
    </w:p>
    <w:p>
      <w:pPr>
        <w:pStyle w:val="ArticleBody"/>
        <w:jc w:val="left"/>
      </w:pPr>
      <w:r>
        <w:rPr>
          <w:rFonts w:ascii="Times New Roman" w:hAnsi="Times New Roman" w:eastAsia="Times New Roman" w:cs="Times New Roman"/>
        </w:rPr>
        <w:t>Llapa “Biblia qillqakuna” “tupan hinaspa tukukun” Apocalipsis qillqapi, hinaspa may pachachus tupanku chayqa, Apocalipsis qillqa Daniel qillqata “hunt’an”, hinaspa “hunt’ay” nisqa simiqa allin hunt’asqa kayman apayta nin. Pachak tawa chunka tawa waranqa sellakusqankupi, imaynachus Apocalipsis qillqapi rikuchisqa kachkan chayhina, qhepa p’unchaykunapi kichasqa Danielpa willakuykunaqa hunt’asqa tukunku, may pachachus huñusqa kachkanku sapan siq’ipi sapan siq’i patapi, historiaq siq’in patanman hina, imaynachus Apocalipsispa chunka pusaqniyuq rakhuypi rikuchisqa kachkan chayman hina, chaymi qallarin hukmanta kimsa kama versículokunapi kachkaq kunan simiwan, hinaspa tukukun tawa versículopi kaq iskay ñiqin simiwan.</w:t>
      </w:r>
    </w:p>
    <w:p>
      <w:pPr>
        <w:pStyle w:val="ArticleBody"/>
        <w:jc w:val="left"/>
      </w:pPr>
      <w:r>
        <w:rPr>
          <w:rFonts w:ascii="Times New Roman" w:hAnsi="Times New Roman" w:eastAsia="Times New Roman" w:cs="Times New Roman"/>
        </w:rPr>
        <w:t>Daniel qelqapi Hiddekel mayu nisqanwan rikuchisqa profétik riksiypa hunt’asqa kayninmi, Diospa llaqtanpa awqankunapa hawapi riksisqa rikhuriyninpa hunt’asqa kayninta rikuchin; paykunaqa santuario-ta chaymanta ejercito-ta saruspa uraykachanku. Daniel qelqapi Ulai mayu nisqanwan rikuchisqa profétik riksiypa hunt’asqa kayninmi, Cristopa llaqtan ukhupi rikhurimusqan ukhu riksiyinpa hunt’asqa kayninta rikuchin, paypa qhepa akllasqa mirayninpi divinidadwan humanidadta huñunaypaq alianzapa prometesqanta hunt’achisqanpacha.</w:t>
      </w:r>
    </w:p>
    <w:p>
      <w:pPr>
        <w:pStyle w:val="ArticleBody"/>
        <w:jc w:val="left"/>
      </w:pPr>
      <w:r>
        <w:rPr>
          <w:rFonts w:ascii="Times New Roman" w:hAnsi="Times New Roman" w:eastAsia="Times New Roman" w:cs="Times New Roman"/>
        </w:rPr>
        <w:t>Sallqakuy willakuymi, allpa uywaq republicano waqrañanman qhawarispa, qallarin 2001 watapi allpa uywa Patriot Act nisqata rimarqanwan; tukukunñataq 1798 watapi Alien and Sedition Acts nisqakuna paqarichisqan rimaywanmi, chaytaq Apocalipsis libroq chunka kimsayuq capitulonpi sut’inchasqa kachkan allpa uywa dragón hina rimashaqtin. 1798 watapi Alien and Sedition Acts nisqakunaqa rikuchin huk siq’ita tukukuyninta, chay siq’itaq qallarisqa karqan 1776 watapi Declaration of Independence nisqata rimarisqanwan. Chay profético historiapaq chay pacha chawpinpitaq, allpa uywaqa 1789 watapi Constitution nisqata hunt’achirqan, sayarichispa.</w:t>
      </w:r>
    </w:p>
    <w:p>
      <w:pPr>
        <w:pStyle w:val="ArticleBody"/>
        <w:jc w:val="left"/>
      </w:pPr>
      <w:r>
        <w:rPr>
          <w:rFonts w:ascii="Times New Roman" w:hAnsi="Times New Roman" w:eastAsia="Times New Roman" w:cs="Times New Roman"/>
        </w:rPr>
        <w:t>1776 watay rimarisqanmantaqa Patriot Act watay rimarisqannwan tupaychakun, hinaspataq Alien and Sedition Acts nisqakunaqa Estados Unidos llaqtapi utqaylla hamuq domingo p’unchaw kamachiyta rikuchin. Chay historiapa chawpintañataq huk rimariy kanan tiyan, chaymi 1789 watawan tupaychakun. Apocalipsis chunka pusaqniyuq, hukmanta kinsa versokamak ñawpaq rimariyninqa sut’ita reqsichisqa, Nueva York llaqtapa hatun wasikuna urmachisqa kasqan p’unchaw chayamunqanwan. Tawa versopi iskay kaq rimariypas sut’ita reqsichisqallataqmi, chayqa utqaylla hamuq domingo p’unchaw kamachiymi. Iskaynin rimariykunapas Diosmanta rimariykunami, imaraykuchus iskayninkupas chay angelpa rimariyninmi, paymi kay pachata k’anchachinqa Hatun k’anchayninwan, chay angeltaqmi Hermana White sut’ita reqsichin Apocalipsis chunka tawañiyuq ñawpaq angel kasqanta. Jesusmi ñawpaq angel karqa, payqa imapas tukukuyninta qallariyninwanmi sapa kuti rikuchin, chayraykutaq payqa kimsañiqin angelpas kan, paymi chay angel, kay pachata Hatun k’anchayninwan k’anchachiq.</w:t>
      </w:r>
    </w:p>
    <w:p>
      <w:pPr>
        <w:pStyle w:val="ArticleBody"/>
        <w:jc w:val="left"/>
      </w:pPr>
      <w:r>
        <w:rPr>
          <w:rFonts w:ascii="Times New Roman" w:hAnsi="Times New Roman" w:eastAsia="Times New Roman" w:cs="Times New Roman"/>
        </w:rPr>
        <w:t>Ñawpaq angelpas Apocalipsis chunka capítulo-pi rikuchisqa kachkan, hinaqa 1840 watapa agosto killapa 11 p’unchayninpi uraykamuq hina, chayrayku 2001 watapa setiembre killapa 11 p’unchayninpi angelpa uraykamuyninta unanchan. Hermana White sut’inmi nin, chunka capítulo-pi uraykamuq angelqa “Jesucristo kikinmanta mana pisipas aswan pisiqchu karqan.” Apocalipsis chunka pusaqniyuq capítulo-pi ñawpaq chaynataq iskay kaq rimaykunapas, Cristopa rimayninmi kanku. Chay historiataqa 1776, 1789, hinaspa 1798 watakuna unanchanku, maypachachus kay pachapa uywaqa kimsa kutita rimarqan. Cristopa rimaynin, Apocalipsis chunka pusaqniyuq capítulo-pi iskay rimaykunapa chawpinpi rimariq, pay Apocalipsis chunka hukniyuq capítulo-pi rimaspanmi chayqa kan.</w:t>
      </w:r>
    </w:p>
    <w:p>
      <w:pPr>
        <w:pStyle w:val="ArticleScripture"/>
        <w:jc w:val="left"/>
      </w:pPr>
      <w:r>
        <w:rPr>
          <w:rFonts w:ascii="Times New Roman" w:hAnsi="Times New Roman" w:eastAsia="Times New Roman" w:cs="Times New Roman"/>
        </w:rPr>
        <w:t>Kimsa punchaw kuskan huk chawpi punchaw pasasqan qhipamanqa, Diosmanta kawsaypa Espíritu paykunaman haykurqan, chaymi chakinkunapi sayarirqanku; hinaspataq paykunata qhawariqkunaman ancha manchakuy urmaykurqan. Hinaspataq hanaq pachamanta hatun rimayta uyarirqanku, paykunata nispa: Kayman wichariychis. Hinaqtinmi phuyupi hanaq pachaman wicharirqanku; awqankunataq paykunata qhawarirqanku. Apocalipsis 11:11, 12.</w:t>
      </w:r>
    </w:p>
    <w:p>
      <w:pPr>
        <w:pStyle w:val="ArticleBody"/>
        <w:jc w:val="left"/>
      </w:pPr>
      <w:r>
        <w:rPr>
          <w:rFonts w:ascii="Times New Roman" w:hAnsi="Times New Roman" w:eastAsia="Times New Roman" w:cs="Times New Roman"/>
        </w:rPr>
        <w:t>2023 watapi julio killapi, hanaq pacha manta huk simi (Cristopa simin) qallarirqan ishkay testigokunata hatarichiyta, paykunaqa wañuchisqa karqanku k’itipi ñankunapi mana Diospi iñiq ukhu puchqumanta dragónpa makimpi. Chay pachamanta pacha, Estados Unidospa Constituciónninwan tinkisqa asuntokuna profetico sujetopi tukurqan, imaraykuchus qhipa simipi, 1798 nisqawan rikuchisqa, Constituciónqa llapan hinantinpi urmachisqa kanqa. Kimsa waymarkkuna 1776, 1789, hinaspa 1798, chay kimsa divino simikunawan tupanku, markasqa kasqankuna September 11, 2001, July 2023, hinaspa utqay hamuq domingo kamachiywan.</w:t>
      </w:r>
    </w:p>
    <w:p>
      <w:pPr>
        <w:pStyle w:val="ArticleBody"/>
        <w:jc w:val="left"/>
      </w:pPr>
      <w:r>
        <w:rPr>
          <w:rFonts w:ascii="Times New Roman" w:hAnsi="Times New Roman" w:eastAsia="Times New Roman" w:cs="Times New Roman"/>
        </w:rPr>
        <w:t>Chay kimsa puriykunaqa kimsan ñak'ariypa kimsan puriyninkunawan tupanku, chayqa rikuchisqa kachkan 11 septiembre 2001, 7 octubre 2023 nisqakunapi, hinallataq utqaylla hamuq domingo kamachiywan, qanchis kaq pututu, mayqinchus kinsa kaq Ñak'ariy kachkan, qonqaylla chayamun “hatun allpachakuy”pa horanpi. 2023 watapi, allpa uywapa iskay waqrankunapa iskaynin tikrayninku qallarikurqan, Nabucodonosorpa pakasqa rikch'aynin sut'ichasqan hina. Nabucodonosorpa iskay kaq kapitulumanta musquyninqa pakasqa karqan, chaytaqa Dios sapallanmi rikuchiyta atin, paymi chayta rikuchirqan Danielpa huk kaq kapitulumanta rikuchisqa ñawpaq kaq pruebayta pasaqkunaman.</w:t>
      </w:r>
    </w:p>
    <w:p>
      <w:pPr>
        <w:pStyle w:val="ArticleBody"/>
        <w:jc w:val="left"/>
      </w:pPr>
      <w:r>
        <w:rPr>
          <w:rFonts w:ascii="Times New Roman" w:hAnsi="Times New Roman" w:eastAsia="Times New Roman" w:cs="Times New Roman"/>
        </w:rPr>
        <w:t>Danielpas kinsa allin runakuna huk ñiqinpi, ñawpaq pruebatapas atipaqkuna, chaykuna karqanku hanaq pacha mikhunata mikhuyninpaq akllaqkuna, Babiloniapa mikhunantataq mana chaskiqkuna. Chaykunaqa Juanwan rikuchisqakuna kanku Apocalipsis chunka ñiqinpi, pisi librot ángelmanta makinmanta hap’iqkuna, mayqinchus mana pisi personachaqchu, aswanqa Jesucristo kikin, chaypi kaq willakuytataq mikhuykuna. Chaykunaqa Juan suqta ñiqinpi kaqkuna hinallataq kanku, hanaq pacha manápa aychanta mikhuyninpaq, yawarnintataq upyaninpaq akllaqkuna; huk claseqa chayta mana chaskirqan, chaymantataq Cristomanta kutirikuspa manaña paywan purirqanchu wiñaypaq, suqta ñiqinpi, soqta chunka suqta versículopi.</w:t>
      </w:r>
    </w:p>
    <w:p>
      <w:pPr>
        <w:pStyle w:val="ArticleBody"/>
        <w:jc w:val="left"/>
      </w:pPr>
      <w:r>
        <w:rPr>
          <w:rFonts w:ascii="Times New Roman" w:hAnsi="Times New Roman" w:eastAsia="Times New Roman" w:cs="Times New Roman"/>
        </w:rPr>
        <w:t>Chaypi siq’ipi Cristoqa Galilea llaqtapi yachachisqa karqa, chay sutitaq “bisagra” utaq “muyupaq tinkuna” ninanmi. Chaypim hanaqpacha maná nisqa willakuyta rikuchirqa, paypa discípulonkuna mikhunanpaq, hina Juan mikhusqan hina Apocalipsis chunka kaq kapitulpim, hina Ezequiel mikhusqan hina kimsa kaq kapitulpim, hinallataq Jeremías mikhusqan hina chunka phisqa kaq kapitulpim. Juanwan rikuchisqa historiata Apocalipsis chunka kaq kapitulpim, huch’uy librota mikhusqan p’unchawpi, 1840 watamanta 1844 watakama Milleritakunaq historianta rikuchirqa, ichaqa aswan chiqanmanta rikuchirqa pachakta tawa chunka tawa waranqa sellakusqa pacha, manataq Milleritakunaq historiantaqa. Kayqa sut’inmi rikurin kapitulpipi, Juanman kamachisqanrayku huch’uy librota mikhunanpaq nisqa kaptin.</w:t>
      </w:r>
    </w:p>
    <w:p>
      <w:pPr>
        <w:pStyle w:val="ArticleScripture"/>
        <w:jc w:val="left"/>
      </w:pPr>
      <w:r>
        <w:rPr>
          <w:rFonts w:ascii="Times New Roman" w:hAnsi="Times New Roman" w:eastAsia="Times New Roman" w:cs="Times New Roman"/>
        </w:rPr>
        <w:t>Hinaspan angelmanman rirqani: “Qoway huch’uy liwruta.” Paytaq niwarqan: “Jap’iy, hinaspa mikhuy tukuyta; wiksaikitaqa hayaqta ruwanqa, ichaqa simikipi misk’ita hina misk’i kanqa.” Apocalipsis 10:9.</w:t>
      </w:r>
    </w:p>
    <w:p>
      <w:pPr>
        <w:pStyle w:val="ArticleBody"/>
        <w:jc w:val="left"/>
      </w:pPr>
      <w:r>
        <w:rPr>
          <w:rFonts w:ascii="Times New Roman" w:hAnsi="Times New Roman" w:eastAsia="Times New Roman" w:cs="Times New Roman"/>
        </w:rPr>
        <w:t>Chay versículopi, Juanman ñawpaqmantaraq nisqa karqan huch’uy librota hap’iqtin hinaspa mikhuqtin ima experienciachus pay mikhusqan willakuyqa ruraspa apamunanmanta. Milleritakunaqa mana unanchakurkuchu chay misk’i-hayak experienciasninkuta ñawpaqmantaraq, paykunaq profético historiankupa siq’inpi Juanpa simbolismonta historiapi hunt’asqankumanta. Ichaqa pachak tawa chunka tawa waranqakunaqa ñawpaqmantaraq willasqa kashanku, hinaspa yachayta mañakusqa kashanku. Juanqa mayqenpas ñawpaq angelpa kuyukuyninpa historiamanta utaq kinsa kaq angelpa historiamanta rikuchispa, chay willakuyqa iskay laya yupaychaqkunata paqarichin, hinaspa chaymanta qhipaman hayak llakikuywan tukukun. Jeremías huch’uy librota mikhuspanqa, chaymanta qhipaman “burlakuqkunapa huñunakuyninwan” mana tinkunakuyta munarqanchu.</w:t>
      </w:r>
    </w:p>
    <w:p>
      <w:pPr>
        <w:pStyle w:val="ArticleScripture"/>
        <w:jc w:val="left"/>
      </w:pPr>
      <w:r>
        <w:rPr>
          <w:rFonts w:ascii="Times New Roman" w:hAnsi="Times New Roman" w:eastAsia="Times New Roman" w:cs="Times New Roman"/>
        </w:rPr>
        <w:t>Manam asipaykuqkunapa huñunakusqanpiqa manam tiyakurqanichu, nitaq kusikurqanichu; sapallaymi tiyakurqani makiykirayku, imaraykuchus piñakuywan hunt’achiwarkanki. Jeremías 15:17.</w:t>
      </w:r>
    </w:p>
    <w:p>
      <w:pPr>
        <w:pStyle w:val="ArticleBody"/>
        <w:jc w:val="left"/>
      </w:pPr>
      <w:r>
        <w:rPr>
          <w:rFonts w:ascii="Times New Roman" w:hAnsi="Times New Roman" w:eastAsia="Times New Roman" w:cs="Times New Roman"/>
        </w:rPr>
        <w:t>Ezequiel huch’uy librota mikhurqan chayqa, niq karqan willakuyta Israel ayllupa hatariqkunaman qunanpaq, paykunaqa mana uyariyta munasqankurayku.</w:t>
      </w:r>
    </w:p>
    <w:p>
      <w:pPr>
        <w:pStyle w:val="ArticleScripture"/>
        <w:jc w:val="left"/>
      </w:pPr>
      <w:r>
        <w:rPr>
          <w:rFonts w:ascii="Times New Roman" w:hAnsi="Times New Roman" w:eastAsia="Times New Roman" w:cs="Times New Roman"/>
        </w:rPr>
        <w:t>Chaymantapas paymi niwarqa, Runa Churi, tarisqaykita mikhuy; kay qillqasqa rollota mikhuy, hinaspa rispa Israelpa wasinman rimay.... Ichaqa Israelpa wasinqa manam uyarisunkichu; imaraykuchus paykunaqa manam uyarisuwanchu: tukuy Israelpa wasinqa sinchi uya, rumi sunqumi. Ezequiel 3:1,7.</w:t>
      </w:r>
    </w:p>
    <w:p>
      <w:pPr>
        <w:pStyle w:val="ArticleBody"/>
        <w:jc w:val="left"/>
      </w:pPr>
      <w:r>
        <w:rPr>
          <w:rFonts w:ascii="Times New Roman" w:hAnsi="Times New Roman" w:eastAsia="Times New Roman" w:cs="Times New Roman"/>
        </w:rPr>
        <w:t>Cuando Cristo ofreció el pan celestial, que era Su carne y Su sangre, a Su iglesia de casa en Galilea, la clase que se apartó no volvió a andar con Él jamás, y el hecho de que esto ocurrió en el capítulo SEIS, versículo SESENTA Y SEIS, identifica que el comer es la primera parte de un proceso de prueba de tres pasos, el cual comienza con el descenso del ángel. La segunda prueba es donde se manifiestan las dos clases, ya sea el contraste de Ezequiel con la casa de Israel de duro corazón, o las vírgenes prudentes y fatuas tanto del comienzo como del fin del adventismo, o Jeremías con la asamblea de burladores, o por Daniel y los tres dignos en contraste con los sabios de Babilonia en el capítulo dos de Daniel.</w:t>
      </w:r>
    </w:p>
    <w:p>
      <w:pPr>
        <w:pStyle w:val="ArticleBody"/>
        <w:jc w:val="left"/>
      </w:pPr>
      <w:r>
        <w:rPr>
          <w:rFonts w:ascii="Times New Roman" w:hAnsi="Times New Roman" w:eastAsia="Times New Roman" w:cs="Times New Roman"/>
        </w:rPr>
        <w:t>Juanpa soqta kaq kapitulumanta qhapaqninpi, Galileaman chayamuyqa 11 septiembre 2001 watam. Aychanta mikhunaykipaq, yawarnintataq upyanaykipaq willakuyqa chay historiam, mayqinchus tukukuyninpi utqaylla hamuq Domingo leyman pusamun. “Imatapas mikhunki, chaymanmi rikch’akunki”, nisqahinata, Danielwan kinsa allin qhari-kunawan huk kaq kapitulumpi rikuchisqa hina; hinaspa Juanpa soqta kaq kapitulumpi, Cristoq aychanta mikhuyta, yawarnintataq upyayta akllaqkunaqa, imatachus mikhurqanku chaypa rikch’ayninman tukurqanku. Paykunaqa Cristoq rikch’ayninman tukurqanku, huk clasetaq, kutirispa manaña Cristowan puriqkunaqa, bestiapa rikch’ayninta rikuchirqanku. Huk claseqa Kamaqpa rikch’ayninmi karqa, huktaq kamasqapa rikch’ayninmi. Juanpa soqta kaq kapitulunmi “Galilea” nisqapa ninanta 11 septiembre 2001 wataman yapaykun, chay ninanqa “bisagra” nisqam; chayhinapin discipulokunapaq muyuy p’unchawta señalachin. ¿Hanaq pacha mikhuymanchu icha Babiloniapa mikhuyninmanchu muyurqanku? Profecíapa muyuy p’unchawkunapin Cristoq qatiq pacha k’anchayta rikuchin, paypa 2001 watapi uraykuywan rikuchisqa hina, maypachachus kay pachaqa paypa hatun k’anchayninwan k’anchasqa karqa.</w:t>
      </w:r>
    </w:p>
    <w:p>
      <w:pPr>
        <w:pStyle w:val="ArticleScripture"/>
        <w:jc w:val="left"/>
      </w:pPr>
      <w:r>
        <w:rPr>
          <w:rFonts w:ascii="Times New Roman" w:hAnsi="Times New Roman" w:eastAsia="Times New Roman" w:cs="Times New Roman"/>
        </w:rPr>
        <w:t>“Ñawpaq p’unchaykunapa willakuyninmanta yachakunanpaq yachachiykuna kan; chaykunamanmi yuyaychasqa kachkan, llapa runakuna entiendenankupaq Diosqa kunanpas ñawpaqmantapacha rurasqan hina kikillan ñankunapi llamk’asqanta. Paypa makinqa rurasqanpi hinallataq nacionkunapa chawpinpipas rikukun, imaynan pas Adanman Edenpi evangelio ñawpaq kutipi willasqa kasqanmantapacha rikukusqanhina.”</w:t>
      </w:r>
    </w:p>
    <w:p>
      <w:pPr>
        <w:pStyle w:val="ArticleScripture"/>
        <w:jc w:val="left"/>
      </w:pPr>
      <w:r>
        <w:rPr>
          <w:rFonts w:ascii="Times New Roman" w:hAnsi="Times New Roman" w:eastAsia="Times New Roman" w:cs="Times New Roman"/>
        </w:rPr>
        <w:t>“Kanmi pachakuna kachkan llaqtakunap hinallataq iglesiapa historiankunapi tikray punkukuna hina. Diospa kamachikuyninpi, kay sapaq sasachakuykuna chayamuchkaptin, chay pachapaq k’anchay qusqa kan. Chayta chaskispanqa, wiñariy kachkan espiritupaq; ichaqa mana chaskisqa kaptinqa, espiritupaq urmay hinallataq waklliy qatiykun. Señorqa Siminpi rikuchirqanmi evangelio paqarichiq llank’anata, imaynam ñawpaq pachakunapi purichisqa karqan chayta, hinallataq hamuq pachakunapipas kananta, tukuypa wisq’ay maqanakama, maypichus supaypa atiqkuna qhepa musphaykuy puriyta ruwankaku.” Bible Echo, August 26, 1895.</w:t>
      </w:r>
    </w:p>
    <w:p>
      <w:pPr>
        <w:pStyle w:val="ArticleBody"/>
        <w:jc w:val="left"/>
      </w:pPr>
      <w:r>
        <w:rPr>
          <w:rFonts w:ascii="Times New Roman" w:hAnsi="Times New Roman" w:eastAsia="Times New Roman" w:cs="Times New Roman"/>
        </w:rPr>
        <w:t>Diosqa sapa kutiqa ñawpaq historiapa kikillan thakinta llamk’an, payqa hayk’aqpas manan tikranchu. Kanchá “muyuy p’unchawkuna” kan (“Galilea”), chaykunaqa “krisiskuna” kanku, chay “muyuy p’unchawkunapi” ima “chay tiempopaq k’anchayqa qosqa kan.” Pachak tawa chunka tawayoq waranqa sellakusqankupacha k’anchayqa qosqa karqan chay krisispim, qallarirqan 11 septiembre 2001 watapi. Sichus chay k’anchayqa “chasqisqa kan, espiritual ñawpaqman puriy kan; ichaqa mana chasqisqa kaptinqa, espiritual urayman urmay hinaspa buque pakikuy qatiykun.” K’anchayqa iskay laya yupaychaqkunata paqarichin. Muyuy p’unchaw qhipaman hamuq k’anchayqa chay mensajeta rikuchin, mayqinchus iskay laya yupaychaqkunata paqarichin.</w:t>
      </w:r>
    </w:p>
    <w:p>
      <w:pPr>
        <w:pStyle w:val="ArticleBody"/>
        <w:jc w:val="left"/>
      </w:pPr>
      <w:r>
        <w:rPr>
          <w:rFonts w:ascii="Times New Roman" w:hAnsi="Times New Roman" w:eastAsia="Times New Roman" w:cs="Times New Roman"/>
        </w:rPr>
        <w:t>Danielpa iskay kaqnin kapitulanqa rikuchin iskay kaq pruebata, chay pruebanqa qatiqninmi kan huk kaq kapituluq mikuymanta pruebanmanta. Danielpa huk kaq kapituluq huk kaq versiculonpi, Judá llaqtataña Nabucodonosor atipasqa karqan, paytaq chaymanta pacha Bibliaq profecianpi ñawpaq kaq reino tukurqan. Chayqa muyuyninmi karqan nacionkunapa historiankupipas iglesiapa historiampipas, hatun krisismi karqan, hinaspataq mikuymanta pruebaq k’anchaynin qosqa karqan. Danielwan kimsa allin qhariykunapas pruebat pasarqanku, hinaspataq iskay kaq kapituluypi yapamanta rikuchirqanku pichus iskay kaq pruebat pasarqanku chaykunata. Iskay kaq pruebanqa huk pakasqa imapaq prueban karqan, mana pipas runa, Nabucodonosorpas mana yachasqanchu chayta.</w:t>
      </w:r>
    </w:p>
    <w:p>
      <w:pPr>
        <w:pStyle w:val="ArticleBody"/>
        <w:jc w:val="left"/>
      </w:pPr>
      <w:r>
        <w:rPr>
          <w:rFonts w:ascii="Times New Roman" w:hAnsi="Times New Roman" w:eastAsia="Times New Roman" w:cs="Times New Roman"/>
        </w:rPr>
        <w:t>Yantakuypa unanchan karqa Nabucodonosorpa musquyninpa rikch’aynin. Kawsaywan wañuywan tinkuchisqa yantakuy karqa huk rikch’aymanta, mana pipas reqsisqanmanta. Chay rikch’ayqa Bibliapa willakusqan qhapaq ayllukunata reqsichin, hinaspataq Danielpa qanchisñiqin chanta pusaqñiqin kapitukunapi, Daniel iskaypi kaq chaylla qhapaq ayllukuna uywaman rikch’achisqa kashanku. Nabucodonosorpa yantakuyninqa karqa “uywakunapa rikch’ayninpa” yantakuynin, mayqinchus qhepa p’unchaykunapi, pachaq tawa chunka tawa waranqa runakunapa sellosqa kayninpa pachasninpi pasakun.</w:t>
      </w:r>
    </w:p>
    <w:p>
      <w:pPr>
        <w:pStyle w:val="ArticleBody"/>
        <w:jc w:val="left"/>
      </w:pPr>
      <w:r>
        <w:rPr>
          <w:rFonts w:ascii="Times New Roman" w:hAnsi="Times New Roman" w:eastAsia="Times New Roman" w:cs="Times New Roman"/>
        </w:rPr>
        <w:t>Qhipa p’unchaykunapi, uywaq rikch’ayninpa kamasqanmi Diospa llaqtanpaq hatun pruebakunaqa, Danielwan kimsa allin qhariykunawan sut’ichasqa. Chayqa paykuna p’asananku pruebam, sellasqa kanankumanta ñawpaqta; chayrayku sellado-pruebapa willakuyninmi iskay kasta runakunata paqarichin: hukninqa Diospa sellonta chaskiq, hinaspa Diospa rikch’ayninta rikuchiq; huknintaq uywaq sellonta chaskiq, chayrayku uywaq rikch’ayninta rikuchiq. Danielpa iskay ñiqin kapítulonpi uywaq rikch’ayninmanta willakuymi sellasqa karqa chay historiakama, maypachachus kawsay wañuy tapukuy tukurqa. Nabucodonosorpa rikch’ayninqa Milleritakunaq allinta entiendisqan karqa; ichaqa selladopa historiapi, Nabucodonosorpa rikch’ayninwan tinkisqa pakasqa cheqaq yachayqa kichasqa kachkan, ichaqa chay kutichiy p’unchay chayamuptin mikunapaq kasqa willakuyman hap’ipakusqakunallapaq.</w:t>
      </w:r>
    </w:p>
    <w:p>
      <w:pPr>
        <w:pStyle w:val="ArticleBody"/>
        <w:jc w:val="left"/>
      </w:pPr>
      <w:r>
        <w:rPr>
          <w:rFonts w:ascii="Times New Roman" w:hAnsi="Times New Roman" w:eastAsia="Times New Roman" w:cs="Times New Roman"/>
        </w:rPr>
        <w:t>Chay mikhunaqa qhipa tamya willakuymi, qallarirqanmi Apocalipsis chunka pusaqniyoqpa angel uraykamusqan pacha; chay qhipa tamya willakuynataq sapan siq’imanta sapan siq’iman yachachiy ñanmi. Mana chay cheqaq kayta mikhuspaqa, uywaqa hina kaqpa rikch’aynin rurasqanmanta pakasqa willakuyqa manam rikuy atikunmanchu.</w:t>
      </w:r>
    </w:p>
    <w:p>
      <w:pPr>
        <w:pStyle w:val="ArticleBody"/>
        <w:jc w:val="left"/>
      </w:pPr>
      <w:r>
        <w:rPr>
          <w:rFonts w:ascii="Times New Roman" w:hAnsi="Times New Roman" w:eastAsia="Times New Roman" w:cs="Times New Roman"/>
        </w:rPr>
        <w:t>Ellen Whiteqa sut’in qhawachisqa karqan, “sumaq sut’ipi rikuchisqa, animalpa imagenqa kamasqa kanqa manaraq gracia tiempop tukukunankama.” Daniel iskaypi animalpa imagenninpa kamasqanmanta willakuq yachachiyqa, chay imagenta kamasqanmanta rikuchin, mayqinchus qhipaman hamuq historiapi sapallan rikurisqa karqa “muyuy tikra punku” qhipata, maypachachus chay k’anchay churasqa kanqa. Kunan Nebucodonosorpa imagenninmanta entiendesqanchikqa kaymi: manan Bibliapi profeciapa ñawpaq tawa reinokunallata reqsichirqanchu, aswanpas pusaq llapa reinokunatam reqsichirqan; chay entiendesqa yachanamantaq musuq kamasqa animal-imagenpa rikch’ayninta paqarichin.</w:t>
      </w:r>
    </w:p>
    <w:p>
      <w:pPr>
        <w:pStyle w:val="ArticleBody"/>
        <w:jc w:val="left"/>
      </w:pPr>
      <w:r>
        <w:rPr>
          <w:rFonts w:ascii="Times New Roman" w:hAnsi="Times New Roman" w:eastAsia="Times New Roman" w:cs="Times New Roman"/>
        </w:rPr>
        <w:t>Chay chiqaqa reqsichinmi qhawachin, pusaq kaq animalqa qanchis kaqmanta kasqanta; chaymantaq aswan sut’ichanpis, Estados Unidos nisqaqa, ñawpaqta animalpa rikchayninta ruwaspa, chaymanta qhipaman tukuy pachata chay hinallata ruwanankupaq kallpachaq, chay rikchayninta ruwasqan animalpa profetico kasqanmanta reqsisqa unanchananta hap’inqa. Chay rikchayqa ukunpi hap’in, pusaq kasqanta, qanchis kaqmanta kasqanta; hinallataq Cristopa kinsa siminkunaq historiampi, 11 septiembre 2001 p’unchaypi muyuy tikrayta unanchasqanta, 2023 watapa simin iskay testigokunaq wañusqa, ch’aki tullunkunata chakinkuman waqyamusqanta, hinallataq Babiloniamanta lluqsimuy waqyaypa siminta.</w:t>
      </w:r>
    </w:p>
    <w:p>
      <w:pPr>
        <w:pStyle w:val="ArticleBody"/>
        <w:jc w:val="left"/>
      </w:pPr>
      <w:r>
        <w:rPr>
          <w:rFonts w:ascii="Times New Roman" w:hAnsi="Times New Roman" w:eastAsia="Times New Roman" w:cs="Times New Roman"/>
        </w:rPr>
        <w:t>2023 watapi qapariynin siminmi kay: Nabucodonosorpa estatuanpa pakasqa sirrininta reqsispa, mayqen p’unchawmi simin rimarin chayta sut’inchan.</w:t>
      </w:r>
    </w:p>
    <w:p>
      <w:pPr>
        <w:pStyle w:val="ArticleBody"/>
        <w:jc w:val="left"/>
      </w:pPr>
      <w:r>
        <w:rPr>
          <w:rFonts w:ascii="Times New Roman" w:hAnsi="Times New Roman" w:eastAsia="Times New Roman" w:cs="Times New Roman"/>
        </w:rPr>
        <w:t>11 ñiqin sitwa killapa 2001 wataqa chaypi qallarin pacha kasqanta rikuchin, hinaspa 18 ñiqin julio killapi 2020 watapi tukukun. Chunka hukniyuq qhapaqpi iskay ñiqin kunkamanta rimayqa, 18 ñiqin julio killamanta 2020 watamanta qallarispa, kinsa ñiqin kunkakama chayan, chay utqay hamuq domingo kamachikuypi. Iskay ñiqin pacha, 18 ñiqin julio killapi 2020 watapi qallariq, ukhunpi hap’in 3 ñiqin noviembre killapa 2020 watapi señalninta, hinaspa 6 ñiqin enero killapa 2021 watapi señalninta, maypachachus iskay testigokunata wañuchiqkuna kusikuyta qallarispa regalokunata apachiq karqanku; hinaspa ukhunpi hap’in julio killata 2023 watapi, maypachachus ch’inneq pampapi kunkamanta willakuq qanchis ñiqin trompetapa amonestacionninta waqyarichiyta qallarin.</w:t>
      </w:r>
    </w:p>
    <w:p>
      <w:pPr>
        <w:pStyle w:val="ArticleBody"/>
        <w:jc w:val="left"/>
      </w:pPr>
      <w:r>
        <w:rPr>
          <w:rFonts w:ascii="Times New Roman" w:hAnsi="Times New Roman" w:eastAsia="Times New Roman" w:cs="Times New Roman"/>
        </w:rPr>
        <w:t>Kay yachayta qhipa qillqapi qatiqkusunchik.</w:t>
      </w:r>
    </w:p>
    <w:p>
      <w:pPr>
        <w:pStyle w:val="ArticleScripture"/>
        <w:jc w:val="left"/>
      </w:pPr>
      <w:r>
        <w:rPr>
          <w:rFonts w:ascii="Times New Roman" w:hAnsi="Times New Roman" w:eastAsia="Times New Roman" w:cs="Times New Roman"/>
        </w:rPr>
        <w:t>Chebar mayu patapi, Ezequielqa rikurqan huk muyuq wayrata, chayqa hanaq-norte lawmanta hamuq hina kasharqan: “hatun phuyu, nina kikinman muyukamuq, muyuriqnintintaq k’anchay karqan, chay chawpinmantataq quri-q’umir hina rikch’akuq lloqsimurqan.” Askha ruedakuna, huknin hukninwan t’aqanakuspa, tawa kawsayniyuqkunaq kuyuchisqan karqanku. Tukuy chaykunamanta aswan hanaqpi “tiyanapa rikch’aynin karqan, zafiro rumi hina rikhurimuq; tiyanapa rikch’aynin patapitaq runapa rikch’aynin hina rikhurimurqan, chay patapi tiyashaq.” “Querubinkunap ukhupitaq rikurirqan runapa makinqa riprankuna uranpi.” Ezequiel 1:4, 26; 10:8. Ruedakunaqa chhika sasa churasqa kasqanrayku, ñawpaq qhawariyllapi pantasqa hina rikurirqanku; ichaqa hunt’asqa tinkuywanmi kuyurirqanku. Hanaq pacha kawsayniyuqkuna, querubinkunaq riprankuna uranpi kaq makiwan kallpachasqa hinaspa pusasqa, chay ruedakunata kuyuchirqanku; paykunamanta hanaqpi, zafiro tiyanapi, Wiñay Kaqmi kasharqan; tiyanpa muyuriqninpitaq k’uychi karqan, Diospa khuyapayakuyninpa unanchan.</w:t>
      </w:r>
    </w:p>
    <w:p>
      <w:pPr>
        <w:pStyle w:val="ArticleScripture"/>
        <w:jc w:val="left"/>
      </w:pPr>
      <w:r>
        <w:rPr>
          <w:rFonts w:ascii="Times New Roman" w:hAnsi="Times New Roman" w:eastAsia="Times New Roman" w:cs="Times New Roman"/>
        </w:rPr>
        <w:t>Imaynachus querubinkunapa raprankuna urapi kaq makipa kamachisqan kasqanta hina, chay hinallataq runakunaq kawsayninpi tukuy ch’ulla-ch’ulla pasanakuyninkupas Diospa kamachiynin urapin kachkan. Llaqtakunapa chawpinpi ch’aqwaywan t’aqanakuywan kasqankumantapas, querubinkunapa hawanpi tiyakuqmi kay pachapa ruwayninkunataqa sapa kutin pusashan.</w:t>
      </w:r>
    </w:p>
    <w:p>
      <w:pPr>
        <w:pStyle w:val="ArticleScripture"/>
        <w:jc w:val="left"/>
      </w:pPr>
      <w:r>
        <w:rPr>
          <w:rFonts w:ascii="Times New Roman" w:hAnsi="Times New Roman" w:eastAsia="Times New Roman" w:cs="Times New Roman"/>
        </w:rPr>
        <w:t>“Llaqtakunapa historiankuta, mayninmanta mayninman churakuspa paykunaman qosqa p’unchayninkuta, kikin llaqtankutaq hunt’asqankuta, mana yachaspa testigokuna hina qhawaykuchkan cheqaq kaymanta, mayqenpa ninan mana entiendenkuchu, ñoqanchisman rimawanchik. Sapa llaqtamanpas, sapa runamanpas kunan p’unchaypi, Diosqa may hatun planonpi huk kitiyta qopun. Kunanqa runakunapas llaqtakunapas tupuchkanku plomadawan, pantay mana ruwajpa makinpi. Llapanmi kikinkupaq akllasqankuwan destinonkuta nisqanman chayachkanku, Diosmi ichaqa llapanta kamachispa pusachkan, paypa munasqan junt’akunanpaq.</w:t>
      </w:r>
    </w:p>
    <w:p>
      <w:pPr>
        <w:pStyle w:val="ArticleScripture"/>
        <w:jc w:val="left"/>
      </w:pPr>
      <w:r>
        <w:rPr>
          <w:rFonts w:ascii="Times New Roman" w:hAnsi="Times New Roman" w:eastAsia="Times New Roman" w:cs="Times New Roman"/>
        </w:rPr>
        <w:t>“Hatun KANI kasqanmi Siminpi señalasqan historiaqa, huk t’inkisqata huk t’inkisqawan huñuspa profecía cadenapi, ñawpaq wiñaymanta qhipa wiñaykama, willawanchik kunan p’unchaypi maypin kasqanchik pachaqkunaq puriyninpi, hinallataq imakuna hamuq pacha tiempopi suyasqa kananmanta. Tukuy ima profecía nisqan hamunanpaq willakusqan, kunan p’unchaykama, historiaq p’anqankunapi qatiykachasqa ñam karqan, chayrayku allinta atisun yachayta manaraq hamuq tukuy imapas ordenninman hina hunt’akunanpaq kasqanmanta.”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kimsa chunka tawañiqin</dc:title>
  <dc:subject>Profético Rikch’akuy: 11 de septiembre de 2001 watamanta, Estados Unidospi qayllamusaq Domingo Leykama</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