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qillqapi — Pachak kimsa chunka phisqayoq pusaq chunka phisqayoq</w:t>
      </w:r>
    </w:p>
    <w:p>
      <w:pPr>
        <w:pStyle w:val="ArticleSubtitle"/>
        <w:jc w:val="left"/>
      </w:pPr>
      <w:r>
        <w:rPr>
          <w:rFonts w:ascii="Arial" w:hAnsi="Arial" w:eastAsia="Arial" w:cs="Arial"/>
        </w:rPr>
        <w:t>1776, 1789, hinaspa 1798 watakunapi Qhawaypaq Rimaykuna: 144,000 sellayman ñawpaq qallarina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1798 watakunapi historiankunaqa pachak tawa chunka tawa waranqa sellakusqan historianta rikuchinku. Chay sapa p’unchawkunapi allpa animalmi rimarqan. Allpa animalpa kimsa kutin rimarisqanwan rikuchisqa kimsa señalkunaqa, Jesucristopa kimsa vozninkunawan paraleletan purinku: 2001 wata, septiembre 11 p’unchawpi; 2023 wata, julio killapi; hinallataq utqaylla hamuq domingo kamachikuywan.</w:t>
      </w:r>
    </w:p>
    <w:p>
      <w:pPr>
        <w:pStyle w:val="ArticleScripture"/>
        <w:jc w:val="left"/>
      </w:pPr>
      <w:r>
        <w:rPr>
          <w:rFonts w:ascii="Times New Roman" w:hAnsi="Times New Roman" w:eastAsia="Times New Roman" w:cs="Times New Roman"/>
        </w:rPr>
        <w:t>Señorpa p’unchayninpi Espíritu ukhupi kasharqani, hinaspan qhepallaymanta uyarirqani hatun rimayta, trompetapa hina. Apocalipsis 1:10.</w:t>
      </w:r>
    </w:p>
    <w:p>
      <w:pPr>
        <w:pStyle w:val="ArticleBody"/>
        <w:jc w:val="left"/>
      </w:pPr>
      <w:r>
        <w:rPr>
          <w:rFonts w:ascii="Times New Roman" w:hAnsi="Times New Roman" w:eastAsia="Times New Roman" w:cs="Times New Roman"/>
        </w:rPr>
        <w:t>Chay kimsa rimaymanta sapaqninmi reqsichin kachkanman aswan-aswan wichariq “waqyayta” kimsakaq ayqokuyta, mayqinchus kikinmi qanchis kaq willakuy pututuqa, hinaspa pututuqa huk rimaymi.</w:t>
      </w:r>
    </w:p>
    <w:p>
      <w:pPr>
        <w:pStyle w:val="ArticleScripture"/>
        <w:jc w:val="left"/>
      </w:pPr>
      <w:r>
        <w:rPr>
          <w:rFonts w:ascii="Times New Roman" w:hAnsi="Times New Roman" w:eastAsia="Times New Roman" w:cs="Times New Roman"/>
        </w:rPr>
        <w:t>Qapariy sinchita, ama allinchaspa; waqaychaykita trompetahinata hoqarispa, llaqtayman huchankuta rikuchiy, Jacobpa wasinmanta runakunamanpas huchankuta. Isaías 58:1.</w:t>
      </w:r>
    </w:p>
    <w:p>
      <w:pPr>
        <w:pStyle w:val="ArticleBody"/>
        <w:jc w:val="left"/>
      </w:pPr>
      <w:r>
        <w:rPr>
          <w:rFonts w:ascii="Times New Roman" w:hAnsi="Times New Roman" w:eastAsia="Times New Roman" w:cs="Times New Roman"/>
        </w:rPr>
        <w:t>2001 watapi 11 p’unchawpi Protestante waqrawman rimarisqa kunkaqa, Jeremiaspa ñawpaq ñankunaman Laodicea Adventismota kutichinankupaq ricchariqkunaq qayasqan kunkam karqa; ichaqa asiykuna tantakuyninqa chaypi puriyta mana munarqachu.</w:t>
      </w:r>
    </w:p>
    <w:p>
      <w:pPr>
        <w:pStyle w:val="ArticleScripture"/>
        <w:jc w:val="left"/>
      </w:pPr>
      <w:r>
        <w:rPr>
          <w:rFonts w:ascii="Times New Roman" w:hAnsi="Times New Roman" w:eastAsia="Times New Roman" w:cs="Times New Roman"/>
        </w:rPr>
        <w:t>Kaymi nin Señor: Ñankunapi sayaychik, qhawariychik, tapuychik ñawpa ñankunamanta, maypichus allin ñan kashan, chaypi puriychik; hinaptin samayta tarinkichik almaykichikpaq. Ichaqa paykuna nirqaku: Manam chaypi purisunchikchu. Hinallataq qankunaman churani qhawaqkunata, nispa: Uyariychik waqrapa waqayninta. Ichaqa paykuna nirqaku: Manam uyarisunchikchu. Jeremías 6:16, 17.</w:t>
      </w:r>
    </w:p>
    <w:p>
      <w:pPr>
        <w:pStyle w:val="ArticleBody"/>
        <w:jc w:val="left"/>
      </w:pPr>
      <w:r>
        <w:rPr>
          <w:rFonts w:ascii="Times New Roman" w:hAnsi="Times New Roman" w:eastAsia="Times New Roman" w:cs="Times New Roman"/>
        </w:rPr>
        <w:t>Julio killa, 2023 watapi rimarisqanqa karqan Future for America ministeriopa kawsariymanta kutimuyñinmi, mayqinchus upallasqa karqan ñawpaq llakikuymanta pacha, 18 julio, 2020. Imanatachus Juan willakuywan qayllamusaq Mesíasmanta willarqan hina, hinallataq Justiniano qayllamusaq anticristomanta willarqan hina, Future for America reqsichirqanmi Amerikapa hamuq p’unchaynin wiñaypaq tukusqa tikrasqa kananpaqña kasqanta, qayllamusaq domingo kamachiypi, chay waymarkapi qanchis kaq trompetapa waqaychasqanwan. Ch’inneq purunpi waqaq hukpa rimayninqa karqan julio killapa, 2023 watapa rimayninmi.</w:t>
      </w:r>
    </w:p>
    <w:p>
      <w:pPr>
        <w:pStyle w:val="ArticleBody"/>
        <w:jc w:val="left"/>
      </w:pPr>
      <w:r>
        <w:rPr>
          <w:rFonts w:ascii="Times New Roman" w:hAnsi="Times New Roman" w:eastAsia="Times New Roman" w:cs="Times New Roman"/>
        </w:rPr>
        <w:t>Apocalipsis chunka pusaqniyuq capitulopi iskay kaq vozqa, qaylla shamunqa Domingo kamachiypi waqrasqa kashan pacha, hallp’a animal dragónpa siminwan rimarinanpi. Chay pachapin “asnu” nisqaqa kimsaka kutita maqasqa kachkan, hinaspataq “asnu” nisqaqa rimarinqa. Asnuqa maqasqa karqan 2001 watapi setiembre 11 qhipaman, 2023 watapi octubre 7 qhipaman, hinaspataq yapamanta maqasqa kanqa qaylla shamunqa Domingo kamachiypi, maypichus rimarin. Balaampa testimoniompin ñanmantam huk ángel karuncharqan, chay ángelñataq chusku angelkunata rikch’arin, paykunamanmi kamachisqa kashan Islampa chusku wayrakunata hap’iykuspa hark’ananpaq; ichaqa Domingo kamachiypi Islampa asnunqa qanchis kaq trompetapa unayninwan rimarin, chaymi kikinpis kimsakaq ay.</w:t>
      </w:r>
    </w:p>
    <w:p>
      <w:pPr>
        <w:pStyle w:val="ArticleBody"/>
        <w:jc w:val="left"/>
      </w:pPr>
      <w:r>
        <w:rPr>
          <w:rFonts w:ascii="Times New Roman" w:hAnsi="Times New Roman" w:eastAsia="Times New Roman" w:cs="Times New Roman"/>
        </w:rPr>
        <w:t>Chaypiqa Islampa rikch’ayninmi riman, 2020 watapa julio killapa 18 p’unchaymanta qayllamanta suyasqa kasqanrayku; chay pachaqa manañam aswan suyanqachu. Pachak tawa chunka tawa waranqa sellasqa kaqkunapa sellasqa pacha ukhunpiqa achka kunan rimaykunam kachkan, chay pachataq ñawpaqchaykun Diospa ejecutivon juicionman, utqaylla hamuq dominico leywan qallariqman. Diospa ejecutivon juicionninqa qanchis angelkunawanmi rikuchisqa kachkan, qanchis vialkunayoq. Chay pachaqa qallarin Santo Espiritupa hich’aykusqanwan, hinaspa Pentecostés nisqapa kutimuytami rikuchin, maypichus Santo Espíritu hich’aykusqa karqa, nina qallukunataq chay ruwaypa testigonkuna karqanku. Chay pacha chaypi hich’aykuyqa manaña tupusqañachu, imaraykuchus Santo Espírituqa mana tupuyniyoqmi hich’aykusqa kachkan.</w:t>
      </w:r>
    </w:p>
    <w:p>
      <w:pPr>
        <w:pStyle w:val="ArticleScripture"/>
        <w:jc w:val="left"/>
      </w:pPr>
      <w:r>
        <w:rPr>
          <w:rFonts w:ascii="Times New Roman" w:hAnsi="Times New Roman" w:eastAsia="Times New Roman" w:cs="Times New Roman"/>
        </w:rPr>
        <w:t>“Kimsa kaq angelpa willakuynin willakuypi huñukuq angelqa tukuy kay pachata k’ancharinanmi paypa hatun k’anchayninwan. Kaypiqa ñawpaqta willakusunmi huk llamk’ay tukuy pachapi mast’arikuspa, mana hayk’aq rikusqa atiyniyuq kananpaq. 1840–44 watakunapi advento kuyuyqa karqan Diospa atiyninpa sumaq rikuchikuynin; ñawpaq angelpa willakuyninqa apasqa karqan kay pachapi llapa misionero estaciunkunaman, hinaspapas wakin suyukunapi karqan ancha hatun religioso interes, chaytaqa mana mayqin suyupipas rikurqanchu chunka suqta pachak wata Reformaciónmanta kayman; ichaqa kaykunaqa aswan atipanakunqam qhipa waqyakuyninpi kimsa kaq angelpa qhipa amonestacionnin uranpi atiyniyuq kuyuywan.”</w:t>
      </w:r>
    </w:p>
    <w:p>
      <w:pPr>
        <w:pStyle w:val="ArticleScripture"/>
        <w:jc w:val="left"/>
      </w:pPr>
      <w:r>
        <w:rPr>
          <w:rFonts w:ascii="Times New Roman" w:hAnsi="Times New Roman" w:eastAsia="Times New Roman" w:cs="Times New Roman"/>
        </w:rPr>
        <w:t>Llank’ayqa kaqmi kashan Pentecostés p’unchaypa ruraynin hina. Imaynachus “ñawpaq para” qosqa karqa Santo Espíritupa achka llump’ayninwan evangelio qallariyninpi, ancha chanin muhu wiñarinanpaq, chay hinallataq “qhipa para” qosqa kanqa tukukuyninpi, pallay poqonanpaq. El Gran Conflicto, 611.</w:t>
      </w:r>
    </w:p>
    <w:p>
      <w:pPr>
        <w:pStyle w:val="ArticleBody"/>
        <w:jc w:val="left"/>
      </w:pPr>
      <w:r>
        <w:rPr>
          <w:rFonts w:ascii="Times New Roman" w:hAnsi="Times New Roman" w:eastAsia="Times New Roman" w:cs="Times New Roman"/>
        </w:rPr>
        <w:t>2001 watapi 11 p’unchay septiembre killapi pachapi, pachak tawqa chunka tawa waranqa sellasqa qallarikurqan, hinaspa Espíritu Santoqa tupusqa hina hich’akusqa karqan. Chay hich’akuyta tupuyqa Pentecostés willakuy historiapi rikuchisqa karqan, Cristoq kawsarimuyninmanta qallarispa, maypichus huk angel rimarqan hinaspa nispa: “Diospa Churin, lluqsimuy; Yayayki qanman waqyasunki”, hinallataq Jesúsqa Lázarota waqyarqan p’ampasqa mach’aymanta kay simikunawan: “Lázaro, lluqsimuy.” 2023 watapiqa, Cristoqa iskay testigokunapa wañusqa, ch’aki tullunkunata waqyarqan “lluqsimuychis” nispa.</w:t>
      </w:r>
    </w:p>
    <w:p>
      <w:pPr>
        <w:pStyle w:val="ArticleBody"/>
        <w:jc w:val="left"/>
      </w:pPr>
      <w:r>
        <w:rPr>
          <w:rFonts w:ascii="Times New Roman" w:hAnsi="Times New Roman" w:eastAsia="Times New Roman" w:cs="Times New Roman"/>
        </w:rPr>
        <w:t>Cristopa kawsarimusqan qhepamanqa, ñawpaqta Taytanman wicharirqan, chaymantaq uraykamurqan hinallataq 11 de septiembre de 2001 p’unchaypi rurasqan hina. Chaymantaqa, Maríawan tinkusqanpi, Emaús ñanpi tarisqan yachachisqan discipulonkuna nisqapi, chaymantaq wakin discipulonkuna-man rikurimusqanpi sut’inchasqa hina, discipulonkunata pisiy-pisiyta astawan k’ancharirqan. Tawa chunka p’unchaykunata discipulonkunata yachachirqan qhipa wichariynin kama; chaymanta chunka p’unchay astawan qhipamanqa, llapanku huk sonqolla huk k’itipi kashaqtin, Espíritu Santoqa mana tupuyniyoqta hich’aykusqa karqan.</w:t>
      </w:r>
    </w:p>
    <w:p>
      <w:pPr>
        <w:pStyle w:val="ArticleScripture"/>
        <w:jc w:val="left"/>
      </w:pPr>
      <w:r>
        <w:rPr>
          <w:rFonts w:ascii="Times New Roman" w:hAnsi="Times New Roman" w:eastAsia="Times New Roman" w:cs="Times New Roman"/>
        </w:rPr>
        <w:t>Jesusqa disipulonkunañawan tupaspa, wañuyninmanta ñawpaqta paykunaman rimarisqan simikunata yuyarichirqan: Moisespa kamachikuyninpi, profetakunapi, Salmospiwan paymanta qillqasqa llapa imakuna hunt’akunankupaq kasqanta. “Hinaptin payqa yuyayninkuta kicharirqan, Qillqasqakunata entiendenankupaq; hinaspataq nirqan: Kayhinan qillqasqa kashan, hinaspa kayhinan Cristoq ñak’arinanpaq, wañusqakunamanta kinsa p’unchaypi kawsarimunanpaq kasqa; hinaspataq sutinpi llapa nacionkunaman huchankumanta wanakuyta, huchakunapa pampachakuynintawan willakunankupaq, Jerusalén llaqtamanta qallarispa. Qankunan kaykunamanta testigokuna kankichik.” The Desire of Ages, 804.</w:t>
      </w:r>
    </w:p>
    <w:p>
      <w:pPr>
        <w:pStyle w:val="ArticleBody"/>
        <w:jc w:val="left"/>
      </w:pPr>
      <w:r>
        <w:rPr>
          <w:rFonts w:ascii="Times New Roman" w:hAnsi="Times New Roman" w:eastAsia="Times New Roman" w:cs="Times New Roman"/>
        </w:rPr>
        <w:t>2023 watapi killapi, Jesuspa siminqa iskay wañusqa testigokunata rikch’arichirqan, hinaspan qallariqta kicharirqan disipulonkuna yuyayninkuta llapa imakunamanta Moisespa kamachikuyninpi qillqasqa kaqkunata (“qanchis kuti”), profetakunapi (Nabucodonosorpa uywakunamanta estatuanta), hinaspa Salmospi (Moiseswan Corderopa experiencian) qhawananpaq. Yachachiy llasqan rurayninqa kawsarimusqanmantapacha qallarirqan, hinaspan chay qatiq tawa chunka punchawkuna ukhupi astawan kallpachakuspa wiñarirqan. Qallarirqan mikhunata mañakusqanwan.</w:t>
      </w:r>
    </w:p>
    <w:p>
      <w:pPr>
        <w:pStyle w:val="ArticleScripture"/>
        <w:jc w:val="left"/>
      </w:pPr>
      <w:r>
        <w:rPr>
          <w:rFonts w:ascii="Times New Roman" w:hAnsi="Times New Roman" w:eastAsia="Times New Roman" w:cs="Times New Roman"/>
        </w:rPr>
        <w:t>Hinaspata kusikuymanta manaraq iñispa, mancharisqa kashaqtinkum, payqa nirqan: ¿Kaypi mikunaykichu kachkan? Hinaspa payman qorqanku huk kusisqa challwata, hinaspa misk’i t’antata. Payqa chaskirqan, hinaspa ñawpaqnkupi mikurqan. Hinaspa nirqan: Kaykunaqa nisqay simikunami qankunaman, qankunawanraq kashaspay, tukuy imapas hunt’akunan kasqanta, Moiséspa kamachikuyninpi, profetakunapa qelqasqankupi, hinaspa salmokunapi, noqamanta qelqasqa kasqanrayku. Lucas 24:41–44.</w:t>
      </w:r>
    </w:p>
    <w:p>
      <w:pPr>
        <w:pStyle w:val="ArticleBody"/>
        <w:jc w:val="left"/>
      </w:pPr>
      <w:r>
        <w:rPr>
          <w:rFonts w:ascii="Times New Roman" w:hAnsi="Times New Roman" w:eastAsia="Times New Roman" w:cs="Times New Roman"/>
        </w:rPr>
        <w:t>Mañakuqmi huk ñanrikch’ariy karqan chay mana tukuq willakuypi, hinaspa willakuyqa Cristopa kawsarimusqanmantapacha, paytaq tawa chunka punchaw qhepaman hanaq pachaman wicharisqan kama, saqerqan chunka punchawta (chunkaka huk pruebaymi), Pentecostés kama, maypichus Santo Espíritu mana tupuyniyoqta hich’akusqa kanqa. Paypa kawsarimusqan, hanaq pachaman wichariynin, chaymanta yapamanta uraykamuyninwan kuska, rikuchin 11 de septiembre de 2001 p’unchawta. Julio de 2023 watataq rikuchin tawa chunka punchawkunapa tukukuyninta, hinaspa chay Julio de 2023 qhepanta hamuq chunka punchawkunam pusan utqaylla hamuq domingo leyman. Chay qhipa chunka punchawkunapi hukllay hinaspa mañakuymi ñanrikch’ariy. Chay hukllayqa rikuchisqa karqan Ezequielpa ñawpaq profecíanwan, kinsa chunka qanchisniyuq capítulo pi, mayqanmi tullukunata, ankunata hinaspa aychata huñurqan. Ezequielpa iskay kaq profecíanqa karqan tawa wayrakunamanta samay, hinaspa samayqa mañakuypa huk unanchaqninmi. Chay qhipa chunka punchawkunapi pachak tawa chunka tawa waranqa runakunan sellasqa kanku, imaynachus Lazarowan ñawpaqmantaraq rikuchisqa karqanku hina.</w:t>
      </w:r>
    </w:p>
    <w:p>
      <w:pPr>
        <w:pStyle w:val="ArticleScripture"/>
        <w:jc w:val="left"/>
      </w:pPr>
      <w:r>
        <w:rPr>
          <w:rFonts w:ascii="Times New Roman" w:hAnsi="Times New Roman" w:eastAsia="Times New Roman" w:cs="Times New Roman"/>
        </w:rPr>
        <w:t>“Kaymi karqan payqa Betaniaman mana usqhaylla riykusqanpaq. Kay tukuy milagrokunamanta aswan hatun milagroqa, Lazarota wañusqamanta kawsarichiy, Diospa sellonta churananpaq karqan llank’asqanman hina, hinallataq divinidadman chayasqan nisqanmanpas.” The Desire of Ages, 529.</w:t>
      </w:r>
    </w:p>
    <w:p>
      <w:pPr>
        <w:pStyle w:val="ArticleBody"/>
        <w:jc w:val="left"/>
      </w:pPr>
      <w:r>
        <w:rPr>
          <w:rFonts w:ascii="Times New Roman" w:hAnsi="Times New Roman" w:eastAsia="Times New Roman" w:cs="Times New Roman"/>
        </w:rPr>
        <w:t>Manam wiska sipaskunallachu kay kurasqa milagrupi sellasqa kanku, ichaqa mana yuyaysapa sipaskunapas chay asuntoypa pantasqa ladonpi sellasqallataqmi kanku.</w:t>
      </w:r>
    </w:p>
    <w:p>
      <w:pPr>
        <w:pStyle w:val="ArticleScripture"/>
        <w:jc w:val="left"/>
      </w:pPr>
      <w:r>
        <w:rPr>
          <w:rFonts w:ascii="Times New Roman" w:hAnsi="Times New Roman" w:eastAsia="Times New Roman" w:cs="Times New Roman"/>
        </w:rPr>
        <w:t>“Cristopa aswan milagronnin—Lázarota kawsarichisqan—sacerdotekunapa sunqunpi taqyasqataña saqerqan Jesusta chinkachinankupaq, hinallataq Paypa admiray atikuyninkunatapas; chaykunam usqhayllaña llaqtamasinkunapa hawkayninpi paykunapa atiyta wañuchisharqanku.” Hechos de los Apóstoles, 67.</w:t>
      </w:r>
    </w:p>
    <w:p>
      <w:pPr>
        <w:pStyle w:val="ArticleBody"/>
        <w:jc w:val="left"/>
      </w:pPr>
      <w:r>
        <w:rPr>
          <w:rFonts w:ascii="Times New Roman" w:hAnsi="Times New Roman" w:eastAsia="Times New Roman" w:cs="Times New Roman"/>
        </w:rPr>
        <w:t>Pachak tawa chunka tawa waranqa sellakusqankumanta, utqaylla hamuq domingo kamachikuykama, aswan achka rimaykunaqa “siki hawan siki” nispam kachkan; chaykunaqa Diospa profetikusqa Siminpa rimayninkunam, chay rimaykunataq uyarikunku maypichus “llapa rikuykunapa hunt’asqan” junt’akuchkan chay p’unchaykunapi. Chaykunaqa qanchis kaq sellopa kichasqa kasqanpi uyarikunku.</w:t>
      </w:r>
    </w:p>
    <w:p>
      <w:pPr>
        <w:pStyle w:val="ArticleScripture"/>
        <w:jc w:val="left"/>
      </w:pPr>
      <w:r>
        <w:rPr>
          <w:rFonts w:ascii="Times New Roman" w:hAnsi="Times New Roman" w:eastAsia="Times New Roman" w:cs="Times New Roman"/>
        </w:rPr>
        <w:t>Qanchis kaq sellota kicharisqanñataq, hanaq pachapi upallay karqa huk kuskan hora hina. Hinaspan qawarirqani Diospa ñawpaqenpi sayaq qanchis angelkunata; paykunamanmi qanchis trompetakuna qosqa karqa. Hinaspan huknin angel hamuspa altarpi sayarqa, qori inciensok apana aptasqa; paymanmi achka inciensokuna qosqa karqa, llapa ch’uya runakunapa mañakusqankunawan kuskata haywarinampaq, trono ñawpaqpi kaq qori altar patapi. Inciensopa q’osñinmi, ch’uya runakunapa mañakusqankunawan kuska, angelpa makinmanta Diospa ñawpaqenman wicharirqa. Hinaspan angelqa inciensok apanakta hap’ispa, altarpa ninanwan hunt’achirqa, kay pachamanña wikch’uykurqa; hinaspan uyariykuna, illapakuna, lliphipikuna, hallp’a kuyuypas karqa. Apocalipsis 8:1–5.</w:t>
      </w:r>
    </w:p>
    <w:p>
      <w:pPr>
        <w:pStyle w:val="ArticleBody"/>
        <w:jc w:val="left"/>
      </w:pPr>
      <w:r>
        <w:rPr>
          <w:rFonts w:ascii="Times New Roman" w:hAnsi="Times New Roman" w:eastAsia="Times New Roman" w:cs="Times New Roman"/>
        </w:rPr>
        <w:t>Qanchis kaq sellota kichasqan upallayta paqarichirqan, kay pachakutiqa huk kamachikuyniyoq dispensasiyunman tikrayta rikch’achisqanrayku; chay hina huk santu dispensasiyunpi tikray kaptinqa, hanaq pachapim sapa kuti upallay kan, imaynachus cruzpi willakusqanman hina, maypichus angelkuna takiytawan yupaychayta saqerqanku. Hanaq pachapi upallayqa huchakunamanta pampachay p’unchaypa mañakusqanman hina sut’inchasqa kachkan, hinaspa 1844 watapa octubre killapi iskay chunka iskaynin p’unchaypi, Habacuc iskay kaq, iskay chunka kaq versículopi, tukuy kay pachata kamachirqan upallaypi qhepayta.</w:t>
      </w:r>
    </w:p>
    <w:p>
      <w:pPr>
        <w:pStyle w:val="ArticleScripture"/>
        <w:jc w:val="left"/>
      </w:pPr>
      <w:r>
        <w:rPr>
          <w:rFonts w:ascii="Times New Roman" w:hAnsi="Times New Roman" w:eastAsia="Times New Roman" w:cs="Times New Roman"/>
        </w:rPr>
        <w:t>«Qawarikurqanmi Diospa hatun munakuyninta, hinallataq uraykuyninmantapas, Churin wañunanpaq qusqanmanta, runaqa pampachayta tariq kanampaq, kawsanampaqpas. Qawachirqankutaqmi Adanwan Evata, paykunaqa allinchasqa karqanku Edén huertopa sumaq kayninta, munay kaynintapas rikunankupaq; saqesqataq karqanku huertopi tukuy sach’akunamanta mikhunankupaq, hukllamanta mana. Ichaqa mach’aqwaymi Evata yuyayman churqan, paytaq qosanman yuyayman churqarqan, iskayninkutaq mich’asqa sach’amanta mikhuq karqanku. Diospa kamachikuyninta p’akirqanku, hinaspataq huchasapa rikurirqanku. Chay willakuyqa hanaq pachapi mast’arikurqan, tukuy arpakunataq ch’inyaykurqan. Angelkuna llakikurqanku, mancharirqankutaq icha Adanwan Eva makinkuta yapamanta haywarispa kawsay sach’amanta mikhunman, mana wañuq huchasapa kanankupaq. Ichaqa Diosmi nirqan huchallikuqkunata huertomanta qarqonanta, querubinkunawan nina rawray espadawanpas kawsay sach’aman ñanta waqaychananta, chayhina runaqa mana qayllaykunanpaq, mana rurunmanta mikhunanpaqpas, mayqinchus mana wañuq kayta wiñachin.» Primeros Escritos, 125.</w:t>
      </w:r>
    </w:p>
    <w:p>
      <w:pPr>
        <w:pStyle w:val="ArticleBody"/>
        <w:jc w:val="left"/>
      </w:pPr>
      <w:r>
        <w:rPr>
          <w:rFonts w:ascii="Times New Roman" w:hAnsi="Times New Roman" w:eastAsia="Times New Roman" w:cs="Times New Roman"/>
        </w:rPr>
        <w:t>Hanaq pachaqa upallarqunmi runakuna huchasapa tukusqankupi, hanaq pachaqa upallarqunmi Cristoq yawarnin hich’asqa kasqampi huchasapakunata rantispa qispichinapaq, hinaspa hanaq pachaqa upallarqunmi Cristoq taripay llamk’aynin qallarisqampi, llaqtanmantam huchata hurquspaq.</w:t>
      </w:r>
    </w:p>
    <w:p>
      <w:pPr>
        <w:pStyle w:val="ArticleScripture"/>
        <w:jc w:val="left"/>
      </w:pPr>
      <w:r>
        <w:rPr>
          <w:rFonts w:ascii="Times New Roman" w:hAnsi="Times New Roman" w:eastAsia="Times New Roman" w:cs="Times New Roman"/>
        </w:rPr>
        <w:t>“Cristopa hanaq puchukay wasinpi runapa rayku mañakusqanqa, salvaspa qispichiy paqarichiy yuyayman hina, cruzpi wañusqan hinallataq ancha allinmi. Wañusqanwanmi qallarin chay llamk’ayta; kawsarimusqan qhipataq hanaq pachaman wicharirqan chayta sielopi hunt’anampaq.” El Gran Conflicto, 489.</w:t>
      </w:r>
    </w:p>
    <w:p>
      <w:pPr>
        <w:pStyle w:val="ArticleBody"/>
        <w:jc w:val="left"/>
      </w:pPr>
      <w:r>
        <w:rPr>
          <w:rFonts w:ascii="Times New Roman" w:hAnsi="Times New Roman" w:eastAsia="Times New Roman" w:cs="Times New Roman"/>
        </w:rPr>
        <w:t>Taripay rurayqa qallarisqa karqan kimsa kaq angelpa chayamusqanwan 1844 watapi, ichaqa Diospa llaqtan akllarqanku purunpi wañuyta, manataq wiñaypaq hukllachasqa kayta divinidadwan. Kimsa kaq angelqa hukmanta chayarqan 11 ñiqin septiembre killapi, 2001 watapi, hinaspataq hukmanta hanaq pachapi upallay karqan. Chaymantataq Judá ayllupi Leonqa qallariq karqan qanchis kaq sellota qichuyta, angelkunataq qhawaspa karqanku kimsa kaq angelpa chayamuyninta tukuypa qhipa miraypa historianninpim.</w:t>
      </w:r>
    </w:p>
    <w:p>
      <w:pPr>
        <w:pStyle w:val="ArticleBody"/>
        <w:jc w:val="left"/>
      </w:pPr>
      <w:r>
        <w:rPr>
          <w:rFonts w:ascii="Times New Roman" w:hAnsi="Times New Roman" w:eastAsia="Times New Roman" w:cs="Times New Roman"/>
        </w:rPr>
        <w:t>Qanchis juicio angelkunaqa chaypi kachkarqanku wakichisqa llakikuy llanq’ayninkuta qallarinankupaq, ichaqa chaymanta nirqasqakum “Hap’iy, hap’iy, hap’iy, hap’iy,” pachak tawa chunka tawa waranqa runakuna sellasqa kashaqtinkukama. Iñiqkunaq iskay kuti mañakuyninkuna hanaqpachaman apachisqa karqan, chayta rikuchispa chunka p’unchawkunawan Pentecostés ñawpaqman hamuqkunawan, tawa chunka p’unchawkunamanta qallarispan (ch’in pampa nisqamanta unancha), chayqa kimsa p’unchaw kuskanman rikch’akuq karqan (ch’in pampa nisqamanta unancha), Apocalipsis chunka hukniyuq capítulo nisqapi. Chaymanta iskay testigokunaqa ch’in pampamanta hamuq vozwan yachachisqa karqanku Danielpa iskay mañakuyninkunata hunt’anankupaq. Danielpa iskay capítulo nisqapi mañakuynin, maypichus Danielqa kimsa allin qariwan kuska mañakurqanku achikyachisqa kayta hap’inankupaq Nabucodonosorpa pakasqa musquyninmanta, animalkunaq estatuanpa nisqamanta, hinallataq Danielpa isqon capítulo nisqapi mañakuynin, maypichus Daniel sapallan mañakurqan, Levitico iskay chunka suqta capítulo mañakuypa mañakusqan kamachiykunata hunt’aspa.</w:t>
      </w:r>
    </w:p>
    <w:p>
      <w:pPr>
        <w:pStyle w:val="ArticleBody"/>
        <w:jc w:val="left"/>
      </w:pPr>
      <w:r>
        <w:rPr>
          <w:rFonts w:ascii="Times New Roman" w:hAnsi="Times New Roman" w:eastAsia="Times New Roman" w:cs="Times New Roman"/>
        </w:rPr>
        <w:t>Daniel ishkay corporativo mañakuyqa k'anchaypaqmi karqa, huk pakasqa secretonmanta, mayqenchus profética historiapa hawapi rikuriq siq'in ukhupi pakasqa karqa. Daniel isqonniyuqpi, sapallan sapa runapa mañakuyninqa kuyapayakuypaqmi karqa, huk ukhu pisiyninmanta. Qhepa paraqtiamupa ninanqa 2001 watapi urayta qallarisqanmanta pacha, achka kunas rimariyninkunaqa uyarikuyta atinakuq karqa, siqi hawan siqi metodologíata entiendiqkunapaq. Altar mantam kay pachaman wikch'usqa ninanqa, yachaysapaqkunaq mana yachaqkunaq tukukuynin t'aqanakuyta ruraq willakuymi karqa, chay willakuyqa chay chunka simbólico p'unchawkuna ukhunta mast'arispa, aswan sut'i, aswan sut'i tukurqa.</w:t>
      </w:r>
    </w:p>
    <w:p>
      <w:pPr>
        <w:pStyle w:val="ArticleBody"/>
        <w:jc w:val="left"/>
      </w:pPr>
      <w:r>
        <w:rPr>
          <w:rFonts w:ascii="Times New Roman" w:hAnsi="Times New Roman" w:eastAsia="Times New Roman" w:cs="Times New Roman"/>
        </w:rPr>
        <w:t>Willakuyqa karqan kimsa kaq ayqeypa astawan sinchiykuq sasachakuyninmi; chaymi Ezequiel qillqapi, kimsa chunka qanchisniyuq kapitulupeqa, iskay qhaway willakuykuna karqan, ñawpaqta iskay testigokunata huñunaykupaq, hinaspataq paykunata hatun kallpayuq soldadokuna hinam sayariychirqan. Chaymanta qhepanpi, kimsa chunka qanchisniyuq kapitulupeqa, huk k’aspillaman tinkuchisqa kanku, chay huk k’aspilla hinalla huñusqankuta rikuchiq tinkuyqa divinidadwan humanidadwan huñunakuytam rikuchin, chaymi huk pachak tawa chunka tawa waranqa sellosqakunaq tukupaq kuyuykunapi hunt’asqa.</w:t>
      </w:r>
    </w:p>
    <w:p>
      <w:pPr>
        <w:pStyle w:val="ArticleBody"/>
        <w:jc w:val="left"/>
      </w:pPr>
      <w:r>
        <w:rPr>
          <w:rFonts w:ascii="Times New Roman" w:hAnsi="Times New Roman" w:eastAsia="Times New Roman" w:cs="Times New Roman"/>
        </w:rPr>
        <w:t>2023 watapi julio killapi mañakuykuna wichariyta qallarikurqan, hinaspataq chaykunaqa Daniel qelqapi t’isqon kaq capitulopi, iskay kaq capitulopipas mañakuykuna karqan. Chaymanta uyarisqa karqan kunkakuna, hinaspataq illapakuna, qhuyapakuna ima; chaymantataq qhuyapakuna, illapakuna rikurisqa karqan. Qhuyapapas illapapas parawan kuska purinku iskayninpi, kay pachapi ima kasqanpi, hinallataq profecíapipas. Paraqa 11 septiembre 2001 p’unchawpi qallarikurqan. Qallariyninpi qhuyapamanta illapamantawan nisqaqa reqsichinmi chayqa huk willakuy kasqanta, Diosman manchakuyta paqarichinapaq rurasqa.</w:t>
      </w:r>
    </w:p>
    <w:p>
      <w:pPr>
        <w:pStyle w:val="ArticleScripture"/>
        <w:jc w:val="left"/>
      </w:pPr>
      <w:r>
        <w:rPr>
          <w:rFonts w:ascii="Times New Roman" w:hAnsi="Times New Roman" w:eastAsia="Times New Roman" w:cs="Times New Roman"/>
        </w:rPr>
        <w:t>Hinaspanmi kimsa ñiqin p’unchawpa paqarinpi, illap’akuna karqan, lliphyaqkuna ima, orqopa hawanpitaq ancha yana phuyu karqan, cornetapa kunkanpas sinchiqta llasaqta uyarisqa; chaymi llapa runakuna campamentopi kaqkuna chukchakuspa mancharirqanku. Éxodo 19:16.</w:t>
      </w:r>
    </w:p>
    <w:p>
      <w:pPr>
        <w:pStyle w:val="ArticleBody"/>
        <w:jc w:val="left"/>
      </w:pPr>
      <w:r>
        <w:rPr>
          <w:rFonts w:ascii="Times New Roman" w:hAnsi="Times New Roman" w:eastAsia="Times New Roman" w:cs="Times New Roman"/>
        </w:rPr>
        <w:t>Illapakunawanpas truënonapaswanmi qhaparirqan “voznin” trompetapa. Parankuwan kuskan kanku, hinaspataq Diospa llaqtanta pusananpaq profétikup ñankunapa qhatipaynin-kunata rikuchinku.</w:t>
      </w:r>
    </w:p>
    <w:p>
      <w:pPr>
        <w:pStyle w:val="ArticleScripture"/>
        <w:jc w:val="left"/>
      </w:pPr>
      <w:r>
        <w:rPr>
          <w:rFonts w:ascii="Times New Roman" w:hAnsi="Times New Roman" w:eastAsia="Times New Roman" w:cs="Times New Roman"/>
        </w:rPr>
        <w:t>Puyukunaqa unu-ta paraqanku; hanaq pachaqa uyarikuyta kacharqan; flechaykikunapas maymanpas rispa purirqanku. Qanpa truenuykiq kunkanka hanaq pachapi karqan; illapakunaqa kay pachata achikyachirqanku; allpaqa chukchurqan, kuyurirqanpas. Qanpa ñanniykiqa lamarpi kasharqan, chhikan ñanniykitaq hatun unukunapi; qatiykikunaqa mana reqsisqa kanchu. Qanqa llaqtaykita uwiha hina pusarqanki, Moiséswan Aaronwan makinkunaq nisqanman hina. Salmos 77:17–20.</w:t>
      </w:r>
    </w:p>
    <w:p>
      <w:pPr>
        <w:pStyle w:val="ArticleBody"/>
        <w:jc w:val="left"/>
      </w:pPr>
      <w:r>
        <w:rPr>
          <w:rFonts w:ascii="Times New Roman" w:hAnsi="Times New Roman" w:eastAsia="Times New Roman" w:cs="Times New Roman"/>
        </w:rPr>
        <w:t>Illapakuna hinallataq truenuykunapas Diospa siminmi, para pacha tiemponpi rikhurin, chay pacha ukhupitaq payqa wayrankunata (Islamqa inti lloqsimuymanta wayrami) qollqewa­sinqa hina waqaychasqanmantam orqomun.</w:t>
      </w:r>
    </w:p>
    <w:p>
      <w:pPr>
        <w:pStyle w:val="ArticleScripture"/>
        <w:jc w:val="left"/>
      </w:pPr>
      <w:r>
        <w:rPr>
          <w:rFonts w:ascii="Times New Roman" w:hAnsi="Times New Roman" w:eastAsia="Times New Roman" w:cs="Times New Roman"/>
        </w:rPr>
        <w:t>Paypa siminwan rimasqanmi, hanaq pachapi achka unu kan; paymi kay pachap tukukuyninmanta pukyukunata wicharichin; parawan kuska llipyaykunata ruran, wayrataqmi quriqninpi waqaychasqanmantaraq orqomun. Jeremías 10:13.</w:t>
      </w:r>
    </w:p>
    <w:p>
      <w:pPr>
        <w:pStyle w:val="ArticleBody"/>
        <w:jc w:val="left"/>
      </w:pPr>
      <w:r>
        <w:rPr>
          <w:rFonts w:ascii="Times New Roman" w:hAnsi="Times New Roman" w:eastAsia="Times New Roman" w:cs="Times New Roman"/>
        </w:rPr>
        <w:t>Diosqa siminta rimarirqan leon hina qaparispan, chayman kutichispa qanchis truenuykunaqa sutinutam rimarirqanku; chay qanchis truenuykunataq Diospa puriyninkunata rikuchinku Millerita kuyuriypa historiampi, hinallataq kimsakaj angelpa kuyuriyninpipas, mayqinchus yapamanta chayamurqan 11 de septiembre de 2001 p’unchaypi, payqa inti lloqsimuymanta wayrata waqaychasqankunamanta orqomuspa.</w:t>
      </w:r>
    </w:p>
    <w:p>
      <w:pPr>
        <w:pStyle w:val="ArticleScripture"/>
        <w:jc w:val="left"/>
      </w:pPr>
      <w:r>
        <w:rPr>
          <w:rFonts w:ascii="Times New Roman" w:hAnsi="Times New Roman" w:eastAsia="Times New Roman" w:cs="Times New Roman"/>
        </w:rPr>
        <w:t>Payqaqa kay pachamamaq tukukuyninkunamanta puyukunata wicharichin; paraqpaq illapakunata ruwachin; wayrata waqaychanankunamanta orqomun. Paymi Egiptopi qhari runaqpa, uywakunapaqpas punta paqarisqakunata wañuchirqan. Salmos 135:7, 8.</w:t>
      </w:r>
    </w:p>
    <w:p>
      <w:pPr>
        <w:pStyle w:val="ArticleBody"/>
        <w:jc w:val="left"/>
      </w:pPr>
      <w:r>
        <w:rPr>
          <w:rFonts w:ascii="Times New Roman" w:hAnsi="Times New Roman" w:eastAsia="Times New Roman" w:cs="Times New Roman"/>
        </w:rPr>
        <w:t>Payqa hurqorqamanta wayrata urqun, Egiptopa piwñiq churinkuna maqasqa kaptin; Pascuapas cruzta unancharqan, chay cruzpas kutinta 1844 watapi kinsa kaq angelpa chayamunanta unancharqan, chaypas kutinta inti lloqsimuymanta wayra p’unchaypi, 2001 watapa septiembre killapa 11 p’unchayninpi, kinsa kaq angelpa kutimunanta unancharqan.</w:t>
      </w:r>
    </w:p>
    <w:p>
      <w:pPr>
        <w:pStyle w:val="ArticleBody"/>
        <w:jc w:val="left"/>
      </w:pPr>
      <w:r>
        <w:rPr>
          <w:rFonts w:ascii="Times New Roman" w:hAnsi="Times New Roman" w:eastAsia="Times New Roman" w:cs="Times New Roman"/>
        </w:rPr>
        <w:t>Siete sellokunawan wisq’asqa librota sellonkuna qichusqa kaptin, chayqa cheqaq kaypa wiñaypaq pasayta rikuchin. Qanchis kaq sellota qichuyqa pachak tawa chunka tawa waranqa runakunapa sellasqa kanankup pachanta rikuchin. Qanchis sellokunawan sellasqa karqa chay libroqa ñawpaq kutipi rimarisqa kaptin, illapakuna, qhaqyakuna, hinaspa rimaykuna kasharqan, ichaqa manam allpa chukchuyqa karqachu.</w:t>
      </w:r>
    </w:p>
    <w:p>
      <w:pPr>
        <w:pStyle w:val="ArticleScripture"/>
        <w:jc w:val="left"/>
      </w:pPr>
      <w:r>
        <w:rPr>
          <w:rFonts w:ascii="Times New Roman" w:hAnsi="Times New Roman" w:eastAsia="Times New Roman" w:cs="Times New Roman"/>
        </w:rPr>
        <w:t>Hinaspapiq tronomantan lloqsirqanku llipyaykuna, illapakunapas, kunkakunapas; trono ñawpaqpin qanchis nina mechakuna ruphasharqanku, chaykunan Diospa qanchis Espíritunkuna kanku. Apocalipsis 4:5.</w:t>
      </w:r>
    </w:p>
    <w:p>
      <w:pPr>
        <w:pStyle w:val="ArticleBody"/>
        <w:jc w:val="left"/>
      </w:pPr>
      <w:r>
        <w:rPr>
          <w:rFonts w:ascii="Times New Roman" w:hAnsi="Times New Roman" w:eastAsia="Times New Roman" w:cs="Times New Roman"/>
        </w:rPr>
        <w:t>Ñawpaq rimariypi kunanpas sut’inchaska kachkan kunkakuna, llipyaykuna, illapakuna ima; paraqa Santo Espiritum ricuchin, paymi qanchis nina rawrakkunapa lamparankuna, ichaqa manam allpa kuyuychu kan. Qanchis ñiqin Sellopa hurqusqa kasqanpi allpa kuyuyqa reqsichisqa kachkan, chayqa utqaylla hamuq Domingo kamachiy allpa kuyuymin. Apocalipsis pusaq t’aqapiqa reqsichin cheqaq kaqpa kichasqa kaynin qallariyninta, Judá ayllumanta León ruwasqanman hina; hinaspa sellasqa pacha reqsichisqa kaptinqa, chay pachapa qallariynintawan tukukuynintawanmi reqsichin.</w:t>
      </w:r>
    </w:p>
    <w:p>
      <w:pPr>
        <w:pStyle w:val="ArticleBody"/>
        <w:jc w:val="left"/>
      </w:pPr>
      <w:r>
        <w:rPr>
          <w:rFonts w:ascii="Times New Roman" w:hAnsi="Times New Roman" w:eastAsia="Times New Roman" w:cs="Times New Roman"/>
        </w:rPr>
        <w:t>Kunan pacha qallariyninqa karqan hinan ángel uraykamuspa kay pachata Kikinpa k’anchayninwan achikyachirqan 11 ñiqin septiembre killapi, 2001 watapi; hinaspan Isaías soqta kaqpi yachachiwanchik, “kunkaqkuna, llipyaykuna, truenuykuna, wayrawan parawan” nisqawan rikuchisqa willakuy, domingo leypi tukukuq, willasqa kananpaqmi huk llaqtaman: paykunaqa rikuq kashaspapas llipyaykunapa nisqanman hina ima niyninta mana hap’iyta atinqachu, uyarishaspapas kunkaqkunatawan truenuykunata mana entiendetayta atinqachu, hatun pachakutik allpakatatayuq ukhupi hap’isqa kanankama. Pachak tawa chunka tawa waranqa runakunapa sellakusqa kasqan pachaqa chay pachanmi mayqin visiónpa llapa ruraynin hunt’akun.</w:t>
      </w:r>
    </w:p>
    <w:p>
      <w:pPr>
        <w:pStyle w:val="ArticleBody"/>
        <w:jc w:val="left"/>
      </w:pPr>
      <w:r>
        <w:rPr>
          <w:rFonts w:ascii="Times New Roman" w:hAnsi="Times New Roman" w:eastAsia="Times New Roman" w:cs="Times New Roman"/>
        </w:rPr>
        <w:t>Chay historiam ishkay laya yupaychaqkunata paqarichin hinaspa rikuchin. Huk layaqa paraqta reqsinku, chayrayku chaskinku, imaraykuchus illapata rikunku, hinaspa uyarinku rimaykunata, q’uñi t’oqyayta hinaspa wayrata. Sellakuy pacha tukukuyninpi, qayllamusaq Domingo kamachiypa hatun allpa kuyuy, chaymi Diospa ejecutivon juicioykunata qallariychin.</w:t>
      </w:r>
    </w:p>
    <w:p>
      <w:pPr>
        <w:pStyle w:val="ArticleScripture"/>
        <w:jc w:val="left"/>
      </w:pPr>
      <w:r>
        <w:rPr>
          <w:rFonts w:ascii="Times New Roman" w:hAnsi="Times New Roman" w:eastAsia="Times New Roman" w:cs="Times New Roman"/>
        </w:rPr>
        <w:t>Diospa templonmi hanaq pacha-pi kicharisqa karqan, hinaspan templonpi rikurisqa karqan paypa testamentonpa arkan; hinaspan killaqniykuna karqan, kunakuna, truñukuna, pachakuy, hatun chikchi ima. Apocalipsis 11:19.</w:t>
      </w:r>
    </w:p>
    <w:p>
      <w:pPr>
        <w:pStyle w:val="ArticleBody"/>
        <w:jc w:val="left"/>
      </w:pPr>
      <w:r>
        <w:rPr>
          <w:rFonts w:ascii="Times New Roman" w:hAnsi="Times New Roman" w:eastAsia="Times New Roman" w:cs="Times New Roman"/>
        </w:rPr>
        <w:t>Hatun allpachakuypi, “lliplliykuna, rimaykuna, truenuykuna” ukupiqa “chikchi”pas kachkan. “Chikchi”qa rikuchin chay taripaykunata, qanchis angelkuna qallariyta qallarinku churasqa kaqta, mayqin angelkunataqa sellakuy pacha qallariyninpi chayman wakichisqa karqanku, qanchis ñiqin sellu kicharisqa kaptin; hinaqtinmi suyarirqanku angel Jerusalén llaqtanta purispa, allpapi rurasqa millay abominacionkunamanta llakikuqkunaq, waqaqkunaqpas, huk señalta churapunankama — hawa kaqpi — hinallataq iglesiapi rurasqa kaqkunamanta — ukhu kaqpi.</w:t>
      </w:r>
    </w:p>
    <w:p>
      <w:pPr>
        <w:pStyle w:val="ArticleBody"/>
        <w:jc w:val="left"/>
      </w:pPr>
      <w:r>
        <w:rPr>
          <w:rFonts w:ascii="Times New Roman" w:hAnsi="Times New Roman" w:eastAsia="Times New Roman" w:cs="Times New Roman"/>
        </w:rPr>
        <w:t>“Chhijchhiy” nisqaqa señalan Diospa wañuchiq taripayninkunapa pacha kasqanta, chayqa Diospa huk ovejankunapaq khuyapay pacha kashan, paykuna chaypacham Babiloniamanta waqyamusqa kashanku; hinaspa jatun achka runakunamanta qhipa kaqpas Diospa ovejankunaman hukllachasqa ña kaptin, runapa qochakuynin tukuy hinantinpi wichq’akun.</w:t>
      </w:r>
    </w:p>
    <w:p>
      <w:pPr>
        <w:pStyle w:val="ArticleScripture"/>
        <w:jc w:val="left"/>
      </w:pPr>
      <w:r>
        <w:rPr>
          <w:rFonts w:ascii="Times New Roman" w:hAnsi="Times New Roman" w:eastAsia="Times New Roman" w:cs="Times New Roman"/>
        </w:rPr>
        <w:t>Qanchis kaq angelmi puyñunta wayrapi tallirqan; hinaspan hanaq pacha templomanta, tiyanamanta, hatun qhapariy lluqsimurqan, nispa: “Tukukunña.” Hinaspan uyarikurqan rimariykuna, illapakunapas, llipyaykunapas; hinallataq hatun pachakuy karqan, mana hayk’aqpas runakuna kay pachapi kasqankumanta pacha hina kasqanmanhina, chay hina atiyniyuq, chay hina hatun pachakuy. Hatun llaqtataq kimsa chiqaman rakikurqan, nacionkunapa llaqtankunapas urmaykurqan; hatun Babiloniataq Diospa ñawpaqenman yuyarisqa karqan, payman qunanpaq phiñakuyninpa sinchi p’iñayninpa vinon hunt’a k’asata. Apocalipsis 16:17–19.</w:t>
      </w:r>
    </w:p>
    <w:p>
      <w:pPr>
        <w:pStyle w:val="ArticleBody"/>
        <w:jc w:val="left"/>
      </w:pPr>
      <w:r>
        <w:rPr>
          <w:rFonts w:ascii="Times New Roman" w:hAnsi="Times New Roman" w:eastAsia="Times New Roman" w:cs="Times New Roman"/>
        </w:rPr>
        <w:t>Munat liyiqriq: ¿Uyarinkichu kunan qapariykunatawan illapakunata? ¿Rikunkichu llipyakuykunata? ¿Sientinkichu wayrata? Manam unaychu uyariwaqkinki mana yuyayniyuq sipaskunapa qaparispankuta, aswan aceite-ta mañakuspa.</w:t>
      </w:r>
    </w:p>
    <w:p>
      <w:pPr>
        <w:pStyle w:val="ArticleBody"/>
        <w:jc w:val="left"/>
      </w:pPr>
      <w:r>
        <w:rPr>
          <w:rFonts w:ascii="Times New Roman" w:hAnsi="Times New Roman" w:eastAsia="Times New Roman" w:cs="Times New Roman"/>
        </w:rPr>
        <w:t>Kay yachayta qatiq artikelopiqa qatiykusaqku.</w:t>
      </w:r>
    </w:p>
    <w:p>
      <w:pPr>
        <w:pStyle w:val="ArticleScripture"/>
        <w:jc w:val="left"/>
      </w:pPr>
      <w:r>
        <w:rPr>
          <w:rFonts w:ascii="Times New Roman" w:hAnsi="Times New Roman" w:eastAsia="Times New Roman" w:cs="Times New Roman"/>
        </w:rPr>
        <w:t>Thak kayta maskhaqta, ichaqa mana allinchu hamurqan; hampiy pacha maskhaqta, qhawariy, llaquylla! Danmanta kawayninkupa sinch’i qapariynin uyarikurqan; llapa hallp’a khatatatan qhapariyninku kasqanrayku, kallpasapa kawallunkupa waqaynin uyarikusqanrayku; paykunaqa hamuspankum, hallp’ata tukuy imayuqnintinta mihurqanku; llaqtatapas, chaypi tiyakkuqkunatapas. Qhawariy, noqa kachamusaq qankunaman mach’aqwaykunata, asiriy mana atikunata, qankunata chawpinqankupaq; paykunaqa kaniykunkuta kaniqkuykunkum, nispa Señor. Llakiyta atipayta munaspa, sonqoy ukhupi pisi kallpayuqmi. Qhawariy, ayllu runaypa ususinpa waqayninmanta qaparikuy simi, karu llaqtapi tiyakkuqkunarayku: ¿Manachu Señorqa Sionpi kachkan? ¿Manachu reyninqa paypa ukhupin kachkan? ¿Imaraykutaq phiñachiwarqanku rurasqa wakankuwan, huk mana imapaq qayllachiykunawan? Cosecha pacha pasarunña, verano tukukunña, noqanchikqa manam qispichisqachu kashanchik. Ayllu runaypa ususinpa nanayninraykun nanasqañam kani; yana tukusqañam kani; manchaymi hap’isqa. ¿Manachu bálsamo kan Galaadpi? ¿Manachu hampiq kan chaypi? Chhaynaqa, ¿imaraykutaq ayllu runaypa ususinpa hampisqa kaynin mana kutichisqachu? Jeremías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qillqapi — Pachak kimsa chunka phisqayoq pusaq chunka phisqayoq</dc:title>
  <dc:subject>1776, 1789, hinaspa 1798 watakunapi Qhawaypaq Rimaykuna: 144,000 sellayman ñawpaq qallarina</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