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Qullqisqa Danielmanta - Pachak kinsa chunka suqtayuq</w:t>
      </w:r>
    </w:p>
    <w:p>
      <w:pPr>
        <w:pStyle w:val="ArticleSubtitle"/>
        <w:jc w:val="left"/>
      </w:pPr>
      <w:r>
        <w:rPr>
          <w:rFonts w:ascii="Arial" w:hAnsi="Arial" w:eastAsia="Arial" w:cs="Arial"/>
        </w:rPr>
        <w:t>Republicanismopa Protestantismopa Profetik Transiciónnin: Wañuymanta Kawsarimuykama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Kay pacha uywaqa iskaynin waqranmanta, Republican waqrahinapas cheqaq Protestante waqrahinapas, watay 2020-pi qallarisqa huk tikraymi kan. Cheqaq Protestante waqraqa julio 18, 2020 p’unchaypi wañuchisqa karqa, Republican waqraqa noviembre 3, 2020 p’unchaypitaq wañuchisqa karqa. Apocalipsis chunka hukniyuq qillqapi nisqanman hina, kimsa punchaw chawpi simbólicota qhipaman yapamanta chakinkupi sayarinqaku. Sayarisqankumantaqa, cheqaq Protestante waqraqa Laodiceokunamanta Filadelfiakunaman tikranqa. Paykunaqa huk iglesiamanta orqhosqa kashanku, huk kuyuyman apasqataq. Qanchis iglesiamanta qanchisñiqin iglesiapa experienciamanta orqhosqa kashanku, soqtañiqin iglesiapa experienciamanta yaykuchisqataq. Pusaqñiqinman tukusqaku, chayqa qanchismanta kasqanmi.</w:t>
      </w:r>
    </w:p>
    <w:p>
      <w:pPr>
        <w:pStyle w:val="ArticleBody"/>
        <w:jc w:val="left"/>
      </w:pPr>
      <w:r>
        <w:rPr>
          <w:rFonts w:ascii="Times New Roman" w:hAnsi="Times New Roman" w:eastAsia="Times New Roman" w:cs="Times New Roman"/>
        </w:rPr>
        <w:t>Adventismop qallariyninpi kuyuyqa Filadelfiapi karqan, hinaspa Filadelfiapi kuyuyqa tukukuyninpi kutichisqa kan. Apocalipsis qillqap chunka tawañiqin kapitulopi kinsa angelkunap llamkayninqa huk kuyuy hina qallariq, hinaspa huk kuyuy hinallataq tukukunqa. Filadelfiapi kuyuyqa, Filadelfia sutiyuq soqta kaq iglesiawan rikuchisqa, 1856 watapi wañurqan; hinaspa 2023 watapi julio killap tukukuyninmanta qallarispa, kunanqa pusaq kaq hina kawsarichisqa kachkan, qanchismantataq huknin kaq.</w:t>
      </w:r>
    </w:p>
    <w:p>
      <w:pPr>
        <w:pStyle w:val="ArticleBody"/>
        <w:jc w:val="left"/>
      </w:pPr>
      <w:r>
        <w:rPr>
          <w:rFonts w:ascii="Times New Roman" w:hAnsi="Times New Roman" w:eastAsia="Times New Roman" w:cs="Times New Roman"/>
        </w:rPr>
        <w:t>Chaylla historiapipas, Republicano waqrapas kikin hina wañuyta, kawsarimuytawan riqsichkan, chaypi soqta kaq umalliq, Reaganmanta pacha puchukay pacha 1989 watapi, pusaj kaq umalliqman tukuspa, qanchis kaqmanta kasqan rikuchin. Republicano waqrapa tikrayninpa rurayninqa apostata Protestantismopa waqranwan hukllachasqa kayninwanmi rikuchisqa, chaymi espíritu-pi waqlliy huchakuy, hinaspa animalpa rikchaynin. Republicano waqraqa pusaj kaqman tukukun, chayri qanchis kaqmanta kashan, imaraykuchus Catholicismopa animalninpa rikchayninta rikuchin, chayri pusaj kaq umanmi, qanchis umakunamanta kaq, Apocalipsis chunka qanchisniyuq capítulo-pi, hinaspa Daniel iskayniyuq capítulo-pi.</w:t>
      </w:r>
    </w:p>
    <w:p>
      <w:pPr>
        <w:pStyle w:val="ArticleBody"/>
        <w:jc w:val="left"/>
      </w:pPr>
      <w:r>
        <w:rPr>
          <w:rFonts w:ascii="Times New Roman" w:hAnsi="Times New Roman" w:eastAsia="Times New Roman" w:cs="Times New Roman"/>
        </w:rPr>
        <w:t>Republikansismopa waqranpa políticopi tikrayninqa rikuchisqa kachkan wakichikuy pacha 1776 watamanta 1798 watakama. Chay profétiko pachaqa ancha wakiski llave hinam Nebucodonosorpa animal-kunamanta imágenninpi pakasqa secreto kichasqa kasqanta riqsiypaq. Chay wakichikuy pachaqa rikuchisqa kachkan kimsa chunka watayuq wakichikuy pacha hina, Cristoqpaqpas anticristoqpaqpas.</w:t>
      </w:r>
    </w:p>
    <w:p>
      <w:pPr>
        <w:pStyle w:val="ArticleBody"/>
        <w:jc w:val="left"/>
      </w:pPr>
      <w:r>
        <w:rPr>
          <w:rFonts w:ascii="Times New Roman" w:hAnsi="Times New Roman" w:eastAsia="Times New Roman" w:cs="Times New Roman"/>
        </w:rPr>
        <w:t>Sellay tiempo, 2001 wata septiembre killapa 11 p’unchawmanta qaylla hamuq domingo kamachikuykama, sut’inchay willakuykunapa pacha-mi mayqin rikuy willakuypa ruraynin hunt’akun. Chayqa chay pachata reqsichin, kay allpapa tiyananman papakuna qutuy yapamanta kutimuspa, qanchisniyoqmanta kaq pusaq qhapaq suyu hina tukukuq; chayqa Apocalipsis chunka hukniyoq kapítulopi “hatun allpa kuyuy” nisqapa horanpi. Chayrayku, ñawpaq kutipi papakuna qutu 538 watapi tiyananman churakusqanman ñawpaqchasqa pachawanmi rikch’achisqa karqan. 538 watapi, papakuna qutu Orleans Tantakuypi domingo kamachikuyta lluqsichirqan, kimsa chunka wata wakichikuypa tukukuyninta sut’ichaspa, hinallataq qaylla hamuq domingo kamachikuyta rikch’achispa. Jesús mana hayk’aqpas tikrakuqchu; chayrayku, imaynachus ñawpaq kutipi papakuna qutu tiyananman churakusqanman ñawpaqta wañuy atisqa k’irita hampisqa kananpaq huk pacha karqan, hinallataqmi domingo kamachikuyman ñawpaqta chay pacha kanan tiyan.</w:t>
      </w:r>
    </w:p>
    <w:p>
      <w:pPr>
        <w:pStyle w:val="ArticleBody"/>
        <w:jc w:val="left"/>
      </w:pPr>
      <w:r>
        <w:rPr>
          <w:rFonts w:ascii="Times New Roman" w:hAnsi="Times New Roman" w:eastAsia="Times New Roman" w:cs="Times New Roman"/>
        </w:rPr>
        <w:t>Chay pachaqa rikuchisqa kachkan wata 508, 533, 538 nisqakunawan tupaq historiakunawan. Wata 508-pi qallarikurqan wakichiy pacha, icha papadota sayarichiy. Tawa kaq pagan Roma qhapaq suyusqa, dragón atiy hina, urmachisqa karqan; hinaspataq 533-pi Justiniano kamachirqan papadom “iglesiakunapa uman, hinaspa herejekunapa allinchaknin” kasqanta. Papadom 538-pi kamachiyta hap’inanpaq puchuq kaqlla karqan Gothokunata Roma llaqtamanta hurquy; chayqa 538 watapi ruwasqa karqan. Chay kimsa chunka watayuq historiapa siq’inqa parallelopi purirqan Cristopa paqarisqanwan; chaymanta Juanpa ministerion qatirqan, chaymi pusarqan Jesuspa Mesías hina kallpachasqa kayninman bautizakusqanpi.</w:t>
      </w:r>
    </w:p>
    <w:p>
      <w:pPr>
        <w:pStyle w:val="ArticleBody"/>
        <w:jc w:val="left"/>
      </w:pPr>
      <w:r>
        <w:rPr>
          <w:rFonts w:ascii="Times New Roman" w:hAnsi="Times New Roman" w:eastAsia="Times New Roman" w:cs="Times New Roman"/>
        </w:rPr>
        <w:t>Cristopaq historiapi wakichikuy pachaqa sellay pachawan kuskan purin, hinaspataq Protestante waqrapa uku siq’inta rimarin; anticristopaq wakichikuy pachaqa Republicano waqrapa hawa siq’inta rimarin. Chay iskay pachakunanmi ishkay testigokunata qun septiembre 11, 2001, octubre 7, 2023, hinallataq qayllamanta hamuq domingo kamachiyta. Huk pachaqa hawata aswan sinchita reqsichin, hukñataq pachaqa uku testimoniota reqsichin, sellay pachapi pachak tawa chunka tawa waranqa runakunapaq.</w:t>
      </w:r>
    </w:p>
    <w:p>
      <w:pPr>
        <w:pStyle w:val="ArticleBody"/>
        <w:jc w:val="left"/>
      </w:pPr>
      <w:r>
        <w:rPr>
          <w:rFonts w:ascii="Times New Roman" w:hAnsi="Times New Roman" w:eastAsia="Times New Roman" w:cs="Times New Roman"/>
        </w:rPr>
        <w:t>Juanpa ruraynin, chunlla pampapi qapariq hina, Paktopa Kachaqninpa ñanninta wakichirqan; chay hinallataq Justinianopa kamachisqanpas huchayuq runapaq ñanninta wakichirqan, paymi wañuypa paktopa kachaqnin. 2023 watapa octubre killapa 7 p’unchawninmi willakuy karqan imachus pasanqa Inti p’unchaw kamachiy churasqa kaptin, imaynan 538 watapi karqan hina. 2023 watapa octubre killapa 7 p’unchawninqa 533 watamanmi tupachakun, wakichiy pacha ukhupi, imaynan ñawpaq kutipi papado kay pachapa tiyananman churakusqa karqan hina. Chayqa willakuymi, utqay hamuq Inti p’unchaw kamachiypi, 538 watapi hina, papa hukmanta kutin iglesiakunapa uman kanqa, chaymanta pantasqa yachachiqkunapa allinchayninpas. Chaypas kikinmantaqa kinsa kaq ayqeypa Islampa maqanakuy ashwan sinchiyashanmanta willakuymi.</w:t>
      </w:r>
    </w:p>
    <w:p>
      <w:pPr>
        <w:pStyle w:val="ArticleBody"/>
        <w:jc w:val="left"/>
      </w:pPr>
      <w:r>
        <w:rPr>
          <w:rFonts w:ascii="Times New Roman" w:hAnsi="Times New Roman" w:eastAsia="Times New Roman" w:cs="Times New Roman"/>
        </w:rPr>
        <w:t>Chayqa willakuyqa Islamta reqsichin (inti lloqsimuqmanta willakuykuna), hinaspa papapa kutichisqa kaqta willan (chinchaymanta willakuykuna). Chay willakuyqa qhipa p’unchaykunapi ñanta waqaychaj kachaqpa rurayninwan tupaynin, imaraykuchus Pacto nisqa Kachaqmi chaymanta qhepaman pachak tawa chunka tawa waranqa runakunawan pactota ruranqa.</w:t>
      </w:r>
    </w:p>
    <w:p>
      <w:pPr>
        <w:pStyle w:val="ArticleBody"/>
        <w:jc w:val="left"/>
      </w:pPr>
      <w:r>
        <w:rPr>
          <w:rFonts w:ascii="Times New Roman" w:hAnsi="Times New Roman" w:eastAsia="Times New Roman" w:cs="Times New Roman"/>
        </w:rPr>
        <w:t>Kimsa wakichiy pacha-kuna (Cristopa kinsa chunka watankuna, anticristopa kinsa chunka watankuna, hinallataq sellakuy pacha), 1776 watamanta 1798 watakama pacha-wanpas rikuchisqa kanku. Kay pachapi animalpa tukukuyninqa huk sut’i pacha-yuqmi, chaymi ñawpaqman purin kay animalpa tukukuyninmanta, Bibliaq profecíankunapi soqtaq reino hina; chayrayku, kay pachapi animalpa qallariyninpas, Bibliaq profecíankunapi soqtaq reino hina, huk profético pacha-yuq kanan tiyan, chaymi ñawpaqman purin chay reinoq qallariyninmanta. Alfa hinallataq Omegaqa sapa kutim sut’inchan huk imapa tukukuyninta, chay imapa qallariyninwan kuska.</w:t>
      </w:r>
    </w:p>
    <w:p>
      <w:pPr>
        <w:pStyle w:val="ArticleBody"/>
        <w:jc w:val="left"/>
      </w:pPr>
      <w:r>
        <w:rPr>
          <w:rFonts w:ascii="Times New Roman" w:hAnsi="Times New Roman" w:eastAsia="Times New Roman" w:cs="Times New Roman"/>
        </w:rPr>
        <w:t>1776, 1789, hinaspa 1798 watakunaqa rikuchinku 11 septiembre 2001, 7 octubre 2023, hinaspa utqayllam hamuq domingo kamachiyta. 1776manta 1798kama, soqta kaq qhapaq suyu sayachisqa kananpaq profetika wakichiyqa hunt’asqa karqa, hinallataqmi 508, 533, hinaspa 538 watakunaqa pichqa kaq qhapaq suyu sayachisqa kananpaq wakichiyta rikuchirqanku. Chaykunaqa kikin profetika unanchaykunayuq kananku tiyan, imaraykuchus soqta kaq qhapaq suyuqa pichqa kaq qhapaq suyupa rikch’aynin kananpaqmi.</w:t>
      </w:r>
    </w:p>
    <w:p>
      <w:pPr>
        <w:pStyle w:val="ArticleBody"/>
        <w:jc w:val="left"/>
      </w:pPr>
      <w:r>
        <w:rPr>
          <w:rFonts w:ascii="Times New Roman" w:hAnsi="Times New Roman" w:eastAsia="Times New Roman" w:cs="Times New Roman"/>
        </w:rPr>
        <w:t>Cristopa kimsa chunka watakuna waqaychakuynin, paypa bautismonman pusakuq, chaylla pacha kasqanta rikuchin; imaraykuchus Cristo hamuspa huk semanapaq pactota takyaykachinanpaq, paypa bautismonmanta qallarispa, payqa munayninpa qhapaq suyunta sayarichkarqa. Chay qanchis watakunapi munayninpa qhapaq suyunta sayarichispa, yawarninta ichharqa chay qhapaq suyu takyasqa kananpaq; chayta ruwaspanmi, mayk’a pachas k’anchayninpa qhapaq suyunta sayarichinqa, chaypaq ejemplota saqerqa. Chay k’anchayninpa qhapaq suyuqa Daniel iskaypi nisqa qhapaq suyumi, makikuna mana llamk’asqan urqumanta kuchusqa rumihina sut’inchasqa. Chay qhapaq suyuqa, Hermana White willawanchikman hina, qhipa para tiempopi sayarichisqa kan, hinaspa chay qhipa paraqa 11 de septiembre de 2001 p’unchaypi qallariykuq.</w:t>
      </w:r>
    </w:p>
    <w:p>
      <w:pPr>
        <w:pStyle w:val="ArticleScripture"/>
        <w:jc w:val="left"/>
      </w:pPr>
      <w:r>
        <w:rPr>
          <w:rFonts w:ascii="Times New Roman" w:hAnsi="Times New Roman" w:eastAsia="Times New Roman" w:cs="Times New Roman"/>
        </w:rPr>
        <w:t>“Qhepa paraqa paranqa chay chuya kaqkunaman—hinaptinqa llapanku chaskinqaku, ñawpaq hina.”</w:t>
      </w:r>
    </w:p>
    <w:p>
      <w:pPr>
        <w:pStyle w:val="ArticleScripture"/>
        <w:jc w:val="left"/>
      </w:pPr>
      <w:r>
        <w:rPr>
          <w:rFonts w:ascii="Times New Roman" w:hAnsi="Times New Roman" w:eastAsia="Times New Roman" w:cs="Times New Roman"/>
        </w:rPr>
        <w:t>“Chay tawa angelkuna kacharirqankuqa, Cristoqa qhapaq Suyunta sayarichinqa. Mana pipas qhepa para-ta chaskinqachu, aswanqa wakinkunaqa tukuy atisqankuta ruwashaqkunaqa chaskinqaku. Cristoqa yanapawaykusunman. Llapanchikpas Diospa graciannintaq, Jesuspa yawarninrayku atipaqkuna kanchikman. Tukuy hanaq pachaqa kay llamk’aypi ancha interesasqam kachkan. Angelkunapas interesasqakuna kanku.” Spalding and Magan, 3.</w:t>
      </w:r>
    </w:p>
    <w:p>
      <w:pPr>
        <w:pStyle w:val="ArticleBody"/>
        <w:jc w:val="left"/>
      </w:pPr>
      <w:r>
        <w:rPr>
          <w:rFonts w:ascii="Times New Roman" w:hAnsi="Times New Roman" w:eastAsia="Times New Roman" w:cs="Times New Roman"/>
        </w:rPr>
        <w:t>2001 watay 11 qillapi, tawa wayrakuna, piqakunata phiñakusqa kawallu hinam rikuchisqa kanku (Islam), kacharisqa karqanku, hinaspa chaymanta hark’asqa kasqanku, pachak tawa chunka tawa waranqa runakuna sellasqa kashaqtinku. 1776, 1789 hinaspa 1798 watakuna pachak tawa chunka tawa waranqa runakunapa sellakusqan pacha kasqanta rikuchinku, hinaspa chay kimsa watakuna kamachiykunapa churasqanmi karqan, Biblia willakuy ñawpaq rimayninpi soqta qhapaq suyu sayarichisqa kananpaq pusarqan. Iskay kaq wata 1789qa Estados Unidos-pa Constitución-ninta reqsisichin; chayraykun chay mensajeqa Constitución-ta reqsisirqan iskay sapa kallpayuq atiynin hina, 1798 watapi chayamunanpaq kaqta, hinallataq 533 wataqa 538 watapi chayamunanpaq kaq iskay sapa kallpayuq atiymanta willasqanta hina, hinaspa Juan Bautistapas Cristopa bautismonpi chayamunanpaq kaq iskay sapa kallpayuq atiymanta willarqan.</w:t>
      </w:r>
    </w:p>
    <w:p>
      <w:pPr>
        <w:pStyle w:val="ArticleBody"/>
        <w:jc w:val="left"/>
      </w:pPr>
      <w:r>
        <w:rPr>
          <w:rFonts w:ascii="Times New Roman" w:hAnsi="Times New Roman" w:eastAsia="Times New Roman" w:cs="Times New Roman"/>
        </w:rPr>
        <w:t>Ishkay kallpakuna, Cristopa iskaychasqa kallpanta ruwaqkuna, karqan paypa ejemplonmi: divinidadwan runakaynin huñusqa kaspa mana huchallinchu. Anticristopa iskaychasqa kallpanta ruwaq ishkay kallpakuna karqan iglesiakunapa uman hina tiyasqa kasqan, hinaspa herejekunata allinchakq hina tiyasqa kasqan. Allpa uywapa iskaychasqa kallpanta ruwaq ishkay kallpakunaqa iskay waqrankunam: Republicanismo hinaspa Protestantismo.</w:t>
      </w:r>
    </w:p>
    <w:p>
      <w:pPr>
        <w:pStyle w:val="ArticleScripture"/>
        <w:jc w:val="left"/>
      </w:pPr>
      <w:r>
        <w:rPr>
          <w:rFonts w:ascii="Times New Roman" w:hAnsi="Times New Roman" w:eastAsia="Times New Roman" w:cs="Times New Roman"/>
        </w:rPr>
        <w:t>“‘Hinaspata iskay waqrankuna karqan ovejapa hina.’ Ovejapa hina waqrankuna rikuchin wayna kayta, mana huchayuq kayta, llamp’u kaytapas; chaymi allin hina rikuchin Estados Unidospa kasqanta, maypachachus profetaman qawarichisqa karqan ‘wiñarispa lluqsimusqan’ hina 1798 watapi. Cristianokuna ayqekuqkuna, ñawpaqta Amerikaman ayqekuspa, maskhasqanku reykunapa ñak’arichikuyninmanta, saserdotekunapa mana muchuy atina qhispichiyninmantapas pakakuyta; paykunamanta achkaqmi yuyarirqanku huk gobiernuta sayachiyta hatun t’ikrasqa cimientopi, civil hinallataq religioso libertadpa hawanpi. Paykunapa qhawariyninkuna tarirqan k’anchayninta Declaración de Independencia nisqapi, maypichus reqsichin chay hatun cheqaq kayta: ‘llapa runakuna paqarichisqa kanku kikillan hina’, hinaspataq qusqa kanku mana qichusqa atiy derecho ‘kawsayman, libertadman, hinaspa kusikuyta mask’anaman.’ Hinaspata Constituciónmi garantizan llaqtamasikunaman kikinkumanta kamachikuy derecho-ta, kamachispa akllasqa representantekuna llaqtapa votonwan ruraspa hinaspa apaykachaspanku leykunata. Religioso iñiy libertadpas qusqa karqan, sapanka runa saqesqa kaspa Diosta yupaychananpaq sonqonpa kamachisqanman hina. Republicanismo hinaspa Protestantismo tukurqan suyuypa aswan hatun prinsipionkuna. Kay prinsipio-kunam pakasqa kaqnin atipayninpa hinaspa allin kawsayninpa. Ñak’arichisqa hinaspa uraychasqa kaqkuna llapan Cristiandadpi qawarisqanku kay allpaman munaywan hinaspa suyaywan. Millones runakuna maskharqanku kaypa lamar qochankunata chayanankupaq, hinaspata Estados Unidos oqarirqan kay pachapa aswan atiyniyuq nacionkunapa chawpinpi huk lugarman.” The Great Controversy, 441.</w:t>
      </w:r>
    </w:p>
    <w:p>
      <w:pPr>
        <w:pStyle w:val="ArticleBody"/>
        <w:jc w:val="left"/>
      </w:pPr>
      <w:r>
        <w:rPr>
          <w:rFonts w:ascii="Times New Roman" w:hAnsi="Times New Roman" w:eastAsia="Times New Roman" w:cs="Times New Roman"/>
        </w:rPr>
        <w:t>1776, 1789 y 1798 nisqakuna kimsa historiakunata rikuchinku, chaykunam qhawachin chisqon kaqqa qanchismantam kasqanta. 1776 watam rikuchin Declaración de Independencia nisqapa willasqanmanta, hinallataq Ñawpaq kaq hinaspa Iskay kaq Congreso Continental nisqakunapa historiankuta. 1789 watam rikuchin Constitución nisqapa willasqanmanta hinaspa Artículos de la Confederación nisqakunapa historianta. 1798 watam rikuchin Alien and Sedition Acts nisqakunapa willasqanmanta, hinallataq allpa uywapa qallariyninta, Bibliaq willakuyninpi soqta kaq qhapaq suyuta hina.</w:t>
      </w:r>
    </w:p>
    <w:p>
      <w:pPr>
        <w:pStyle w:val="ArticleBody"/>
        <w:jc w:val="left"/>
      </w:pPr>
      <w:r>
        <w:rPr>
          <w:rFonts w:ascii="Times New Roman" w:hAnsi="Times New Roman" w:eastAsia="Times New Roman" w:cs="Times New Roman"/>
        </w:rPr>
        <w:t>Ñawpaq Congreso Continentalqa 1774 watapi karqan, hinallataq Estados Unidospa ñawpaq historiankupi ancha allin yuyayniyuq, hatun chaniyuq tantachakuy karqan, Guerra Revolucionaria Americanapa pacha kamachiq kurku hina llamk’aspa. Congresokuna Continentales nisqakuna iskay profético pacha-man rakisqakuna kanku: ñawpaq congresopa pacha, qhipa congresopa pachawan. Ñawpaq Congreso Continentalqa iskay presidenteyuq karqan, hinaspataq Filadelfiapi huñunakusqa karqan 5 septiembremanta 26 octubrekama, 1774 watapi. Peyton Randolphqa huñunakuypa ñawpaq presidenten karqan 5 septiembremanta 22 octubrekama, chaymantaq Henry Middletonqa pichqa qhipa p’unchawkunapi umallirqan 26 octubre, 1774 watakama.</w:t>
      </w:r>
    </w:p>
    <w:p>
      <w:pPr>
        <w:pStyle w:val="ArticleBody"/>
        <w:jc w:val="left"/>
      </w:pPr>
      <w:r>
        <w:rPr>
          <w:rFonts w:ascii="Times New Roman" w:hAnsi="Times New Roman" w:eastAsia="Times New Roman" w:cs="Times New Roman"/>
        </w:rPr>
        <w:t>Iskay kaqninpa Huk Ñawpaq Continenteq Congresoqa 1775 watamanta 1781 watakama karqan. Iskay kaqninpa Huk Ñawpaq Continenteq Congresoqa kawsasqan pachapi soqta presidentekunataq karqan. Peyton Randolphqa presidente hina umallirqan mayo killapa 10 p’unchawnin 1775 watamanta mayo killapa 24 p’unchawnin 1775 watakama. Payqa ñawpaq presidente karqan iskayninpaqpas: Ñawpaq Continenteq Congresopaqpas hinaspa Iskay kaqninpa Huk Ñawpaq Continenteq Congresopaqpas. Llapanpis pusaq presidentekunam karqan Ñawpaq hinaspa Iskay kaqninpa Huk Ñawpaq Continenteq Congresokunapa historiankupi.</w:t>
      </w:r>
    </w:p>
    <w:p>
      <w:pPr>
        <w:pStyle w:val="ArticleBody"/>
        <w:jc w:val="left"/>
      </w:pPr>
      <w:r>
        <w:rPr>
          <w:rFonts w:ascii="Times New Roman" w:hAnsi="Times New Roman" w:eastAsia="Times New Roman" w:cs="Times New Roman"/>
        </w:rPr>
        <w:t>Iskay Ñiqin Continente nisqap Hatun Tantakuyninpa iskay ñiqin umalliqninqa karqan John Hancock, hinaspan Hancock umallirqan 1775 watapi mayo killap 24 p’unchawmanta 1777 watapi octubre killap 31 p’unchawkama. Henry Laurens umallirqan 1777 watapi noviembre killap 1 p’unchawmanta 1778 watapi diciembre killap 9 p’unchawkama. John Jay umallirqan 1778 watapi diciembre killap 10 p’unchawmanta 1779 watapi septiembre killap 28 p’unchawkama. Samuel Huntington umallirqan 1779 watapi septiembre killap 28 p’unchawmanta 1781 watapi julio killap 9 p’unchawkama. Thomas McKean umallirqan 1781 watapi julio killap 10 p’unchawmanta 1781 watapi noviembre killap 4 p’unchawkama.</w:t>
      </w:r>
    </w:p>
    <w:p>
      <w:pPr>
        <w:pStyle w:val="ArticleBody"/>
        <w:jc w:val="left"/>
      </w:pPr>
      <w:r>
        <w:rPr>
          <w:rFonts w:ascii="Times New Roman" w:hAnsi="Times New Roman" w:eastAsia="Times New Roman" w:cs="Times New Roman"/>
        </w:rPr>
        <w:t>Peyton Randolph karqa ñawpaq umalliq, iskayninpas ñawpaq kaq hinaspa iskay kaq Continental Congreso-kunapa. Kayqa reqsichinmi, Continental Congreso-kunapa iskay pacha-kunapi pusaq umalliqkuna kasqanta; ichaqa iskaynin pacha-kunapa sapankamapa ñawpaq umalliqninqa huklla runam karqa. Chayrayku, pusaq umalliq kay pacha-kuna kaptinpas, cheqaqtapuni qanchislla umalliqkuna karqanku. Ñawpaq umalliqqa umalliq kasqankumanta qanchis qhari-kunamanta huknin karqa; ichaqa Randolph chay historiapi iskay kutita umalliq hina tiyaykusqanrayku, payqa chay qanchismanta kaq pusaq kaqtapas sut’inchan.</w:t>
      </w:r>
    </w:p>
    <w:p>
      <w:pPr>
        <w:pStyle w:val="ArticleBody"/>
        <w:jc w:val="left"/>
      </w:pPr>
      <w:r>
        <w:rPr>
          <w:rFonts w:ascii="Times New Roman" w:hAnsi="Times New Roman" w:eastAsia="Times New Roman" w:cs="Times New Roman"/>
        </w:rPr>
        <w:t>Congresokunaq Continente-pi historiankupi, Guerra Revolucionariaqa Congresomi kamachisqa karqan. Chayraykum George Washingtonqa manam presidentechu karqan chay pacha, payqa ñawpaq kaq Comandante en Jefe hina churakusqa kasqanrayku ejercitopi.</w:t>
      </w:r>
    </w:p>
    <w:p>
      <w:pPr>
        <w:pStyle w:val="ArticleBody"/>
        <w:jc w:val="left"/>
      </w:pPr>
      <w:r>
        <w:rPr>
          <w:rFonts w:ascii="Times New Roman" w:hAnsi="Times New Roman" w:eastAsia="Times New Roman" w:cs="Times New Roman"/>
        </w:rPr>
        <w:t>Ishkay pacha presidinti kasqanmanta Randolph iskay testigokunata rikuchin, ñawpaq cheqaq presidintita ñawinchaykuspa, payqa George Washington karqan. Washingtonqa Randolphwanmi rikuchisqa, chayrayku Randolphqa, Washingtonpa unanchan kaspa, apamunmi iskaynin: ñawpaq presidinti Randolphpa willakuq unanchasqan kayninkunata, hinallataq Randolphqa pusaj kaqta, qanchisniyoqmanta kasqanta. Chayhinaqa George Washington, ñawpaq presidinti hina, ñawpaq Kamachiq Hinantin Umalliq hinapas, willakuqtaqmi pusaj kaq karqan, hinaspa qanchisniyoqmanta karqan.</w:t>
      </w:r>
    </w:p>
    <w:p>
      <w:pPr>
        <w:pStyle w:val="ArticleBody"/>
        <w:jc w:val="left"/>
      </w:pPr>
      <w:r>
        <w:rPr>
          <w:rFonts w:ascii="Times New Roman" w:hAnsi="Times New Roman" w:eastAsia="Times New Roman" w:cs="Times New Roman"/>
        </w:rPr>
        <w:t>Jesúsmi huk imapa tukukuyninta qallariyninwan rikuchin; chayrayku qhipa presidente, hinallataq Comandante y Jefe, pusaq kaqmi kanqa, qanchis kaqkunamanta kaq. Kay profético chiqaq kayqa sayarichisqa kachkan Ñawpaq y Iskay Continental Congreso-kunapa historiapi, chaymi rikuchisqa kachkan 1776 watapi ñawpaq waymark nisqapa fechawan, hinallataq Declaración de Independencia nisqapa rikhurichisqanwan.</w:t>
      </w:r>
    </w:p>
    <w:p>
      <w:pPr>
        <w:pStyle w:val="ArticleBody"/>
        <w:jc w:val="left"/>
      </w:pPr>
      <w:r>
        <w:rPr>
          <w:rFonts w:ascii="Times New Roman" w:hAnsi="Times New Roman" w:eastAsia="Times New Roman" w:cs="Times New Roman"/>
        </w:rPr>
        <w:t>1776 watana chimpasqañanqa 2001 watapi septiembre killapa 11 p’unchawninwan, hinallataq Patriot Act nisqawan, rikch’achisqa kachkan; chaypi Estados Unidospa independencia-ninqa romano leypa kamachiynin uraman churakusqa karqa, manaña inglés leypa uranpichu. Chaymi señalakuyta ruwaspa qallarin profético tiempo, papadoqa wakmanta kay pachapa trono-ninta jap’inanpaq ñanta waqaychaspa, utqay hamuq domingo leypi.</w:t>
      </w:r>
    </w:p>
    <w:p>
      <w:pPr>
        <w:pStyle w:val="ArticleBody"/>
        <w:jc w:val="left"/>
      </w:pPr>
      <w:r>
        <w:rPr>
          <w:rFonts w:ascii="Times New Roman" w:hAnsi="Times New Roman" w:eastAsia="Times New Roman" w:cs="Times New Roman"/>
        </w:rPr>
        <w:t>1776 nisqawan siq’isqa willakuy pacha hinaqa, kay siq’isqa willakuy pachaqa riqsichin iskay kaq Congreso Continental nisqapa tukukuyninmanta 1781 watapi pacha 1789 watakama historiata; chay pachaqa Constitución nisqapa paqarichisqa kasqawan tinkisqa waymark nisqapa riqsichiq p’unchawninmi. Chay historiapipas pusaq presidentekuna karqanku. 1781 manta 1789 kama historiaqa Artículos de la Confederación nisqapa historiannim. Artículos de la Confederación nisqakunaqa ñawpaq Constitución nisqata rikuchirqan, ichaqa Artículos de la Confederación nisqakunapa pisi kallpaymi hukwan rantisqa kananpaq apamurqan, hinaspa Constitución nisqapa ratificaciónnin 1789 watapi.</w:t>
      </w:r>
    </w:p>
    <w:p>
      <w:pPr>
        <w:pStyle w:val="ArticleBody"/>
        <w:jc w:val="left"/>
      </w:pPr>
      <w:r>
        <w:rPr>
          <w:rFonts w:ascii="Times New Roman" w:hAnsi="Times New Roman" w:eastAsia="Times New Roman" w:cs="Times New Roman"/>
        </w:rPr>
        <w:t>Chay pachapi pusaq umalliqkunaqa qanchis umalliqkunam karqanku, iskay Congreso Continentalpa historiankupi mana umalliq kaypi rikurirqankuchu, hinaspa hukninpas chay ñawpaq profétik pacha ukhupipas umalliqmi karqa. John Hancockqa iskay kaq Congreso Continentalpi llamk’arqa, hinaspapas Confederaciónpa Artículonkunawan rikuchisqa pachapipas. Profétik nivelninpim, iskay Congreso Continentalpi umalliq karqanku qanchis qharikuna sapallam; chayrayku profétikmanta John Hancockqa Confederaciónpa Artículonkunapa pachanpi pusaqmantam huknin karqa, ichaqa ñawpaq pachamanta qanchis qharikunamantapas hukninmi karqa. Chaymi payqa pusaq kaq karqa, qanchismanta kaq.</w:t>
      </w:r>
    </w:p>
    <w:p>
      <w:pPr>
        <w:pStyle w:val="ArticleBody"/>
        <w:jc w:val="left"/>
      </w:pPr>
      <w:r>
        <w:rPr>
          <w:rFonts w:ascii="Times New Roman" w:hAnsi="Times New Roman" w:eastAsia="Times New Roman" w:cs="Times New Roman"/>
        </w:rPr>
        <w:t>Iskay ñawpaq willakuy pacha, 1789wan rikuchisqa, hinallataq huk umalliqniyuq karqan (Hancock), payqa pusajniyuq karqan, ichaqa qanchismantam karqan, imaynachus Payton Randolph karqan ñawpaq willakuy pachapi, 1776wan rikuchisqapi. 1789qa tinkun hinaspa rikuchin 6 ñiqin January 2021 watapi Pelosi suyuchakuykunata.</w:t>
      </w:r>
    </w:p>
    <w:p>
      <w:pPr>
        <w:pStyle w:val="ArticleScripture"/>
        <w:jc w:val="left"/>
      </w:pPr>
      <w:r>
        <w:rPr>
          <w:rFonts w:ascii="Times New Roman" w:hAnsi="Times New Roman" w:eastAsia="Times New Roman" w:cs="Times New Roman"/>
        </w:rPr>
        <w:t>“Señorqa Sionpa murallankunapi cheqaq, sonqollas vigilantekunata churawarqan mana upallaykuspa qaparinankupaq, trompetahinata rimayninkuta oqarinankupaq, chaynataq llaqtanta huchankuta rikuchinankupaq, Jacobpa wasintataq huchankunata. Señorqa saqerqan cheqaq kaypa awqanta t’aqllanapaq tukuy kallpawan t’aqllananta tawa kamachiyoqpa sábado nirqanman contra. Kaywanmi munan chay tapuypi sinchita munakuyta hatarichiyta, chayqa qhepa p’unchaykunapaq huk pruebam. Kaymi kicharinqa ñanta kinsa angelpa willakuynin atiyniyoqta willasqa kananpaq.”</w:t>
      </w:r>
    </w:p>
    <w:p>
      <w:pPr>
        <w:pStyle w:val="ArticleScripture"/>
        <w:jc w:val="left"/>
      </w:pPr>
      <w:r>
        <w:rPr>
          <w:rFonts w:ascii="Times New Roman" w:hAnsi="Times New Roman" w:eastAsia="Times New Roman" w:cs="Times New Roman"/>
        </w:rPr>
        <w:t>“Ama llulla cheqaqa creeq runaqa, kunanqa ama upallaychu. Mana pipas kunanqa qhilla kayman churakuychu; llapanku mañakuykuna­ta munayniyuq graciapa tronomán kallpachachunku, promesata mañakuspanku: ‘Imatapas sutiypi mañakunkichik chaytaqa ruwasaqmi’ (Juan 14:13). Kunanqa manchay sasachakuy pacha kashan. Sichus kay allpa, hatunchasqa libertadniyoq nisqa, Constitucionninta ruwachiq llapa principio-kunata qespichiyta wañuchiyta wakichikun, religión libertadta ñit’iypaq kamachikuykunata rurachkan, hinaspa papal llullakuyninwan pantachikuyninta kallpachaypaq, chayqa Diospa llaqtanqa iñiywan mañakuykuna­ninta aswan Hanaq Kaqman apachinan. Diospa promesankunapi llapa kallpachaymi kan paypi atienekuqkunapaq. Sapan runa manchaypi, ñak’ariypi urmachisqa kaypa suyayqa, ama llakikuyta apamuchunchu, aswanmi Diospa llaqtanpa kallpan­ta, suyay­ninta utaq astawan kallpachanan; paykunapa manchay pacha kashanmi Diospa paykunaman aswan sut’i rikuchikuyninkunata qowanan pacha.”</w:t>
      </w:r>
    </w:p>
    <w:p>
      <w:pPr>
        <w:pStyle w:val="ArticleScripture"/>
        <w:jc w:val="left"/>
      </w:pPr>
      <w:r>
        <w:rPr>
          <w:rFonts w:ascii="Times New Roman" w:hAnsi="Times New Roman" w:eastAsia="Times New Roman" w:cs="Times New Roman"/>
        </w:rPr>
        <w:t>“Noqayku mana allin qasi suyakuypi tiyaykuymanachu ñak’ariywan, ñak’ariywanpas, makiykuta iskaychaspa, mana imatapas ruwaspachu, mana chay mana allinta hark’anapaq. Hukllachasqa waqaych’ayninchik hanaq pachaman wicharichisqa kachun. Mañakuychis, llamk’aychis; hinaspa llamk’aychis, mañakuychis. Ichaqa ama pipas utqayllamanta mana yuyaykuspa ruwachunchu. Yachakuychis, mana hayk’aqpas hina, sonqoykichispi llamp’u hinaspa pisi kasqaykichispaq. Ama pipaqpas phiñakuyta apamuychischu, sapa runapaqpas icha iglesiakunapaqpas. Yachakuychis yuyaykunawan imayna Cristopas rurasharqan hina ruwanaykichispaq. Wakinkuna kutipi sinchi rimaykuna rimarisqa kanan tiyan; ichaqa sut’i cheqaqta rimanaykichispaqqa, Diospa Santo Espiritun sonqoykichispi tiyasqanta allinta yachaychisraq; chaymantataq saqeychis ñanninta kicharispa kuchunanpaq. Qamkunaqa mana kuchuq kanaykichispaqchu.” Selected Messages, book 2, 370.</w:t>
      </w:r>
    </w:p>
    <w:p>
      <w:pPr>
        <w:pStyle w:val="ArticleBody"/>
        <w:jc w:val="left"/>
      </w:pPr>
      <w:r>
        <w:rPr>
          <w:rFonts w:ascii="Times New Roman" w:hAnsi="Times New Roman" w:eastAsia="Times New Roman" w:cs="Times New Roman"/>
        </w:rPr>
        <w:t>Constitución nisqawan rikuchisqa wakichikuy pacha proféticopi iskay kaq waymarka reqsichin: chay Constituciónqa qipa waymarkapi kutirichisqa kananpaqmi. Chay iskay kaq waymarkaqa Juan Bautistawanmi tipificasqa karqan, hinallataq Justinianopa decretontawanpas; iskayninkuqmi reqsichirqanku, hinaspa willakuy hinawan qawachirqanku, pacha chaypi rikuchisqa qhipa kaq ruray chayamunawan tinkisqa. Juanpaqqa, chayqa Cristopa kallpachasqa kayninmi karqan, payqa kawsaypa pactonta chanin yawarninwan takyaspa sumaqta takyachkasqanrayku; Justinianopaqtaq, anticristopa kallpachasqa kayninmi karqan, payqa wañuypa pactonta mártirkunapa yawarninwan ratificananpaq kaq.</w:t>
      </w:r>
    </w:p>
    <w:p>
      <w:pPr>
        <w:pStyle w:val="ArticleBody"/>
        <w:jc w:val="left"/>
      </w:pPr>
      <w:r>
        <w:rPr>
          <w:rFonts w:ascii="Times New Roman" w:hAnsi="Times New Roman" w:eastAsia="Times New Roman" w:cs="Times New Roman"/>
        </w:rPr>
        <w:t>Constitución 1789 watapi rikuchirqan allpa uywaq iskay waqra kamachikuynin kallpachasqa kasqanta; chayta ruwaspanmi, 1789 watapi rikuchirqanpas allpa uywaq iskay waqra kamachiy kallpankuna utqaylla chinkachisqa kananpaq hamusqanta, 1798 watapi Alien and Sedition Acts nisqawan sut’inchasqa hina. Iskay testigokuna 2020 watapi kallikunapi wañuchisqa karqanku chaypacha, paykuna reqsichirqanku hinaspa waqyarirqanku Constitución contra mana pisiyman sayaq, sapa kuti qatipaq maqanakuyta, chaymi January 6, 2021, Pelosi trials nisqakunawan unanchasqa.</w:t>
      </w:r>
    </w:p>
    <w:p>
      <w:pPr>
        <w:pStyle w:val="ArticleBody"/>
        <w:jc w:val="left"/>
      </w:pPr>
      <w:r>
        <w:rPr>
          <w:rFonts w:ascii="Times New Roman" w:hAnsi="Times New Roman" w:eastAsia="Times New Roman" w:cs="Times New Roman"/>
        </w:rPr>
        <w:t>6 de enero de 2021qa willakuyqa papadopa kallpachasqa kananmantam, qayllamanta hamuq domingo p’unchaw kamachikuypi, Justinianopa kamachisqanwan hina rikuchisqa, watapi 533. 6 de enero de 2021qa, hinallataq wata 533pas, iskayninkuqa qayllamanta hamuq domingo p’unchaw kamachikuy-mantam willakunku, hina rikuchisqa 538 watapi Orleans Tantanakuypi domingo p’unchaw kamachikuywan, hinallataq 1798 watapi Alien and Sedition Acts nisqakunawan, chaykunaqa kay pachapa uywaqa amaru hina rimananpaqmi rikuchirqan, qayllamanta hamuq domingo p’unchaw kamachikuypi.</w:t>
      </w:r>
    </w:p>
    <w:p>
      <w:pPr>
        <w:pStyle w:val="ArticleBody"/>
        <w:jc w:val="left"/>
      </w:pPr>
      <w:r>
        <w:rPr>
          <w:rFonts w:ascii="Times New Roman" w:hAnsi="Times New Roman" w:eastAsia="Times New Roman" w:cs="Times New Roman"/>
        </w:rPr>
        <w:t>Inti p’unchaw kamachikuqpi, papakunapa kamachiyninpa wañuchiq ch’akiyqa hampisqa kanqa, hinaspataq Apocalipsis qanchis chunka qanchisniyuq t’aqapi nisqan pusaj ñawirqa, qanchis ñawirqamanta kaq, kawsarimunqa. 1798 watapi Alien and Sedition Acts nisqakunaqa, allpa animalpa dragón hina rimayninta rikuchin, imaynan inti yupaychayta kamachin chayllachu mana, aswanpas chaymanta qhepaman tukuynin pachapi kaqkunatam kallpachin Apocalipsis chunka kimsaqniyuq t’aqapi lamar qochamanta animalpa kamachikuyninta chaskinankupaq, qanchis ñawirqamanta kaq pusaj ñawir hina. Chayrayku, wakichikuy pacha ukhupi 1776, 1789, 1798 watakuna uyarichisqan kimsa pachakunapi sapaqninpi, “pusaj, qanchismanta kaq” nisqa willakuy pakasqa yachayqa proféticamente rikuchisqa kachkan.</w:t>
      </w:r>
    </w:p>
    <w:p>
      <w:pPr>
        <w:pStyle w:val="ArticleBody"/>
        <w:jc w:val="left"/>
      </w:pPr>
      <w:r>
        <w:rPr>
          <w:rFonts w:ascii="Times New Roman" w:hAnsi="Times New Roman" w:eastAsia="Times New Roman" w:cs="Times New Roman"/>
        </w:rPr>
        <w:t>Ñawpaq iskay ñanrak’akuna (1776 chaymanta 1789), imatataq sasachakuqmanta reqsichin, allpap animalpa profetiku historiankupi hunt’akusqan watuchiyta rimarin, kimsa kaq ñanrak’ataq papal kallpapaq hunt’akusqan sasachakuqta reqsichin.</w:t>
      </w:r>
    </w:p>
    <w:p>
      <w:pPr>
        <w:pStyle w:val="ArticleBody"/>
        <w:jc w:val="left"/>
      </w:pPr>
      <w:r>
        <w:rPr>
          <w:rFonts w:ascii="Times New Roman" w:hAnsi="Times New Roman" w:eastAsia="Times New Roman" w:cs="Times New Roman"/>
        </w:rPr>
        <w:t>Kay yachakuyta qatiqnin artikulopiqa qatiqkusunchikmi.</w:t>
      </w:r>
    </w:p>
    <w:p>
      <w:pPr>
        <w:pStyle w:val="ArticleScripture"/>
        <w:jc w:val="left"/>
      </w:pPr>
      <w:r>
        <w:rPr>
          <w:rFonts w:ascii="Times New Roman" w:hAnsi="Times New Roman" w:eastAsia="Times New Roman" w:cs="Times New Roman"/>
        </w:rPr>
        <w:t>“‘Kay pacha allpipi tiyaqkunaman niq: uywakunaman rikch’akuqta ruwanankupaq.’ Kaypi sut’ita rikuchisqa huk kamachiy imayna kaqta, maypichus leykuna ruranapaq atiynin llaqtamasikunap allinman churakusqa kachkan; chayqa ancha sut’i qhawarisqa willakuymi Estados Unidos sutiyuq nacionqa profeciapi sut’inchasqa nacion kasqanmanta.</w:t>
      </w:r>
    </w:p>
    <w:p>
      <w:pPr>
        <w:pStyle w:val="ArticleScripture"/>
        <w:jc w:val="left"/>
      </w:pPr>
      <w:r>
        <w:rPr>
          <w:rFonts w:ascii="Times New Roman" w:hAnsi="Times New Roman" w:eastAsia="Times New Roman" w:cs="Times New Roman"/>
        </w:rPr>
        <w:t>“Ichaqa, ¿imataq ‘uywa-man rikch’akuynin’ nisqaqa? hinaspa ¿imayna ruwasqa kanan? Chay rikch’akuyninqa iskay waqra-yuq uywam ruwan, hinaspan uywapaq rikch’akuynin kachkan. Hinallataqmi ‘uywapa rikch’akuynin’ sutichasqa kachkan. Chaymi, imayna kasqanta chay rikch’akuyninpa hinaspa imayna ruwasqa kananpaq yachananchikpaq, uywapa kikin kasqankunata yachaqayku kanan—papado-ta.”</w:t>
      </w:r>
    </w:p>
    <w:p>
      <w:pPr>
        <w:pStyle w:val="ArticleScripture"/>
        <w:jc w:val="left"/>
      </w:pPr>
      <w:r>
        <w:rPr>
          <w:rFonts w:ascii="Times New Roman" w:hAnsi="Times New Roman" w:eastAsia="Times New Roman" w:cs="Times New Roman"/>
        </w:rPr>
        <w:t>“Ñawpaq iglesiaqa, evangelioypa llank’anakuy mana sasachakuyninmanta karunchakuspa, hinallataq mana Diosllamanta kaq ritoswan costumbrekunata chaskispa, Diospa Espiritunta atiynintawan chinkarqaña; chaymi runakunapa yuyayninkunata kamachinampaq, kay pachapi qhapaq atiypa yanapayninta maskharqa. Chaymanta paqarirqan papado, huk iglesia mayqinchus estadopa atiyninta kamachirqan hinaspa chayta llamk’achirqan kikimpa munayninkunata hunt’achinampaq, aswanpas “herejía” nisqata muchuchinampaq. Estados Unidos uywapa rikch’ayninta ruwanampaqqa, religiónpa atiyninmi civil gobiernota hina kamachinan, chayhinaqa estadopa autoridadninpas iglesiapaq llamk’achisqa kanqa kikimpa munayninkunata hunt’achinampaq.</w:t>
      </w:r>
    </w:p>
    <w:p>
      <w:pPr>
        <w:pStyle w:val="ArticleScripture"/>
        <w:jc w:val="left"/>
      </w:pPr>
      <w:r>
        <w:rPr>
          <w:rFonts w:ascii="Times New Roman" w:hAnsi="Times New Roman" w:eastAsia="Times New Roman" w:cs="Times New Roman"/>
        </w:rPr>
        <w:t>“Iglesiaqa maypachachus secular atiyninta tarispanqa, chaytaqa doctrinankunamanta hukllayaykunata castigananpaqmi llamk’achirqan. Romapa purisqan ñanpi qatiq protestante iglesia-kuna, kay pachapa atiyninkunawan huñunakuspa, yuyayllapaq qespikayta hark’ayta munasqankuta hinallataq rikuchirqanku. Kaypa huk ejemplonqa Inglaterra Iglesiapa disidentekunata unay watakuna qatiq ñak’arichisqanmi. Chunka soqtañiqin (XVI) nisqa pachapi hinallataq chunka qanchisñiqin (XVII) nisqa pachapi, waranqa mana allinchasqa ministrukuna iglesiasninkumanta ayqekunanpaqmi kallpachakuspanku, achkhaqtaq, pastorkunamanta runakunamantawan, qullqi muchuyman, carcelman wisq’asqa kayman, ñak’ariyman, martiriopi wañuymanpas churakusqa karqanku.”</w:t>
      </w:r>
    </w:p>
    <w:p>
      <w:pPr>
        <w:pStyle w:val="ArticleScripture"/>
        <w:jc w:val="left"/>
      </w:pPr>
      <w:r>
        <w:rPr>
          <w:rFonts w:ascii="Times New Roman" w:hAnsi="Times New Roman" w:eastAsia="Times New Roman" w:cs="Times New Roman"/>
        </w:rPr>
        <w:t>“Ñawpaq iglesiaqa apostasiamanta civil gobiernopa yanapayninta maskhayman apasqa karqan, chaymi papadopa wiñayninpaq ñanta wakichirqan—bestia. Pabloqa nirqan: ‘Chayamunqa huk urmay, … hinaspa hucha runa rikuchisqa kanqa.’ 2 Tesalonicenses 2:3. Chay hinaqa, iglesiapi apostasiaqa bestiapa imagenninpaq ñanta wakichinqa.</w:t>
      </w:r>
    </w:p>
    <w:p>
      <w:pPr>
        <w:pStyle w:val="ArticleScripture"/>
        <w:jc w:val="left"/>
      </w:pPr>
      <w:r>
        <w:rPr>
          <w:rFonts w:ascii="Times New Roman" w:hAnsi="Times New Roman" w:eastAsia="Times New Roman" w:cs="Times New Roman"/>
        </w:rPr>
        <w:t>Bibliaqa nin: Señorpa hamuyninman ñawpaqtaqa, ñawpa kaq pachakunapi hina, religión nisqapi urayman urmay kasqanqa kanqa. “Qhipa p’unchaykunapin sasa p’unchaykuna chayamunqa. Runakunaqa kikinkuta munakuq, qhapaqyachakuy munaq, hatunchakuq, ancha hatun sonqoyuq, Diosta rimaykachaq, tayta-mamankuman mana kasukuq, mana añaykuq, mana ch’uya kayniyuq, mana munakuyniyuq, arimanakuyta p’akikuq, llullakuspa tumpaq, mana atiykukuy atikuq, saqra sunquyuq, allin kaqkunata cheqnikuq, traidor, mana yuyaywan puriq, hatun yuyayniyuq, kusikuykunata Diosta munaymanta aswan munaq; Diosta yupaychasqankuman rikch’akuqlla kachkaspaqa, chaypa kallpantaqa ñeq’espa.” 2 Timoteo 3:1–5. “Kunanqa Espírituqa sut’inmanta riman: qhipa pachakunapin wakinkuna iñiymanta karunchakunqaku, pantachiq espíritukunata, supaykunapa yachachikuyninkunatapas kasukuspa.” 1 Timoteo 4:1. Satanásqa llank’anqa “tukuy atiyninwan, señalkunawan, llulla musphachikuq admiraykunawan, mana allin kaypa tukuy llullachikuyninwanpas.” Hinaspa tukuy “cheqaq kayta munakuyta mana chaskiqkuna, salvasqa kanankupaq,” saqesqa kanqaku “sinchi pantayman, llullata iñinankupaq.” 2 Tesalonicenses 2:9–11. Kay mana Diosta manchakuy kay chayasqa kaptinqa, ñawpa kaq pachakunapi hina, chayllataqmi rurukuqkuna rikurinqa. El Gran Conflicto,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Qullqisqa Danielmanta - Pachak kinsa chunka suqtayuq</dc:title>
  <dc:subject>Republicanismopa Protestantismopa Profetik Transiciónnin: Wañuymanta Kawsarimuykama</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