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qelqa - Pachak kimsa chunka pusaqniyuq</w:t>
      </w:r>
    </w:p>
    <w:p>
      <w:pPr>
        <w:pStyle w:val="ArticleSubtitle"/>
        <w:jc w:val="left"/>
      </w:pPr>
      <w:r>
        <w:rPr>
          <w:rFonts w:ascii="Arial" w:hAnsi="Arial" w:eastAsia="Arial" w:cs="Arial"/>
        </w:rPr>
        <w:t>Daniel 11 nisqapa qhaway: Willka rimanakuywan historia ukhunta puriy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Danielpa chunka hukniyuq kapitulumanta chunka hukniyuqpi, chusku chunka kaq versículonqa Diospa Siminmanta aswan hatun ukhup yuyayniyuq versículokunamanta hukninmi. Chaypi rikuchisqa profétika historiakunanqa maypin Ezequielpa rikuyyninpi “ruedakuna ukhunpi ruedakuna” nisqakuna huñunakun. Millerita kuyuypa pacha tukukuynin 1798 watapi, hinallataq kimsakaq angelpa kuyuyñinpa pacha tukukuynin 1989 watapi, qhipa p’unchawkunapi Diospa llaqtanpa ukhupiwan hawa historiankuna rikuchisqa kachkan. Chay versículopa ukunpin kachkan qayllamusaq taripaynin willakuy, mayqenqa 1798 watapi ñawpaq angelwan chayamusqa, chaymanta pacha chusku chunka hukniyuq versículopi domingo kamachikuykama. Chayraykun chay versículonqa Diospa iglesianpa investigativo juicio-ninta rikuchin, wañusqakunamanta qallarispa, pachak tawa chunka tawa waranqa runakunapa sellosqa kayninkama, hinallataq Diospa siminmanta Laodicea Adventismo-ta wijch’usqa kayninkama.</w:t>
      </w:r>
    </w:p>
    <w:p>
      <w:pPr>
        <w:pStyle w:val="ArticleBody"/>
        <w:jc w:val="left"/>
      </w:pPr>
      <w:r>
        <w:rPr>
          <w:rFonts w:ascii="Times New Roman" w:hAnsi="Times New Roman" w:eastAsia="Times New Roman" w:cs="Times New Roman"/>
        </w:rPr>
        <w:t>1798 watapi papado wañuchiy atisqa ch’aki nanayta chaskisqanmanta, chay wañuchiy atisqa ch’aki nanay hampisqa kanankama, chay historiaqa chay versículopi rikuchisqa kachkan. Versículo cuarenta y uno qhipamantaqa Diospa hunt’asqa ejecutiva juiciokunan aswan kallpachasqa kasqan contexto ukhupim churakusqa kachkan, chaykunaqa chay versículollapim qallarin. Kay profético yuyaypiqa, versículo cuarentaqa Danielpa capítulo once nisqapa tukukuyninmi, versículokuna hukwan iskayninwanpas, chay capítulomanta qallariyninmi kanku. Capítulo onceqa anticristopa hatarikuyninta rikuchin, capítulo diezñataq Hiddekel Mayu rikuypa qallariyninta rikuchin, capítulo doceñataq tukukuyninta rikuchin. Capítulos diezwan docenwanqa ñawpaq kaqta hinaspa qhepa kaqta rikuchinku, capítulo oncetaq chawpipi kaq hatarikuymi.</w:t>
      </w:r>
    </w:p>
    <w:p>
      <w:pPr>
        <w:pStyle w:val="ArticleBody"/>
        <w:jc w:val="left"/>
      </w:pPr>
      <w:r>
        <w:rPr>
          <w:rFonts w:ascii="Times New Roman" w:hAnsi="Times New Roman" w:eastAsia="Times New Roman" w:cs="Times New Roman"/>
        </w:rPr>
        <w:t>Chunkakuna chunka y iskay chunkaqa hukllam kanku; chunka hukniyuq kapitulomanta hukninchasqa, paykunaqa Danielpa rikuchisqa musquyninwan tinkuchisqa kawsayninta rikuchinku, ichaqa chunka hukniyuq kapituloqa chay rikuchisqa musquymi. Chunka kapituluqa hebreo simikuna alfabetopa ñawpaq qillqayninmi; chunka hukniyuq kapituluqa chay hebreo alfabetopa chunka kimsayuq hatarikuq qillqayninmi; iskay chunka kapituluqa alfabetopa qhipa qillqayninmi. Hiddekel Mayu rikuchisqa musquyqa “Cheqaq Kay”mi.</w:t>
      </w:r>
    </w:p>
    <w:p>
      <w:pPr>
        <w:pStyle w:val="ArticleBody"/>
        <w:jc w:val="left"/>
      </w:pPr>
      <w:r>
        <w:rPr>
          <w:rFonts w:ascii="Times New Roman" w:hAnsi="Times New Roman" w:eastAsia="Times New Roman" w:cs="Times New Roman"/>
        </w:rPr>
        <w:t>Chunka iskay chunka hukniyuq kapítulopi, qallariyninqa tukukuyninta rikuchin, imaraykuchus Cristo mana hayk’aqpas hukman tukunchu. Chusku chunka versículopi rikuchisqa qhipa historiataqa, animalpa rikch’ayninpa pruebakuy tiemponmi. Chay pruebakuy tiempotaqa animalpa señalanwanmi tukukun, chaymi chusku chunka hukniyuq versículopi rikuchisqa. Chayrayku, huk hinaspa iskay versículokunaqa pachak chusku chunka tawa waranqa sellakuy tiemponmanta rimanan tiyan, imaraykuchus chay pachaqa animalpa rikch’ayninpa kamariynin pacha hinallataqmi.</w:t>
      </w:r>
    </w:p>
    <w:p>
      <w:pPr>
        <w:pStyle w:val="ArticleScripture"/>
        <w:jc w:val="left"/>
      </w:pPr>
      <w:r>
        <w:rPr>
          <w:rFonts w:ascii="Times New Roman" w:hAnsi="Times New Roman" w:eastAsia="Times New Roman" w:cs="Times New Roman"/>
        </w:rPr>
        <w:t>“Señorqa sut’ita rikuchiwashan uywapa lantilinña graciamanta qichusqa p’unchaw tukukuchkaptin ñawpaqta rurasqa kananta; chayqa Diospa llaqtanpaq hatun prueba kananpaqmi, chaywanmi paykunapa wiñay kawsayninpa destino-ninku nisqa hukninchasqa kanqa....”</w:t>
      </w:r>
    </w:p>
    <w:p>
      <w:pPr>
        <w:pStyle w:val="ArticleScripture"/>
        <w:jc w:val="left"/>
      </w:pPr>
      <w:r>
        <w:rPr>
          <w:rFonts w:ascii="Times New Roman" w:hAnsi="Times New Roman" w:eastAsia="Times New Roman" w:cs="Times New Roman"/>
        </w:rPr>
        <w:t>“Kaymi pruebaqa Diospa llaqtan runakuna tiyananmi, sellasqa kananankupaq ñawpaqta.” Manuscript Releases, volume 15, 15.</w:t>
      </w:r>
    </w:p>
    <w:p>
      <w:pPr>
        <w:pStyle w:val="ArticleBody"/>
        <w:jc w:val="left"/>
      </w:pPr>
      <w:r>
        <w:rPr>
          <w:rFonts w:ascii="Times New Roman" w:hAnsi="Times New Roman" w:eastAsia="Times New Roman" w:cs="Times New Roman"/>
        </w:rPr>
        <w:t>Pacha tukukuypa reqsichinankupaq iskay señalmi kaqllapuni. Moiséspa musuqchasqa kuyuyninpi, Aarónpa paqarisqanmi karqa, chaymanta kimsa watakuna qhipaman Moiséspa paqarisqanwan qatipasqa. Babiloniamanta lluqsispa templota wakmanta hatarichiypaq musuqchasqa kuyuyñinpiqa, rey Daríomi karqa, chaymanta rey Ciro qatirqan. Cristopa musuqchasqa kuyuyñinpiqa, Juan Bautistapa paqarisqanmi karqa, chaymanta suqta killapi Cristopa paqarisqan qatirqan. Milleritakunapa musuqchasqa kuyuyñinpiqa, 1798 watapi papal sistemapa wañusqanmi karqa, chaymanta 1799 watapi papapa wañusqan qatirqan. Kinsa angelpa musuqchasqa kuyuyñinpiqa, presidente Reaganwan presidente Bush ñawpaq kaqwanmi karqa, paykunataq iskayninku 1989 watata reqsichirqanku. Daniel qillqapa chunka kaq capitulonpi, huk kaq versículopi, rey Ciro reqsichisqa kasqanta tarikunchik.</w:t>
      </w:r>
    </w:p>
    <w:p>
      <w:pPr>
        <w:pStyle w:val="ArticleScripture"/>
        <w:jc w:val="left"/>
      </w:pPr>
      <w:r>
        <w:rPr>
          <w:rFonts w:ascii="Times New Roman" w:hAnsi="Times New Roman" w:eastAsia="Times New Roman" w:cs="Times New Roman"/>
        </w:rPr>
        <w:t>Persia llaqtapa Ciro reynin kimsay wata kamachisqanpi, huk imapas Danielman rikuchisqa karqa, paypa sutin Beltesasar sutinchasqa kasqanman; chay imapas cheqaqmi karqa, ichaqa señalasqa pacha unaymi karqa. Paymi chay imata entienderqa, hinaspa musquyninmanta allinta yacharqa. Daniel 10:1.</w:t>
      </w:r>
    </w:p>
    <w:p>
      <w:pPr>
        <w:pStyle w:val="ArticleBody"/>
        <w:jc w:val="left"/>
      </w:pPr>
      <w:r>
        <w:rPr>
          <w:rFonts w:ascii="Times New Roman" w:hAnsi="Times New Roman" w:eastAsia="Times New Roman" w:cs="Times New Roman"/>
        </w:rPr>
        <w:t>Chunka kaq qatiq chunka kaqpi qelqasqa qelqakunapi, rikunchik Danielpa kawsayninta, Gabrielpa riksichisqan profetaykunaq historianta chunka hukniyuq kaqpi apamusqanman ñawpaqta rikuchisqa hina. Ciroqa pacha tukukuyninta señalasqa, imaraykuchus ñawpaqta Ciro, Darioq sobrino-nin, Darioq generalnin karqa, paymi Belsasar-ta wañuchirqan; chaywanmi qanchis chunka watayuq preso kaypa tukukuyninta señalasqa, chaymi rikch’akuq karqa chunka iskay pachak soqta chunka watayuq preso kayman, espiritual Israelpa espiritual Babiloniapi 538 watamanta 1798 watakama.</w:t>
      </w:r>
    </w:p>
    <w:p>
      <w:pPr>
        <w:pStyle w:val="ArticleScripture"/>
        <w:jc w:val="left"/>
      </w:pPr>
      <w:r>
        <w:rPr>
          <w:rFonts w:ascii="Times New Roman" w:hAnsi="Times New Roman" w:eastAsia="Times New Roman" w:cs="Times New Roman"/>
        </w:rPr>
        <w:t>“Kay pachapi Diospa iglesianqa, kay unay pacha mana samayniyuq qatiq ñak’ariypi, cheqapunim karselchasqa karqan, imaynan Israelpa wawanakuna exiliopi kashaspanku Babiloniapi prësokunata hap’isqa karqanku chay hinata.” Prophets and Kings, 714.</w:t>
      </w:r>
    </w:p>
    <w:p>
      <w:pPr>
        <w:pStyle w:val="ArticleBody"/>
        <w:jc w:val="left"/>
      </w:pPr>
      <w:r>
        <w:rPr>
          <w:rFonts w:ascii="Times New Roman" w:hAnsi="Times New Roman" w:eastAsia="Times New Roman" w:cs="Times New Roman"/>
        </w:rPr>
        <w:t>1798 watapi waranqa iskay pachak suqta chunka watakuna tukukuyninqa, pacha tukukuypaq tiempota señalasqa karqan; chay hinaqmi qanchis chunka watakuna tukukuyninqa chay historiapaq “pacha tukukuypaq tiemponta” señalasqa karqan. Dariopas Cirospas Belsasar wañusqanpi, Babiloniaq reinon tukukuyninpiwan rikuchisqa kanku; imaraykuchus Darioq generalnin hina, llamk’ayta hunt’aspa, Ciroqqa Dariota representasharqan. George Bush ñawpaq kaq 20 enero 1989 p’unchawpi juramentasqa kaptin, Reaganqa 1989 watapa ñawpaq chunka isqun p’unchawninkama presidenten karqan.</w:t>
      </w:r>
    </w:p>
    <w:p>
      <w:pPr>
        <w:pStyle w:val="ArticleBody"/>
        <w:jc w:val="left"/>
      </w:pPr>
      <w:r>
        <w:rPr>
          <w:rFonts w:ascii="Times New Roman" w:hAnsi="Times New Roman" w:eastAsia="Times New Roman" w:cs="Times New Roman"/>
        </w:rPr>
        <w:t>Hiddekelpaq rikch’aynin qallarin tukukuy pacha tiempopi, Cirospa kimsay wata kamachisqanpi. Gabriel Danielman qallariptin chunka hukniyuq kapitulopi kachkan chay willakuy proféticapa historianta kicharispa, ñawpaqta rimarin Darioq ñawpaq wata kamachisqanmantam, sut’ita churananpaq chay rikch’ay proféticapa historia Danielman riqsichinanpaq kasqan qallarin qhepa pacha tukukuy tiempopi, 1989 watapi, llapa profetakunaqa aswanmi rimanku qhepa p’unchaykunamanta mana paykuna kawsasqanku p’unchaykunamantaqa.</w:t>
      </w:r>
    </w:p>
    <w:p>
      <w:pPr>
        <w:pStyle w:val="ArticleScripture"/>
        <w:jc w:val="left"/>
      </w:pPr>
      <w:r>
        <w:rPr>
          <w:rFonts w:ascii="Times New Roman" w:hAnsi="Times New Roman" w:eastAsia="Times New Roman" w:cs="Times New Roman"/>
        </w:rPr>
        <w:t>Ichaqa qhawachisqayki cheqaq qillqasqa qhelqepi nisqanta; chaykunapiqa mana pipas kanchu ñoqawan kuska sayaq, aswanqa Miguelllam, qankunap apuqniykichis. Chaymantaqa, Medo Daríoq ñawpaq watañinpi, ñoqallataqmi sayarirqani payta takyachinaypaq, kallpachaytaq. Daniel 10:21, 11:1.</w:t>
      </w:r>
    </w:p>
    <w:p>
      <w:pPr>
        <w:pStyle w:val="ArticleBody"/>
        <w:jc w:val="left"/>
      </w:pPr>
      <w:r>
        <w:rPr>
          <w:rFonts w:ascii="Times New Roman" w:hAnsi="Times New Roman" w:eastAsia="Times New Roman" w:cs="Times New Roman"/>
        </w:rPr>
        <w:t>Daríoq ñawpaq watapi, chaymi 1989 watapi puchukay pacha tiempota rikch’an, Gabrielqa “sayarirqan”; chaywanmi reqsichin puchukay pacha “tiempopi” huk angil hamusqanta. 1798 watapi ñawpaq angil hamurqan, hinaspa 1989 watapi kimsañiqin angilpas hamurqan. Manam 2001 watakama, kimsañiqin angilpa willakuynin kallpachasqa kaptinraqchu, kimsañiqin angilpa sellakusqan qallarin; ichaqa 1989 watapi kimsañiqin angil hamusqan kuyuyqa, puchukay pacha tiempopi Gabriel sayarisqanwanmi rikuchisqa kachkan. Gabrielqa Danielman “cheqaq kay qillqapi qillqasqa kaqta” rikuchinqa, hinaspa Hiddekelpa visionninmi “Cheqaq Kay” sut’iyta apamun, chaytan Gabrielqa kunan churayta qallarinqa.</w:t>
      </w:r>
    </w:p>
    <w:p>
      <w:pPr>
        <w:pStyle w:val="ArticleBody"/>
        <w:jc w:val="left"/>
      </w:pPr>
      <w:r>
        <w:rPr>
          <w:rFonts w:ascii="Times New Roman" w:hAnsi="Times New Roman" w:eastAsia="Times New Roman" w:cs="Times New Roman"/>
        </w:rPr>
        <w:t>Chunk iskay chunka tawaq versículopi Gabrielqa ñam Danielman willarqanña Hiddekelmanta rikuchisqapi rimashasqanqa “imatachus Diospa llaqtanman qhepa p’unchaykunapi pasanqa” nisqanta.</w:t>
      </w:r>
    </w:p>
    <w:p>
      <w:pPr>
        <w:pStyle w:val="ArticleScripture"/>
        <w:jc w:val="left"/>
      </w:pPr>
      <w:r>
        <w:rPr>
          <w:rFonts w:ascii="Times New Roman" w:hAnsi="Times New Roman" w:eastAsia="Times New Roman" w:cs="Times New Roman"/>
        </w:rPr>
        <w:t>Kunanqa hamuni hamurqanki qhawayniykikunata qhawaykuchisunaykipaq ima pasananmanta llaqtaykikunaman qhepa p’unchaykunapi; chayrayku kay rikuyqa achka p’unchaykunapaqraqmi. Daniel 10:14.</w:t>
      </w:r>
    </w:p>
    <w:p>
      <w:pPr>
        <w:pStyle w:val="ArticleBody"/>
        <w:jc w:val="left"/>
      </w:pPr>
      <w:r>
        <w:rPr>
          <w:rFonts w:ascii="Times New Roman" w:hAnsi="Times New Roman" w:eastAsia="Times New Roman" w:cs="Times New Roman"/>
        </w:rPr>
        <w:t>Daniel qelqa chunka hukniyuq kapitulupa iskay kaq versiklonmi sut’ichan 1989 watapi pacha tukukuypi kichasqa yachayta, chaymi reqsichin imayna “hamoq p’unchaykunapi” Diospa llaqtanman “pasanqa”.</w:t>
      </w:r>
    </w:p>
    <w:p>
      <w:pPr>
        <w:pStyle w:val="ArticleScripture"/>
        <w:jc w:val="left"/>
      </w:pPr>
      <w:r>
        <w:rPr>
          <w:rFonts w:ascii="Times New Roman" w:hAnsi="Times New Roman" w:eastAsia="Times New Roman" w:cs="Times New Roman"/>
        </w:rPr>
        <w:t>Kunanqa qanchistan sut’ita rikuchisqayki cheqaqta. Qhawariy, Persia llaqtapi kinsa reykunaqa manaraqmi hatarinqaku; tawaq kaqñataq llapankumanta aswan ancha qhapaq kanqa. Qhapaq kayninwan kallpayuq kaspanqa llapan runakunata hatarichinqa Grecia suyuq contranpi. Daniel 11:2.</w:t>
      </w:r>
    </w:p>
    <w:p>
      <w:pPr>
        <w:pStyle w:val="ArticleBody"/>
        <w:jc w:val="left"/>
      </w:pPr>
      <w:r>
        <w:rPr>
          <w:rFonts w:ascii="Times New Roman" w:hAnsi="Times New Roman" w:eastAsia="Times New Roman" w:cs="Times New Roman"/>
        </w:rPr>
        <w:t>Ciroqa 1989 watamanta iskay kaq reyta ñawpaqchaspa rikuchin. Payqa Medo-Persia qhapaq suyuq reyninmi, chaymi Bibliaq qhepa p’unchaykunapi willakusqanpi kaq qhapaq suyuta rikuchin, iskay waqrayuqmanta ruwasqa, Medokunawan Persiakunawan rikuchisqa. Pacha tukukuypi allpaq iskay waqrayuq bestiaq qhapaq suyuq iskay kaq reynin 1989 watapi karqan chaymanta qhipamanraq kimsa reykuna kanankupaq karqan (Clinton, Bush qhipa kaq, Obama), hinaspataq huk rey kananmanta, payqa llapankumanta aswan ancha qhapaq kananpaq. Bush ñawpaq kaqpa qhepanta hamuq kimsa reykunaqa presidenciankumanta qhepallata qhapaqyayarqanku, chayqa presidente tukusqankuraykullam. Trumpqa, tawa kaq, llapankumanta aswan qhapaq kaq, hinaspa hayk’aqpas kaq presidente mas qhapaq kaq, manam qullqinta ruwarqanchu presidente kasqanrayku, aswanqa allpa rantiykunapi qullqi churaypi llamk’asqanwanmi, presidente kayman phawayta qallarinanpaq ñawpaqmantapacha.</w:t>
      </w:r>
    </w:p>
    <w:p>
      <w:pPr>
        <w:pStyle w:val="ArticleBody"/>
        <w:jc w:val="left"/>
      </w:pPr>
      <w:r>
        <w:rPr>
          <w:rFonts w:ascii="Times New Roman" w:hAnsi="Times New Roman" w:eastAsia="Times New Roman" w:cs="Times New Roman"/>
        </w:rPr>
        <w:t>Ñawpaqtaqa, chay América llaqtapi umalliqkunapa historiankupi aswan qhapaq umalliqqa, nisqaman hina, hukñiqin Estados Unidos suyukunapa umalliqnin karqan. Donald Trump manaraq chayamuchkaptinqa, George Washingtonmi América llaqtapi umalliqkunapa historiankupi aswan qhapaq umalliq karqan, payqa qollqenta tarirqan Donald Trump hina, allpakunapi churanakuykunawan. Iskaynin, Washingtonpas Trumppas, mana yachaqasqa ñanpi siyasatamanta hamuspa umalliq kayman chayarqanku. Washingtonqa umalliq manaraq kashaqtin, aswanqa awqay umalliqmi karqan; Trumpñataq negosyok runa hinawan televisiónpi rikuchikuq runa karqan, paypas Washington hina, manaraq ima ñawpaq siyasiyuq experiencianniyoq.</w:t>
      </w:r>
    </w:p>
    <w:p>
      <w:pPr>
        <w:pStyle w:val="ArticleBody"/>
        <w:jc w:val="left"/>
      </w:pPr>
      <w:r>
        <w:rPr>
          <w:rFonts w:ascii="Times New Roman" w:hAnsi="Times New Roman" w:eastAsia="Times New Roman" w:cs="Times New Roman"/>
        </w:rPr>
        <w:t>Ishkaynin umalliqkunaqa kallpayoq runa kayninkumanta hinallataq kamachiy estilo-ninkumantapas reqsisqa karqanku, ichaqa kay imaymana kayninkutaqa ancha huknirayta rikhurichirqanku. Washingtonqa reqsisqa karqa stoico nisqa hina sinchi sonqoyoq, thak kawsayniyoq, hinallataq confiado kamachiq kayninwan, Revolución nisqa Awqanakuy pacha hinallataq República qallariy watakuna ukhupi hukllachaq presencia-yuq kasqanrayku; chaymanta Trumpqa reqsisqa kashan kamachiypiwan gobierno apaypiwan assertivo nisqa qayllayniyuq kayninrayku. Washingtonpas Trumppas hatun controversia nisqapa runankuna karqanku, ichaqa chayqa ancha hukniray sababokunamanta. Washingtonqa, achka runakuna yupaychasqankumanta qispisqa mana kashaspapas, pacha-ninpi k’amisqa karqa imaymana asuntokunamanta, esclavitudmanta qhawariyninkunapas chaypi kaspa. Trumppa presidencia-ninqa achka controversiakunawan señalasqa karqa, social media nisqapi “mean tweets” nisqa rimanankunata apaykusqanrayku, America-first nisqa política nisqa kamachiykunanrayku, hinallataq pay kikinpa yachasqa kasqanrayku.</w:t>
      </w:r>
    </w:p>
    <w:p>
      <w:pPr>
        <w:pStyle w:val="ArticleBody"/>
        <w:jc w:val="left"/>
      </w:pPr>
      <w:r>
        <w:rPr>
          <w:rFonts w:ascii="Times New Roman" w:hAnsi="Times New Roman" w:eastAsia="Times New Roman" w:cs="Times New Roman"/>
        </w:rPr>
        <w:t>Qullqisapaq, soqtañiqin umalliqmi hukllachasqa kay pachapi llapa suyukunata munaychakuy dragonpa atiyninkunata kuyuchinan karqan. Chunka hukniyuq qhapaqpa iskayniyuq versículopa historianta, 1776, 1789, hinaspa 1798 watakunapa historiannawan churaykuptinchik, aswan willakuyta tarinchik allpapa animalninpa qhipa umalliqninmanta; Jesusqa qallariyninwanmi tukukuyninta rikuchin. Ñawpaq iskay pacha, 1776 hinaspa 1789 nisqawan sut’ichasqa, iskay testigokunata qunku qhipa umalliqqa pusaqniyuq umalliq kananta, qanchisniyuqmanta kasqanta. Trumpqa Reaganmanta qhipaman soqtañiqin umalliq karqan, hinaspa pusaqniyuq umalliq hinaqa “qanchisniyuqmanta” kanqa. Qhipa, hinaspa pusaqniyuq umalliqqa kamachinqa Estados Unidosqa animalman “manaraqpas chaymanta” rikch’ayninta ruraptin.</w:t>
      </w:r>
    </w:p>
    <w:p>
      <w:pPr>
        <w:pStyle w:val="ArticleBody"/>
        <w:jc w:val="left"/>
      </w:pPr>
      <w:r>
        <w:rPr>
          <w:rFonts w:ascii="Times New Roman" w:hAnsi="Times New Roman" w:eastAsia="Times New Roman" w:cs="Times New Roman"/>
        </w:rPr>
        <w:t>Uywa millay uywaqpa rikch’aynin Estados Unidos nisqawan rurasqa kaptin kamachiq presidenteqa pusajñiqinmi kanan, chayqa qanchisniyuqmantaqmi, imaynachus Peyton Randolph, hinallataq John Hancock testificasqankuman hina. Papakuna kamachiymi pusajñiqin umalliq, chaymi qanchisniyuqmanta karqa, hinaspataq profetapa nisqan wañuchikuq ch’akiyta chaskirqan. Papakuna kamachiypa rikch’aynin kananpaq, pusajñiqin presidente, qanchisniyuqmanta kaq, paypas profetapa nisqanman hina “ch’aqrusqa” utaq “wañuchisqa” kasqan reqsisqayuqmi kanan.</w:t>
      </w:r>
    </w:p>
    <w:p>
      <w:pPr>
        <w:pStyle w:val="ArticleBody"/>
        <w:jc w:val="left"/>
      </w:pPr>
      <w:r>
        <w:rPr>
          <w:rFonts w:ascii="Times New Roman" w:hAnsi="Times New Roman" w:eastAsia="Times New Roman" w:cs="Times New Roman"/>
        </w:rPr>
        <w:t>Papakunapaqa wañuchiq ch’akiyta chaskirqan huk amaru atiymanta (Francia), chay amaru atiymanta, maymantataq papakunapaqa maqanakusqanña karqan pacha hina, Pablo riqsichisqanmantapacha, mana allin kaypa pakasqa willakuynin (huchayoq runa) chay pachallapuni ruwakusqanta. Paganismoq amaruyninmi papakunapaqata hark’arqan tronopi tiyayta hap’inanmanta, chaytaqa 538 watapi ruwarqan.</w:t>
      </w:r>
    </w:p>
    <w:p>
      <w:pPr>
        <w:pStyle w:val="ArticleBody"/>
        <w:jc w:val="left"/>
      </w:pPr>
      <w:r>
        <w:rPr>
          <w:rFonts w:ascii="Times New Roman" w:hAnsi="Times New Roman" w:eastAsia="Times New Roman" w:cs="Times New Roman"/>
        </w:rPr>
        <w:t>Papakuna kamachikuynin qallariyninmanta chinkapuynin tukukuyninkama, dragonpa atipayninkunawan maqanakuspa purin. Papakuna kamachikuyninpa rikchayninqa munanmi chay rikchaypis dragonpa atipayninwan maqanakunanta. Apocalipsis chunka qanchisniyuqpi papakuna kamachikuyninqa, pusaq kaq umam, qanchis umakunamanta kaq, qhipaman ninawan rupachisqa tukukun, aychanchataq chunka reykunam mikunku. Iskay wañuypipas (1798 watapi hinallataq qhipa p’unchaykunapi), papapa uywaqa dragonpa atipayninwan wañuchisqa kachkan. Estados Unidos llaqtap suyun uywapa rikchayninta rurananpaqqa, pusaqniyuq presidenteqa hinallataq wañuchisqa kanan karqan huk dragonpa atipayninwan, chaywanmi maqanakusqa karqa; 1989 watapi pacha tukukuy qhepapi soqta kaq reytaqmi karqan llapa dragonpa atipayninkunata hatarichiq.</w:t>
      </w:r>
    </w:p>
    <w:p>
      <w:pPr>
        <w:pStyle w:val="ArticleBody"/>
        <w:jc w:val="left"/>
      </w:pPr>
      <w:r>
        <w:rPr>
          <w:rFonts w:ascii="Times New Roman" w:hAnsi="Times New Roman" w:eastAsia="Times New Roman" w:cs="Times New Roman"/>
        </w:rPr>
        <w:t>Ronald Reaganqa huk Protestantemanta karqan, ichaqa George Bush ñawpaq kaqqa huk globalista clásico karqan. Huk riqsisqa rimayninkunamanta hukninqa chaypi llullakuspa nisqanmi, agosto 18, 1988 p’unchawpi: “Hinaspas noqam kani mana impuesto-kunata yapaychuq. Kunanqa awqayniymi nin payqa yapanqa qhepa qatiqman chayayta mana atispa, utaq kinsa kaq qatiqman. Ichaqa maypachachus huk político chayhina rimarun, yachankichikmi chayqa huk qatiqmi kanqa mayman yaykunanpaq qhawarisqan. Awqayniyqa mana ninqachu impuesto-kunata yapayta mana ruwananta. Ichaqa noqaqa mana. Hinaspa Congresomi ñuqata ñit’inqa impuesto-kunata yapachiyta, noqataq nisaq mana. Hinaspa ñit’inqaku, noqataq nisaq mana, hinaspa yapamanta ñit’inqaku, chaykunataqa kayllatam atini niyta: simiykunata ñawiriychik: musuq impuesto-kuna mana kanqachu.”</w:t>
      </w:r>
    </w:p>
    <w:p>
      <w:pPr>
        <w:pStyle w:val="ArticleBody"/>
        <w:jc w:val="left"/>
      </w:pPr>
      <w:r>
        <w:rPr>
          <w:rFonts w:ascii="Times New Roman" w:hAnsi="Times New Roman" w:eastAsia="Times New Roman" w:cs="Times New Roman"/>
        </w:rPr>
        <w:t>Chaymanta huk llullakuq llaqtapaq rimaymanta huknin, mayqinchus dragónpa atiyninpa rantinchasqan runapa huk saphi kayninmi, paypa aswan reqsisqa nisqanqa karqan Congreso-pa huñunasqanpi, 11 de septiembre de 1990 p’unchawpi, maypichus nirqan: “Kunanqa, huk musuq pacha ñawpaqman hamusqanta rikunchik. Huk pacha, maypichus musuq pacha kamachiy kaqpa ancha chiqap suyaynin kachkan. Winston Churchillpa siminman hina, huk ‘pacha kamachiy’, maypichus ‘justiciaq kamachiyninkuna, allin pukllaypa kamachiyninkunawan kuska … kallpayoqkunamanta mana kallpayoqkunata waqaychan …’ Huk pacha, maypichus Naciones Unidas, chiri maqanakuypa sayasqa kasqanmantam qispisqa, paqariqninchakunapa ñawpaq rikuyta hunt’ananpaq wakichisqa kachkan.” Bush hatun kaqqa huk globalista karqan, ichaqa Republicano nisqa kasqanta reqsichikuspa.</w:t>
      </w:r>
    </w:p>
    <w:p>
      <w:pPr>
        <w:pStyle w:val="ArticleBody"/>
        <w:jc w:val="left"/>
      </w:pPr>
      <w:r>
        <w:rPr>
          <w:rFonts w:ascii="Times New Roman" w:hAnsi="Times New Roman" w:eastAsia="Times New Roman" w:cs="Times New Roman"/>
        </w:rPr>
        <w:t>Bill Clintonqa ñawpaq kaq umalliqmi karqa hurinchasqan rayminta Lincoln Memorial nisqapi rurananpaq; chayqa ninmi Lincolnmanta wasanman kutirispa Washingtonpa monumentonpa obelisco nisqata ñawpaqcharqan, chay obeliscoqa ukunpi Hunt’a kashan Francmasoneríaq unanchankunawan. Iskayninpas, obeliscopas hinallataq Francmasoneríaq unanchankunapas paypa akllasqan, chaykunaman qhawarispa mana chiqaqta Constitucionman kasukuyñinta jurasqanpi, manam sapanlla rikuchirqachu Lincoln Memorialpa anti-esclavitud unanchanmanta wasanman kutirisqanta, aswanpas Clintonpa akllasqan historiamanta churakuyninmi tinkun paypa chaskikuy rimayninwan, maypichus hatuncharqan huk yachachiqta, pipa uranpi yachakurqan chay Jesuita Universidadpi paypa risaqninpi.</w:t>
      </w:r>
    </w:p>
    <w:p>
      <w:pPr>
        <w:pStyle w:val="ArticleBody"/>
        <w:jc w:val="left"/>
      </w:pPr>
      <w:r>
        <w:rPr>
          <w:rFonts w:ascii="Times New Roman" w:hAnsi="Times New Roman" w:eastAsia="Times New Roman" w:cs="Times New Roman"/>
        </w:rPr>
        <w:t>Chay yachachiq, Carroll Quigley, qillqarqan kay liwruta: Tragedy and Hope: A History of the World in Our Time, chaymi 1966 watapi rikhurirqan, hinallataq allinmanta, mast’arisqa yuyaywanpas, “globalista yuyaykunapa Biblianta” nisqa hina reqsisqa kachkan. Imaynan Qur’an Islampaq kasqan hina, hinallataq imaynan Albert Pike qillqasqan, 1871 watapi rikhurichisqa Morals and Dogma of the Ancient and Accepted Scottish Rite of Freemasonry sutiyuq qillqa, Freemasonry-pa esotérico yachachikuyninkunata aswan hunt’asqa rikuchiq hina qhawarisqa kasqan hina; utaq imaynan The Book of Mormon Últimos Días Santoskunapaq kasqan hina, chay hinallataqmi Quigley-pa qillqan globalista filosofia-pa Biblianninqa. Askha runakuna yachaymanchikman chayamuyman karqanman, Clinton Qur’anpi Mohammedta alabaptinqa, utaq The Book of Mormon-pa Joseph Smithta alabaptinqa, wakinkunaqa Albert Pike pichus kasqantapas yachanman karqan, ichaqa pisillan yacharqanku Clinton-pa Quigleyta alabayninqa paypa kikin globalista agenda-ninwan tupaq kasqanta, hinaspa Abraham Lincoln-pa sut’inchasqan principioskunata qichusqanta.</w:t>
      </w:r>
    </w:p>
    <w:p>
      <w:pPr>
        <w:pStyle w:val="ArticleBody"/>
        <w:jc w:val="left"/>
      </w:pPr>
      <w:r>
        <w:rPr>
          <w:rFonts w:ascii="Times New Roman" w:hAnsi="Times New Roman" w:eastAsia="Times New Roman" w:cs="Times New Roman"/>
        </w:rPr>
        <w:t>Rimaypi, Clinton nisqa nirqa: “Wayna sipas kasqaypi, John Kennedy-pa llaqta masikayman waqyayninta uyarirqani. Chaymantaq, Georgetownpi yachaq kasqaypi, chay waqyaynin sut’inchasqa karqa Carroll Quigley sutiyuq yachachiq runaqa, paymi ñoqaykuman nirqan: Américaqa historiapi aswan hatun nación kasqanrayku, runankunaqa hayk’aqpas iskay imakunapi iñirqanku: paqarin p’unchawqa kunan p’unchawmanta aswan allin kanman, hinallataq sapanka ñoqanchikmanta sapaqnin moral kamachikuyniyuq kasqanchik, chayna kananpaq ruwananchikpaq.” Carroll Quigley-pa yuyayninqa, imaynatachus “Américata yapamanta hatunyachiy” nisqapaq, karqa Estados Unidos nisqaqa nacionninpa souveraníanta Naciones Unidasman saqenanta. Clintonqa Partido Demócrata-manta karqa, globalista, dragónpa rantinchasqan.</w:t>
      </w:r>
    </w:p>
    <w:p>
      <w:pPr>
        <w:pStyle w:val="ArticleBody"/>
        <w:jc w:val="left"/>
      </w:pPr>
      <w:r>
        <w:rPr>
          <w:rFonts w:ascii="Times New Roman" w:hAnsi="Times New Roman" w:eastAsia="Times New Roman" w:cs="Times New Roman"/>
        </w:rPr>
        <w:t>“Imaynam tayta, chayhinam churin”, qhipa George Bush huk pacha llapa pachakunata huñuq (globalista) karqa, hinallataq taytanpas, Republicano nisqa kayta willakuspan, huk llapa pachakunata huñuq (globalista) karqa. Rurupa manam sach’amanta karumanqa urmanchu. Bibliam tapuyta hatarichin: “¿Iskaychu kuska puriyta atinku, mana ñawpaqmanta huk yuyaypi kaspankuqa?” Pipas qawariyllataqmi Bush qhipaqa Bill Clintonwan Hillary Clintonwan kuska imaymana ruwaykunata rurasqanta; chaywanmi rikurin pimanwan Bush qhipaqa huk yuyaypi kasqanmanta.</w:t>
      </w:r>
    </w:p>
    <w:p>
      <w:pPr>
        <w:pStyle w:val="ArticleBody"/>
        <w:jc w:val="left"/>
      </w:pPr>
      <w:r>
        <w:rPr>
          <w:rFonts w:ascii="Times New Roman" w:hAnsi="Times New Roman" w:eastAsia="Times New Roman" w:cs="Times New Roman"/>
        </w:rPr>
        <w:t>Barack Hussein Obamaqa huk hukllarqan willakuyta ruwarqa Estados Unidos nacionta sapinmanta tikrayta munasqanmanta, Presidente hina akllasqa kananpaq aswan pisi p’unchawkuna ñawpaqta kampaña tantanakuypi. 30 octubre 2008 p’unchawpi, Columbia, Missouri llaqtapi, Obamari nirqan: “Pichqa p’unchawkuna karqanku Estados Unidos de América nacionta sapinmanta tikrananchikpaq.” Chay rimayqa Obamaq aswan hatun willakuyninmanta karqan “suyay” hinaspa “tikray” nisqamanta; chayqa 2008 watapi presidencia kampañanpa chawpi yuyayninmi karqan, hatun kamachiy tikraykunaman qatipakusqanta hinaspa suyuta huk ñanman pusayta munasqanta kallpachaspa. Chay suyuta tikrasqan ñanqa karqan dragón nisqa atiyniyuqpa globalismo kamachiykunaman: yuraq runakunapaq contrapi, aborto favorninpi, carbónmanta ruraq combustiblekunapaq contrapi, América nisqapaq contrapi hinaspa globalismo favorninpi, Diversidad, Equidad, Inclusión nisqakunaman, Critical Race Theory nisqa llulla historiata, hinaspa chaymanta astawan achka-achkataq. Obamaqa manan llakhta ayllukunapi allichay ruraqllachu karqan; payqa karqan hinaspa kunankamapas kachkan dragón atiyniyuqpa globalista agenda-ninpa huk rantiynin.</w:t>
      </w:r>
    </w:p>
    <w:p>
      <w:pPr>
        <w:pStyle w:val="ArticleBody"/>
        <w:jc w:val="left"/>
      </w:pPr>
      <w:r>
        <w:rPr>
          <w:rFonts w:ascii="Times New Roman" w:hAnsi="Times New Roman" w:eastAsia="Times New Roman" w:cs="Times New Roman"/>
        </w:rPr>
        <w:t>Ichaqa Trumpqa, ichaqa huk ñawpaqmanta kunan p’unchaw político hina mana kaspa, 1989 watamanta qallarispa chay pacha kawsaypi qanchis huk presidente-kunamanta llapallan tinkuchisqa promesankunata astawan junt’arqan. Payqa Amerikata yapamanta hatun kananpaqmi sapa sonqowan churakusqa karqan, chayta ruwaspaqa, kay pachapi kamachiq globalista atiykunata kuyuchirqan, mana Estados Unidosllapichu, aswanpas llapa pachapipas.</w:t>
      </w:r>
    </w:p>
    <w:p>
      <w:pPr>
        <w:pStyle w:val="ArticleBody"/>
        <w:jc w:val="left"/>
      </w:pPr>
      <w:r>
        <w:rPr>
          <w:rFonts w:ascii="Times New Roman" w:hAnsi="Times New Roman" w:eastAsia="Times New Roman" w:cs="Times New Roman"/>
        </w:rPr>
        <w:t>Joe Biden manam ima hayk’aqpas mayqin qelqaq willakuytapas mana churarinchu payqa huk globalistallam kasqanmanta huk imamanña kashanmantaqa.</w:t>
      </w:r>
    </w:p>
    <w:p>
      <w:pPr>
        <w:pStyle w:val="ArticleBody"/>
        <w:jc w:val="left"/>
      </w:pPr>
      <w:r>
        <w:rPr>
          <w:rFonts w:ascii="Times New Roman" w:hAnsi="Times New Roman" w:eastAsia="Times New Roman" w:cs="Times New Roman"/>
        </w:rPr>
        <w:t>Catolicismopa uywawanqa unay-unayta aysasqa maqanakuyta dragón atiyninkunawan; chaymi, Estados Unidos suyupi papadopa rikch’ayninta rurashaqtin kamachiq presidenteqa, profecía nisqapa mañakusqanrayku, dragón atiyninkunawan maqanakuspa kashanqa. Kawsachkaq presidentekunamanta, Donald Trumplla, hukninmantaqa, dragón atiyninkunawanqa mana maqanakunmanchu; Demócratakunaqa sut’ita globalistakuna kanku (dragones), hinaspa qhepa George Bushpas, taytan hina karqan (sut’inchasqa Republicano, ichaqa cheqaqpim globalista dragón), imaraykuchus Jesusqa sapa kuti qhepataqa ñawpaqwanmi rikuchin.</w:t>
      </w:r>
    </w:p>
    <w:p>
      <w:pPr>
        <w:pStyle w:val="ArticleBody"/>
        <w:jc w:val="left"/>
      </w:pPr>
      <w:r>
        <w:rPr>
          <w:rFonts w:ascii="Times New Roman" w:hAnsi="Times New Roman" w:eastAsia="Times New Roman" w:cs="Times New Roman"/>
        </w:rPr>
        <w:t>Kay yachayta qatiqkullasunchik qhipa qillqapi.</w:t>
      </w:r>
    </w:p>
    <w:p>
      <w:pPr>
        <w:pStyle w:val="ArticleScripture"/>
        <w:jc w:val="left"/>
      </w:pPr>
      <w:r>
        <w:rPr>
          <w:rFonts w:ascii="Times New Roman" w:hAnsi="Times New Roman" w:eastAsia="Times New Roman" w:cs="Times New Roman"/>
        </w:rPr>
        <w:t>“Huk hatun sasachak crisis Diospa llaqtanpaq suyasqa kashan. Huk crisis pacha llaqtakunapaqpas suyasqa kashan. Llapa pacha watakuna ukhupi aswan hatun ch’aqwayqa ñawpaqninchikpiña kashan. Rimanakuy simipa profético autoridadninman hina, iskay chunka watamanta aswan tawa chunka watakuna qhipamanña hamunanta nispa willasqanchik ruwaykunaqa kunan ñawinchikkunapa ñawpaqenpi pusanakuspa rikurimushanña. Ñaña, yuyay llank’ayta qichuspa sonqopa libre kayninta hark’anapaq Constituciónman huk yapay kamachiyta churaymanta tapuyqa nacionpa legisladorninkunaman apasqaña kashan. Domingo punchaw waqaychayta kamachinapaq tapuyqa nacionpa interesninman hinallataq ancha importanciayuqman tukusqa. Allinta yachanchik imayna kay kuyuykuna tukukuynin kananta. Ichaqa, ¿kay lluqsiypaq wakichisqachu kashanchik? ¿Cheqaqtapuni hunt’asqachu Diosqa runakunata ñawpaqenkupi kaq peligromanta waqyayta qowasqanchik ruwayta?”</w:t>
      </w:r>
    </w:p>
    <w:p>
      <w:pPr>
        <w:pStyle w:val="ArticleScripture"/>
        <w:jc w:val="left"/>
      </w:pPr>
      <w:r>
        <w:rPr>
          <w:rFonts w:ascii="Times New Roman" w:hAnsi="Times New Roman" w:eastAsia="Times New Roman" w:cs="Times New Roman"/>
        </w:rPr>
        <w:t>“Achka kanku, kay kuyuypi domingo p’unchay kamachisqa kananpaq llamk’aqkuna ukhupipas, kay ruway qhipaman hamuq netijakunaq ñawpaqman ñawsa kachkanku. Manam rikunkuchu paykunaqa chiqanta religiypa libre kananman maqanakusqankuta. Achka kanku, Bibliaq sábado p’unchayninpa derechonkuna mana hayk’aqpas allinta entiendesqakuna, hinallataq domingo institucionpa sayasqan llulla cimienton mana entiendesqakuna. Ima kuyuy religiy leykunapa favorninpi kasqanqa, cheqaqtaqa papadoman qhispichiy hinam, chay papadom, achka pachak watakunapi, yuyaykunaq libre kananpa contranpi mana saykuspa maqanakusqanrayku. Domingo p’unchay waqaychasqa kananqa, sutichasqa cristiano institucion hina, ‘mana allin kaypa pakasqa misterion’manta kawsayninta hap’isqa; hinaspa kamachisqa kananqa, Romanismopa principiosninkunata virtualmente rejsisqa kanqa, chay principioskunaqa Romanismopa cheqaq esquina ruminninmi. Suyunchik gobiernoyninpa principiosninkunata chhayna saqerparispa, domingo leyta ruraranqa chay p’unchayqa, Protestantismoqa kay ruwaypi papadowan makinta hap’inqa; mana imapas huk kanqachu, aswanqa kawsayta qusqa hina kanqa chay tiraniaman, mayñam unaymanta llimp’i munaywan suyasqan oportunidadninta, kutimunanpaq yapamanta activo despotismoman phawaykunanpaq.”</w:t>
      </w:r>
    </w:p>
    <w:p>
      <w:pPr>
        <w:pStyle w:val="ArticleScripture"/>
        <w:jc w:val="left"/>
      </w:pPr>
      <w:r>
        <w:rPr>
          <w:rFonts w:ascii="Times New Roman" w:hAnsi="Times New Roman" w:eastAsia="Times New Roman" w:cs="Times New Roman"/>
        </w:rPr>
        <w:t>“Reforma Nacional kuyuyqa, religionmanta kamachiy qelqaypa atiyninta rurachispa, tukuy hinanman wiñarispa, ñawpaq pachakunapi rikuchikusqa kaq hina mana much’uy atiyniyoq kayta, ñak’arichiytawan rikuchinqa. Chaypachaqa runakuna tantanakuykunaqa Diospa atiyninkunata hap’irqanku, hinaspa paykunaq despotismo atiyninwan yuyayniyoq sonqopa qispisqa kayninta ñit’irqanku; hinaspa carcelman wisq’ay, llaqtanmanta qarquy, wañuypas qatiq hamurqan paykunaq kamachikuyninkunata mana kasukuqkunapaq. Sichus papismo utaq paypa principiosninkuna yapamanta kamachiywan atiyniyoqman churakuspa qallarinqa chayqa, qatiykachay ninaqa yapamanta ratarinqa chaykunapaq, pikunachus mana munanku sonqonkuq yuyay qispisqa kayninta ni cheqaq kayta haywayta, runakunaq pantasqa yuyayninkunaman kuskanchakuypaq. Kay mana allinqa pactakuy patapiña kashan.”</w:t>
      </w:r>
    </w:p>
    <w:p>
      <w:pPr>
        <w:pStyle w:val="ArticleScripture"/>
        <w:jc w:val="left"/>
      </w:pPr>
      <w:r>
        <w:rPr>
          <w:rFonts w:ascii="Times New Roman" w:hAnsi="Times New Roman" w:eastAsia="Times New Roman" w:cs="Times New Roman"/>
        </w:rPr>
        <w:t>“Diosqa noqanchisman qanchis k’anchayta quwasqanchikrayku, ñawpaqninchikpi kaq peligrokunata rikuchiqta, imaynataq paypa ñawpaqenpi mana huchayoq hina sayasunchik, atisqanchikman hina llapa kallpanchikta mana churayku chayta runakunaman apachinanchikpaq? ¿Kusisqachu kayman qhipaykuyta, paykunata kay hatun-ancha asuntowan mana willasqa tinkuchun?” Testimonies, volumen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qelqa - Pachak kimsa chunka pusaqniyuq</dc:title>
  <dc:subject>Daniel 11 nisqapa qhaway: Willka rimanakuywan historia ukhunta puriy</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