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Ñawpaq Daniel Qillqa — Pachak Kimsa Chunka Isqonniyuq</w:t>
      </w:r>
    </w:p>
    <w:p>
      <w:pPr>
        <w:pStyle w:val="ArticleSubtitle"/>
        <w:jc w:val="left"/>
      </w:pPr>
      <w:r>
        <w:rPr>
          <w:rFonts w:ascii="Arial" w:hAnsi="Arial" w:eastAsia="Arial" w:cs="Arial"/>
        </w:rPr>
        <w:t>Daniel 11:40 nisqapi willakuy rimaypa chikanchasqan kunan p’unchay políticap kuskanchaywan: Qhipa Presidenteq pakasqa imayna kasqanta paskariy.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Ñuqayku yuyaychaykuchkaniku Daniel qhelqapa chunka hukniyuq ñiqin kapitulunpi tawa chunka ñiqin versiculopa, chay kikin kapitulupi huk ñiqin hinallataq iskay ñiqin versiculowan tinkusqanta. Huk ñiqin versiculonqa tukukuypa pacha 1989 watapi kasqanta reqsichin, hinaspataq tawa chunka ñiqin versiculopas 1989 watallapita tukukuypa pacha kasqanta señalan, Unión Soviéticapa urmasqanmanta, Berlín llaqta perqapa urmachisqa kasqanwan rikuchisqa, 9 de noviembre de 1989 p’unchawpi.</w:t>
      </w:r>
    </w:p>
    <w:p>
      <w:pPr>
        <w:pStyle w:val="ArticleBody"/>
        <w:jc w:val="left"/>
      </w:pPr>
      <w:r>
        <w:rPr>
          <w:rFonts w:ascii="Times New Roman" w:hAnsi="Times New Roman" w:eastAsia="Times New Roman" w:cs="Times New Roman"/>
        </w:rPr>
        <w:t>Iskay ñiqin versículopi ri 1989 watamanta qhipa Estados Unidos nacionpa soqtayuq presidenteqa llapa presidentekunamanta aswan qhapaqsapa kasqanta reqsichin, chayrayku Donald Trump-ta sut’inchan. Chay hina ruwaspanqa, Trumpqa “tukuy Grecia-ta oqharinqa” nisqanta reqsichin, chaymi versículo kimsapi kaq Alejandro Hatunpa griego imperion karqa. Versículo kimsapiwan tawaqpi kaq griego reinoqa Danielpa chunka hukniyuq qapitulumpi huk llapan pacha kamachiypa unanchanmi.</w:t>
      </w:r>
    </w:p>
    <w:p>
      <w:pPr>
        <w:pStyle w:val="ArticleBody"/>
        <w:jc w:val="left"/>
      </w:pPr>
      <w:r>
        <w:rPr>
          <w:rFonts w:ascii="Times New Roman" w:hAnsi="Times New Roman" w:eastAsia="Times New Roman" w:cs="Times New Roman"/>
        </w:rPr>
        <w:t>William Millerqa rimarqan, “historiawan profeciawanmi acuerdan,” nispa; Donald Trumpq historiantaq mana ñiqinapaq pruebata qun, payqa manam Estados Unidospa qhepa pusaq presidentenkunamanta aswan qhapaqlla kasqanmantaqa, aswanpas Estados Unidospa globalistakuna, hinallataq llapa pachapi kaqkuna, Donald Trump-ta cheqnikunku, chay cheqniytaq hina mana yuyayman hina kasqanrayku, achkha runakuna chayta muspay hina kachkan nispa sutichanku.</w:t>
      </w:r>
    </w:p>
    <w:p>
      <w:pPr>
        <w:pStyle w:val="ArticleBody"/>
        <w:jc w:val="left"/>
      </w:pPr>
      <w:r>
        <w:rPr>
          <w:rFonts w:ascii="Times New Roman" w:hAnsi="Times New Roman" w:eastAsia="Times New Roman" w:cs="Times New Roman"/>
        </w:rPr>
        <w:t>Qhipa pusaq umalliqkunaq ñawpaqnin, 1989 watamanta qallarispa, imaymana hinallataq Trump-ta sut’inchaywan rikuchirqan; chaymi qhawaykachin, iskay kaq versículopi soqta kaq umalliq, tukukuyninpi pusaq kaq, qhipa kaq umalliq kananta. Reagan, pusaqmanta huk seriepi ñawpaq kaq hina, pusaq kaqta, qhipa kaqta typificaranqa; Jesúsqa sapa kuti imapas tukukuyninta, chay imapas qallariyninwanmi rikuchin.</w:t>
      </w:r>
    </w:p>
    <w:p>
      <w:pPr>
        <w:pStyle w:val="ArticleBody"/>
        <w:jc w:val="left"/>
      </w:pPr>
      <w:r>
        <w:rPr>
          <w:rFonts w:ascii="Times New Roman" w:hAnsi="Times New Roman" w:eastAsia="Times New Roman" w:cs="Times New Roman"/>
        </w:rPr>
        <w:t>Ronald Reaganpa testimoniunmi, 1989 watapi tukukuypa pacha qallarinanpi umalliq kashqanmanta, proféticamente rikuchin pisiq pusaqniyuq umalliqkunamanta qhipa kaq umalliqta. Reaganmanta qhipaman qanchis umalliqkuna kanqa, imaraykuchus Estados Unidosqa Bibliapa profecíanpi suqtaq kamachiy hina sayk’un pisi tiempo qhipapi hamuq domingo kamachikuywan; chay domingo kamachikuyman qayllaykuspa, Estados Unidosqa animalpa llanthunta rurarin, chay animaltaq pusaq kaqmi, qanchis animalkunamanta. Reaganqa 1989 watapi tukukuypa pacha qallarinanpi ñawpaq kaq umalliq karqa, qhipa kaqtaq pusaq kaqmi kanqa, chayqa qanchismanta kaq.</w:t>
      </w:r>
    </w:p>
    <w:p>
      <w:pPr>
        <w:pStyle w:val="ArticleBody"/>
        <w:jc w:val="left"/>
      </w:pPr>
      <w:r>
        <w:rPr>
          <w:rFonts w:ascii="Times New Roman" w:hAnsi="Times New Roman" w:eastAsia="Times New Roman" w:cs="Times New Roman"/>
        </w:rPr>
        <w:t>Reaganqa nirqan, 12 junio 1987 watapi, Alemania suyu West Berlin llaqtapi, Berlín pirqa qayllanpi Brandenburg Punku ñawpaqpi rimayninpi, Unión Soviética Comunista Partido General Secretario Mikhail Gorbachevman rimashaspan: “General Secretario Gorbachev, allinta kawsayta maskanki chayqa, Unión Soviéticawan Europa Orientalpaq qhapaq kayta maskanki chayqa, kicharikuyta maskanki chayqa: ¡Kay punkukama hamuy! ¡Señor Gorbachev, kay punkuta kichariy! ¡Señor Gorbachev, kay pirqata urmachiy!” nispa. Qhipa pusaq presidentekunamanta ñawpaq kaqpa aswan reqsisqa rimayninqa, iskay wata qhipaman, 9 noviembre 1989 watapi, pirqa urmachisqa kasqan hunt’akuyninta señalan.</w:t>
      </w:r>
    </w:p>
    <w:p>
      <w:pPr>
        <w:pStyle w:val="ArticleBody"/>
        <w:jc w:val="left"/>
      </w:pPr>
      <w:r>
        <w:rPr>
          <w:rFonts w:ascii="Times New Roman" w:hAnsi="Times New Roman" w:eastAsia="Times New Roman" w:cs="Times New Roman"/>
        </w:rPr>
        <w:t>Chayhinata ruwaspa, Reaganpa sinchi ñawpaqman churaynin murallata urmachiytaqa, pusaj kaq presidentemanmi rimarqan, paymi suqta kaq presidente kayman phawaykachaspa, “murallata hatarichispa” nisqa promisapi kampañanta sayachirqan. Qhipa pusaj presidentekunamanta ñawpaq kaqmi murallata urmachinankupaq waqyarqun, Berlinpa Murallanpas 1989 watapi, tukukuypa pacha chaypi, urmachisqa karqan. Manaraq karu hamuq domingo kamachipi Iglesiapaq Estadopaq t’aqanakuq “muralla”pas urmachisqa kanqa, imaynachus 1989 watapi qallariywan chayta rikuchirqan hina. Chay pacha chawpinpi suqta kaq presidente, mayqanmi globalistakunata kuyuchin, paykuna mana munasqanku murallata hatarichiyta munan; hinaspataq, qanchismantapuni pusaj kaq presidente yapamanta kaptin, huk “muralla”pas urmanqa.</w:t>
      </w:r>
    </w:p>
    <w:p>
      <w:pPr>
        <w:pStyle w:val="ArticleBody"/>
        <w:jc w:val="left"/>
      </w:pPr>
      <w:r>
        <w:rPr>
          <w:rFonts w:ascii="Times New Roman" w:hAnsi="Times New Roman" w:eastAsia="Times New Roman" w:cs="Times New Roman"/>
        </w:rPr>
        <w:t>Pusaq pusiq presidentekunamanta ñawpaq kaqqa huk perqapa urmachisqanwan reqsichisqa kachkan, chay perqa pacha tukukuypa tiemponta señalasqanrayku, imaynachus Daniel chunka hukniyuq qillqapi, tawa chunka versículopi rikuchisqa kashan; hinaspa pusaq presidentekunamanta qhipa kaqpas huk “perqapa” urmachisqanwan reqsichisqa kachkan, chay “perqa” huk pachata señalasqanrayku, chay pachaqa pachak tawa chunka tawa waranqa akllasqakunapa sellakusqan tiempopa tukukuyninmi, imaynachus Daniel qillqapi chunka hukniyuq kapitulu, tawa chunka hukniyuq versículopi rikuchisqa kashan.</w:t>
      </w:r>
    </w:p>
    <w:p>
      <w:pPr>
        <w:pStyle w:val="ArticleBody"/>
        <w:jc w:val="left"/>
      </w:pPr>
      <w:r>
        <w:rPr>
          <w:rFonts w:ascii="Times New Roman" w:hAnsi="Times New Roman" w:eastAsia="Times New Roman" w:cs="Times New Roman"/>
        </w:rPr>
        <w:t>Umalliq Reagan qaqqat Democrat-imit kingullermik republican-ngortoq, siornatigut tusagassiorfimmi nuimasutut ilisimaneqartoq, oqallorissumik erseqqissaartumik oqalussinnaasoq, illariarsinnaanermik itinerusumik misigisaqarluni, aningaasaqarnermut tungasumi ileqqorissaarnermik illersuisoq, Washington, DC-mi aaqqissuussaasut aalajangersimasut akiorlugit qineqqusaaruteqartoq. Kisianni Reagan-ip siullermik qineqqusaarnermini nuna tamakkerlugu illoqarfiup pingaarnersaanni qilerussimallutik inissisimasut aaqqissuussaasut taakku akiorlugit oqaatsit sakkortuut atorsimagaluarlugit, kabinetimini atorfiinut inunnit globalistitut uppernarsagaasunit præsidentiusimasunit nutaaliaasunit allanit tamanit tassunga nalaanut annertunerpaamik procentimik toqqaasimavoq. Allaammi George Bush siulleq, Vice Presidentitut toqqarpaa, angut ilaqutariit sorlaqarfiisa globalistit oqaluttuarisaanerannut sivisuumik tunuliaqutallit.</w:t>
      </w:r>
    </w:p>
    <w:p>
      <w:pPr>
        <w:pStyle w:val="ArticleBody"/>
        <w:jc w:val="left"/>
      </w:pPr>
      <w:r>
        <w:rPr>
          <w:rFonts w:ascii="Times New Roman" w:hAnsi="Times New Roman" w:eastAsia="Times New Roman" w:cs="Times New Roman"/>
        </w:rPr>
        <w:t>Trumpqa “pantanota” nisqanta qespichiyta, chaytaqa paymi “el pantano” nispa suticharqan, chaymanta kamachiqkunata akllasqanmanta riqsichin aswan hatun pisi kallpanta. Yaqa llapa chay runakunaqa “pantano” nisqamanta karqanku, chaytaqa Trumpqa sinchi sonqowanmi mana munan. Trumpqa, Reagan hina, ñawpaq Demokratamanta Republikanoman tikrasqa karqan, ñawpaq willanakuykunapi reqsichisqa qoyllur karqan, rimayninrayku reqsichisqa qhari karqan, ancha allin asikuyniyuq, qullqi kamachiypi waqaychaq konservador runa karqan.</w:t>
      </w:r>
    </w:p>
    <w:p>
      <w:pPr>
        <w:pStyle w:val="ArticleBody"/>
        <w:jc w:val="left"/>
      </w:pPr>
      <w:r>
        <w:rPr>
          <w:rFonts w:ascii="Times New Roman" w:hAnsi="Times New Roman" w:eastAsia="Times New Roman" w:cs="Times New Roman"/>
        </w:rPr>
        <w:t>Kay pachaq Iskayllaqta Amerikapi qhipa umalliqmi umalliq kanqa, chay pacha papakuna kamachiypa rikchaynin (uywaq rikchaynin) Amerikapi rurakusqa kaptin. Chayrayku, 1989 watamanta pacha pusaqniyuq qhipa umalliqqa huk amaru atiyniyuqwan maqanakuypi kasqa kanman; imaraykuchus unay, aswan unayraq aysasqa maqanakuypim amaru atiyniyuqwan papakuna kamachiyqa ñawpaqta huk amaru atiyniyuqpa umalliqchasqan karqa 538 watapi, chaymantataq kikin amaru atiyniyuqmi urmachirqan 1798 watapi, hinaspataq yapamanta umalliqchasqa kanqa chay amaru atiyniyuqpa rantiqninkunaqwan, chunka qhapaqkunaq nisqanwan rikuchisqa, paykunaq qanchis ñiqin qhapaq suyunkuta papakuna kamachiyman qusqankumanta huk simipi rimanakusqankurayku; chaymanta qhipamanmi papal uywata urmachinqaku, ninawan rupachispa aychanta mikuspa, yanapaqniyuq mana kasqanwan tukukuyninman chayamuchkaptin.</w:t>
      </w:r>
    </w:p>
    <w:p>
      <w:pPr>
        <w:pStyle w:val="ArticleBody"/>
        <w:jc w:val="left"/>
      </w:pPr>
      <w:r>
        <w:rPr>
          <w:rFonts w:ascii="Times New Roman" w:hAnsi="Times New Roman" w:eastAsia="Times New Roman" w:cs="Times New Roman"/>
        </w:rPr>
        <w:t>Pusaq ñiqin kananpaq presidenteqa, qanchismantam, hinallataq dragón atiyniyoq atipanakunawan maqanakuypi chaskisqa presidente kanqa. Chay maqanakuymi reqsisqa kachkan, suqta ñiqin, aswan qapaq presidente tukuy globalista dragón atiyniyoqkunata hatarichiptin. Pusaq qhipa presidentekunamanta, 1989 watamanta qallarispa, iskayñin wañusqañam kachkanku, chaymi suqta presidentekuna saqesqa kachkan, mayqinkunachus dragón atiyniyoqwan guerra nisqapi chaskisqa kayta atinkuman.</w:t>
      </w:r>
    </w:p>
    <w:p>
      <w:pPr>
        <w:pStyle w:val="ArticleBody"/>
        <w:jc w:val="left"/>
      </w:pPr>
      <w:r>
        <w:rPr>
          <w:rFonts w:ascii="Times New Roman" w:hAnsi="Times New Roman" w:eastAsia="Times New Roman" w:cs="Times New Roman"/>
        </w:rPr>
        <w:t>Chay soqta suqta atiykunamanta tawaqa qataqtaq dragón-pa kallpachakusqan globalistakuna kanku. Chay suqta-manta hukniqqa, taytanchis hina, Republicano kasqanta willakun, ichaqa sutillapi Republicanollam; taytan hinaqa, globalista dragón-pa kallpanpa huk rikinchakunmi. Chay suqta kawsak presidente-kunamanta hukllam sut’inchayta mana globalista kanchu, paymi globalistakunata kuyuchiq presidenteqa. Payllam pusaq qhipa presidente-kunamanta papado-pa unanchanpa huk imayninman hunt’ayta atinqa, huk dragón-pa kallpanwan maqanakuypi kasqanrayku.</w:t>
      </w:r>
    </w:p>
    <w:p>
      <w:pPr>
        <w:pStyle w:val="ArticleBody"/>
        <w:jc w:val="left"/>
      </w:pPr>
      <w:r>
        <w:rPr>
          <w:rFonts w:ascii="Times New Roman" w:hAnsi="Times New Roman" w:eastAsia="Times New Roman" w:cs="Times New Roman"/>
        </w:rPr>
        <w:t>Ñawpaqllata Republikanu umalliqmi reqsisqa hina kay Qelqa Qhelqamanta rimayta apaykacharqan Estados Unidos llaqtapi guerra civilmanta, chaymi kay kikin cheqaq kayta riman.</w:t>
      </w:r>
    </w:p>
    <w:p>
      <w:pPr>
        <w:pStyle w:val="ArticleScripture"/>
        <w:jc w:val="left"/>
      </w:pPr>
      <w:r>
        <w:rPr>
          <w:rFonts w:ascii="Times New Roman" w:hAnsi="Times New Roman" w:eastAsia="Times New Roman" w:cs="Times New Roman"/>
        </w:rPr>
        <w:t>Hinaspan Jesús yacharqan yuyayninkuta, hinaspan nirqan paykunaman: Sapa qhapaq suyu kikillanwan rakisqa, ch’usakuyman apasqa kan; hinaspa sapa llaqta utaq wasi kikillanwan rakisqa, mana sayanqachu. Satanás-taq Satanás-ta qarqunchus, kikillanwanmi rakikun; chayqa, ¿imaynataq qhapaq suyun sayanman? Noqaqa Beelzebubwan supaykunata qarqunichus, qankunapa churinkikunaqa, ¿pitaqwan qarqunku? Chayraykun paykunaqa jueznikikuna kanqaku. Ichaqa noqaqa Diospa Espiritunwan supaykunata qarqunichus, chayqa Diospa qhapaq suyunqa qankunaman chayamunña. Mateo 12:25–28.</w:t>
      </w:r>
    </w:p>
    <w:p>
      <w:pPr>
        <w:pStyle w:val="ArticleBody"/>
        <w:jc w:val="left"/>
      </w:pPr>
      <w:r>
        <w:rPr>
          <w:rFonts w:ascii="Times New Roman" w:hAnsi="Times New Roman" w:eastAsia="Times New Roman" w:cs="Times New Roman"/>
        </w:rPr>
        <w:t>Dragónpa guerrarirqan Grecia kamachikuq suyuta ch’aqchachiq aswan qhapaq umalliqpa contranqa mana hukninchu kanman Donald Trumpwan globalistakunawanpas, imaraykuchus kawsachkaq huk pichqa atiklla umalliqkunam llapallanku antiamericano globalistakuna kanku. Lincoln ñawpaq versículokunata nispa, suyuta iskay tantanakuyman rakisqa kasqanta rimarqan, esclavitudpa favorninpi kaqkunawan esclavitudpa contranpi kaqkunawan; chayta rimaspanqa esclavitudpa favorninpi kaq demócratakunatam, esclavitudpa contranpi kaq republicanakunatam rimapayasharqan, hinallataq chaywanmi qhipa p’unchaykunaq guerranmantapas rimasharqan, globalista demócratakuna ukhupi kaq guerranmantam, mayqintachus qhipa republicano umalliqqa MAGA-ismopa kuyukuyninwan ch’aqchachin, chaytataq payqa rikuchin hinaspa pusin.</w:t>
      </w:r>
    </w:p>
    <w:p>
      <w:pPr>
        <w:pStyle w:val="ArticleBody"/>
        <w:jc w:val="left"/>
      </w:pPr>
      <w:r>
        <w:rPr>
          <w:rFonts w:ascii="Times New Roman" w:hAnsi="Times New Roman" w:eastAsia="Times New Roman" w:cs="Times New Roman"/>
        </w:rPr>
        <w:t>Ñawpaq Republicano umalliq hina, Lincolnqa qhipa Republicano umalliqta rikch’achin. Qhipa umalliqpas 1989 watapi tukukuy pacha tiempopi kaq Republicano umalliqwanmi representasqa kachkan. Kay iskay testigokunaqa mayqin umalliqta rikch’achishanku chayqa Republicano kasqanta reqsichinku. 1989 watapi tukukuy pacha tiempopi kaq Republicano umalliqqa manam sapaq Republicanolachu karqa, aswanpas qhipa pusaq umalliqkunamanta ñawpaqninmi karqa. Qhipa umalliqpas George Washingtonwanmi rikch’achasqa karqan, payqa ñawpaq umalliq hinallataq ñawpaq Hatun Kamachiqmi karqa.</w:t>
      </w:r>
    </w:p>
    <w:p>
      <w:pPr>
        <w:pStyle w:val="ArticleBody"/>
        <w:jc w:val="left"/>
      </w:pPr>
      <w:r>
        <w:rPr>
          <w:rFonts w:ascii="Times New Roman" w:hAnsi="Times New Roman" w:eastAsia="Times New Roman" w:cs="Times New Roman"/>
        </w:rPr>
        <w:t>Washingtonqa kutipiqa 1776 watapi rikuchisqa pacha ukhunpi ñawpaq umalliqwan ñawinchasqa karqan; chay ñawpaq umalliqtaq (Peyton Randolph), qanchis runakunamanta huknin karqan, pusaq pachakuna ukhupi serviq, chay pusaq pachakuna qanchis runakunawan rikuchisqa kasqanpi. Randolphqa pusaqmanta ñawpaq kaqmi karqan, chayrayku Reagan-ta rikuchirqan, paypas pusaqmanta ñawpaq kaq kasqanrayku; hinaspataq payqa qanchismanta kaq pusaq kaqmi karqan. Chayrayku Randolphqa Washington-ta rikuchirqan (ñawpaq umalliqta), Lincoln-ta (Republicano partidomanta ñawpaq umalliqta), Reagan-ta (qhipa pusaqmanta ñawpaq umalliqta), hinaspataq 1989 wata qhipamanta pusaq kaq umalliqtapas, mayqinchus profecía nisqapa munayninrayku pusaq kaq kanan karqan, chay qanchismanta kaq pusaq kaqta.</w:t>
      </w:r>
    </w:p>
    <w:p>
      <w:pPr>
        <w:pStyle w:val="ArticleBody"/>
        <w:jc w:val="left"/>
      </w:pPr>
      <w:r>
        <w:rPr>
          <w:rFonts w:ascii="Times New Roman" w:hAnsi="Times New Roman" w:eastAsia="Times New Roman" w:cs="Times New Roman"/>
        </w:rPr>
        <w:t>Washingtonpas John Hancockwan rikuchisqa kanmanmi, payqa 1789 watapi rikuchisqa historiapi umalliq karqan, hinaspataq, Randolph hina, qanchisniyuqmanta pusaqniyuq karqan. Randolphqa Washingtonta rikuchirqanña; chayrayku Hancock Randolphwan tupaqtin, qanchisniyuqmanta pusaqniyuq hina, Hancockqa 1989 qhipamanta pusaq kaq umalliqta rikuchin, mayqinchus profetico nisqap ancha munasqanrayku pusaqniyuq kanan karqan, qanchisniyuqmanta kaq hina.</w:t>
      </w:r>
    </w:p>
    <w:p>
      <w:pPr>
        <w:pStyle w:val="ArticleBody"/>
        <w:jc w:val="left"/>
      </w:pPr>
      <w:r>
        <w:rPr>
          <w:rFonts w:ascii="Times New Roman" w:hAnsi="Times New Roman" w:eastAsia="Times New Roman" w:cs="Times New Roman"/>
        </w:rPr>
        <w:t>Randolph, Hancock, Washington, Lincoln hinaspa Reaganpas llapanku qhipa umalliqta rikch’achinku. Chay testigokunamanta iskayniyuqmi qhipa umalliq Republicano kasqanta sayachin. Iskay testigokunataqmi qhipa umalliq pusaqniyuq kasqanta, chayri qanchismantam kasqanta, sayachinku. 1989 watapi tukukuypa pacha qhipaman pusaq umalliqkunamanta pichqa kawsachkan umalliqkunaqa reqsichinku: dragón atiyniyuqwan maqanakuypi chaykuna ukhumanta yaykunanpaq kaq políticay yuyaychasqataqa Trump sapallanmi hap’in.</w:t>
      </w:r>
    </w:p>
    <w:p>
      <w:pPr>
        <w:pStyle w:val="ArticleBody"/>
        <w:jc w:val="left"/>
      </w:pPr>
      <w:r>
        <w:rPr>
          <w:rFonts w:ascii="Times New Roman" w:hAnsi="Times New Roman" w:eastAsia="Times New Roman" w:cs="Times New Roman"/>
        </w:rPr>
        <w:t>Lincolnta ñawpaqta James Buchanan karqa, huk demócrata, pichus chiqap historiador-kunaqa chay ñawpaq amerikanu historiapi aswan mana allin rurasqa presidenteta hina reqsichkanku, hinaspa paypa mana allin kamachikuyninmi, chiqaqtaqa, Estados Unidospa Guerra Civilninta paqarichirqa. Manaraq Lincoln juramentokunman haykuchkaptinraq, sur llaqtakunañataq unionmanta rakikuyta qallarisqaku karqa, hinaspa Lincolnpa inauguracionninmanta huk killa qhipallata ñawpaq disparokuna rurasqa karqa. Buchananmi chay kuyuykunata puririchirqa, mayqenkunachus huk guerraruwanakuyta paqarichirqaku, chaytaqa Lincolnmi allichayman churananpaq obligasqa karqa.</w:t>
      </w:r>
    </w:p>
    <w:p>
      <w:pPr>
        <w:pStyle w:val="ArticleBody"/>
        <w:jc w:val="left"/>
      </w:pPr>
      <w:r>
        <w:rPr>
          <w:rFonts w:ascii="Times New Roman" w:hAnsi="Times New Roman" w:eastAsia="Times New Roman" w:cs="Times New Roman"/>
        </w:rPr>
        <w:t>Reaganpa ñawpaqninpi karqa kunan pacha umalliqkunamanta aswan mana allin rurayniyuq kamachiq. Carterqa, Partido Demócrata-manta kaspan, Estados Unidos-ta p’enqayman churarqun radical Islamwan, Iránpi kaqwan, allinta mana tinkuchiy atisqanrayku.</w:t>
      </w:r>
    </w:p>
    <w:p>
      <w:pPr>
        <w:pStyle w:val="ArticleBody"/>
        <w:jc w:val="left"/>
      </w:pPr>
      <w:r>
        <w:rPr>
          <w:rFonts w:ascii="Times New Roman" w:hAnsi="Times New Roman" w:eastAsia="Times New Roman" w:cs="Times New Roman"/>
        </w:rPr>
        <w:t>Trump-ta ñawpaqta Obama karqan, huk demócrata, paymi munayninwan qallarin cultural, político, hinallataq económico rakiykunata, chaykunaqa chay pacha qhipamanta aswan yapakusqallam karqan. Paypa mana allin kamachikuyninqa Buchananwan Carterwan iskayninpa rikch’ayninwan unanchasqa karqan, ichaqa chay historiapi maypichus pay umallirqan, Mainstream Media nisqaqa ñam qallarisqa karqan rikurichiyta kikillanpi Adolph Hitlerpa Reich Ministry of Public Enlightenment and Propaganda nisqanwan. Obamapa maqanakuykuna Estados Unidospa social, político, financiero, hinallataq religioso institucionninkunapa contranpi pakasqa karqan, mana rikuyta akllaqkunapaq, hinallataq paypa mana allin ruraynin, Constitución-ta waqaychananpaq juramento rurasqa runa hina, sumaqta pakasqa karqan. Obamaqa Estados Unidos-ta pinkachirqan, Iránpi tarikusqa islam radical-ta chiqapta mana allinta rimay atisqanrayku.</w:t>
      </w:r>
    </w:p>
    <w:p>
      <w:pPr>
        <w:pStyle w:val="ArticleBody"/>
        <w:jc w:val="left"/>
      </w:pPr>
      <w:r>
        <w:rPr>
          <w:rFonts w:ascii="Times New Roman" w:hAnsi="Times New Roman" w:eastAsia="Times New Roman" w:cs="Times New Roman"/>
        </w:rPr>
        <w:t>Trump 2024 watapi akllamanta yapam akllakuspa, Reaganmanta pacha 1989 watapi pusaq kaq presidente hina, huk kutitaq ñawpaqninpi hamunqa huk globalista, dragónpa kallpawan purichisqa demócrata; paymi kunanqa coronata jap’irqan historiapi aswan mana allin rurayniyuq presidente hina, payqa kutin-kutinmi Estados Unidos-ta p’enqayman churaran radical Islamwan rimanakuyta munasqanpi, Iranpi tarikusqanwan, ichaqa huk kutitaq kunan pacha Mainstream Media nisqa (Reich Ministerio de Ilustración Pública y Propaganda nisqawan rikch’achisqa) llank’an chay sut’i chiqaq kayta pampachaypaq.</w:t>
      </w:r>
    </w:p>
    <w:p>
      <w:pPr>
        <w:pStyle w:val="ArticleBody"/>
        <w:jc w:val="left"/>
      </w:pPr>
      <w:r>
        <w:rPr>
          <w:rFonts w:ascii="Times New Roman" w:hAnsi="Times New Roman" w:eastAsia="Times New Roman" w:cs="Times New Roman"/>
        </w:rPr>
        <w:t>Reagan kamachiyta hap’iqtin, Iránpi tarikusqa radical islamwan mana allichasqa sasachakuyqa Demócrata presidenteq makinpi mana allichasqallam saqisqa karqan. Reaganqa chaylla usqhayllata ruraykunata qallarin, Estados Unidoswan radical islamwan, Iránwan rikuchisqa kaqwan, ch’aqwaykuna mayman riqninmanta kutirichinapaq. Trump kamachiyta hap’iqtin, radical islamwan huk mana allichasqa sasachakuy, yapamanta Iránpi tarikusqa, mana allichasqallam saqisqa karqanchu, aswanpas Demócrata presidenteq qolqewan yanapasqa karqan. Trumpqa chaylla usqhayllata ruraykunata qallarin, Estados Unidoswan radical islamwan, Iránwan rikuchisqa kaqwan, ch’aqwaykuna mayman riqninmanta kutirichinapaq. Kunan pacha Demócrata presidenteqa Trump paqtachisqan llapa ñawpaqman puriyninta kutichirqan, hinaptin kunan llapa kay pachaqa Bidenpa mana allin pusaq kayninrayku kimsakaj mundial guerraman aysakusqa kachkan.</w:t>
      </w:r>
    </w:p>
    <w:p>
      <w:pPr>
        <w:pStyle w:val="ArticleBody"/>
        <w:jc w:val="left"/>
      </w:pPr>
      <w:r>
        <w:rPr>
          <w:rFonts w:ascii="Times New Roman" w:hAnsi="Times New Roman" w:eastAsia="Times New Roman" w:cs="Times New Roman"/>
        </w:rPr>
        <w:t>Chayqa hunt’asqa qhipamanqa manam sapallanchu Islamwan llamk’ayta hunt’an, Carterpa mana allin ruwayninwan, hinallataq Obamapa Islamta ch’amanchasqanwan sut’inchasqa kaqta, aswanpas Buchananpa warqata qallarisqan llamk’aywanpas, chaytaqa Republicano umalliq presidentemi allinchayta necesitakurqan.</w:t>
      </w:r>
    </w:p>
    <w:p>
      <w:pPr>
        <w:pStyle w:val="ArticleBody"/>
        <w:jc w:val="left"/>
      </w:pPr>
      <w:r>
        <w:rPr>
          <w:rFonts w:ascii="Times New Roman" w:hAnsi="Times New Roman" w:eastAsia="Times New Roman" w:cs="Times New Roman"/>
        </w:rPr>
        <w:t>Hinallataq ñawpaq Republicano umalliq hinam, Trump-taqa política nisqapi wañuchisqa karqan globalista dragón atiyninkunaq 2020 watapi akllaypi. Callepi wañusqa hina qhawasqa kaptinmi, kay pachapa animal terrestre nisqapa globalistankuna, hinallataq llapa kay pachaq globalistankuna, kusikuyta qallarisqaku, Apocalipsis chunka hukniyuq kapitulpim willasqa kasqan hina.</w:t>
      </w:r>
    </w:p>
    <w:p>
      <w:pPr>
        <w:pStyle w:val="ArticleScripture"/>
        <w:jc w:val="left"/>
      </w:pPr>
      <w:r>
        <w:rPr>
          <w:rFonts w:ascii="Times New Roman" w:hAnsi="Times New Roman" w:eastAsia="Times New Roman" w:cs="Times New Roman"/>
        </w:rPr>
        <w:t>Hinaspan testimoniota tukukuptinqankumanña, uku millay uywa uku mana tukukuq t’uqumanta lluqsimuspa paykunawan maqanakunqa, atipaykunqa, wañuchinqa ima. Hinaspan wañusqa cuerponkuna hatun llaqtapa calleyninpi sirinqa, chay llaqtaqa espiritualmente Sodomapas Egiptowan sutichasqa, maypichus Señorniykupas chakatasqa karqa. Hinallataq llaqtakunamanta, ayllukunamanta, simikunamanta, nacionkunamantawan runakuna kimsa p’unchaw kuskan wañusqa cuerponkuta qhawarinqaku, hinaspan mana saqenkuchu sepulturakunaman churayta. Kay pachapi tiyaqkunataq paykunamanta kusikunku, raymikunku, hukninman hukninman regalokunata apachinqaku; imaraykuchus kay iskay profetakuna kay pachapi tiyaqkunata ñak’arichirqanku. Kimsa p’unchaw kuskan qhipatataq Diosmanta kawsay Espíritu paykunaman yaykurqan, hinaspan chakinpi sayarirqanku; paykunata qhawaqkunamanpas hatun manchakuy urmaykurqan. Apocalipsis 11:7–11.</w:t>
      </w:r>
    </w:p>
    <w:p>
      <w:pPr>
        <w:pStyle w:val="ArticleBody"/>
        <w:jc w:val="left"/>
      </w:pPr>
      <w:r>
        <w:rPr>
          <w:rFonts w:ascii="Times New Roman" w:hAnsi="Times New Roman" w:eastAsia="Times New Roman" w:cs="Times New Roman"/>
        </w:rPr>
        <w:t>Kunanqa chayamurqanchikña 2024 wataman, maypim Trump chakinkunapi sayasqa kashan, hinaspa dragón pacha, 2021 watapa enero killapa 6 p’unchawmanta pacha kusikuspa raymispa kashaq, kunanqa “hatun manchakuywan” uyapurishan. Mainstream Media (MSM) nisqaqa mancharisqa chinkasqa hina kashan. Paykunap kikin rimayta apayninmanta qallarinña rikurichiyta manchakusqankuta, imaynachus ñawpaq rock and roll takiy nin, “chay sayk’usqa machu runa, mayqintachus qhapaqman akllarqanku”, mana atiyniyuqchu Trump-pa yupayninkunaman aswan qayllapi qhepariyta, chaymanta votota yupay makinaankuna Biden-ta pataman apananpaq. Mainstream Media nisqaqa kunanqa propaganda makina hina kashan, imaynachus Hitler-pa p’unchayninkupi Reich Ministry of Public Enlightenment and Propaganda karqa, chay hina.</w:t>
      </w:r>
    </w:p>
    <w:p>
      <w:pPr>
        <w:pStyle w:val="ArticleBody"/>
        <w:jc w:val="left"/>
      </w:pPr>
      <w:r>
        <w:rPr>
          <w:rFonts w:ascii="Times New Roman" w:hAnsi="Times New Roman" w:eastAsia="Times New Roman" w:cs="Times New Roman"/>
        </w:rPr>
        <w:t>Kay chiqaqaqa manaña huk llaqtakunapa yupayman hina mana hukniraq kananmanta aswan karupi kutikutikuspa rikuchisqa kashan. Sapa kuti musuq globalista yuyayta apachiq rimay hatun runa aylluman haykuchisqa kaptin, kutikutikuspa qillqasqa kashan imaynatas dragónpa propaganda makinanan kamachisqan willakuy ñankuna kay ruwayta icha chay sasachakuq asuntoyta willaspanku, simi-simi hina chay kikin rimayta paqarichinku.</w:t>
      </w:r>
    </w:p>
    <w:p>
      <w:pPr>
        <w:pStyle w:val="ArticleBody"/>
        <w:jc w:val="left"/>
      </w:pPr>
      <w:r>
        <w:rPr>
          <w:rFonts w:ascii="Times New Roman" w:hAnsi="Times New Roman" w:eastAsia="Times New Roman" w:cs="Times New Roman"/>
        </w:rPr>
        <w:t>Sichus qankunamanta mayqinpas yachankichik chay ñawpaq pacha wawakunapa pukllayninmanta, sutichasqa “telephone”, utaq wakin kutipi “Chinese whispers” nisqamanta, yachankichikmi runakuna muyuriypi tiyaspanku, pukllay rikhurimusqanman hina, ñawpaq runa qayllanpi kaqpa rinrinman pakallamanta rimachkaptin, hinaspa chay pakalla rimay muyuriynintinpi yapamanta willasqa kaptin, qallariq pakalla rimay chay muyuriypi puriqqa mana pisi kutichu tukupun imamanpas hukman, mana ñawpaq pakalla rimay nisqanman hinachu. Ichaqa Mainstream Media nisqa suyunpi qatikuqninmanta suyanmi creenankupaq kay llaqtapi hinallataq intiru pacha muyuriyninpi llapa periodista-kuna imaynallatapas chay dragónpa maypi sayasqanta huk yuyaypi utaq huk pasaypi sut’inchanankupaq kikin simikunatawan rimaykuna-ta akllankuman. Pachak pachak sutichasqa periodista-kuna chay kikin pasayta qhawarqanku, hinaspa manam kikin tukukuymanlla chayarqankuchu, aswanpas chay pasayta nisqanta sut’inchanankupaq kikinlla simikunatawan rimaykunatam akllarqanku.</w:t>
      </w:r>
    </w:p>
    <w:p>
      <w:pPr>
        <w:pStyle w:val="ArticleBody"/>
        <w:jc w:val="left"/>
      </w:pPr>
      <w:r>
        <w:rPr>
          <w:rFonts w:ascii="Times New Roman" w:hAnsi="Times New Roman" w:eastAsia="Times New Roman" w:cs="Times New Roman"/>
        </w:rPr>
        <w:t>Kay pachapi rimasqaykuqa manam globalistakunapa propaganda makinanta maqanakuychu, aswanqa kay pacha allpapi kunan p'unchaykuna ruwakusqanmanta espiritu maqanakuypa huk profetiku kaqninta reqsichiyllam. Cristopa p'unchayninpi, judíokunaqa tukukuypi llapa runakunapa ñawpaqenpi César-ta rey-ninku hina akllakurqanku, Mesíasninkuta qhespichispa. Chay piñakuypaq pacha chawpipi hatun sacerdoteqa Cristota wañuchinapaq huk rimayta qusqan, satanásmanta kaspa, pantasqa yuyayman hap'ipakusqa; ichaqa chayllataq cheqan karqa.</w:t>
      </w:r>
    </w:p>
    <w:p>
      <w:pPr>
        <w:pStyle w:val="ArticleScripture"/>
        <w:jc w:val="left"/>
      </w:pPr>
      <w:r>
        <w:rPr>
          <w:rFonts w:ascii="Times New Roman" w:hAnsi="Times New Roman" w:eastAsia="Times New Roman" w:cs="Times New Roman"/>
        </w:rPr>
        <w:t>Hinaspan hukninmi, Caifas sutiyoq, chay wata hatun sacerdote kaspan, paykunata nirqan: Qankunaqa mana imatapas yachankichischu, nitaq yuyarinkichischu ñoqanchispaq aswan allin kasqanta, huk runalla llaqtapaq wañunanpaq, ama llapa nación chinkapunanpaq. Kaytaqa manam pay kikinmantachu rimarqan; ichaqa chay wata hatun sacerdote kaspanmi profetizarqan Jesusqa chay naciónpaq wañunanmanta; manataq chay naciónllapaqchu, aswanpas Diospa wawankunata maypi maypi t’aqasaq kasqankuta hukllaman huñunampaqpas. Juan 11:49–52.</w:t>
      </w:r>
    </w:p>
    <w:p>
      <w:pPr>
        <w:pStyle w:val="ArticleBody"/>
        <w:jc w:val="left"/>
      </w:pPr>
      <w:r>
        <w:rPr>
          <w:rFonts w:ascii="Times New Roman" w:hAnsi="Times New Roman" w:eastAsia="Times New Roman" w:cs="Times New Roman"/>
        </w:rPr>
        <w:t>Caifásqa huk lógicata ruraspa Cristota atacayta munarqan, chayta ruraspataq cheqaq willakuyta qespichirqan. Payqa mana creenqachu Cristoq runakunaq sacrificion kananpaq kasqanta; aswanqa Payta wañuchiyllata munarqan. Kunanqa dragón atiyniyoqpa Mainstream Media nisqanmi Trumpwan rikch’ariq hinallata rurachkan. Paykunaqa llapa runakunaman manchayta yachachiyta munachkanku, “sichus Trump yapamanta akllasqa kanqa, dictador tukonqa,” nispa, imayna Adolph Hitler kasqan hina. Demócratas nisqa partidomi esclavitudta yanapaq partido, hinaspa nazi partidopa unanchasqan kaq kawsayninkunata apaq, huk mundial propaganda maquinataqmi paykunapaq kan, mana alemanllapaqchu; ichaqa paykunaqa ninku, “sichus Trump akllasqa kanqa, democraciata urmachinqa, hinaspa Trumpqa Adolph Hitler hina dictador kanqa,” nispa.</w:t>
      </w:r>
    </w:p>
    <w:p>
      <w:pPr>
        <w:pStyle w:val="ArticleBody"/>
        <w:jc w:val="left"/>
      </w:pPr>
      <w:r>
        <w:rPr>
          <w:rFonts w:ascii="Times New Roman" w:hAnsi="Times New Roman" w:eastAsia="Times New Roman" w:cs="Times New Roman"/>
        </w:rPr>
        <w:t>Chayqa hinallataq Diospa Simin sut’inchan Estados Unidos suyupi qhipa umalliqmanta, ichaqa Mainstream Media, dragónpa kallpachasqan Caifás hina, manan entiendenchu paykuna rimananpaq yuyachisqankukuna proféticokuna kasqanta, chaykunaqa cheqaqtapunin hunt’akunqaku.</w:t>
      </w:r>
    </w:p>
    <w:p>
      <w:pPr>
        <w:pStyle w:val="ArticleScripture"/>
        <w:jc w:val="left"/>
      </w:pPr>
      <w:r>
        <w:rPr>
          <w:rFonts w:ascii="Times New Roman" w:hAnsi="Times New Roman" w:eastAsia="Times New Roman" w:cs="Times New Roman"/>
        </w:rPr>
        <w:t>“Nuestra tierra está en peligro. Se acerca el tiempo en que sus legisladores abjurarán de tal modo los principios del protestantismo que darán apoyo a la apostasía romanista. El pueblo por quien Dios ha obrado tan maravillosamente, fortaleciéndolo para sacudirse el yugo opresivo del papado, por un acto nacional dará vigor a la fe corrupta de Roma, y así despertará la tiranía que sólo espera un toque para volver de nuevo a la crueldad y al despotismo. Ya nos estamos acercando con pasos rápidos a este período.” The Spirit of Prophecy, volume 4, 410.</w:t>
      </w:r>
    </w:p>
    <w:p>
      <w:pPr>
        <w:pStyle w:val="ArticleBody"/>
        <w:jc w:val="left"/>
      </w:pPr>
      <w:r>
        <w:rPr>
          <w:rFonts w:ascii="Times New Roman" w:hAnsi="Times New Roman" w:eastAsia="Times New Roman" w:cs="Times New Roman"/>
        </w:rPr>
        <w:t>Yachani kani, Estados Unidospi Democrata partidopi waqllichisqa imakunata, cheqaqtapuni republicano nisqakuna ichaqa globalistakuna kasqankuta, hinallataq pachantin pacha progresista globalistakunata sut’inchasqayrayku, huk ñawiriq yuyayman apasqa kayta creyiyta atinman: noqaqa imaymana políticapa qespichikuyninta Republican partidowan, utaq Donald Trumpwan, charisqayta. Chayqa manam cheqaq kaykuna hinachu. Qhipa presidentemi dictador tukunan, imaynatachus Mainstream Media nisqanku willakusqan hina, ichaqa paykunaqa manam aswan yachanchu imatachus cheqaqtapuni rimarisqankumanta, imaynatachus Caiaphas mana yachasqanninta hina. Noqaykuqa sut’inchaykuchkaniku profecíaman hina puriq kallpachakuykunallata, “runakunaq ruwayninkunapa sasa tinkuynin” nisqawan tupaq, chaymi Ezequielpa ruedankuna ruedakunapi kasqanwan rikuchisqa.</w:t>
      </w:r>
    </w:p>
    <w:p>
      <w:pPr>
        <w:pStyle w:val="ArticleBody"/>
        <w:jc w:val="left"/>
      </w:pPr>
      <w:r>
        <w:rPr>
          <w:rFonts w:ascii="Times New Roman" w:hAnsi="Times New Roman" w:eastAsia="Times New Roman" w:cs="Times New Roman"/>
        </w:rPr>
        <w:t>Kay yachakuyta qatiq sipaskunapi qhipa qillqapi hina qatipasaqku.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Ñawpaq Daniel Qillqa — Pachak Kimsa Chunka Isqonniyuq</dc:title>
  <dc:subject>Daniel 11:40 nisqapi willakuy rimaypa chikanchasqan kunan p’unchay políticap kuskanchaywan: Qhipa Presidenteq pakasqa imayna kasqanta paskariy.</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