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Qelqen - Pachak iskay chunka tawaqniyuq iskayniyuqniyuq</w:t>
      </w:r>
    </w:p>
    <w:p>
      <w:pPr>
        <w:pStyle w:val="ArticleSubtitle"/>
        <w:jc w:val="left"/>
      </w:pPr>
      <w:r>
        <w:rPr>
          <w:rFonts w:ascii="Arial" w:hAnsi="Arial" w:eastAsia="Arial" w:cs="Arial"/>
        </w:rPr>
        <w:t>Uywaqallqupa Rikchayninpa Kamakuynin: Huk Profétik Puriy Pasqasqa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Diospa llaqtanpaq hatun prueban, sellasqa kanankupaq ñawpaqta pasanankupaq, sut’i kaymi: uywaqpa rikchayninpa kamasqan. Chay kamasqa ruwakuyqa 11 de septiembre de 2001 p’unchawmanta Estados Unidos llaqtapi domingo ley kama hinam mast’arin. Chay profético pachaqa pachak tawa chunka tawayoq waranqa runakunapa sellakusqan tiempo sutinmi, hinallataq sapa bíblico visión nisqapa hunt’asqa, allin hunt’akuynin tarikusqan pacha. Chay pachapi cheqaq protestante waqraqa ch’uyachasqa kanqa, wiñaypaqtaq Cristopa rikchayninta qhawachinqa, imaraykuchus Cristoqa protestantem.</w:t>
      </w:r>
    </w:p>
    <w:p>
      <w:pPr>
        <w:pStyle w:val="ArticleScripture"/>
        <w:jc w:val="left"/>
      </w:pPr>
      <w:r>
        <w:rPr>
          <w:rFonts w:ascii="Times New Roman" w:hAnsi="Times New Roman" w:eastAsia="Times New Roman" w:cs="Times New Roman"/>
        </w:rPr>
        <w:t>“Cristoqa huk protestante karqan. Payqa protesta-rqan judío nacionpa formal yupaychaynin contra, paykunaqa Diospa consejonta kikinkunapa contra qichusqankurayku. Payqa nirqan paykunaqa runakunapa kamachikuykunata doctrina hina yachachisqankuta, hinaspa llullakuqkuna, iskay uya runakuna kasqankuta. Yuraqchasqa aya p’ampanakuna hina, hawapi sumaq rikurinku, ichaqa ukhunpiqa mana ch’uya kaywan, ismuypi, millay usuywan hunt’asqa kanku. Reformadorkunaqa Cristomanta apostolkunamantawan qallarin. Paykunaqa lloqsirqanku hinaspa t’aqasqa karqanku huk religionmanta, mayqinchus formakunawan ceremoniyakunawan sayachisqa karqan. Lutero hinallataq qatikuqninakunapas manam reformasqa religionta musuqmanta ruwarqunku-chu. Aswanqa chaskirqanku Cristo hinaspa apostolkuna imayna qawachisqanta. Bibliataqa ñoqanchisman qawachiwanchik huk suficiente pusana hina; ichaqa papaqa llank’aqninakunawan kuska runakunamanta qichun, ñakasqa hina kasqanta hina, imaraykuchus paykunapa llullakuyninkuta rikuchin hinaspa idolatríankuta piñakuywan anyan.” Review and Herald, June 1, 1886.</w:t>
      </w:r>
    </w:p>
    <w:p>
      <w:pPr>
        <w:pStyle w:val="ArticleBody"/>
        <w:jc w:val="left"/>
      </w:pPr>
      <w:r>
        <w:rPr>
          <w:rFonts w:ascii="Times New Roman" w:hAnsi="Times New Roman" w:eastAsia="Times New Roman" w:cs="Times New Roman"/>
        </w:rPr>
        <w:t>Sellasqa pachapi, protestante waqraqa ch’uyaqchasqa hinaspa pichasqa kachkan. Chayllataq pachapi, apostata Republicano waqraqa apostata protestantekunawan huñunakun, chayhinaqa iglesiawan estadota hukllachasqa atiy waqrata ruwanku. Chaymanta, allpa uywapa iskay waqrankunaqa uywapa rikch’ayninmi, hinaspa Cristopa rikch’ayninmi kanku. Apostasiapa waqranqa iskaychasqa tupanakuymin, huk millaychasqa iglesiapa huk millaychasqa estadowan; chiqap kaypa waqranrí iskaychasqa tupanakuymin, Dios kaywan runa kaywan.</w:t>
      </w:r>
    </w:p>
    <w:p>
      <w:pPr>
        <w:pStyle w:val="ArticleBody"/>
        <w:jc w:val="left"/>
      </w:pPr>
      <w:r>
        <w:rPr>
          <w:rFonts w:ascii="Times New Roman" w:hAnsi="Times New Roman" w:eastAsia="Times New Roman" w:cs="Times New Roman"/>
        </w:rPr>
        <w:t>Uywa animalpa rikchayninqa chaymanta qhipaman pacha kay pachapi rurakapun, iskay sapa animalmi kachkan, huk Estadowan rikuchisqa (Naciones Unidas), mayqinchus kay pachapa animalninmanta hamuq apostata protestantismota chaskirqan chunka umayuqkunapa umalliqnin hina. Chay animalpa patanpi warmi, mayqinchus qharichakuq warmikunapa maman, chunka reyyuq animalpa hawanpi kamachin. Paypa montakusqan animalqa Iglesiapiwan Estadopiwan huñusqa kasqanmanta, Herodespa Herodíaspa ususin Saloméwan ayllumasinwan hina mana allin espiritu qharichakuyninwan rikuchisqa. Hinallataq, chay animalpa hawanpi kamachiq warmiwan kaq tinkuyninqa Iglesiapiwan Estadopiwan huñusqa kashan, Roma llaqta qharichakuq warmipa mana allin tinkuyninwan reykunawan, mayqinkunachus tukuy pachapi kaq animalta hunt’achinku, Naciones Unidas-ta rikuchispa. Chay animalpa rikchayninpi, mayqinchus llapa kay pachaman kallpachakuspa churakunqa, llapa nacionkuna chaypi yaykunqaku, llapa ismuyuq kallpakuna huñunakunqaku.</w:t>
      </w:r>
    </w:p>
    <w:p>
      <w:pPr>
        <w:pStyle w:val="ArticleScripture"/>
        <w:jc w:val="left"/>
      </w:pPr>
      <w:r>
        <w:rPr>
          <w:rFonts w:ascii="Times New Roman" w:hAnsi="Times New Roman" w:eastAsia="Times New Roman" w:cs="Times New Roman"/>
        </w:rPr>
        <w:t>“Apocalipsis 17:13–14 nisqata. ‘Kaykunaqa huk yuyayllayoqmi kanku.’ Kanqa llapa kay pachapi hukllachasqa tinkuy, hatun sintonía, Satanaspa fuerzasninpa confederaciónnin. ‘Hinaspan atiyninkuta kallpankutawan uywakunaman qoykunku.’ Chhaynatan rikuchin chay kikin munayninman hina, ñak’ariq atiyniyoq kamachiyta religiónpa libertadninpa contran, Diosta yupaychaypaq libertadpa contran conscienciapa kamachikusqanman hina, imaynatachus papadoqa ñawpaq p’unchaykunapi rikuchirqan, Romanismopa ritosninkunaman ceremoniasninkunaman mana kasukuyta munaspa mana allinman qhawasqankunata qatiykachaspanku.”</w:t>
      </w:r>
    </w:p>
    <w:p>
      <w:pPr>
        <w:pStyle w:val="ArticleScripture"/>
        <w:jc w:val="left"/>
      </w:pPr>
      <w:r>
        <w:rPr>
          <w:rFonts w:ascii="Times New Roman" w:hAnsi="Times New Roman" w:eastAsia="Times New Roman" w:cs="Times New Roman"/>
        </w:rPr>
        <w:t>“Qhipa p’unchaykunapi maqanakuy ruwasqa kananpaqqa, Diospa llaqtanpa contranpi huñunakusqanku llapa ismaysisqa atiyniyoqkuna, Jehovápa leyinman kasukuyta saqisqankurayku. Kay maqanakuypi tawa kaq kamachiyoqpa samana p’unchayninmi hatun churanakuy punku kanqa; samana p’unchay kamachiyoqpim hatun Ley qoq Diosqa kikinmanta reqsichikun hanaq pachakunapa kay pachapaqpas Kamaq kasqanta.” The Seventh-day Adventist Bible Commentary, volume 8, 983.</w:t>
      </w:r>
    </w:p>
    <w:p>
      <w:pPr>
        <w:pStyle w:val="ArticleBody"/>
        <w:jc w:val="left"/>
      </w:pPr>
      <w:r>
        <w:rPr>
          <w:rFonts w:ascii="Times New Roman" w:hAnsi="Times New Roman" w:eastAsia="Times New Roman" w:cs="Times New Roman"/>
        </w:rPr>
        <w:t>Kay pacha hunt’asqa uywakunaq llimp’inwan tinkisqa hatariyqa “llapanpaq” kasqanrayku, hinaspa “Jehováq kamachinman kasukuyta saqespa apostatakuq tukuy q’añu kallpakunata” rikuchisqanrayku, chaymi Estados Unidos ukhupi uywaq llimp’in ruwakusqanqa llapan apostatakuq q’añu kallpakuna huñunakusqanta reqsichin. Estados Unidos-llaqtapi protestantekunaqa 1844 watapi ñawpaq angelpa willakuyninta mana chaskispa apostatakurqanku, Laodiceapi Adventismupas 1863 watapi apostatakurqan. Apostatakuq protestantismuwan Laodiceapi Adventismuwanqa “huk huñunakuy watayta” ruwankuq, Republicanismo waqra ukhupi kaq política faccionkunawan, llulla profetapa pantachisqan, suyuyninkumanta kuska kaqta saqepunankupaq.</w:t>
      </w:r>
    </w:p>
    <w:p>
      <w:pPr>
        <w:pStyle w:val="ArticleBody"/>
        <w:jc w:val="left"/>
      </w:pPr>
      <w:r>
        <w:rPr>
          <w:rFonts w:ascii="Times New Roman" w:hAnsi="Times New Roman" w:eastAsia="Times New Roman" w:cs="Times New Roman"/>
        </w:rPr>
        <w:t>Uywaqa animalpa llikchayninwanqa llulla profetami kay pachata pantachin. Estados Unidos ukhupi rurasqa animalpa llikchayninpim, mana ch’uyaq kaq ichaq hukllachasqa “Satanaspa kallpankunapa huñusqan” paqarichiq llulla profetapas “llulla profeta” kananmi. Animalpa llikchayninqa iskay rikch’ayniyuqmi, ichaq kimsa-hukllaymi kanpas. Chay kimsa-hukllay, dragonmanta, animalmanta, llulla profetamantawan, kay pachata Armagedónman pusaykun. Animalpa llikchayninpi, ñawpaqta Estados Unidos ukhupi rurasqapi, kananmi huk kimsa-hukllay, chaypas iskay rikch’ayniyuq animalmi. Iskay llikchaykunapi animalman, iskay rikch’ayniyuq kayninqa Iglesiatawan Estadotawan huñuyninmi, iglesia chay t’inkisqapi kamachiq kasqanwan.</w:t>
      </w:r>
    </w:p>
    <w:p>
      <w:pPr>
        <w:pStyle w:val="ArticleBody"/>
        <w:jc w:val="left"/>
      </w:pPr>
      <w:r>
        <w:rPr>
          <w:rFonts w:ascii="Times New Roman" w:hAnsi="Times New Roman" w:eastAsia="Times New Roman" w:cs="Times New Roman"/>
        </w:rPr>
        <w:t>Kimsa kuti huñuyqa iskaynin uywakunapa rikch’ayninkunapipas rikuchisqa kananmi; ichaqa Apocalipsis qillqapi dragonpa, uywapa, llulla profetapa iskay rikhuriykuna kan. Kay pachantinpi uywapa rikch’ayninpa kimsa kuti sayayninqa rikuchisqanmi espiritismoqpi (dragon), catolicismoqpi (uywa), hinaspa apostata protestantismoqpi (llulla profeta). Chay kimsa kaqninkunam mana religiónmanta huk elementiyniyoqllachu kanku (espiritismo, catolicismo, apostata protestantismo), aswanpas políticamanta huk elementiyniyoqmi kanku. Dragonqa (imaymana rikch’ay socialismokuna), uywaqa (huk monarquía), llulla profetaqa (república hina qallarin, democracia hina tukukun).</w:t>
      </w:r>
    </w:p>
    <w:p>
      <w:pPr>
        <w:pStyle w:val="ArticleBody"/>
        <w:jc w:val="left"/>
      </w:pPr>
      <w:r>
        <w:rPr>
          <w:rFonts w:ascii="Times New Roman" w:hAnsi="Times New Roman" w:eastAsia="Times New Roman" w:cs="Times New Roman"/>
        </w:rPr>
        <w:t>Kimsa kuti huñusqa hukllay, Estados Unidos nisqapi huñunakamuq, llulla profetawan kallpachasqa (pantachisqa) kachkan, hina beastpa llaqtapacha imagenninpas. Apocalipsis libropeqa huknin kimsa kuti huñusqa hukllay kan, mayqinchus kimsa apostata atiykunawan reqsichisqa, mana tukukuq t’uqumanta lluqsimuqkunawan. Catolicismoqa mana tukukuq t’uqumanta lluqsin, chunka qanchisniyuq kapítulopi, hinaspa paymi beast kachkan chay kimsa kuti huñusqa hukllaymanta, mana tukukuq t’uqumanta.</w:t>
      </w:r>
    </w:p>
    <w:p>
      <w:pPr>
        <w:pStyle w:val="ArticleScripture"/>
        <w:jc w:val="left"/>
      </w:pPr>
      <w:r>
        <w:rPr>
          <w:rFonts w:ascii="Times New Roman" w:hAnsi="Times New Roman" w:eastAsia="Times New Roman" w:cs="Times New Roman"/>
        </w:rPr>
        <w:t>Rikuykanki chay uywaqa karqanmi, manañam kanchu; ukataq wichq’asqa mana tukukuq t’oqomanta lluqsinqa, chinkaymanpas rinqa. Kay pachapi tiyaqkunaqa admirakunku, paykunapa sutinkunaqa manam qelqasqachu kawsay libropi kay pacha kamarisqanmantapacha, chay uywata qawaspanku, mayqinchus karqan, manañam kanchu, ichaqa kachkanraq. Apocalipsis 17:8.</w:t>
      </w:r>
    </w:p>
    <w:p>
      <w:pPr>
        <w:pStyle w:val="ArticleBody"/>
        <w:jc w:val="left"/>
      </w:pPr>
      <w:r>
        <w:rPr>
          <w:rFonts w:ascii="Times New Roman" w:hAnsi="Times New Roman" w:eastAsia="Times New Roman" w:cs="Times New Roman"/>
        </w:rPr>
        <w:t>Ateísmo nisqapa dragón atiyninqa chunka hukniyuq capítulopeqa uku mana tukuyniyuq t’oqomantam hatarimun.</w:t>
      </w:r>
    </w:p>
    <w:p>
      <w:pPr>
        <w:pStyle w:val="ArticleScripture"/>
        <w:jc w:val="left"/>
      </w:pPr>
      <w:r>
        <w:rPr>
          <w:rFonts w:ascii="Times New Roman" w:hAnsi="Times New Roman" w:eastAsia="Times New Roman" w:cs="Times New Roman"/>
        </w:rPr>
        <w:t>Chaymantapasmi paykunapa qespichiy willakuyta, ukhu mana tukukuq t’uqumanta wichariq bestiam paykunawan maqanakunqa, atipanqa, hinaspa wañuchinqa. Apocalipsis 11:7.</w:t>
      </w:r>
    </w:p>
    <w:p>
      <w:pPr>
        <w:pStyle w:val="ArticleBody"/>
        <w:jc w:val="left"/>
      </w:pPr>
      <w:r>
        <w:rPr>
          <w:rFonts w:ascii="Times New Roman" w:hAnsi="Times New Roman" w:eastAsia="Times New Roman" w:cs="Times New Roman"/>
        </w:rPr>
        <w:t>Islampa llulla profetanninqa t’uqyu mana tukukuyniyuqmanta lluqsimun isqon kaq capitulopi.</w:t>
      </w:r>
    </w:p>
    <w:p>
      <w:pPr>
        <w:pStyle w:val="ArticleScripture"/>
        <w:jc w:val="left"/>
      </w:pPr>
      <w:r>
        <w:rPr>
          <w:rFonts w:ascii="Times New Roman" w:hAnsi="Times New Roman" w:eastAsia="Times New Roman" w:cs="Times New Roman"/>
        </w:rPr>
        <w:t>Hinaspa phichqaq angel waqyachirqan, hinaspan huk qoyllurta rikurqani hanaq pacha-manta kay pachaman urmamushaqta; paymanmi qusqakuran ukhu t’uqu mana tukukuqpa llawin. Hinaspan pay kicharirqan ukhu t’uqu mana tukukuqta; chay t’uqumantataq qosñi lluqsimurqan hatun hornomanta qosñi hina; chay t’uqupa qosñinraykun intipas wayrapas tutayarqun. Qosñimantataq kay pachaman langostakuna lluqsimurqan; paykunamanmi atiyninku qusqakuran, imaynan kay pachapi alaqakuna atiyniyuq kanku hinata. Apocalipsis 9:1–3.</w:t>
      </w:r>
    </w:p>
    <w:p>
      <w:pPr>
        <w:pStyle w:val="ArticleBody"/>
        <w:jc w:val="left"/>
      </w:pPr>
      <w:r>
        <w:rPr>
          <w:rFonts w:ascii="Times New Roman" w:hAnsi="Times New Roman" w:eastAsia="Times New Roman" w:cs="Times New Roman"/>
        </w:rPr>
        <w:t>Hanaq pachamanta urmaykuq qoyllur, ukhu mana tukuyniyuq t’uquta kicharirqan, chayqa llulla willakuq Mohammedmi karqan; t’uquta kicharispaqa, Islam-pa maqanakuy runankunata, “ch’uspi hina” nisqa rikch’ayninpi sut’ichasqa, qhipa p’unchaykunapa willakuyninman haykuchirqan. Ukhu mana tukuyniyuq t’uqupa kimsantin huñuyninqa huk dragonta (atheism), huk bestiata (Catholicism), hinaspa huk llulla willakuqta (Islam) charin. Bestiapa llapan pachapi rikch’ayninpi, llulla willakuqqa apostata Protestantism-mi. Chay llulla willakuqqa llapan pachata pantachin, Salome-pa munay tusuyninwan, utaq Carmelo Orqopi Baal-pa willakuqkunapa tusuyninwan. Apocalipsis chunka kimsayuq capitulopiqa, bestiapa ñawpaqninpi rurashan milagrokunawanmi pachata pantachin. Chay pantachiyta sut’ichaq unanchaykunaqa qullqiwan q’ipiyman churanakuy atiyniyuq kallpata hinaspa maqanakuy atiyniyuq sinch’i kallpata sut’ichan.</w:t>
      </w:r>
    </w:p>
    <w:p>
      <w:pPr>
        <w:pStyle w:val="ArticleScripture"/>
        <w:jc w:val="left"/>
      </w:pPr>
      <w:r>
        <w:rPr>
          <w:rFonts w:ascii="Times New Roman" w:hAnsi="Times New Roman" w:eastAsia="Times New Roman" w:cs="Times New Roman"/>
        </w:rPr>
        <w:t>Hatun admirakuynin ruwasqanta ruwan, hinaqtinmi hanaq pachatam ninata uraykuchin kay pachaman runakunaq ñawpaqenpi. Hinallataq kay pachapi tiyakuqkunata pantachin chay admirakuyninkunawan, uywaq ñawpaqenpi ruwanapaq atiy qosqa kasqanrayku; paykunataq, kay pachapi tiyakuqkunata nin: uywapaq rikchayninta ruwachunku, chay espadawan k’iriychasqa karqa, ichaqa kawsarirqan. Hinallataq atiyniyuq karqa samayta qoyta uywaq rikchayninman, uywaq rikchaynin rimananpaq, hinaspa uywaq rikchayninta mana yupaychaqkuna wañuchisqa kananpaq. Hinallataq llapantam, huch’uykunata hatunkunata, qhapaqkunata wakchakunata, librekunata watasqakunata, paña makinpi utaq urkunpi señalta chaskichin; chayhina mana pipas rantinmanchu nitaq ranticunmanchu, mana señalniyuq kaqqa, utaq uywaq sutin kaqta, utaq sutinpa yupayninta. Apocalipsis 13:13–17.</w:t>
      </w:r>
    </w:p>
    <w:p>
      <w:pPr>
        <w:pStyle w:val="ArticleBody"/>
        <w:jc w:val="left"/>
      </w:pPr>
      <w:r>
        <w:rPr>
          <w:rFonts w:ascii="Times New Roman" w:hAnsi="Times New Roman" w:eastAsia="Times New Roman" w:cs="Times New Roman"/>
        </w:rPr>
        <w:t>Llullakuywan milagrokunawanpas, llulla profetawan tinkisqa kaqkunaqa, cheqaqpim qullqimanta kallpata rikuchinku (“ama pipas rantiyta nitaq rantichiyta atinqachu”), hinallataq soldadokuna kallpata (“wañuchisqa kananpaq”) rikuchinku. Bibliapi Islampa llulla profetanqa, Islampa rurayninta rikuchin, nacionkunata phiñachispa llaquichispa. Paykunaqa chay phiñachiyta llaquichiytawan maqanakuq hina ruwanku, hinallataq Bibliaqa reqsichin chay maqanakuyninmanta qatiqninpi qullqi p’akiy hatun llakiykuna paqarimusqanta. Islampa maqanakuynin, chaymanta qatiq qullqi urmayninwan kuska, chaymi hukchasqa kachkan “llapa ismusqa atiyniyuqkuna, Jehovápa kamachikuyninman kasukuyta saqisqakuna” nisqakunata hukllachaspa Estados Unidos llaqtapi.</w:t>
      </w:r>
    </w:p>
    <w:p>
      <w:pPr>
        <w:pStyle w:val="ArticleBody"/>
        <w:jc w:val="left"/>
      </w:pPr>
      <w:r>
        <w:rPr>
          <w:rFonts w:ascii="Times New Roman" w:hAnsi="Times New Roman" w:eastAsia="Times New Roman" w:cs="Times New Roman"/>
        </w:rPr>
        <w:t>Chakatanpi, saduceokunapas fariseokunapas hunt’ata “Jehovápa kamachinman kasukusqankumanta apostatarqanku”, hukllachasqa hamuspa cheqaq protestante waqranman chakatanankupaq. Cristota qhespichispa mana chaskispanku, Barabasta akllarqanku, payqa llulla Cristota rikch’achin. “Bar” nisqaqa churin nin, “Abba” nisqaqa tayta nin. Barabás nisqaqa “Taytapa Churin” nin. Cristoqa llapa profetakunamanta aswan hatun karqa, Barabás-taq llulla profetapa unanchaqnin karqa.</w:t>
      </w:r>
    </w:p>
    <w:p>
      <w:pPr>
        <w:pStyle w:val="ArticleBody"/>
        <w:jc w:val="left"/>
      </w:pPr>
      <w:r>
        <w:rPr>
          <w:rFonts w:ascii="Times New Roman" w:hAnsi="Times New Roman" w:eastAsia="Times New Roman" w:cs="Times New Roman"/>
        </w:rPr>
        <w:t>Pachak tawa chunka tawa waranqa sellasqa pacha-pi, allpa animalpa iskay waqrankuna qhipa profetiku rikurimusqankuman chayanku. Hukninqa Cristopa rikch’ayninta sut’ichin, huknintaq animalpa rikch’ayninta. Kay iskay waqra rikurimusqankumanta willakuy historiapi, apostata protestantismonqa 2001 watapi Patriot Act nisqawan qallarin paypa puriyninta utqaylla hamuq domingo kamachikuykama. Chay waymarkqa tupachkan Independenciapa Willakuyninwan, mayqenchus qallariyninpi ovejahina rimarqan; protestantismopa hatarikuyninta sut’ichisqanrayku reykuna atiynin contra hinaspa papa yupaychay kamachikuynin contra. Chay waymark mayqanwan tukukuyninpi tupachkan (Patriot Act), protestantismopa ñit’iykusqa kasqanta sut’ichin.</w:t>
      </w:r>
    </w:p>
    <w:p>
      <w:pPr>
        <w:pStyle w:val="ArticleBody"/>
        <w:jc w:val="left"/>
      </w:pPr>
      <w:r>
        <w:rPr>
          <w:rFonts w:ascii="Times New Roman" w:hAnsi="Times New Roman" w:eastAsia="Times New Roman" w:cs="Times New Roman"/>
        </w:rPr>
        <w:t>Iskay iskay waqranakunaq sellasqa tiempopi puriyninpi iskay kaq señalqa qallariypi Constituciónwanmi rikuchisqa karqa, chaymi iskay atiynakuna t’aqayta qillqaspa kamachirqan, mayqinchus allpa uywaq kallpan kasqa. Chay señalqa tukukuyninpi kikinchasqanman chayarqan, “Kangaroo Court” nisqa 6 de enero de 2021 watapi uyarisqa tantanakuykunapi, maypichus Constituciónpa aswan hatun privilegionkuna saqisqa karqan, política conveniencia rayku.</w:t>
      </w:r>
    </w:p>
    <w:p>
      <w:pPr>
        <w:pStyle w:val="ArticleBody"/>
        <w:jc w:val="left"/>
      </w:pPr>
      <w:r>
        <w:rPr>
          <w:rFonts w:ascii="Times New Roman" w:hAnsi="Times New Roman" w:eastAsia="Times New Roman" w:cs="Times New Roman"/>
        </w:rPr>
        <w:t>Iskay wañuq ñan rikhuchiqmi iskay waqra-yuqpa tukukuq puriyninpiqa kay pisi p’unchaw hamuq domingo kamachiy, chaymi qallariyninpi rikch’achisqa karqan Alien and Sedition Acts nisqawan. Chay hinaqa, qallariq willakuykunapa kinsa ñan rikhuchiqninmi reqsichin huk ch’iqiyta, Ovejapa unanchasqan sapallay kaymantaq libertadmanta (1776) — chaylla sut’in kachkan cheqaqta libre kaypaq — dragónpa watasqa kamayninman (1798).</w:t>
      </w:r>
    </w:p>
    <w:p>
      <w:pPr>
        <w:pStyle w:val="ArticleBody"/>
        <w:jc w:val="left"/>
      </w:pPr>
      <w:r>
        <w:rPr>
          <w:rFonts w:ascii="Times New Roman" w:hAnsi="Times New Roman" w:eastAsia="Times New Roman" w:cs="Times New Roman"/>
        </w:rPr>
        <w:t>Kimsa señalkuna sellos churasqa tiempomanta reqsichin kay pacha animalpa qhepa puriyninta, paymi llulla profeta. Chay puriy tukukun Jerusalénpi, estandarte oqarisqa kaptin, hinallataq achka runakuna chaymanta ninqaku: “Hamuychik, hinaspa wicharisunchik Señorpa orqonman, Jacobpa Diosninpa wasinman; paymi ñanninkunamanta yachachiwanchik, ñoqanchiktaq purisunchik ñanninkunapi: Sionmantaqa lloqsinqa kamachikuy, Señorpa simintaq Jerusalénmanta.”</w:t>
      </w:r>
    </w:p>
    <w:p>
      <w:pPr>
        <w:pStyle w:val="ArticleBody"/>
        <w:jc w:val="left"/>
      </w:pPr>
      <w:r>
        <w:rPr>
          <w:rFonts w:ascii="Times New Roman" w:hAnsi="Times New Roman" w:eastAsia="Times New Roman" w:cs="Times New Roman"/>
        </w:rPr>
        <w:t>Kay pacha uywapa qhipa kimsa patapi puriyninqa, llulla willakuqpa Jerusalénman riy puriyninmi. Cheqaq Willakuq hamuspa Jerusalénman yaykusqanpacha, asnu patapin hamurqan. Uywapaqa “asnu” patallataq Jerusalénman yaykunpas, llulla willakuq hina (kay pacha uywa), Balaamwanmi rikuchisqa kachkan. Balaamqa, sutiyoq kaytaq qhapaq kayta maskhaspa, cheqaq willakuq kayman waqyakuymanta kutirikurqan, hinaspa “Jehovápa kamachinman kasukuyta apostasiarqan.” Payqa Diospa llaqtanta ñakayman churaypi yaykunanta sunqunpi churakurqan, imaynan Estados Unidos nisqapas utqay hamuq domingo kamachikuypi ruwanqa chay hinallataq.</w:t>
      </w:r>
    </w:p>
    <w:p>
      <w:pPr>
        <w:pStyle w:val="ArticleBody"/>
        <w:jc w:val="left"/>
      </w:pPr>
      <w:r>
        <w:rPr>
          <w:rFonts w:ascii="Times New Roman" w:hAnsi="Times New Roman" w:eastAsia="Times New Roman" w:cs="Times New Roman"/>
        </w:rPr>
        <w:t>Balaampa puriyyninqa huk asnupi sillaqaspam hunt’akúrqa, chay puriyyninpiqtaq kimsa kuti reqsichin Balaampa asnunqa Balaamman llakiyta apamurqan. Ñawpaq kutiqa asnuqa ñanmantam lluqsirqan.</w:t>
      </w:r>
    </w:p>
    <w:p>
      <w:pPr>
        <w:pStyle w:val="ArticleScripture"/>
        <w:jc w:val="left"/>
      </w:pPr>
      <w:r>
        <w:rPr>
          <w:rFonts w:ascii="Times New Roman" w:hAnsi="Times New Roman" w:eastAsia="Times New Roman" w:cs="Times New Roman"/>
        </w:rPr>
        <w:t>Asnupis Señorpa angelninta ñanpi sayaqta rikurqan, makinpi espadan hurqusqata apaqta; hinaspan asnupis ñanmanta witikurqan, chakra-man yaykuspa. Chaymi Balaamqa asnuta maqaykurqan, ñanman kutichinampaq. Números 22:23.</w:t>
      </w:r>
    </w:p>
    <w:p>
      <w:pPr>
        <w:pStyle w:val="ArticleBody"/>
        <w:jc w:val="left"/>
      </w:pPr>
      <w:r>
        <w:rPr>
          <w:rFonts w:ascii="Times New Roman" w:hAnsi="Times New Roman" w:eastAsia="Times New Roman" w:cs="Times New Roman"/>
        </w:rPr>
        <w:t>11 ñiqin sitimri killapi, 2001 watapi, kinsa kaq ayliypaq Islam, Biblia willakuykunapi willasqa sallqa Arabia asnu hina, Balaamta ñanmanta lluqsichirqan, imaraykuchus New York llaqtap hatun wasi rurasqakuna urmaqtin, chayqa huk “muyuy t’inkuy” karqan nacionkunapaq hinallataq iglesiapaq historiankupi. Ñanpi sayasqa angelqa, chaypacha uraykamuspa kay pachata kikinpa hatun k’anchayninwan k’anchachiq atiyniyuq angelmi karqan. Asnuqa huk kutitawan Balaamman llakiyta apachinqa.</w:t>
      </w:r>
    </w:p>
    <w:p>
      <w:pPr>
        <w:pStyle w:val="ArticleScripture"/>
        <w:jc w:val="left"/>
      </w:pPr>
      <w:r>
        <w:rPr>
          <w:rFonts w:ascii="Times New Roman" w:hAnsi="Times New Roman" w:eastAsia="Times New Roman" w:cs="Times New Roman"/>
        </w:rPr>
        <w:t>Ichaqa Señorpa angelninqa sayarqan uvas chakra-kunapa ñanninpi, huk ladopi perqa kaspa, huk ladopipas perqa kaspa. Asnupas Señorpa angelninta rikuspataq perqaman ñit’iykukuspa Balaampa chakinta perqawan ñit’irqan; hinaspataq payqa yapamanta maqaykurqan. Números 22:24, 25.</w:t>
      </w:r>
    </w:p>
    <w:p>
      <w:pPr>
        <w:pStyle w:val="ArticleBody"/>
        <w:jc w:val="left"/>
      </w:pPr>
      <w:r>
        <w:rPr>
          <w:rFonts w:ascii="Times New Roman" w:hAnsi="Times New Roman" w:eastAsia="Times New Roman" w:cs="Times New Roman"/>
        </w:rPr>
        <w:t>2001 watapi setiembri 11 qhipaman, Diospa llaqtanqa uvas chakra taki willakuyta takinankupaq karqan (Isaías, capítulo iskay chunka qanchisniyuq), maypichus kunan Balaam kashan, huk “pirqa” kay ladopi, huk “pirqa” wak ladopipas. Estados Unidospa uray linderonpi kaq pirqaqa chay asunto kashan, mayqenchus ñawpaqman purin “Iglesiawan Estadomanta rakisqa pirqa” urmananpaq, kimsa kaq, tukukuq waymarkapi. Uray linderopa “pirqa” asuntunpi Balaampa “chakinqa” ñit’isqa kachkan, imaraykuchus inmigraciónmanta ukhu awqanakuy qallarispa, pacha animalta iskay chikninnaq partidokunaman rakiyta qallarin, Guerra Civilpa kutimusqan manaraq hamuqtin.</w:t>
      </w:r>
    </w:p>
    <w:p>
      <w:pPr>
        <w:pStyle w:val="ArticleBody"/>
        <w:jc w:val="left"/>
      </w:pPr>
      <w:r>
        <w:rPr>
          <w:rFonts w:ascii="Times New Roman" w:hAnsi="Times New Roman" w:eastAsia="Times New Roman" w:cs="Times New Roman"/>
        </w:rPr>
        <w:t>Iskay pirqa chawpinpi iskay pirqa chawpipi rikhurichisqa willakuymi, 1789 watamanta 1798 watakama Constitucionpa señalananwan rikuchisqa historiata, mayqinchus 2015 watapa historianta unanchasqa karqa, chay watapin Trump presidente kay llamk’anapaq kamarikusqanta willarqa, “pirqata sayachiy” nisqanta sinchi takyaspa; chaymantataq manaraq unaymanta hamuq domingu kamachikuy Iglesiatawan Estadota t’aqachiq pirqata chinkachinqa.</w:t>
      </w:r>
    </w:p>
    <w:p>
      <w:pPr>
        <w:pStyle w:val="ArticleBody"/>
        <w:jc w:val="left"/>
      </w:pPr>
      <w:r>
        <w:rPr>
          <w:rFonts w:ascii="Times New Roman" w:hAnsi="Times New Roman" w:eastAsia="Times New Roman" w:cs="Times New Roman"/>
        </w:rPr>
        <w:t>Qhapaq chunka hukniyuq p’unchaw killapi, iskay waranqa huk watapi qhipamanta, allpa animal, Balaamwan rikuchisqa, t’aqasqa kayta qallarisqa. Balaampa iskay perqanpa t’aqasqanqa, iskay clasekunapa rakiyta rikuchin, allpa animalpa iskaynin waqrankunapi ukhupi; chayqa rikuchisqa karqan Trumppa akllasqanwan 2016 watapi, iskay testigokunapa wañusqanwan 2020 watapi, Pelosi juzgokunawan enero 6, 2021 watapi, iskay testigokunapa kawsarichisqanwan 2023 watapi, hinaspa asnupa Balaamta cojoyachisqanwan octubre 7, 2023 watapi.</w:t>
      </w:r>
    </w:p>
    <w:p>
      <w:pPr>
        <w:pStyle w:val="ArticleBody"/>
        <w:jc w:val="left"/>
      </w:pPr>
      <w:r>
        <w:rPr>
          <w:rFonts w:ascii="Times New Roman" w:hAnsi="Times New Roman" w:eastAsia="Times New Roman" w:cs="Times New Roman"/>
        </w:rPr>
        <w:t>Balaampa puriy ñanpa qhepa waymarkninqa chay asnupas “rimarisqan” pacham; chayqa utqay hamuq Domingo kamachikuypi kashan, maypim Estados Unidos dragón hina rimarin, maypim Apocalipsis chunka pusaqniyuq angelqa iskay kutita rimarin, hinallataq maypim Habacucpa suyarisqa rikuyñin rimarin. Chay suyarisqa rikuyqa kinsa kaq llakikuyta apamuq Islampa rikuyñin karqan, hinaspa chayqa sallqa asnu hina rimarin, sallqa rurayninkunawan, chay utqay hamuq Domingo kamachikuypi.</w:t>
      </w:r>
    </w:p>
    <w:p>
      <w:pPr>
        <w:pStyle w:val="ArticleScripture"/>
        <w:jc w:val="left"/>
      </w:pPr>
      <w:r>
        <w:rPr>
          <w:rFonts w:ascii="Times New Roman" w:hAnsi="Times New Roman" w:eastAsia="Times New Roman" w:cs="Times New Roman"/>
        </w:rPr>
        <w:t>Hinaspanmi Señorpa angelnin ñawpaqman aswan rirqa, huk k’iti kitipi sayarirqa, maypichus mana karqachu mayman muyurinanpaq, ni pañaman ni lloq’eman. Chaymanta asnu Señorpa angelninta rikuspa, Balaampa uranman pampakama urmaykurqa; hinaspan Balaampa phiñakuynin rawrarirqa, asnuta huk varawan maqaykurqa. Chaymi Señorqa asnupa siminta kicharirqa, paytaq Balaamman nirqa: “Imatataq qanman rurayki, kay kimsa kutita maqawanaykipaq?” Balaamtaq asnuman nirqa: “Qamqa asipayawankiraqmi; makiypi espada kanman chayqa, kunanpacham wañuchiykiman.” Asnutaq Balaamman nirqa: “¿Manachu noqa qanpa asnuyki kani, mayqanpiqmi noqapiqmi llaqtarirqanki, qanpa kasqaymanta kay p’unchaykama? ¿Hayk’aqllapas kayhinata rurayta yachaq karqanichu qanman?” Paytaq nirqa: “Mana.” Chaymantataq Señorqa Balaampa ñawinkunata kicharirqa, paymi Señorpa angelninta ñanpi sayashaqta rikurqa, makimpi qaspisqa espadawan; hinaspan umanta k’umuykuspa, uyanta pampaman churaykuspa urmaykurqa. Números 22:26–31.</w:t>
      </w:r>
    </w:p>
    <w:p>
      <w:pPr>
        <w:pStyle w:val="ArticleBody"/>
        <w:jc w:val="left"/>
      </w:pPr>
      <w:r>
        <w:rPr>
          <w:rFonts w:ascii="Times New Roman" w:hAnsi="Times New Roman" w:eastAsia="Times New Roman" w:cs="Times New Roman"/>
        </w:rPr>
        <w:t>Estados Unidosqa llulla willakuqmi, kay pachapi llaqtakunata engañaspa uywakunaq rikchayninta llapa pachapi sayachinankupaq. Chay pacha, Estados Unidos ukhupi uywakunaq rikchaynin kamarisqa kanan pachapi, Estados Unidosqa llulla willakuqwan aparisqami, Balaampa asnuwan rikuchisqa hina. Llulla willakuqqa, pachak tawa chunka tawa waranqa sellakusqa kanan pachapi, Estados Unidospi llapa chay ismuyuq atiyninkunata huñuchispa iglesiawan estadota huñusqa tupanakuyman apan, kinsa kaq ay markaypi Islammi.</w:t>
      </w:r>
    </w:p>
    <w:p>
      <w:pPr>
        <w:pStyle w:val="ArticleBody"/>
        <w:jc w:val="left"/>
      </w:pPr>
      <w:r>
        <w:rPr>
          <w:rFonts w:ascii="Times New Roman" w:hAnsi="Times New Roman" w:eastAsia="Times New Roman" w:cs="Times New Roman"/>
        </w:rPr>
        <w:t>Llaqtan ruwaynintaqa maqanakuyniyoqmanta, chay maqanakuymanta paqarisqa qullqi kamachiy p'akisqawanmi hunt'an. Chay iskay k'anchaykunam hukllakaya kallpankuna, imaynan Estados Unidos-ukupaq llulla willakuqnin llamk'achin, hinallataq tukuynin pachapi runakunata tanqanakunapaq, maypachachus ukhu mana tukukuq t'uqupa llulla willakuqnin Estados Unidospi rurasqan ruwayta kutichin chaymanta.</w:t>
      </w:r>
    </w:p>
    <w:p>
      <w:pPr>
        <w:pStyle w:val="ArticleBody"/>
        <w:jc w:val="left"/>
      </w:pPr>
      <w:r>
        <w:rPr>
          <w:rFonts w:ascii="Times New Roman" w:hAnsi="Times New Roman" w:eastAsia="Times New Roman" w:cs="Times New Roman"/>
        </w:rPr>
        <w:t>Huk Estados Unidosqa kunanqa iskay perqakunapa chawpinpi kashan: perqa asuntupi (inmigración) chaymi 1798 watapi Alien and Sedition Acts nisqakunaq sonqon karqan, hinallataq iglesiawan estadom chhikanakuy perqapi, chaymi utqayllam hamuq domingo kamachiywan llapanpaq qichusqa kanqa. Estados Unidosqa qullqipiñam ñak’arichisqa kashan, imaraykuchus naciónpa manunqa mana allinchay atinañachu. Dragón atiyninmi kunanqa llulla qullqi qhawariyta sayarichishan, ichaqa chayqa llullam, nispa qhapariyninwan sut’ichin qhapaq kayqa imprimiy makhinawan rurakusqanman; ichaqa tukuy hinantinpiqa, dragónqa Biblia profeciapi llullaqmi. Payqa llullayninta mast’arichin Hitlerpa reqsisqa propaganda makinaq kunan p’unchay rikch’ayninwan, chhaynapi kallpachaspam Alien and Sedition Acts nisqakunaq tawa kaq imapa kutimunanpaq yuyaychanata qun, chaymi presidente-man atiyta qorqan ima medio de comunicaciónpas yuyayninkunata mana allinchaspa sayaqta wisq’anampaq.</w:t>
      </w:r>
    </w:p>
    <w:p>
      <w:pPr>
        <w:pStyle w:val="ArticleBody"/>
        <w:jc w:val="left"/>
      </w:pPr>
      <w:r>
        <w:rPr>
          <w:rFonts w:ascii="Times New Roman" w:hAnsi="Times New Roman" w:eastAsia="Times New Roman" w:cs="Times New Roman"/>
        </w:rPr>
        <w:t>Jesúsqa sapa kuti huk imapa tukukuyninta rikuchinqa qallariyninwan. Estados Unidospi animalpa imagenñinqa kay pachapi llapaq animalpa imagenñinpa kikin profétiko característicasninkunata hap’iyta tiyan, chaytaq cheqaqmi; ichaqa allpapa animal falso profetapa ukunpi millay tukusqa huñuyta rurachiq llullakuyqa Islampa falso profetanmi. Balaamapas, asnupas, iskayninku llulla profetakunapa símbolonkuna kanku. Pachak tawa chunka tawayoq waranqa sellakusqanpa historianninqa kimsa ukhupacha mana tukukuq t’oqo atiyninkunapa historiannim. Ukhupacha mana tukukuq t’oqomanta Islamqa 11 de septiembre de 2001 p’unchaypa ñawpaq waymarkninmi. Ukhupacha mana tukukuq t’oqopa ateísmonqa 2020 watapi iskay testigokunata wañuchinapaq hatarin, hinaspa ukhupacha mana tukukuq t’oqopa catolicismonqa wañusqanmantam hatarin, utqaylla hamuq domingo ley tiempopi.</w:t>
      </w:r>
    </w:p>
    <w:p>
      <w:pPr>
        <w:pStyle w:val="ArticleBody"/>
        <w:jc w:val="left"/>
      </w:pPr>
      <w:r>
        <w:rPr>
          <w:rFonts w:ascii="Times New Roman" w:hAnsi="Times New Roman" w:eastAsia="Times New Roman" w:cs="Times New Roman"/>
        </w:rPr>
        <w:t>Kay yachayta qatiqkusunchik hamuq qillqapi.</w:t>
      </w:r>
    </w:p>
    <w:p>
      <w:pPr>
        <w:pStyle w:val="ArticleScripture"/>
        <w:jc w:val="left"/>
      </w:pPr>
      <w:r>
        <w:rPr>
          <w:rFonts w:ascii="Times New Roman" w:hAnsi="Times New Roman" w:eastAsia="Times New Roman" w:cs="Times New Roman"/>
        </w:rPr>
        <w:t>“Kay pachaqa mana allinyakunchu. Mana allin runakuna, pantachiqkunapas aswan-aswan mana allinman tukunqaku, hukkunata pantachispa, kikinkunapas pantachisqa kaspa. Diospa Churinta, sapa cheqaq Diospa rikch’ayninta, allin kayniyoqta, khuyapayakuyniyoqta, mana sayk’uq munakuyniyoqta, sonqon runakunaq llaquiyninkunawan sapa kuti kuyurikuqta, chinkachispa, paypa rantinpi wañuchiqta akllakuspa, judíokunaqa rikuchirqaku imata runa kaynin ruwayta atinman, hinallataq ruwayta ruwanmanpas Espíritu Diospa hark’aynin atinaynin apasqa kaptin, runakunaq apostatapa kamachikuynin uranpi kaptinku. Satanasta kamachiqninku hina akllakuqkunaqa akllasqa apuqninku espírituyninta rikuchinqaku.”</w:t>
      </w:r>
    </w:p>
    <w:p>
      <w:pPr>
        <w:pStyle w:val="ArticleScripture"/>
        <w:jc w:val="left"/>
      </w:pPr>
      <w:r>
        <w:rPr>
          <w:rFonts w:ascii="Times New Roman" w:hAnsi="Times New Roman" w:eastAsia="Times New Roman" w:cs="Times New Roman"/>
        </w:rPr>
        <w:t>“Kay pachaqa manam allinyanqachu Diosqa tiyananmantam lluqsinqa huchankunamanta payta castigananpaqkama. Chaymantaqa kay allpaqa yawarninta rikuchinqa, wañusqankunatapas manañam pakallinqañachu. Cristoqa discipulonkuna­ta waqyarqan: ‘Qhawakuychis ama pipas qankunata pantachisunanpaq. Achka runakunam sutiypi hamunqaku, nispa: Noqam Cristom kani; hinaspam achkata pantachinqaku. Qankunaqa uyarinkichismi awqanakuykunamanta, awqanakuykunapa willakuyninkunamantawan: ama manchariychischu; tukuy kaykunaqa pasanam tiyan, ichaqa manaraqmi tukukuyqa chayamunraqchu. Llaqtam llaqtapaq hatarinqa, reinopas reinopaq; hinaspam yarqaykuna kanqa, unquy pesti-kunapas, pachakuykuna ima, achka cheqeskunapi. Tukuy kaykunaqa nanaykuna qallariyninllam. Chaymantam qankunata entregasunkichis ñak’arichisqa kanaykichispaq, wañuchisunkichistam; sutiyraykum tukuy llaqtakuna qankunata cheqninqaku. Chaypim achkakuna urmanqaku, huknin hukninta entreganakunqaku, huknin hukninta cheqninakunqaku. Achka llulla profetakunapas hatarinqaku, hinaspam achkata pantachinqaku. Huchallikuyqa yapaykusqanraykum achkakunapa munakuyninqa chiriyanqa. Ichaqa pichus tukukuyninkama sayaqta muchuqta muchunqa, paymi salvasqa kanqa.’”</w:t>
      </w:r>
    </w:p>
    <w:p>
      <w:pPr>
        <w:pStyle w:val="ArticleScripture"/>
        <w:jc w:val="left"/>
      </w:pPr>
      <w:r>
        <w:rPr>
          <w:rFonts w:ascii="Times New Roman" w:hAnsi="Times New Roman" w:eastAsia="Times New Roman" w:cs="Times New Roman"/>
        </w:rPr>
        <w:t>“Cristo kay pachapi kay hallp’api kashaqtin, kay pachaqa Barabás-ta akllarqan. Kunan p’unchaykunapipas kay pacha hinallataq iglesiakunapas chay kikin akllayta ruwashanku. Cristo-ta entregasqankumanta, mana chaskisqankumanta, chakatapi wañuchisqankumanta rikch’akuykunaqa musuqmanta rurakusqañam, hinaspataq hatun llapanchikman chayaspa yapamanta rurakullanqataqmi. Runakunaqa awqapa kayninwan hunt’asqa kanqaku, paywan kuskataq pantachikuyninkunaqa ancha atiyniyuq kanqaku. Kikin chay tupuman hina, achki mana chaskisqa kaptinqa, pantay yuyaywan mana allin hamut’aywanmi kanqa. Cristo-ta mana chaskiqkuna, Barabás-ta akllaqkunaqa wañuchiq pantachikuypi llamk’anku. Mana cheqaq rikuchiywan llulla testigokunaqa sut’i hatariyman wiñanqaku. Ñawi millay kaptinqa, tukuy cuerpupas tutayaywan hunt’a kanqa. Pipas munakuyninkuta Cristo-manqa mana, aswan huk pusayman quqkunaqa tarikunqaku cuerponku, alman ku, espiritunku ima, hina ancha musphachiq munaypa kamachisqan ukhupi, chaypa atiyninwan almasqa cheqaqta uyariymanta kutiripun llullata iñinankupaq. Paykunaqa trampapi urmanakuspam hapisqa apasqa kanqaku, hinaspataq sapa ruwayninkupi qaparinqaku: Qowayku Barabás-ta kacharipuy, Cristo-taq chakatapi wañuchiy.”</w:t>
      </w:r>
    </w:p>
    <w:p>
      <w:pPr>
        <w:pStyle w:val="ArticleScripture"/>
        <w:jc w:val="left"/>
      </w:pPr>
      <w:r>
        <w:rPr>
          <w:rFonts w:ascii="Times New Roman" w:hAnsi="Times New Roman" w:eastAsia="Times New Roman" w:cs="Times New Roman"/>
        </w:rPr>
        <w:t>“Kunanpas kaymi kay akllay ruwasqa kachkan. Chakata patapi rurasqa rikch’ariykunaqa yapamanta rurasqa kachkanku. Cheqaq kaymanta hinaspa chanin kaymanta karunchakusqa iglesiakunapiqa rikuchisqa kachkan imatataq runa kay atinqa hinaspa ruwanqa, Diospa munakuynin mana alma ukhupi wiñaypaq tiyasqa kamachiq yachay kaptin. Kunan p’unchawkunapi ima pasaykunamantapas manam muspharinanchu. Manam manchakuywan qhawarinanchu ima manchay rikch’ariykunamantapas. Diospa kamachikuyninta qhelli chakinkuwan saruqkunaqa kikin espirituyuqmi kanku, Jesus-ta phiñachaq hinaspa oqaripaq runakunapa espiritun hina. Mana ima sonqo nanayniyuq, paykunaqa taytankupa, supaypa, rurayninkunata ruwanqaku. Judaspa qhelli siminmanta lluqsimusqa tapuyta ruwanqaku: ¿Imatataq quwankichik noqaman, Cristo Jesus-ta qankunaman oqaripunaypaq? Kunanpas Cristoqa oqarisqa kachkan santokunapa personanpi.”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Qelqen - Pachak iskay chunka tawaqniyuq iskayniyuqniyuq</dc:title>
  <dc:subject>Uywaqallqupa Rikchayninpa Kamakuynin: Huk Profétik Puriy Pasqasqa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