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 - Pachak tawa chunka kimsañiqin</w:t>
      </w:r>
    </w:p>
    <w:p>
      <w:pPr>
        <w:pStyle w:val="ArticleSubtitle"/>
        <w:jc w:val="left"/>
      </w:pPr>
      <w:r>
        <w:rPr>
          <w:rFonts w:ascii="Arial" w:hAnsi="Arial" w:eastAsia="Arial" w:cs="Arial"/>
        </w:rPr>
        <w:t>Sut’inchasqa Kallpachaq Rikch’ayninkuna Qallarichiy: Qhipa Umalliq, Beastpa Lantunwan Imahinataq Kasqanmanta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Bibliaq willakuy proféticopi ñawpaq qhapaq suyuqa Babilonia karqan, hinaspataq Babiloniamanta profético testimoniopi ñawpaqta qhipa kamachiqkunaqa sut’inchaywan, munaychasqa yuyaywanpas profético unanchakuna hina apasqa karqanku. Iskay kaq qhapaq suyupi, Medo-Persia nisqapi, ñawpaq iskay kamachiqkunaqa, hukninmi kikin rey karqan ñawpaq kaq kimsa kamachiykunamanta hukta rurasqa, chay kamachiykunaqa ñawpaq Israel llaqtata Jerusalénman kutirimunankupaq saqisqa karqan; hinaspataq qatiq iskay kamachiqkunaqa iskay kaqta, kimsa kaqta kamachiykunata qusqankuta sut’inchaywan reqsisqa karqanku. Chay hinallataq, Alejandro Hatunwan rikuchisqa atiyniyuq reyqa, hinaspataq kimsa kaq Grecia nisqa qhapaq suyup historiapi qatiq generalkuna, reykunapas, palabra proféticapi reqsisqa karqanku. Tawa kaq qhapaq suyu, pagan Roma nisqaqa, chay qhapaq suyupi kamachiqkunata, emperadorkunatapas sut’inchaywan rimarin.</w:t>
      </w:r>
    </w:p>
    <w:p>
      <w:pPr>
        <w:pStyle w:val="ArticleBody"/>
        <w:jc w:val="left"/>
      </w:pPr>
      <w:r>
        <w:rPr>
          <w:rFonts w:ascii="Times New Roman" w:hAnsi="Times New Roman" w:eastAsia="Times New Roman" w:cs="Times New Roman"/>
        </w:rPr>
        <w:t>Israelpa llapa reykunan, hanaq lawpi kaqpas uray lawpi kaqpas, reqsichisqa karqan; llapallanmi Diospa profetiko Siminpi unanchakuna kan, hinallataq Asiriapa reykunapas, Egiptopa Faraonkunapas. Yuyayqa, Diospa profetiko Siminqa cheqaqtapuni Estados Unidos nisqa suyupa presidentekunata rimapaykuman chayqa, mana yuyayman hap’iq hina uyariykunman rikch’arinman, ñawiyoq kaspapas mana reqsiqkunaman, rinriyoq kaspapas mana entiendiqkunaman. Ichaqa aswan mana allin yuyaymi kanman Diosqa mana rimapaykunmanchu Apocalipsis chunka kimsayoqpi nisqa allpa animalpa presidentekunata, imaraykuchus chaymi qhepa p’unchaykunapa profeciakunapa hatun referencia ninanpaq kaq.</w:t>
      </w:r>
    </w:p>
    <w:p>
      <w:pPr>
        <w:pStyle w:val="ArticleBody"/>
        <w:jc w:val="left"/>
      </w:pPr>
      <w:r>
        <w:rPr>
          <w:rFonts w:ascii="Times New Roman" w:hAnsi="Times New Roman" w:eastAsia="Times New Roman" w:cs="Times New Roman"/>
        </w:rPr>
        <w:t>Estados Unidospa qhepa kaq umalliqninqa proféticapa munayninrayku ñawpaq umalliqninwanmi rikuchisqa kanan karqa. Qhepa Republicano umalliq hinaqa, proféticapa munayninrayku ñawpaq Republicano umalliqninwanmi rikuchisqa kanan karqa. Tukukuynin musuqchasqa kuyuypa historiampi qhepa umalliq kasqanraykuqa, chay profético pacha qallaripi ñawpaq umalliqninwanpas rikuchisqañam karqa. Tukukuy pacha kinsa kaq hatun mundu maqanakuy pachapi kamachiq umalliq kananpaq kasqanraykuqa, ñawpaq kaq hukñiqin kaq mundu maqanakuykunapi kamachiq umalliqkuna raykupas rikuchisqañam karqa.</w:t>
      </w:r>
    </w:p>
    <w:p>
      <w:pPr>
        <w:pStyle w:val="ArticleBody"/>
        <w:jc w:val="left"/>
      </w:pPr>
      <w:r>
        <w:rPr>
          <w:rFonts w:ascii="Times New Roman" w:hAnsi="Times New Roman" w:eastAsia="Times New Roman" w:cs="Times New Roman"/>
        </w:rPr>
        <w:t>Kimsa mundial gūrrakuna, llapanku Amerikapa historiapi pasak, profeciapa kimsa kuti hunt’akuyninta rikuchinku. Kinsa kaq mundial gūrra, maymanchus Joe Biden kunan pacha kay allpata pusashan yaykuchin, ñawpaqmanmi rikuchisqa karqan Primera Guerra Mundialwan Segunda Guerra Mundialwan. Chay kikin pachallapim Biden Estados Unidos-ta iskay kaq Guerra Civilman pusashan yaykuchin. Hamuq killakunapi, iskay kaq Guerra Civilwan hinaspa kinsa kaq mundial gūrrawan tinkisqa profético kuyukuyninkuna astawan astawanmi sinch’iyanku, wachakuy nanaypi warmi hinallataq.</w:t>
      </w:r>
    </w:p>
    <w:p>
      <w:pPr>
        <w:pStyle w:val="ArticleBody"/>
        <w:jc w:val="left"/>
      </w:pPr>
      <w:r>
        <w:rPr>
          <w:rFonts w:ascii="Times New Roman" w:hAnsi="Times New Roman" w:eastAsia="Times New Roman" w:cs="Times New Roman"/>
        </w:rPr>
        <w:t>Iskay riqsisqa rimay, Iskay Kachkan Pacha Makanakuy 2 nisqapa sasa kaynin astawan wiñarisqanmantam, Alemania llaqtayuq teólogo hinaspa pastor luterano Martin Niemöllerqantaq, kayhinam karqa: “Ñawpaqtaqa socialistaspaq hamurqanku, hinaspam mana rimarqanichu—imaraykuchus mana socialista karqanichu. Chaymantaqa sindicato ukupi llamk’aqkunapaq hamurqanku, hinaspam mana rimarqanichu—imaraykuchus mana sindicato ukupi llamk’aq karqanichu. Chaymantaqa judíokunapaq hamurqanku, hinaspam mana rimarqanichu—imaraykuchus mana judío karqanichu. Chaymantaqa ñuqapaq hamurqanku—hinaspaqa manaña pipas karqanchu ñuqamanta rimananpaq.” Pacha puriynin hina ñawpaqman riqtin, kay kunan pacha historiata qhipaman qhawarispa, reqsisunchikmi kunan ruwasqakuna cheqaqtapuni karqanku profecía historiapa qhipa makanakuyninkunapa qallariy puriyninkuna.</w:t>
      </w:r>
    </w:p>
    <w:p>
      <w:pPr>
        <w:pStyle w:val="ArticleBody"/>
        <w:jc w:val="left"/>
      </w:pPr>
      <w:r>
        <w:rPr>
          <w:rFonts w:ascii="Times New Roman" w:hAnsi="Times New Roman" w:eastAsia="Times New Roman" w:cs="Times New Roman"/>
        </w:rPr>
        <w:t>1776 watamanta 1798 watakama willakuy pacha proféticopi rikuchisqa, maypichus Declaración de Independencia, Constitución, hinaspa Alien and Sedition Acts ñanninkuna karqan, chaypi September 11, 2001 watamanta Estados Unidos dragón hina rimayta qallarinankama historia rikuchisqa kashan. September 11, 2001 huk kutirikuy punku karqan, hinaspa Declaración de Independencia chay p’unchawwan tupayan. Declaración de Independenciaqa Revolutionary War nisqatawanpas señalan, hinaspa reqsichinmi 2001 watapi Patriot Act chay guerrar espiritualmente huk kuti kutichiyta qallarinanta. “Revolution” simiqa hunt’asqa muyuyta ruwana niyta munan.</w:t>
      </w:r>
    </w:p>
    <w:p>
      <w:pPr>
        <w:pStyle w:val="ArticleBody"/>
        <w:jc w:val="left"/>
      </w:pPr>
      <w:r>
        <w:rPr>
          <w:rFonts w:ascii="Times New Roman" w:hAnsi="Times New Roman" w:eastAsia="Times New Roman" w:cs="Times New Roman"/>
        </w:rPr>
        <w:t>1776 watamanta 1798 watakama pachapi, Revolución guerraqa Inglaterraq reypa atiyninta, hinallataq llapa reykunapa atiynintapas tukuyllanta qarqusqanmi. Constituciónqa hark’aykunata churarqan mana rey atiypallachu, aswanpas chay hina sut’ita papal atiypapas. 1798 watakama muyuriynin (revolución) hunt’asqaña karqan, kamachikuna rurasqa kasqanrayku, chaykunam presidente-man rey hina kamachiy atiyninta qorqan.</w:t>
      </w:r>
    </w:p>
    <w:p>
      <w:pPr>
        <w:pStyle w:val="ArticleBody"/>
        <w:jc w:val="left"/>
      </w:pPr>
      <w:r>
        <w:rPr>
          <w:rFonts w:ascii="Times New Roman" w:hAnsi="Times New Roman" w:eastAsia="Times New Roman" w:cs="Times New Roman"/>
        </w:rPr>
        <w:t>Patriot Act nisqaqa huk muyuy (rueda) nisqata reqsichin, chaymi allpa animal dragón hina rimayman chayan, maypichus papal atiyninpas kutichisqa kaq. Ñawpaq muyuyqa 1776 watamanta 1798 watakama huk profetiku muyuyta reqsichin, chaymi qhapaq atiynin kutichisqa kananmam pusay; hinaspa chay muyuy imata rikuchisqanqa huk muyuytataq reqsichin, chaymi papal atiynin kutichisqa kananmam pusay. Iskay kaq Revolucionario Guerraqa 11 de septiembre, 2001 watamantañam purichkan. Mana chayqa, imaraykutaq Patriot Act nisqa sutichasqa kanman?</w:t>
      </w:r>
    </w:p>
    <w:p>
      <w:pPr>
        <w:pStyle w:val="ArticleBody"/>
        <w:jc w:val="left"/>
      </w:pPr>
      <w:r>
        <w:rPr>
          <w:rFonts w:ascii="Times New Roman" w:hAnsi="Times New Roman" w:eastAsia="Times New Roman" w:cs="Times New Roman"/>
        </w:rPr>
        <w:t>Manaraqmi uywaqpa rikch’ayninpa profetiku kayninkunata qhawarichispa purisunchik, qhipa umalliqpa willakuy-nawinpi kaq maqanakuykunata manaraq rimarqanchikchu. Ancha importante-mi reqsiyqa ima pacha, ima muyuriypi uywaqpa rikch’aynin ruwakuchkan, qhipa umalliqpa p’unchayninpi. Chay umalliqqa Republicano umalliq kananm tiyan, dragonpa atiyninwan tinkisqa kallpakunawan maqanakuypi kashaspa. Payqa qhipa kaqmi kanan, chayrayku pusaq umalliqmi kanan pusaq umalliqkuna pacha ukhupi. Estados Unidospa qallariy iskay pachakunapi, iskay Congreso Continental nisqakunapi, iskaynin pachakunaqa pusaq umalliqkunawanmi rikuchisqa karqan, hinaspa iskaynin pacha huknin pusaq umalliqmanta qanchispa kaqta sut’incharqan. Chaymi, qallariypi iskay testigokunapa patanpi, qhipa umalliqqa pusaq umalliq kanan tiyan, chayqa qanchismanta kaqmi.</w:t>
      </w:r>
    </w:p>
    <w:p>
      <w:pPr>
        <w:pStyle w:val="ArticleBody"/>
        <w:jc w:val="left"/>
      </w:pPr>
      <w:r>
        <w:rPr>
          <w:rFonts w:ascii="Times New Roman" w:hAnsi="Times New Roman" w:eastAsia="Times New Roman" w:cs="Times New Roman"/>
        </w:rPr>
        <w:t>Donald Trumpllam sapallanmi kay profetikus kay elementokunata hunt’asqa. Donald Trump qhispichinanpaqña kay profetikus pacha muyuriyninta sumaqta entiendenapaqqa, yachanam kachkan profecía nisqapiqa ñawpaq iskay Guerra Mundialkunaqa Kimsañiqin Guerra Mundialpi rikuchisqa kasqankuta, chay guerrerakunaq profetikus kayninkunapas Donald Trump qhispichinanpaqña muyuriyninmanta rimanku. Chayta nispaqa, manaraqmi kimsa Guerra Mundialkunapa kimsa kuti churanata aplichkuchkanchikchu.</w:t>
      </w:r>
    </w:p>
    <w:p>
      <w:pPr>
        <w:pStyle w:val="ArticleBody"/>
        <w:jc w:val="left"/>
      </w:pPr>
      <w:r>
        <w:rPr>
          <w:rFonts w:ascii="Times New Roman" w:hAnsi="Times New Roman" w:eastAsia="Times New Roman" w:cs="Times New Roman"/>
        </w:rPr>
        <w:t>Islammanta astawan allin churarikusqa maqanakuy, chaymanta qatiq qullqi sasachakuykunapas, chaymi kimsañiqin ay markamanta Islamqa llulla willakuqpa ruwananman hunt’anqa, Estados Unidospi bestiapa rikch’aynin kamarisqanpi. “Asnu”, Islammanta llulla willakuq kasqanrayku, Estados Unidosmanta llulla willakuqtan “Jerusalén”man apaykun, imaynachus asnuqa Cristota Jerusalénman aparqa hina. Chay puriypi, ñawpaq willasqakuna hunt’akunanta paqarichiq huk profétiko muyu kamarin. 1798 watapi, Alien and Sedition Acts nisqakunaqa “rimarisqa” karqan allpa bestiapa historianta qallariynin kikinman, chay bestiaqa ovejahina qallarispa, tukuyninpi dragonhina rimarinanpaq. Alien and Sedition Acts nisqakunapi tawa kamachikuykuna kasqanku.</w:t>
      </w:r>
    </w:p>
    <w:p>
      <w:pPr>
        <w:pStyle w:val="ArticleBody"/>
        <w:jc w:val="left"/>
      </w:pPr>
      <w:r>
        <w:rPr>
          <w:rFonts w:ascii="Times New Roman" w:hAnsi="Times New Roman" w:eastAsia="Times New Roman" w:cs="Times New Roman"/>
        </w:rPr>
        <w:t>Ley de Naturalización nisqaqa: Kay kamachikuyqa mast’arisqa kasqanmanta, Estados Unidospa llaqta masin kaypaq residenciamanta mañakusqa p’unchaykunata yaparqan.</w:t>
      </w:r>
    </w:p>
    <w:p>
      <w:pPr>
        <w:pStyle w:val="ArticleBody"/>
        <w:jc w:val="left"/>
      </w:pPr>
      <w:r>
        <w:rPr>
          <w:rFonts w:ascii="Times New Roman" w:hAnsi="Times New Roman" w:eastAsia="Times New Roman" w:cs="Times New Roman"/>
        </w:rPr>
        <w:t>Ley Amigos Extranjeros nisqapa: Kay kamachiyqa presidenteman atiyta qorqan mana llaqta masikunaq qarqunanpaq, “Estados Unidos suyupa thak kayninmanwan allin waqaychananmanwan ch’iqninnaq” hina qhawasqa kaptinku, hawkalla pacha tiempospi. Kayqa gobiernoman saqerqan huk lawmanta mana hunt’asqa proceso kaspa hawkallamanta hap’iyta hinaspa qarquyta extranjero nacionalkunata.</w:t>
      </w:r>
    </w:p>
    <w:p>
      <w:pPr>
        <w:pStyle w:val="ArticleBody"/>
        <w:jc w:val="left"/>
      </w:pPr>
      <w:r>
        <w:rPr>
          <w:rFonts w:ascii="Times New Roman" w:hAnsi="Times New Roman" w:eastAsia="Times New Roman" w:cs="Times New Roman"/>
        </w:rPr>
        <w:t>Ley de los Extranjeros Enemigos: Kay leyqa umalliq hamuq suyupa qharin runa masinkunata, guerra pacha ukhupi, presidenteqa hapispa lluychiyta hinallataq qarquyta atichirqan.</w:t>
      </w:r>
    </w:p>
    <w:p>
      <w:pPr>
        <w:pStyle w:val="ArticleBody"/>
        <w:jc w:val="left"/>
      </w:pPr>
      <w:r>
        <w:rPr>
          <w:rFonts w:ascii="Times New Roman" w:hAnsi="Times New Roman" w:eastAsia="Times New Roman" w:cs="Times New Roman"/>
        </w:rPr>
        <w:t>Ley contra la Sedición: Chusku kamachikunamanta aswan sasachakuypaqmi karqa; Ley contra la Sedición nisqaqa huchamanmi churarqa Estados Unidos gobiernonpa otaq kamachiqninkunapa contranpi llulla, p’enqaypaq, utaq millay sonqowan qelqasqakunata rikhurichiyta. Chay hinam, chiqaqtapuni, gobiernota qhawaqchayta huchachayman tukuchirqan.</w:t>
      </w:r>
    </w:p>
    <w:p>
      <w:pPr>
        <w:pStyle w:val="ArticleBody"/>
        <w:jc w:val="left"/>
      </w:pPr>
      <w:r>
        <w:rPr>
          <w:rFonts w:ascii="Times New Roman" w:hAnsi="Times New Roman" w:eastAsia="Times New Roman" w:cs="Times New Roman"/>
        </w:rPr>
        <w:t>Donald Trumppa kampañanqa hatunmanta sayarishan ñawpaq kamachiyninpi umalliq hina qallarisqan “pirqata hunt’aspa ruwana” nisqan prometisqanman hina. Paymi rimarisqa, 2024 watapi akllasqa kaptin, runakunaq wiñay kawsayninpi aswan hatun qarquy lloqsichiy ruwasqa kanqa nispa. Trumpqa huk sapa runa kayninmi kan, Amerikapa polítika pampapi rikurisqaq wakin polítikokunamanta mana sutinchakuq. Payqa kampañapi prometisqankunata hunt’an, ichaq mana chayta atispaqa, aswanpis hunt’ayta kallpachakun. Alien and Sedition Acts sutiyuq kamachikuykunan paypa qarquykunamanta prometisqanwan allinta tinkuq kamachikuykunata rikuchin.</w:t>
      </w:r>
    </w:p>
    <w:p>
      <w:pPr>
        <w:pStyle w:val="ArticleBody"/>
        <w:jc w:val="left"/>
      </w:pPr>
      <w:r>
        <w:rPr>
          <w:rFonts w:ascii="Times New Roman" w:hAnsi="Times New Roman" w:eastAsia="Times New Roman" w:cs="Times New Roman"/>
        </w:rPr>
        <w:t>Trumppa hatun juch’uytaq mana, aswan jatun acusasqankuna hukninmi Washington DC-pi saphichakusqa política establecimiento-man, paymi “pantanu” nispa suticharqan, tukuy chaypi kashaq q’illikuchisqa, mana allin kawsayniyuq, ch’ullallapi qhiparisqa políticos, oficio burocratakuna, “alphabet agencies” nisqakuna, hinallataq billonario qullqiyuq financistakuna ima. Chaywan kuskaqa kachkan “fake news” nisqa, kunan p’unchawpi Hitlerpa Reich Ministry of Public Enlightenment and Propaganda nisqanpa musuq rikch’ayninmanta paqarichisqa, chaytaq kunan p’unchawpi MSM, Mainstream Media nispa sutichasqa. Alien and Sedition Acts nisqakunaqa leykunam kanku, paypa “fake news” nisqaman cheqapuni tupaq chikniyninwan allinta tinkuq. Jesusqa sapa kuti huk imapa tukukuyninta rikuchin qallariyninwan.</w:t>
      </w:r>
    </w:p>
    <w:p>
      <w:pPr>
        <w:pStyle w:val="ArticleBody"/>
        <w:jc w:val="left"/>
      </w:pPr>
      <w:r>
        <w:rPr>
          <w:rFonts w:ascii="Times New Roman" w:hAnsi="Times New Roman" w:eastAsia="Times New Roman" w:cs="Times New Roman"/>
        </w:rPr>
        <w:t>Ñawpaq Republicano umalliqmi obligasqa karqa huk Guerra Civil nisqaman rimarinanpaq, chaytaqa Lincolnpa ñawpaqnin Demócrata Buchananmi paqarichirqan. Chayta ruwaspanmi, Lincolnqa habeas corpus nisqa derechota sayachirqan. Habeas corpus nisqaqa huk kamachiy principio legalmi, runapa derechonta waqaychan, detenciónninta utaq carcelpi churakusqanta juzgadopi qhawachispa ch’allinchananpaq. Kayqa huk hatun fundamento legal derechom, mayqen runapas mana allin kamachiyraykuqa mana custodiaman hap’isqa kanmanchu nisqanta asegurayuq. Maypachachus habeas corpus nisqa qillqa-manday huk detenidopa sutimpi churakun, chayqa gobiernoman mañan, detenciónninpaq justificaciónta huk juzgadomoq ñawpaqenpi qunanpaq.</w:t>
      </w:r>
    </w:p>
    <w:p>
      <w:pPr>
        <w:pStyle w:val="ArticleBody"/>
        <w:jc w:val="left"/>
      </w:pPr>
      <w:r>
        <w:rPr>
          <w:rFonts w:ascii="Times New Roman" w:hAnsi="Times New Roman" w:eastAsia="Times New Roman" w:cs="Times New Roman"/>
        </w:rPr>
        <w:t>Estados Unidos nacionpa Guerra Civil tiempopi, Lincolnqa habeas corpus nisqa mandamientota wakin Estados Unidos suyukunapi p’itiykurqa guerrapi ruwanaspa hina. Ñawpaqtaqa Maryland llaqtapi abril killapi, 1861 watapi, habeas corpus-ta p’itiykurqa; qhipamanmi chay p’itiyta Midwest nisqa suyupa wakin cheqnenkaman mast’arirqa. Kay ruwasqaqa kamachikuyta waqaychanapaq, chay cheqnekuna pi ch’ulla suyuchakuyta munay utaq Confederaciónman sinchi sunquchakuy (Demócratas) kasqanmanta mana allin rimaykunata chinkachinapaq, hinallataq Uniónpa guerrapi kallpachasqanman hark’akuy ama kananpaqmi ruwakurqa.</w:t>
      </w:r>
    </w:p>
    <w:p>
      <w:pPr>
        <w:pStyle w:val="ArticleBody"/>
        <w:jc w:val="left"/>
      </w:pPr>
      <w:r>
        <w:rPr>
          <w:rFonts w:ascii="Times New Roman" w:hAnsi="Times New Roman" w:eastAsia="Times New Roman" w:cs="Times New Roman"/>
        </w:rPr>
        <w:t>Lincolnpa habeas corpus nisqapa sayachisqanqa ancha ch’iqnisqa karqan, hinaspataq hatun constitucional tapukuykunata oqarirqan, imaraykuchus chayqa huk pisi p’unchawkunallapaq sayachiy karqan huk aswan hatun llaqtamasikunaq qispichisqa hayñinqa Estados Unidospa Constituciónninpi qillqasqa kasqanman hina. Constituciónqa saqin habeas corpus nisqa qillqapa sayachinanta “cuando en Casos de Rebelión o Invasión la seguridad pública pueda requerirlo” (Artículo I, Sección 9).</w:t>
      </w:r>
    </w:p>
    <w:p>
      <w:pPr>
        <w:pStyle w:val="ArticleBody"/>
        <w:jc w:val="left"/>
      </w:pPr>
      <w:r>
        <w:rPr>
          <w:rFonts w:ascii="Times New Roman" w:hAnsi="Times New Roman" w:eastAsia="Times New Roman" w:cs="Times New Roman"/>
        </w:rPr>
        <w:t>Lincolnqa ruwasqan ruwanakunata amacharqan, huknin sut’iqa kasqa: Unión nisqata waqaychanapaq, chaymanta nacionpa seguridadninta allinta qhawarinapaq, awqanakuy pacha ukhupi. Congresoqa 1863 watapi Habeas Corpus Suspension Act nisqata qispichirqan, chaywanmi Lincolnpa habeas corpus nisqata sayachisqanta qhipaman kamachirqan, hinallataq wakin ruwaykunatapas churarqan militar detenciónpaq. Habeas corpus nisqaqa Civil War tukukuyta qatiq watakunapi pisipisimanta kutichisqa karqan, chay awqanakuy tukukuq kaptin, suyupas hawka kayman kutimuptin.</w:t>
      </w:r>
    </w:p>
    <w:p>
      <w:pPr>
        <w:pStyle w:val="ArticleBody"/>
        <w:jc w:val="left"/>
      </w:pPr>
      <w:r>
        <w:rPr>
          <w:rFonts w:ascii="Times New Roman" w:hAnsi="Times New Roman" w:eastAsia="Times New Roman" w:cs="Times New Roman"/>
        </w:rPr>
        <w:t>1871 watapi, Presidente Ulysses S. Grant (Republicano) nisqapas, Reconstruction Era nisqapi Ku Klux Klanpa (Demócratas) manchachiy kamachikuynin South Carolina llaqtapi isqun condadokunapi kaptin, habeas corpus nisqata sayachirqanmi. Kay sayachiyqa maqanakuyta hark’anapaq, chaymanta musuqmanta cacharichisqa africano-americanokunapa derecho civilninkunata waqaychanapaqmi karqan.</w:t>
      </w:r>
    </w:p>
    <w:p>
      <w:pPr>
        <w:pStyle w:val="ArticleBody"/>
        <w:jc w:val="left"/>
      </w:pPr>
      <w:r>
        <w:rPr>
          <w:rFonts w:ascii="Times New Roman" w:hAnsi="Times New Roman" w:eastAsia="Times New Roman" w:cs="Times New Roman"/>
        </w:rPr>
        <w:t>1942 watapi, Presidente Franklin D. Roosevelt (Partido Demócrata-manta), Iskay Kutiyaq Hatun Awqakuy pacha, kamachiq qillqa 9066 nisqata firmarqan, chaymi qatiq kamachikuyta qusqa costa occidentalpi tiyaq japonés-americano runakunapa maqllakuyta hinallataq wichq’ay wasikunaman apasqa kanankupaq. Kayqa, sutinchayman hina, habeas corpus nisqata mana sayachirqanchu; ichaqa, japonés-americano runakuna allin kamachiy rurasqa mana kaptinmi chariykusqa karqanku, hinallataq paykunapa kamachiq hayñinkuna sinchi hina waqllichisqa karqanku.</w:t>
      </w:r>
    </w:p>
    <w:p>
      <w:pPr>
        <w:pStyle w:val="ArticleBody"/>
        <w:jc w:val="left"/>
      </w:pPr>
      <w:r>
        <w:rPr>
          <w:rFonts w:ascii="Times New Roman" w:hAnsi="Times New Roman" w:eastAsia="Times New Roman" w:cs="Times New Roman"/>
        </w:rPr>
        <w:t>Chaymanta 2001 watapi, qhipa Bush (huk pacha llapaqchayta munachiq republicano), septiembre 11 p’unchay terrorista maqanakuykunamanta qhipaman, Guantánamo Baypi churasqa preso wasipi hinallataq wakin wasikunapipas enemigo maqanaqkuna hina sospechasqa runakunata hapiykuspa wisq’achinankupaq kamachirqan. Kay runakunata wisq’achisqankumanta hinallataq paykunapa legal kayninkumanta, habeas corpus nisqawan tupaq jurídico ch’axwaykunapa asunto-kuna karqan.</w:t>
      </w:r>
    </w:p>
    <w:p>
      <w:pPr>
        <w:pStyle w:val="ArticleBody"/>
        <w:jc w:val="left"/>
      </w:pPr>
      <w:r>
        <w:rPr>
          <w:rFonts w:ascii="Times New Roman" w:hAnsi="Times New Roman" w:eastAsia="Times New Roman" w:cs="Times New Roman"/>
        </w:rPr>
        <w:t>Chaymantaqa, 2021 watapi, Pelosi-pa (Demócrata kasqan) enero 6 p’unchawpi juiciokuna, habeas corpus suspendiy yuyayta, allin kamachiy ruwaymanta qichuyta, hinallataq mana Constituciónman hinachu internamiento ruwayta apaqtin, chayta qatiqkuna karqan. 2021 watapi Pelosi-pa juiciokunam huk sapa reqsichikuyniyuq karqan: chaymi huk kutilla karqan maypachachus Estados Unidos llaqtapi ciudadano-kunapa kamachiq derechonkunata sapallan político imarayku qichurqanku. Huk kutikunaqa llapanpi cheqaq guerra utaq hatarikuq rebeliónmi karqan, mayqenkunachus chiqaq enemigo súbditokuna kasqankuta sut’inchaspa. Pelosi-pa juiciokunapi enemigo-kunaqa dragón-pa kallpachasqan globalista-kunapa enemigo-kunallan karqan. Ancha allinmi reqsiy profético mayllupaq kay asuntokunawan tinkisqanta, Constitución tikrayta urmachiywan kuska, imaraykuchus kaykunaqa chay ruwaykuna kanku bestia-pa imagenta rurasqanta sut’inchaq, chaymi Diospa llaqtanpaq hatun pruebayqa.</w:t>
      </w:r>
    </w:p>
    <w:p>
      <w:pPr>
        <w:pStyle w:val="ArticleBody"/>
        <w:jc w:val="left"/>
      </w:pPr>
      <w:r>
        <w:rPr>
          <w:rFonts w:ascii="Times New Roman" w:hAnsi="Times New Roman" w:eastAsia="Times New Roman" w:cs="Times New Roman"/>
        </w:rPr>
        <w:t>Mana Pelosi qampa ñawpaq warmi qhari hina kasqanpas, Trump qampa sinchi amachaqniyki hina kasqanpas, mana chaychu ancha importaq; aswanmi importan hamuq krizista riqsiyta hinaspa allin wakichikuyta ruranayki. Hamuq krizipi atipaykuqkunaqa hanaq Jerusalén llaqtap runankunam; Diospa kamachisqanmantataq llipin atiyniyuqkuna pantasqa karqanku, hukllachasqa kaymanña qayllaykuchkanku, imaynan Saduceokuna (Democrats) hinaspa Fariseokuna (Republicans) Diospa cheqaq wawankunapa contranpi hukllachasqa karqanku, chay uywapa rikchaynin rurasqa kaptin.</w:t>
      </w:r>
    </w:p>
    <w:p>
      <w:pPr>
        <w:pStyle w:val="ArticleBody"/>
        <w:jc w:val="left"/>
      </w:pPr>
      <w:r>
        <w:rPr>
          <w:rFonts w:ascii="Times New Roman" w:hAnsi="Times New Roman" w:eastAsia="Times New Roman" w:cs="Times New Roman"/>
        </w:rPr>
        <w:t>Estados Unidospi Islampa llulla willakuq profeta, icha mundopi apostata protestantismomanta llullachiy ruraymi Iglesiatawan Estadotawan hukllachin. Hermana Whiteqa reqsichinmi wakinmanta huk Civil War kananta, chaytaq apamunanta pacha tukuy bankerokuna global nisqakuna, billonariokunapas, paykunaqa kunan pacha Babilonia nisqapa qhatuqninmi, profecía nisqapi dragónpa atiyninkunapa rantin churakusqan iskaymanta huk kuskan nisqa kaspa. Huk kuskaqa kachkan profesional políticokuna, abogadokuna, reykuna, kamachiqkuna ima.</w:t>
      </w:r>
    </w:p>
    <w:p>
      <w:pPr>
        <w:pStyle w:val="ArticleScripture"/>
        <w:jc w:val="left"/>
      </w:pPr>
      <w:r>
        <w:rPr>
          <w:rFonts w:ascii="Times New Roman" w:hAnsi="Times New Roman" w:eastAsia="Times New Roman" w:cs="Times New Roman"/>
        </w:rPr>
        <w:t>“India llaqtapi, China llaqtapi, Rusia llaqtapi, hinallataq Amerika suyupi llaqtakunapim, waranqa warmikuna qharikunawan yarqaymanta wañuchkanku. Qullqiyuq qharikunaqa, atiyniyuq kasqankurayku, qhatukunata kamachinku. Paykunaqa pisi chaninpi rantinku tukuy atisqankuta hap’inankupaq, chaymantataq ancha yapasqa chaninpi rantikunku. Kayqa pisiq qullqiyuq runakunapaq yarqaymi, hinallataq huk llaqta ukhupi maqanakuymanmi chayanqa.” Manuscript Releases, volumen 5, 305.</w:t>
      </w:r>
    </w:p>
    <w:p>
      <w:pPr>
        <w:pStyle w:val="ArticleBody"/>
        <w:jc w:val="left"/>
      </w:pPr>
      <w:r>
        <w:rPr>
          <w:rFonts w:ascii="Times New Roman" w:hAnsi="Times New Roman" w:eastAsia="Times New Roman" w:cs="Times New Roman"/>
        </w:rPr>
        <w:t>Guerra Revolucionariaqa huk guerra karqan cheqaqpuni, ichaqa payqa rikuchirqan huk política guerrata, mayqinchus qallarisqa karqan 11 septiembre 2001 p’unchawpi. Kunanqa Estados Unidos suyuqa huk nación rakisqa iskay partido políticokunaman chawpichasqa kashan, ichaqa Diospa Siminqa mana hayk’aqpas pantanichu, hinaspa Siminmi reqsichin Trumpqa 2024 watapi eleccionkunapi yapamanta akllasqa kananta. Huk Guerra Civil, mayqinchus llapa imapas nisqaman hina ñaqamantaña qallarichisqa kashan, paypa akllasqa kaynin qhipanta mana unayllamanta allin cheqaqta qallarinqa, imaynan Lincolnpas, ñawpaq Republicano presidente, hinata. Guerra Civil mayqinchus payman chayanqa, chaypa uku yuyayninqa paqarinqa kay pacha llapanta bankerokuna mundialkunaqmantan, hinaspa qollqeyuq ancha qhapaq rantikunaqmantapas, paykunaqa, wakinkunawan kuska, mana samaspa llamk’asqaku kay pacha muyuntinpi mana hark’asqa achka runa yaykuyta kicharinankupaq, astawan qullqi ganancias maskasqankuta kallpachananpaq, hinaspa aswan importanteqa, chawpi claseta chinkachinankupaq. Babiloniapa rantikuqkunaqa maskhashanku iskay clase sistemata hatarichiyta: ancha qhapaqkuna hinaspa ancha wakcha runakuna.</w:t>
      </w:r>
    </w:p>
    <w:p>
      <w:pPr>
        <w:pStyle w:val="ArticleBody"/>
        <w:jc w:val="left"/>
      </w:pPr>
      <w:r>
        <w:rPr>
          <w:rFonts w:ascii="Times New Roman" w:hAnsi="Times New Roman" w:eastAsia="Times New Roman" w:cs="Times New Roman"/>
        </w:rPr>
        <w:t>Trumpqa kanqa presidente kanqa, paymi uywanqa animalpa rikchaynin sayarichisqa kananpaq; Islampa llulla profetanmi chay rikchayta sayarichinanta kallpachinqa. Hinaqa, pichqankunachus ñawiyuq, qhawariyta atiq, hinallataq pichqankunachus rinriyuq, unanchayta atiq, paykunapaq 7 octubre 2023 p’unchawpi Islampa kimsakaj ayqepa literal Israel contra maqanakusqan, ñawpaq Gloriosa Allpa nisqapaq, sut’i providencial hunt’asqa kayninmi Islampa llulla profetapa.</w:t>
      </w:r>
    </w:p>
    <w:p>
      <w:pPr>
        <w:pStyle w:val="ArticleBody"/>
        <w:jc w:val="left"/>
      </w:pPr>
      <w:r>
        <w:rPr>
          <w:rFonts w:ascii="Times New Roman" w:hAnsi="Times New Roman" w:eastAsia="Times New Roman" w:cs="Times New Roman"/>
        </w:rPr>
        <w:t>Partido Democrático nisqaqa, “Diversidad, Equidad e Inclusión” nisqa partidotahina hawanman hoqarikuspa, kunanqa paykuna kallpachisqan supaypa yachachikuyninpa rurunmi pallashan. 2023 wata, octubre killapa 7 p’unchawninmanta pacha, Israelpa contranpi kaqkunawan Israelpa favorninpi kaqkunapa churanakuyqa 2024 watapa akllayman asuykachkaptinku partidonkupa kallpanmi t’aqrachishan. Chay t’aqanakuyqa qatipakuqnin ukhupin atipanakuykunatan paqarichirqa, chayhinaqa paykunapa millaychasqa electrónico votación maquinankunapas ichaqa manaña aypanmanchu suficienteta votos nisqakunata q’iwiyta, Trumppaq cheqaqmanta churakusqa votokunata atipananpaq. Islampa llulla profetanpa maqanakuyqa chayhina circunstanciakunatan rurashan, Trumpta pusaqñiqin presidenteta akllanankupaq, qanchisniyuqmanta kaqta, 1989 watapi tukukuypa tiemponmanta pacha, hallp’a animalqa lamar qucha animalpaq rikch’ayninta rurachkaptin.</w:t>
      </w:r>
    </w:p>
    <w:p>
      <w:pPr>
        <w:pStyle w:val="ArticleBody"/>
        <w:jc w:val="left"/>
      </w:pPr>
      <w:r>
        <w:rPr>
          <w:rFonts w:ascii="Times New Roman" w:hAnsi="Times New Roman" w:eastAsia="Times New Roman" w:cs="Times New Roman"/>
        </w:rPr>
        <w:t>“Diversidad, Equidad e Inclusión” nisqa sataniku yachayhamuq kayqa, huk plataforma hina kashan Sodoma Gomorrawan hatarikuyninta iskaychaypaq, LGBTQ+ agenda-ta ñawpaqman apasqanwan.</w:t>
      </w:r>
    </w:p>
    <w:p>
      <w:pPr>
        <w:pStyle w:val="ArticleScripture"/>
        <w:jc w:val="left"/>
      </w:pPr>
      <w:r>
        <w:rPr>
          <w:rFonts w:ascii="Times New Roman" w:hAnsi="Times New Roman" w:eastAsia="Times New Roman" w:cs="Times New Roman"/>
        </w:rPr>
        <w:t>Hinallataqmi, imaynan kasqan hina Lotpa p’unchayninkunapipas: mikhurqanku, upyarqanku, rantirqanku, rantikurqanku, tarpuyta ruwarqanku, wasicharqanku; ichaqa chay kikin p’unchaypi, Lot Sodoma llaqtamanta lluqsisqan p’unchaypi, hanaq pachamanta ninawan asufriwan para hamurqan, hinaspan llapallanta chinkachirqan. Chay hinallataq kanqa Runa Churipa rikuchisqa kasqan p’unchaypi. Lucas 17:28–30.</w:t>
      </w:r>
    </w:p>
    <w:p>
      <w:pPr>
        <w:pStyle w:val="ArticleBody"/>
        <w:jc w:val="left"/>
      </w:pPr>
      <w:r>
        <w:rPr>
          <w:rFonts w:ascii="Times New Roman" w:hAnsi="Times New Roman" w:eastAsia="Times New Roman" w:cs="Times New Roman"/>
        </w:rPr>
        <w:t>LGBTQ+ agendaqa, Gay Pride nisqahina sutichasqa kaspanpas, chay hinaqa allp’amanta uywapa qhipa, moral urmayninta señalasqanmi, chaymantataq qhepaman kay pacha llapaqpas.</w:t>
      </w:r>
    </w:p>
    <w:p>
      <w:pPr>
        <w:pStyle w:val="ArticleScripture"/>
        <w:jc w:val="left"/>
      </w:pPr>
      <w:r>
        <w:rPr>
          <w:rFonts w:ascii="Times New Roman" w:hAnsi="Times New Roman" w:eastAsia="Times New Roman" w:cs="Times New Roman"/>
        </w:rPr>
        <w:t>Chiqap sonqokunapa ñanqa mana allinmanta karunchakuspa puriymi; ñanninta waqaychaqmi almannta waqaychan. Hatunchakuyqa chinkaypa ñawpaqninmanmi rin, hatun sunqu kaysi urmaypa ñawpaqninmanmi. Aswan allinmi pisi sunquyuq kayqa pisi runakunawan kuska, ama hatunchakuqkunawan apanakuyta rakiytaqa. Proverbios 16:17–19.</w:t>
      </w:r>
    </w:p>
    <w:p>
      <w:pPr>
        <w:pStyle w:val="ArticleBody"/>
        <w:jc w:val="left"/>
      </w:pPr>
      <w:r>
        <w:rPr>
          <w:rFonts w:ascii="Times New Roman" w:hAnsi="Times New Roman" w:eastAsia="Times New Roman" w:cs="Times New Roman"/>
        </w:rPr>
        <w:t>Hatun tukuy urmanapaq ñawpaqninpi kachkan, hinallataq hatun tukuy chinkachiyapaq ñawpaqninpi kachkan. Suyu llaqtapa Diosmanta sapaqchasqa kawsaynin, suyu llaqtapa chinkachisqanta paqarichin, hinaspa globalista hatun tukuypa unanchaqninqa, Sodoma Gomorrapa hatarikuyninpa unanchanmi. Diosmanta hamuq yuyayqa utqaylla hamuq domingo kamachita tupachin Lotpa ch’usaqlla kacharikusqanwan Sodoma, Gomorra hinaspa pampapi llaqtakunapa chinkachisqanmanta, imaraykuchus Lotpa mirayninkuna (Amón hinaspa Moab) kanku domingo kamachipi papapa makinmanta qispichikuqkunapa unanchan.</w:t>
      </w:r>
    </w:p>
    <w:p>
      <w:pPr>
        <w:pStyle w:val="ArticleScripture"/>
        <w:jc w:val="left"/>
      </w:pPr>
      <w:r>
        <w:rPr>
          <w:rFonts w:ascii="Times New Roman" w:hAnsi="Times New Roman" w:eastAsia="Times New Roman" w:cs="Times New Roman"/>
        </w:rPr>
        <w:t>Payqaqa yaykunk’aqmi sumaq allpamanpas, achka suyukunataqmi urmachisqa kanqaku; ichaqa kaykunaqa makimanta qispinqaku, Edom, Moab, hinallataq Ammonpa churinkunamanta aswan umalliqkuna. Daniel 11:41.</w:t>
      </w:r>
    </w:p>
    <w:p>
      <w:pPr>
        <w:pStyle w:val="ArticleBody"/>
        <w:jc w:val="left"/>
      </w:pPr>
      <w:r>
        <w:rPr>
          <w:rFonts w:ascii="Times New Roman" w:hAnsi="Times New Roman" w:eastAsia="Times New Roman" w:cs="Times New Roman"/>
        </w:rPr>
        <w:t>Partido Demócrataqa kunanqa kikin makinkunawanmi urmanakuspa chinkachkan. Mana siyasatamanta llakikuniñachu; ñoqaqa kay pacha historiata profético willakuyman tupachispa churashani. Partido Demócrataqa mana samarispa llamk’arqanmi kay pachapi linderokunata kicharinanpaq, chayhinaqa mana hayk’aqpas rikusqa, mana kamachisqa runakuna unu lloqsimuyta saqerqan. Dragón-pa kallpachasqan globalistakuna kay pachapi punku wayq’okunatam kicharirqanku.</w:t>
      </w:r>
    </w:p>
    <w:p>
      <w:pPr>
        <w:pStyle w:val="ArticleScripture"/>
        <w:jc w:val="left"/>
      </w:pPr>
      <w:r>
        <w:rPr>
          <w:rFonts w:ascii="Times New Roman" w:hAnsi="Times New Roman" w:eastAsia="Times New Roman" w:cs="Times New Roman"/>
        </w:rPr>
        <w:t>Amaruqa siminmanta warmipa qhipanta unu mayu hinata wijch’umurqa, mayu apanantaqpaq. Kay pachataq warmita yanaparqa, pachaqa siminta kicharispa, dragón siminmanta wijch’umuq mayuta millp’urqa. Hinaptin dragónqa warmiwan sinchita phiñakurqa, hinaspa ripurqa ch’aqwayta rurananpaq mirayninmanta puchuqkunawan, pikunachus Diospa kamachikuyninkunata waqaychanku, Jesucristoq testimonionta hap’inku chaykunawan. Apocalipsis 12:15–17.</w:t>
      </w:r>
    </w:p>
    <w:p>
      <w:pPr>
        <w:pStyle w:val="ArticleBody"/>
        <w:jc w:val="left"/>
      </w:pPr>
      <w:r>
        <w:rPr>
          <w:rFonts w:ascii="Times New Roman" w:hAnsi="Times New Roman" w:eastAsia="Times New Roman" w:cs="Times New Roman"/>
        </w:rPr>
        <w:t>“Puchuq” nisqaqa pachak tawa chunka tawa waranqa runakunan, chay pachak tawa chunka tawa waranqapa historiantaqmi 11 de septiembre, 2001 p’unchaypi qallarisqa historiataqa. Chaymantapacha, dragónpa atiyninqa “siminmanta unu hinata lluqsimuchkan, mayu hina” llapa suyukunaman. Unuqa runakunata rikuchin.</w:t>
      </w:r>
    </w:p>
    <w:p>
      <w:pPr>
        <w:pStyle w:val="ArticleScripture"/>
        <w:jc w:val="left"/>
      </w:pPr>
      <w:r>
        <w:rPr>
          <w:rFonts w:ascii="Times New Roman" w:hAnsi="Times New Roman" w:eastAsia="Times New Roman" w:cs="Times New Roman"/>
        </w:rPr>
        <w:t>Hinaspanmi: “Yakuqkuna rikusqayki, maypichus chay q’añu warmi tiyashan, llaqtakuna, achka runakuna, nacionkuna, simikunan.” Apocalipsis 17:15.</w:t>
      </w:r>
    </w:p>
    <w:p>
      <w:pPr>
        <w:pStyle w:val="ArticleBody"/>
        <w:jc w:val="left"/>
      </w:pPr>
      <w:r>
        <w:rPr>
          <w:rFonts w:ascii="Times New Roman" w:hAnsi="Times New Roman" w:eastAsia="Times New Roman" w:cs="Times New Roman"/>
        </w:rPr>
        <w:t>Pachakutiyoq atoqpa kay allpapi kaq rantinkuna (globalistakuna)mi, pachak tawa chunka tawa waranqa sellakusqa p’unchawpi, mana kamachisqa runa yaykuyta kicharinku. Dragónpa “lloqsiy unukuna” tukuy pachapi riqsichinmi Señorqa prontota señalninta oqarinanpaq, utqay hamuq domingo kamachiy tiempopi. Apocalipsis chunka iskaypi dragónpa unuyoq lloqsiykunaqa, Estados Unidos qallariyninpi allpa animalwan millp’usqa karqan; ichaqa kunanqa dragónpa lloqsiy ununkuna kutimunñam, chaymi qayllamuykaq domingo kamachiy sasachakuymanta willakuyta qun, imaraykuchus awqaq mayu hina hamuqtinmi Diosqa estandarten oqarin.</w:t>
      </w:r>
    </w:p>
    <w:p>
      <w:pPr>
        <w:pStyle w:val="ArticleScripture"/>
        <w:jc w:val="left"/>
      </w:pPr>
      <w:r>
        <w:rPr>
          <w:rFonts w:ascii="Times New Roman" w:hAnsi="Times New Roman" w:eastAsia="Times New Roman" w:cs="Times New Roman"/>
        </w:rPr>
        <w:t>Señor Dios contra huchallikuspa, llullakuspa, ñuqanchikpa Diosninmanta karunchakuspa, ñak’ariytawan hatarikuq simikunata rimakuspa, sonqomantapacha llulla simikunata yuyarispa willakuspa. Chayrayku taripayqa qhepaman kutirqa, chanin kayqa karullapi sayarqa; cheqaq kayqa callepi urmarqa, kuska chanin kaypas mana yaykuyta atirqachu. Arí, cheqaq kayqa chinkarun; mana allinmanta karunchakuqqa imaynachus hap’iy tukunapaq hina rikukun. Señor Dios chayta rikarqa, mana taripay kasqanmanta mana kusikurqachu. Rikarqataqmi mana pipas kasqanta, mana pipas mañakuq kasqanmanta admirakurqa; chayrayku kikinpa makinqa payman salvacionta apamurqa, paypa chanin kaynintaqmi payta kallpacharqa. Chaymi chanin kayta pechopaq jirrata hina churakurqa, umanman salvacionpa casconta churakurqa; p’inqachiywan kutichinapaq p’achakunata p’achakurqa, sonqo ruphaytaq llikllata hina p’isturqa. Ruwasqankuman hina, chaynallataq kutichinqa: phiñakuyninta awqankunaman, kutichiyta enemigokunaman; islakunamanpas kutichiyta kutichinqa. Chay hinaqa inti yaykuy lado-manta Señor Diospa sutinta manchakunqaku, intip paqarimuyninmantataq hatun k’anchayninta. Awqa unu wayq’o hina hamuqtin, Señor Diospa Espiritunmi paypa contranpi un estandarteta oqarinqa. Hinaspa Sionmanmi Hamuq Libreq hamunqa, Jacobpi huchallikuymanta kutirikuqkunamanpas, nispa Señor Dios. Ñuqamantaqa, kaymi paykunawan rimasqay alianzakuna, nispa Señor Dios: qanpa hawanpi kaq Espírituyniypas, simiykiman churamusqay simiykunapas, manam simiykimanta anchurinqachu, nitaq mirayniykipa siminmantapas, nitaq mirayniykipa mirayninpa siminmantapas, kunanmanta wiñaypaq, nispa Señor Dios. Isaías 59:13–21.</w:t>
      </w:r>
    </w:p>
    <w:p>
      <w:pPr>
        <w:pStyle w:val="ArticleBody"/>
        <w:jc w:val="left"/>
      </w:pPr>
      <w:r>
        <w:rPr>
          <w:rFonts w:ascii="Times New Roman" w:hAnsi="Times New Roman" w:eastAsia="Times New Roman" w:cs="Times New Roman"/>
        </w:rPr>
        <w:t>Kay atipaqkuna hayk’aykama ayqekuq hina paraq phutiy hina hamunqa chaypi hoqarisqa estandarteqa señalmantaqmi, chayqa Diospa Siminpi hinallataq estandarte. Utqayllam hamuq Domingo ley ñawpaq pachapi, mana allin kamachisqa inmigraciónpa paraq phutiykunaqa huk señalm, prueba tiempopaq tukukuynin qayllaykamusqanta. Isaías nisqanpi, estandarte hoqarisqamanta rimaspan, ima pacha kasqanta riqsichin, chayqa mana ley kasqan pachamantaqmi; payqa nin: “juicioqa qhepaman kutirichisqam, justiciaqa karullapim sayan: cheqaq kayqa kallipi urmasqam, chiqap kasqañataq mana haykunmanchu. Arí, cheqaq kayqa pisiyaqmi; mana allinmanta karunchakuqtaq presa hina ruwakusqa: Señorñataq chayta rikurqan, mana allinpaqmi qhawarqan juicio mana kasqanta. Rikarqantaq mana pipas kasqanta, admirakurqantaq mana huk intercesor kasqanta.” George Soros hina runakuna qullqichasqan anarquía, Demócrata políticokuna mana kasukusqan, allin hinam Hermana White nisqanpi qillqasqa kachkan, Isaíasmanta pasajewan tinkuchisqa.</w:t>
      </w:r>
    </w:p>
    <w:p>
      <w:pPr>
        <w:pStyle w:val="ArticleScripture"/>
        <w:jc w:val="left"/>
      </w:pPr>
      <w:r>
        <w:rPr>
          <w:rFonts w:ascii="Times New Roman" w:hAnsi="Times New Roman" w:eastAsia="Times New Roman" w:cs="Times New Roman"/>
        </w:rPr>
        <w:t>“Justiciapa cortenkunaqa q’illuyasqa kanku. Kamachiqkunaqa gananciata munasqankuwan, hinaspa aycha munay kusikuyman munakuyninkuwanmi purichisqa kanku. Mana templanza kasqanmi achka runakunapa yuyay atiyninkunata phuyuchirqan, chayrayku Satanásqa casi hunt’asqata paykunata kamachin. Leykunata juzgaqkunaqa waqlliyachisqa, sobornowan rantisqa, pantachisqa kanku. Machay, fiesta mana allin kusikuykuna, munay kallpa, envidia, llulla mana chiqap kay ima laya mana allinkunapas, leykunata apaqkunapuram rikuchikunku. ‘Justiciaqa karullañam sayan: cheqaq kayqa callepi urmasqa; cheqap chiqnin kaypas mana yaykuyta atinchu.’ Isaías 59:14.” The Great Controversy, 586.</w:t>
      </w:r>
    </w:p>
    <w:p>
      <w:pPr>
        <w:pStyle w:val="ArticleBody"/>
        <w:jc w:val="left"/>
      </w:pPr>
      <w:r>
        <w:rPr>
          <w:rFonts w:ascii="Times New Roman" w:hAnsi="Times New Roman" w:eastAsia="Times New Roman" w:cs="Times New Roman"/>
        </w:rPr>
        <w:t>Mana allpamanta hamuq mana kamachisqa yaykuy, Antifa (anti-fascistas) hina anárquico kuyuykuna, hinaspa Black Lives Matter hina qhariy qhapaq ch’aqwaykuq kuyuykuna, chaykunaqa Critical Race Theory nisqa mana allin waqlliychasqa historiapa willakuyninmanta sayasqakuna kashaqtin, qullqita munayrayku kuyachisqa dragónpa políticopi kamachiqninkunaq yanapasqanmi, wiñachisqanmi karqan; hinaspa ismusqa cortekuna, ismusqa leykamachiq juristakuna ima, cheqaq kayta wikch’urqanku chay kikin calleman, maypichus Iskay Testigokuna wañuchisqa karqanku Apocalipsis chunka hukniyuq kapítulopi. Chay calleqa karqan atheismopa llaqtanpi (Egipto) hinaspa mana allin kawsaypa llaqtanpi (Sodoma), mayqan llaqtaqa dragónpaq hinaspa paypa rantinchasqankunapa llaqtanmi. Democrático partidopa rurayninkunamanta rikuchisqa pacha, profecíapi unu mayu hina rikuchisqanmi; hinaspa Satanás, Diospa awqan hina, unu punkunkunata kicharispa, chayqa rikuchinmi Diospa estandartenqa hoqarisqa kananpaqña qayllapi kasqanta.</w:t>
      </w:r>
    </w:p>
    <w:p>
      <w:pPr>
        <w:pStyle w:val="ArticleBody"/>
        <w:jc w:val="left"/>
      </w:pPr>
      <w:r>
        <w:rPr>
          <w:rFonts w:ascii="Times New Roman" w:hAnsi="Times New Roman" w:eastAsia="Times New Roman" w:cs="Times New Roman"/>
        </w:rPr>
        <w:t>Qatiq qelqaypi kay yachayta qatipasaqku.</w:t>
      </w:r>
    </w:p>
    <w:p>
      <w:pPr>
        <w:pStyle w:val="ArticleScripture"/>
        <w:jc w:val="left"/>
      </w:pPr>
      <w:r>
        <w:rPr>
          <w:rFonts w:ascii="Times New Roman" w:hAnsi="Times New Roman" w:eastAsia="Times New Roman" w:cs="Times New Roman"/>
        </w:rPr>
        <w:t>Kay pachapi imakuna kasqanqa rikuchinña sasachakuy pacha ñaña muyuykusqanta. Sapa p’unchaw lloqsimuq qillqasqa willakuykuna hunt’asqa kachkan utqayllapi hamuq manchay hatun ch’aqwaypa rikuchikuyninkunawan. Mana manchakuspa suwakuykuna achka kuti pasan. Huelgakunaqa ancha kasqanmi. Suwakuykuna, runa wañuchiykunapas tukuy hinantinpi ruwasqa kachkan. Supaykunawan hap’isqa runakunaqa qharikunapa, warmikunapa, huch’uy wawakunapapas kawsayninkuta qichunku. Runakunaqa mana allin rurayman sonqoyasqaña kanku, tukuy laya millay mana allinkunaqmi atipayninpi kachkan. Awqaqa atisqanmi chanin kayta q’iwiyta, hinaspataq runakunapa sonqonkuta hunt’ayta sapallanpaq qallqukunata mask’ay munaywan. “Justicia standeth afar off: for truth is fallen in the street, and equity cannot enter.” Isaías 59:14. Hatun llaqtakunapiqa achka-achka runakunan kawsanku wakcha kaypi, ñak’ariypi, mikhunamanta, wasimanta, p’achamanta pisipisqa hinaña; chaylla llaqtakunapitaq wakinkunaqa sonqon munasqanmantapas aswan achkata charinku, qhapaq kawsaypi tiyaspa, qolqenkuta usuchispa sumaq allinta allichasqa wasikunapi, kikinkupa sumaq rikch’akuyninpaq, aswan mana allinraqmi, aycha munaykunata satispaq, tragu, tabaco, hinaspa wakinkunaqmanpas, chaykunaq brainpa kallpankunata wañuchiq, yuyayta mana allinman q’iwichiq, almataq p’enqayman urmachiq. Yarkhaywan waqaq runa kaypa qapariyninqa Diospa ñawpaqenman wicharimun, chaykamataq tukuy laya ñit’iywan, qichuywan ima, runakunaqa mana yupay atina hatun qhapaq kaykunata tantachkanku.</w:t>
      </w:r>
    </w:p>
    <w:p>
      <w:pPr>
        <w:pStyle w:val="ArticleScripture"/>
        <w:jc w:val="left"/>
      </w:pPr>
      <w:r>
        <w:rPr>
          <w:rFonts w:ascii="Times New Roman" w:hAnsi="Times New Roman" w:eastAsia="Times New Roman" w:cs="Times New Roman"/>
        </w:rPr>
        <w:t>“Noqaqa tutapiqa waqyasqa karqani qhawaq, wasi-hatun ruwaykuna patan patan, sapa piso hukninmanta hukninman, hanaq pachakama sayariqta. Kay wasi-hatunkunaqa ninamanta mana ruphay atisqa kasqankuta rimarqanku, hinaspataq sayachisqa karqanku dueñonkunaq hinaspa ruwaqninkunaq hatunchasqanpaq. Aswan pataman, aswanraq patamanmi kay wasikuna oqarirqanku, chaykunapitaq ancha chanin kaq materialkunata llamk’achirqanku. Pikunapaqchus kay wasikuna karqan, paykunaqa manam tapukuyta rurasharqankuchu: ‘Imaynatan aswan allinta Diosta hatunchasunchik?’ Señorqa manam yuyayninkupi karqanchu.</w:t>
      </w:r>
    </w:p>
    <w:p>
      <w:pPr>
        <w:pStyle w:val="ArticleScripture"/>
        <w:jc w:val="left"/>
      </w:pPr>
      <w:r>
        <w:rPr>
          <w:rFonts w:ascii="Times New Roman" w:hAnsi="Times New Roman" w:eastAsia="Times New Roman" w:cs="Times New Roman"/>
        </w:rPr>
        <w:t>Kay hatun wasi hatun-sayaqkuna sayarirqanku, hap’iqninkuna kusikurqanku hatun munayniyoq hatunchaywan, qullqeyoq kasqankuta kikinkuta kusichinankupaq hinaspa runa masinkupa envidianta hatarichinankupaq. Achka chay hina churakusqa qullqemantaqa tarisqa karqa maqanakuywan, wakcha runakunata ñit’ispa ñak’arichispa. Qonqarqanku hanaq pachaapi sapa rurasqa rantiy-rantikuypa cuentanta waqaychasqanta; sapa mana chanin tratuta, sapa llullakusqa rurasqata, chaypi qillqasqa kashan. Hamushanmi pacha, chaypi runakuna llullakuywan hinaspa phiñasqa hatunchakuywan chayman chayankaqku, maykama Señor mana saqenqachu pasayta; chaymantataq yachankaqku Jehovápa muchuywan suyaykusqanmanta huk tupu kasqanta.</w:t>
      </w:r>
    </w:p>
    <w:p>
      <w:pPr>
        <w:pStyle w:val="ArticleScripture"/>
        <w:jc w:val="left"/>
      </w:pPr>
      <w:r>
        <w:rPr>
          <w:rFonts w:ascii="Times New Roman" w:hAnsi="Times New Roman" w:eastAsia="Times New Roman" w:cs="Times New Roman"/>
        </w:rPr>
        <w:t>Qatiqaman ñawpaqeypi rikurirqani ninapa manchay willakuyta. Qharikuna qhawarirqanku hatun, hanaqman sayasqa, ninamanta amachasqa nisqa wasi-kunata, hinaspataq nirqanku: “Lliw hinantinpi allin waqaychasqa kanku.” Ichaqa chay wasi-kuna rupharirqanku, hina taripaq hina q’ituwanmanta rurasqa kasqankuman hina. Nina wañuchiq makina-kunaqa mana imatapas atirqankuchu chay chinkachiyta sayachiyta. Nina wañuchiq runakunaqa mana atirqankuchu makina-kunata purichiyta. Testimonies, volumen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 - Pachak tawa chunka kimsañiqin</dc:title>
  <dc:subject>Sut’inchasqa Kallpachaq Rikch’ayninkuna Qallarichiy: Qhipa Umalliq, Beastpa Lantunwan Imahinataq Kasqanmanta</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