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Liwru Daniel - Pachak tawa chunka tawa numero</w:t>
      </w:r>
    </w:p>
    <w:p>
      <w:pPr>
        <w:pStyle w:val="ArticleSubtitle"/>
        <w:jc w:val="left"/>
      </w:pPr>
      <w:r>
        <w:rPr>
          <w:rFonts w:ascii="Arial" w:hAnsi="Arial" w:eastAsia="Arial" w:cs="Arial"/>
        </w:rPr>
        <w:t>Hukllaña Partidu Demócrata Estados Unidos llaqtapi urmaqtinpa profética nisqap ancha allin significancianta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Huk Amerikapi Democratakunapa partidun urmananqa Bibliaq willakusqan qhelqakunaq sut’i yachachisqan prophesiapa huk sapa temiyninmi. Chayqa hukninmi kachkan Estados Unidos llaqtapa pusaj kaq, qhipa presidintinwan tupanakusqa prophesiapa rasgokunamanta. Chayqa tupan prophesiapa kuyuy-dinámicankunawan, pusaj kaq presidintita, qanchis kaqkunamanta kaqta, uywaq rikch’ayninpa umanman churaywan. Chay uywaq rikch’ayninqa kay pachapi iskay-rikch’ayniyuqmi, ichaqa kimsa-rikch’ayniyuqpas. Iskay-rikch’ayniyuqmi imaraykuchus Iglesiatawan Estadotawan huñusqa hukllachasqata sut’inchan; ichaqa kimsa-rikch’ayniyuqmi, chunka reykunamanta ruwasqa kasqanrayku (estado-pa kamachiy yachay), chaymi ñawpaq reywan pusasqa kachkan (iglesia-pa kamachiy yachay). Chay uywaqa huk uma patapi tiyasqa, hinaspa chay huk umawan kamachisqañam kachkan; chay umaqa pusaj kaq umam, qanchis kaqkunamanta kaqmi.</w:t>
      </w:r>
    </w:p>
    <w:p>
      <w:pPr>
        <w:pStyle w:val="ArticleBody"/>
        <w:jc w:val="left"/>
      </w:pPr>
      <w:r>
        <w:rPr>
          <w:rFonts w:ascii="Times New Roman" w:hAnsi="Times New Roman" w:eastAsia="Times New Roman" w:cs="Times New Roman"/>
        </w:rPr>
        <w:t>Uywaqpa llaqtapi animalpa rikchayninqa iskay hinaqa kachkan, ichaqa kimsa hinañataqmi. Iskay hina kachkan, iglesiawan estadowan huñusqa kasqanta rikuchisqanrayku; ichaqa kimsa hina kachkan, huk apostata Republicano waqrawanmanta (estadowan apay-yachaymanta) ruwasqa kasqanrayku, chayqa huk apostata Protestante waqrawan (iglesiawan apay-yachaywan) pusasqa. Chay animalqa huk umallawanmi sillpi sillasqa hinaspa kamachisqa, chayqa pusaj umam, qanchis umakunamanta kasqan.</w:t>
      </w:r>
    </w:p>
    <w:p>
      <w:pPr>
        <w:pStyle w:val="ArticleBody"/>
        <w:jc w:val="left"/>
      </w:pPr>
      <w:r>
        <w:rPr>
          <w:rFonts w:ascii="Times New Roman" w:hAnsi="Times New Roman" w:eastAsia="Times New Roman" w:cs="Times New Roman"/>
        </w:rPr>
        <w:t>Uma, iskay kaqninkunapipas, hunt’asqa diktadurmi. Paypa diktadur kayninqa sut’inchasqa rikuchikun historiaq siq’inpi, maypichus allpa uywa dragón hina rimarin, imaraykuchus “rimay” nisqaqa allpa uywapa aswan hatun unanchanmi. Payqa rimarisqa 1776, 1789, 1798, 1863, 2001, 2021 watakunapi, hinaspa yapamanta rimarinanpaqña kashan, imaynachus unanchan hunt’ata ruwasqa kanqa utqay hamuq Domingo kamachiypi.</w:t>
      </w:r>
    </w:p>
    <w:p>
      <w:pPr>
        <w:pStyle w:val="ArticleBody"/>
        <w:jc w:val="left"/>
      </w:pPr>
      <w:r>
        <w:rPr>
          <w:rFonts w:ascii="Times New Roman" w:hAnsi="Times New Roman" w:eastAsia="Times New Roman" w:cs="Times New Roman"/>
        </w:rPr>
        <w:t>Pablopa p’unchayninkunapi, mana allin kaypa pakasqa kaqnin, papal atiynin kaq, ñan ruwasqañam karqa, ichaqa pagan Romaq dragonninmi hark’asqa karqa. 1798 chaymanta 1799 watakunapi, dragón nisqaqa huchayoq runata atiyninmanta urmachirqan, ichaqa 1989 watapi, Romaq papaqa Unión Soviéticaq dragonninta atipaykurqan. Llapa profético historiapas, tukuynin kama, papado nisqata dragónwan maqanakusqapi rikuchin. Romaq papaqa chay sinchi kamachiqmi, qhipa p’unchaykunapi dragón, bestia, llulla profeta ima kimsa hukllachasqa tutaq confederación mana allinpa uman hina oqarisqa kananpaq. Hermana White nirqan: “sapa uma ukhunpi, papal poder nisqa,” salmistapas chunka reynikunata pusaj umata oqarichisqankuta reqsichin, chayqa qanchis umakunamanta kaqmi.</w:t>
      </w:r>
    </w:p>
    <w:p>
      <w:pPr>
        <w:pStyle w:val="ArticleScripture"/>
        <w:jc w:val="left"/>
      </w:pPr>
      <w:r>
        <w:rPr>
          <w:rFonts w:ascii="Times New Roman" w:hAnsi="Times New Roman" w:eastAsia="Times New Roman" w:cs="Times New Roman"/>
        </w:rPr>
        <w:t>Qhawariy, awqakuna qapariyta hatarichinku; qanman cheqnikuqkunapas umankuta oqarirqunku. Llaqtaykikuna contra umallikuyniyuq yuyaywan tantiykunku, pakasqa runaykikunamanta rimarinakunku. Nirqanku: “Hamuychik, hinaspa suyuta hina kaymanta paykunata tukuchisun, Israel sutin amaña yuyariypi kananchu.” Salmos 83:2–4.</w:t>
      </w:r>
    </w:p>
    <w:p>
      <w:pPr>
        <w:pStyle w:val="ArticleBody"/>
        <w:jc w:val="left"/>
      </w:pPr>
      <w:r>
        <w:rPr>
          <w:rFonts w:ascii="Times New Roman" w:hAnsi="Times New Roman" w:eastAsia="Times New Roman" w:cs="Times New Roman"/>
        </w:rPr>
        <w:t>Maypachus Estados Unidos uywapa hinallata ruraykuptin, chayqa kimsa-rak’iyuq kasqa kanqa, hinallata iskay-rak’iyuqpas. Iglesiapa kamachikuyninwan Estadopa kamachikuyninwan iskay-rak’i huñuy kasqa kanqa, ichaqa chay política sistemataqa huk umawanmi kamachisqa kanqa. Pusaq ñiqin presidentemi uywapa hinaltata kamachinqa hinaspa purichinqa. Chay pusaq ñiqin presidente, qanchis ñawpaq presidentekunamanta kaq, Bibliapa profecíanpi “soqta ñiqin” reinoq qhipa presidentenmi, hinaspa wañuywan tukukuq ch’akiytaqa “soqta ñiqin” presidente kasqanpi chaskirqan.</w:t>
      </w:r>
    </w:p>
    <w:p>
      <w:pPr>
        <w:pStyle w:val="ArticleBody"/>
        <w:jc w:val="left"/>
      </w:pPr>
      <w:r>
        <w:rPr>
          <w:rFonts w:ascii="Times New Roman" w:hAnsi="Times New Roman" w:eastAsia="Times New Roman" w:cs="Times New Roman"/>
        </w:rPr>
        <w:t>Profecíapi huchuy huchalliq runaqa llapa historianta pukllaypi kashan dragónwan. Donald Trumpqa qhapaq reymin, paymi globalismopa dragonninta hatarichirqan, chaymantapacha políticopi, socialpi, filosofíapipas dragónpa atiyninkunawan guerrapi kashan, ñawpaq kutipi presidentepaq lluqsimuyta munasqanta willakusqanmantapacha, 16 junio 2015 watapi, Nueva York llaqtapi Trump Tower nisqapi, chay kikin llaqtapi maypichus Torres Gemelasqa urmarqanku 11 septiembre 2001 watapi, hinallataq llaqtapi maypichus Freedom Tower nisqa, Torres Gemelaspa rantinpi sayachisqa, 3 noviembre 2014 watapi dedicakurqan.</w:t>
      </w:r>
    </w:p>
    <w:p>
      <w:pPr>
        <w:pStyle w:val="ArticleBody"/>
        <w:jc w:val="left"/>
      </w:pPr>
      <w:r>
        <w:rPr>
          <w:rFonts w:ascii="Times New Roman" w:hAnsi="Times New Roman" w:eastAsia="Times New Roman" w:cs="Times New Roman"/>
        </w:rPr>
        <w:t>Domingupa kamachikuy utqaylla hamuqpi, Cristopa huk pachak tawa chunka tawa waranqa runakunawan kasarakusqan hunt’akun, hinaspataq Roma llulla warmipa kay pachapa reyninkunawan qhuchichakusqanpas hunt’akun huk llulla kasarakuypi. Chay Domingupa kamachikuypi Edén huertamanta iskay wawqekuna panakuna iskaynin hatarichisqa kanku, hinaspataq chayllapi huk llulla rikch’ayninwan maqasqa kanku. Chay iskay hatun sayaykunaqa kasarakuymi, hinaspataq qanchis ñiqin p’unchaw samana p’unchawpas.</w:t>
      </w:r>
    </w:p>
    <w:p>
      <w:pPr>
        <w:pStyle w:val="ArticleScripture"/>
        <w:jc w:val="left"/>
      </w:pPr>
      <w:r>
        <w:rPr>
          <w:rFonts w:ascii="Times New Roman" w:hAnsi="Times New Roman" w:eastAsia="Times New Roman" w:cs="Times New Roman"/>
        </w:rPr>
        <w:t>“Fariseokuna qhipamanta Tapunakurqanman divorciomanta kamachiypa allin kasqanmanta, Jesusqa uyariqnin kunata kutichirqan kasarakuy tantanakuyta ruraqpaq kamasqa kasqanman pacha qallariyninpi. ‘Sonqoykichiskuna rumiyasqa kasqanrayku,’ nispa nirqan, Moisesqa ‘warmiykichista saqerqankichis: ichaqa qallariymantapacha manam chayhinachu karqan.’ Mateo 19:8. Payqa paykunata yuyarichirqan Edenpa kusisqa p’unchayninkunaman, maypichus Diosqa llapa imakunata ‘ancha allin’ nispa rimarqan. Chaypim kasarakuypas samana p’unchaypas paqarirqan, iskay wawqi tantanakuykuna Diospa hatun yupaychasqanpaq, runakunapa allinniypaq. Chaypachataq, Kamasqaqqa ch’uya iskay runakunapa makinta huñuspa kasarakuypi, nispa, Qhariqa ‘taytantamama-ta saqespa, warminman hap’ipakunan, iskayninkutaq huk aycha kanqaku’ (Genesis 2:24), Adanpa llapa wawanpaqmi kasarakuy kamachiyta willarqan pacha tukukuyninkama. Wiñay Yaya kikinpa allin nisqanqa runapaq aswan hatun saminchaypa wiñayninpa kamachiyninmi karqan.” Thoughts From the Mount of Blessings, 63.</w:t>
      </w:r>
    </w:p>
    <w:p>
      <w:pPr>
        <w:pStyle w:val="ArticleBody"/>
        <w:jc w:val="left"/>
      </w:pPr>
      <w:r>
        <w:rPr>
          <w:rFonts w:ascii="Times New Roman" w:hAnsi="Times New Roman" w:eastAsia="Times New Roman" w:cs="Times New Roman"/>
        </w:rPr>
        <w:t>Kimsa kuti huñuyqa, maypichus apostata protestantismopas, espiritualismopas, catolicismopas Domingo kamachipi makinkuta hap’inakunku, Edénpi kasarakuypa llulla rikch’ayninmi, maypichus “Ruraqninqa ch’uya iskaychaqpa makinkuta kasarakuypi huñurqan.” Domingo kamachipiqa, kasarakuywan Samana p’unchaywan iskay kurumanta sayasqa yachachikuykuna hatarichisqa kanku, chaylla pachallapitaq p’ampachisqa, qhellichasqa ima kanku. Sellakusqapa historianninqa qallarin Twin Towers urmasqan pacha, chay historiataq tukukun maypichus kasarakuywan Samana p’unchaywan iskay kurumanta sayasqa yachachikuykuna hatarichisqa kanku. Chay historiapa chawpinpi Freedom Towerqa 2014 watapi dedicakurqan, hinallataq Trump Towermanta 2015 watapi Trumppa globalismota kuyuchisqan qallariyqa qallarirqan.</w:t>
      </w:r>
    </w:p>
    <w:p>
      <w:pPr>
        <w:pStyle w:val="ArticleBody"/>
        <w:jc w:val="left"/>
      </w:pPr>
      <w:r>
        <w:rPr>
          <w:rFonts w:ascii="Times New Roman" w:hAnsi="Times New Roman" w:eastAsia="Times New Roman" w:cs="Times New Roman"/>
        </w:rPr>
        <w:t>Ishkay Kullkikuna urmachisqa karqan huch’achay hina, pachantinpi qhapaq kayta munasqanku rayku; chaymanta Freedom Tower nisqaqa Nimrodpa hanaq pacha Diospa contranpi hatarikuyninpa ricchayninmi, hinallataq unu lloqsimuywan apamusqan taripayninpa contranpi, imaynan Freedom Tower nisqaqa 11 de septiembre de 2001 p’unchawpa Diospa taripayninpa contranpi unancha kasqanmanta hina.</w:t>
      </w:r>
    </w:p>
    <w:p>
      <w:pPr>
        <w:pStyle w:val="ArticleScripture"/>
        <w:jc w:val="left"/>
      </w:pPr>
      <w:r>
        <w:rPr>
          <w:rFonts w:ascii="Times New Roman" w:hAnsi="Times New Roman" w:eastAsia="Times New Roman" w:cs="Times New Roman"/>
        </w:rPr>
        <w:t>“Juk kutipas, New York llaqtapi kashaspa, tuta pachaspi qayasqa karqani hanaq pacha kama qatapi qatata sayarimuq wasikunata qhawananpaq. Chay wasikuna ninamanta mana ruphayman hina kasqankuta sut’ichisqa karqan, hinaspa sayachisqa karqan dueñonkunaqwan ruwaqninkunaq hatunchasqanpaq. Aswan hanaqman, aswan hanaqmanpas, chay wasikuna sayarirqan, hinaspa chaykunapi aswan chaninnaq materyalkuna llamk’achisqa karqan. Chay wasikunaq dueñonkunaqa manam kikinkuta tapukuchkarqankuchu: ‘Imaynatan aswan allinta Diosta hatunchasunchis?’ Señorqa manam yuyayninkupi karqanchu.”</w:t>
      </w:r>
    </w:p>
    <w:p>
      <w:pPr>
        <w:pStyle w:val="ArticleScripture"/>
        <w:jc w:val="left"/>
      </w:pPr>
      <w:r>
        <w:rPr>
          <w:rFonts w:ascii="Times New Roman" w:hAnsi="Times New Roman" w:eastAsia="Times New Roman" w:cs="Times New Roman"/>
        </w:rPr>
        <w:t>Yuyayrqani: “¡Ay, kayhinata qollqenta churashaqkunam Dios imaynata rikuchkan hina puriyninkuta rikuyta atinmanchá! Hatun, sumaq ruwasqa wasi-kunata tantachkanku, ichaqa mayna mana yuyaysapaqmi kay pachakawsay tukuyta kamachiqpa ñawpaqenpi paykunapa yuyaychakusqanku, kamasqankupas. Mana tukuy sonqonkuwan, tukuy yuyayninkuwanpis yachakuchkankuchu imaynatas Diosta hatunchayman chayta. Qonqapusqankuña kayta, runapa ñawpaq kaq rurananta.”</w:t>
      </w:r>
    </w:p>
    <w:p>
      <w:pPr>
        <w:pStyle w:val="ArticleScripture"/>
        <w:jc w:val="left"/>
      </w:pPr>
      <w:r>
        <w:rPr>
          <w:rFonts w:ascii="Times New Roman" w:hAnsi="Times New Roman" w:eastAsia="Times New Roman" w:cs="Times New Roman"/>
        </w:rPr>
        <w:t>“Kay hatun wasi hatun sayaykuna sayarirqanku chaypacha, dueñonkuna kusikurqanku hatun munayniyoq, orgullowan, qolqeyoq kasqankuta paykuna kikinkuta kusichinankupaq hinaspa runamasinkupa envidianta hatarichinankupaq apaykachisqankurayku. Chay hina churakusqan qolqemanta achkaqa tarisqa karqa qapiqkachaspa, wakchakunata ñak’arichispa. Qonqarqanku hanaq pachapi sapa rantiyniyuq ruraymanta cuenta waqaychasqa kasqanta; sapa mana allin trato, sapa llulla ruraypas chaypi qillqasqa kachkan. Pacha hamunqa runakuna llullakuyninkupi hinaspa hatun tukuyninkupi Señor mana saqinanta aswan ñawpaqman pasayta chayanankukama, hinaspa yachankaku Jehovápa muchuylla suyakuyninpaq huk tinku kasqanta.” Testimonies, volumen 9, 12.</w:t>
      </w:r>
    </w:p>
    <w:p>
      <w:pPr>
        <w:pStyle w:val="ArticleBody"/>
        <w:jc w:val="left"/>
      </w:pPr>
      <w:r>
        <w:rPr>
          <w:rFonts w:ascii="Times New Roman" w:hAnsi="Times New Roman" w:eastAsia="Times New Roman" w:cs="Times New Roman"/>
        </w:rPr>
        <w:t>Nimrodpa torrewan rikuchisqa hatarikuyninqa Diospa chayraq juzgamienton contra-mi karqan, Unu Muyuywan churasqa juzgamienton; chaymi rikuchirqan imayna globalistapa bankeronkunaq hatarikuyninpis Diospa chayraq juzgamienton contra kasqanta. Kachariy, globalistakunapa simi qillqapi sut’inchasqa hina, ancha contranmi bíblicopa kachariyninman. Dragónpa simi qillqapin kachariyqa mana allin munayman qhawarisqa qochuy kawsaymi, Francia Revoluciónpa mana allin rurayninwan unanchasqa.</w:t>
      </w:r>
    </w:p>
    <w:p>
      <w:pPr>
        <w:pStyle w:val="ArticleScripture"/>
        <w:jc w:val="left"/>
      </w:pPr>
      <w:r>
        <w:rPr>
          <w:rFonts w:ascii="Times New Roman" w:hAnsi="Times New Roman" w:eastAsia="Times New Roman" w:cs="Times New Roman"/>
        </w:rPr>
        <w:t>“‘Hatun llaqta’, maypichus testigokuna wañuchisqa kanku, hinaspa maypichus wañusqa cuerponkuna sirikun, chayqa ‘espiritualmente’ Egipto-mi. Tukuy nacionkunamanta Bibliapa historiapin rikuchisqakunamanta, Egiptoqa aswan sinch’itaqmi kawsachkaq Diospa kasqanta ñiqanman mana iñirqanchu, hinaspa kamachisqankunatapas hark’arqan. Mana mayqen monarcapas hanaq pachapa autoridadninta chay hina q’alarisqa, mana manchakuywan contranchakuyman churakurqanchu, imaynatachus Egiptopa reyñin rurqarqan hinata. Señorpa sutinpi Moisés payman willakuq hamuptin, Faraón orgullowan kaynata kutichirqan: ‘¿Pitaq Jehová, paypa rimayninta uyarispa Israelta saqerinaypaq? Mana reqsinichu Jehováta, astawanpas mana saqesaqchu Israelta ripunanpaq.’ Éxodo 5:2, A.R.V. Kayqa ateísmo-mi, hinaspa Egiptowan rikuchisqa naciónqa kaq kawsachkaq Diospa derecho-ninkunata chay hina ñiqayta siminwan rimarinqa, hinaspa chay hinallataq mana iñiypa, sayakuypa, hinaspa desafíopa espiritunta rikuchinqa. ‘Hatun llaqta’qa hukmanta tupachisqapas kachkan, ‘espiritualmente,’ Sodomawan. Sodomaq millay corrupciónninqa Diospa leyninta p’akispan, aswan sut’ita rikurirqan mana allin warmi-qhari munaypi. Hinaspa kay huchaqa chay naciónpa huk aswan reqsisqa unanchanankunamanta kanqa, mayqan naciónchus kay Escrituraq nisqankunata hunt’anqa chaypa.”</w:t>
      </w:r>
    </w:p>
    <w:p>
      <w:pPr>
        <w:pStyle w:val="ArticleScripture"/>
        <w:jc w:val="left"/>
      </w:pPr>
      <w:r>
        <w:rPr>
          <w:rFonts w:ascii="Times New Roman" w:hAnsi="Times New Roman" w:eastAsia="Times New Roman" w:cs="Times New Roman"/>
        </w:rPr>
        <w:t>“Chayqa profetapa rimayninman hinaqa, hinaqa watapi 1798 manaraq chayashaqtin aswan pisiñanña, supaymanta paqarisqa, hinaspa paypa kasqanman hina atiy huk kallpa hatarinqa Bibliam contra maqanakunanpaq. Chay llaqtapitaq, maypichus Diospa iskay testigonkunaq qelqasqan testimoniun chayhina upallachisqa kanan karqa, chaypitaq rikurinqa Faraonpa mana Diospi iñiyninpas, Sodomaq qhelli mana allin kawsayninpas.”</w:t>
      </w:r>
    </w:p>
    <w:p>
      <w:pPr>
        <w:pStyle w:val="ArticleScripture"/>
        <w:jc w:val="left"/>
      </w:pPr>
      <w:r>
        <w:rPr>
          <w:rFonts w:ascii="Times New Roman" w:hAnsi="Times New Roman" w:eastAsia="Times New Roman" w:cs="Times New Roman"/>
        </w:rPr>
        <w:t>Kay willakuyqa aswan chiqaqta hinaspa mancharisqa hinallataq hunt’asqa karqan Francia llaqtap historiapi. Revolución tiemponpi, 1793 watapi, “pachapi huk kuti ñawpaqta uyarisqa karqan qharikunapa tantakuyninta, civilización nisqapi paqarisqa hinaspa yachachisqa, hinaspa Europapi aswan allin nacionkunamanta hukninta kamachiy derecho nisqata hap’iq, huñusqa siminkuta oqarispanku runapa alman chaskin aswan hatun chanin chiqaq kayta ñiqinankupaq, hinaspa Diospi iñiyta yupaychaytawan llapa huk simillawan saqerparinku.” —Sir Walter Scott, Life of Napoleon, vol. 1, ch. 17....</w:t>
      </w:r>
    </w:p>
    <w:p>
      <w:pPr>
        <w:pStyle w:val="ArticleScripture"/>
        <w:jc w:val="left"/>
      </w:pPr>
      <w:r>
        <w:rPr>
          <w:rFonts w:ascii="Times New Roman" w:hAnsi="Times New Roman" w:eastAsia="Times New Roman" w:cs="Times New Roman"/>
        </w:rPr>
        <w:t>“Francia suyupas purisqanmantaqa, Sodoma llaqtapa aswan riqsisqa kayninkunatapas rikuchirqan. Revolución p’unchaykunapiqa, pampachakuyman urmay, millay kawsayman chinkay ima kasqan sut’inchakarqan, chaymi pampapi llaqtakunata chinkachisqa kasqanwan rikch’akuq karqan. Hinallataq historiadorpas, Francia llaqtapa mana Diospi iñiyninta hinaspa qhelli mana allin puriyninta hukllapi churaykuspa, profecíapi nisqanta hina qillqan: ‘Kay religiónman tupaq kamachikuykunawanqa sinchita tinkisqa karqan chay kamachikuy, mayqinchus casarakuy tinkuyta—runakuna ruwasqan mas sagrado compromison, hinaspa wiñaypaq sayayninmi sociedadpa huñunakusqanta aswan kallpachin—huklla usqhaylla tukukuq civil contrato hinallaman uraykachirqan, mayqinta iskay runakuna munasqankuman hina yaykuyta atirqanku, hinaspa munasqanku p’unchaypi saqerpariyta…. Supaykuna llamk’ayman churakuspanku, wasipi kawsaypi tukuy yuyaysapa yupaychasqa, sumaq, wiñay sayaq ima kaqkunata aswan allinta tukuchiypaq huk ñanta maskaspa, hinaspa chay ruwasqanku mana allin rurayqa huk miraymanta huk mirayman wiñaypaq apachisqa kananpaqpas takyasqa kanan munaspankuqa, manam casarakuyta uraykachiymanta aswan allin planota inventayta atisqankuchu…. Sophie Arnoult, yuyaysapa rimayninkunawan sutichasqa huk actriz, republicana casarakuytaqa “wañuchikuy huchapa sacramento” nispa suticharqan.’”—Scott, vol. 1, ch. 17.” The Great Controversy, 269, 270.</w:t>
      </w:r>
    </w:p>
    <w:p>
      <w:pPr>
        <w:pStyle w:val="ArticleBody"/>
        <w:jc w:val="left"/>
      </w:pPr>
      <w:r>
        <w:rPr>
          <w:rFonts w:ascii="Times New Roman" w:hAnsi="Times New Roman" w:eastAsia="Times New Roman" w:cs="Times New Roman"/>
        </w:rPr>
        <w:t>Nueva York llaqtapi kaq Freedom Tower, 2014 watapi sapaqchasqa, manan Nimrodpa torrepa hatarinllantachu rikuchin, aswanpas globalistakunapa “libertad” nisqankutaq unanchanmi, chayqa licencioso LGBTQ+ kuyuchiyta kallpachaypi rikurimusqan hina, Diospa leyin contra hatariyta unanchaspa. Cheqaq libertadqa chay torrepa unanchasqanpa chimpanmi; ichaqa dragónpa qatipaqnin kunaqa, pantasqa tukuykunata paqarichinankupaq, simikunatawan rimaykunata musuqmanta sutichayta llullakuypa ñawpa yachaynin hina ruranku. Dragónqa ñawpa abogado hinam, paymi simikunata llamp’uq, simita q’iwispa mana allin ruwaykunata paqarichiq. Ichaqa “libertad” simipa cheqaq nininqa manam Antifapa anarquían unanchasqan libertadchu, nitaq Franciapi revoluciónpa unanchasqan licenciosidadchu.</w:t>
      </w:r>
    </w:p>
    <w:p>
      <w:pPr>
        <w:pStyle w:val="ArticleScripture"/>
        <w:jc w:val="left"/>
      </w:pPr>
      <w:r>
        <w:rPr>
          <w:rFonts w:ascii="Times New Roman" w:hAnsi="Times New Roman" w:eastAsia="Times New Roman" w:cs="Times New Roman"/>
        </w:rPr>
        <w:t>“Sapa almañam Diosman mana qukuyta munasqaqa huk atiyniyuqpa kamachiynin uranpi kachkan. Payqa manam kikinpaqchu. Libertadmanta rimayta atinmanmi, ichaqa aswan pisi chanin, llakiy esclavitudpi kachkan. Manam saqisqachu cheqaq kaypa sumaq kayninta rikunanpaq, yuyayninqa Satanaspa kamachiynin uranpi kasqanrayku. Kikin yuyayninpa nisqanta qatisqanta alabakuspaqa, tutayaypa príncipepa munayninta kasukun. Cristoqa hamurqa huchapa esclavitudninpa wataq cadenakunata almañamanta p’akinanpaq. ‘Chayrayku Churi qamkunata libre ruwasunkichik chayqa, cheqaqtapuni libre kankichik.’ ‘Cristo Jesuspi kawsaypa Espiritunpa leyñinqa’ ñoqanchikta ‘huchapa wañuypa leyninmanta libreruwanchik.’ Romanos 8:2.”</w:t>
      </w:r>
    </w:p>
    <w:p>
      <w:pPr>
        <w:pStyle w:val="ArticleScripture"/>
        <w:jc w:val="left"/>
      </w:pPr>
      <w:r>
        <w:rPr>
          <w:rFonts w:ascii="Times New Roman" w:hAnsi="Times New Roman" w:eastAsia="Times New Roman" w:cs="Times New Roman"/>
        </w:rPr>
        <w:t>“Qispichikuy llamk’aypiqa mana ima qhapiykuychu kan. Mana ima hawapi kallpawan churaychu rurakun. Diospa Espiritunpa llank’asqan ukhupiqa, runaqa saqesqa kachkan mayqenta sirvinanpaq akllananpaq. Ajayun Cristo-man teslimakusqanrayku hamuq tikrakuypiqa, aswan hatun kaq qispisqa kaypa yuyayninmi kan. Huch’ata qarqoyqa ajayup kikillan rurasqanmi. Cheqaqtapuni, mana atiychu kikinchikta Satanaspa kamachisqanmantam qispichikuyta; ichaqa huch’amanta qispichisqa kayta munaspa, hatun pistayniykupi qaparispa mañakusunchik kikinchikmanta hawapi kaq, aswan atiyniyuq kallpata, chayqa ajayupa atiyninkuna hunt’asqa kanku Santo Espiritupa divino kallpanwan, hinaspan munaypa kamachisqanta kasukunku Diospa munayninta hunt’anankupaq.” The Desire of Ages, 466.</w:t>
      </w:r>
    </w:p>
    <w:p>
      <w:pPr>
        <w:pStyle w:val="ArticleBody"/>
        <w:jc w:val="left"/>
      </w:pPr>
      <w:r>
        <w:rPr>
          <w:rFonts w:ascii="Times New Roman" w:hAnsi="Times New Roman" w:eastAsia="Times New Roman" w:cs="Times New Roman"/>
        </w:rPr>
        <w:t>Torre de la Libertad nisqapi rikuchisqa qispikuyqa, Francia llaqtapi Revolución nisqap licenciosidadninmi karqa, hinallataq Nimrodpa hatarikuyninpas. Chaymanta qatiq watapi Trump Tower nisqapi, 1989 watamanta pacha aswan qhapaq presidenteqa candidaturan willakurqa, chaymi globalistakunata ch’aqwayman churanqa. Chay watallapitaq Estados Unidos nisqapi federal nivelpi qhari-qhari, warmi-warmi kasarakuy allinchasqa karqa, imaynatachus Francia llaqtapi revoluciónpi karqa, paykuna kasarakuyta “mana aswanmanta qispichisqa tiempoq civil contrato sapaqlla” nisqaman tikrarachispanku.</w:t>
      </w:r>
    </w:p>
    <w:p>
      <w:pPr>
        <w:pStyle w:val="ArticleBody"/>
        <w:jc w:val="left"/>
      </w:pPr>
      <w:r>
        <w:rPr>
          <w:rFonts w:ascii="Times New Roman" w:hAnsi="Times New Roman" w:eastAsia="Times New Roman" w:cs="Times New Roman"/>
        </w:rPr>
        <w:t>Dragónwan, hinallaña kamachiq presidentewan ch’aqwayqa qallarikurqan. Diospa atiyninpa llamkayninwan Torres Gemelas nisqakuna tukusqankuqa, sellakusqa pacha qallariyninta, hinaspa Islam nisqapa uku mana tukukuq t’uqumanta bestiapa hamuyninta señalakurqan. Libertadpa Torres nisqakuna churasqa kacharichisqa kaptin, chay willakusqa proféticapa chawpinpi, Atheísmo nisqapa uku mana tukukuq t’uqumanta bestiapa hamuynin señalakusun. Kunanqa, Edén Jardínpi churakusqa iskay institución-kunapa urmaynin —Sábado nisqapa, hinaspa kasarakuy nisqapa— sellakusqa pachapa tukukuyninta, hinaspa uku mana tukukuq t’uqumanta kinsa kaq, católicapa bestiapa hamuyninta señalakunku.</w:t>
      </w:r>
    </w:p>
    <w:p>
      <w:pPr>
        <w:pStyle w:val="ArticleBody"/>
        <w:jc w:val="left"/>
      </w:pPr>
      <w:r>
        <w:rPr>
          <w:rFonts w:ascii="Times New Roman" w:hAnsi="Times New Roman" w:eastAsia="Times New Roman" w:cs="Times New Roman"/>
        </w:rPr>
        <w:t>2020 watapi 3 ñiqin noviembre killapi, Trumpqa wañuy atiyyuq polítiku k’irita chaskirqan, imaynachus papadokunas 1798 watapi wañuy atiyyuq k’irita chaskirqan hinata. Chay k’iriqa 1798 watapi chiqaq Francia llaqtamanta qusqam karqan, 2020 watapitaq espiritual Francia llaqtamanta.</w:t>
      </w:r>
    </w:p>
    <w:p>
      <w:pPr>
        <w:pStyle w:val="ArticleScripture"/>
        <w:jc w:val="left"/>
      </w:pPr>
      <w:r>
        <w:rPr>
          <w:rFonts w:ascii="Times New Roman" w:hAnsi="Times New Roman" w:eastAsia="Times New Roman" w:cs="Times New Roman"/>
        </w:rPr>
        <w:t>Paykuna testimoniota tukuyta ña tukuchiptinkuña, uku mana tukukuq mach’aymanta lluqsimuq uywaq hina kaq qankunawan maqanakunqa, atipanquqa, wañuchinqa ima. Wañusqa cuerpunkunataq hatun llaqtapa ñanpi sirikunqa, chay llaqtaqa espiritualmente Sodomapas Egiptupas sutichasqa kashan, maypichus Señorniyku crucificasqa karqa. Apocalipsis 11:7, 8.</w:t>
      </w:r>
    </w:p>
    <w:p>
      <w:pPr>
        <w:pStyle w:val="ArticleBody"/>
        <w:jc w:val="left"/>
      </w:pPr>
      <w:r>
        <w:rPr>
          <w:rFonts w:ascii="Times New Roman" w:hAnsi="Times New Roman" w:eastAsia="Times New Roman" w:cs="Times New Roman"/>
        </w:rPr>
        <w:t>Hatun Ch’aqwaypi, Panik Whiteqa Franciata reqsichin “hatun llaqtata maypichá Señorninchik chakatasqa karqa” nispa.</w:t>
      </w:r>
    </w:p>
    <w:p>
      <w:pPr>
        <w:pStyle w:val="ArticleScripture"/>
        <w:jc w:val="left"/>
      </w:pPr>
      <w:r>
        <w:rPr>
          <w:rFonts w:ascii="Times New Roman" w:hAnsi="Times New Roman" w:eastAsia="Times New Roman" w:cs="Times New Roman"/>
        </w:rPr>
        <w:t>“Chayqa profetapa siminman hinaqa, 1798 wataman aswan pisiñata ñawpaqta, supaymanta paqarisqa, chay hinataq kikin kayniyoq atiyniyoq huk kallpa oqarimuspa Bibliata maqanakuyta qallarinan karqa. Hinaspataq, maypichus Diospa iskay testigonkunaq testimonionkuna chhinyachisqa kanman chay allpapi, Faraonpa mana Diospi iñiyninpas, Sodoma llaqtapa qhelli mana allin ruwayninkunapas sut’ita rikuchikunman karqa.” The Great Controversy, 270.</w:t>
      </w:r>
    </w:p>
    <w:p>
      <w:pPr>
        <w:pStyle w:val="ArticleBody"/>
        <w:jc w:val="left"/>
      </w:pPr>
      <w:r>
        <w:rPr>
          <w:rFonts w:ascii="Times New Roman" w:hAnsi="Times New Roman" w:eastAsia="Times New Roman" w:cs="Times New Roman"/>
        </w:rPr>
        <w:t>Estados Unidos llaqtapi domingo p’unchaypa kamachiy hamunan qayllapi, animalpa rikch’aynin hunt’asqa kasqa kachkanqa; Cristoq rikch’ayninta hunt’asqata ruwasqakunaqa Diospa unanchan hina hoqarisqa kanqaku. Unancha hina paykunaqa qanchis kaq p’unchay samana p’unchayta sayachinqaku, hinaspa Cristoq chanin kayninta kay pachaman rikuchinqaku. Cristoq chanin kayninqa Dios kaywan runa kay tinkuchisqanmantan sapaqta hunt’akuyta atin; kay hatun cheqaq yachay ukhupin, mayqinchus pakasqa kaq hina sut’inchasqa, kasarakuypa kamachiynin hoqarisqa kachkan. Unanchaqa samana p’unchayta, hinallataq iskaychasqa kamachiyin kasarakuypa kamachiyninta rikuchin.</w:t>
      </w:r>
    </w:p>
    <w:p>
      <w:pPr>
        <w:pStyle w:val="ArticleScripture"/>
        <w:jc w:val="left"/>
      </w:pPr>
      <w:r>
        <w:rPr>
          <w:rFonts w:ascii="Times New Roman" w:hAnsi="Times New Roman" w:eastAsia="Times New Roman" w:cs="Times New Roman"/>
        </w:rPr>
        <w:t>Qharmiqaqaqa uman warminpa umanmi, imaynachus Cristoqa iglesiapa uman kasqanna hina; payqa cuerpopa Qespichiqninmi. Chayrayku, imaynachus iglesiaqa Cristoman kasukun, chaynallataq warmikunaqa sapaqhusankuman tukuy imapi kasukuchun. Qharikuna, warmiykichiskunata munakuychik, imaynachus Cristoqa iglesiata munakurqa, hinaspa payrayku kikinta qoykurqa; chaywan payta santuyaq, siminwan yakuwan mayllakuspa llimphuchinanpaq; chay hinaqa kikinman lliw sumaq, k’anchayniyuq iglesiata rikuchinanpaq, mana ima qhelliyuq, mana q’ukuyuq, nitaq chayhina ima kasqanwan, aswanqa santu, mana ima pantayniyuq kananpaq. Chay hinallataq qharikunaqa warminkuta kikinkupa cuerpon hina munakuyta deben. Pichus warminta munakunqa, kikintan munakun. Manam pipas hayk’aqpas kikin aychantachu cheqnikurqa; aswanmi mikuchin, uywanpas, imaynachus Señorqa iglesiata. Ñuqanchikqa paypa cuerponmanta ruwasqa miembrokunam kanchik, paypa aychanmanta, paypa tullunkunamantawan. Chayraykum qhariqa taytanmanta mamantanmanta rakikuspa warminwan t’inkisqa kanqa, iskayninkuñataq huk aycha kanqaku. Kayqa hatun pakasqa misteriom; ichaqa Cristo-manta, iglesiamantawanmi rimani. Efesios 5:23–32.</w:t>
      </w:r>
    </w:p>
    <w:p>
      <w:pPr>
        <w:pStyle w:val="ArticleBody"/>
        <w:jc w:val="left"/>
      </w:pPr>
      <w:r>
        <w:rPr>
          <w:rFonts w:ascii="Times New Roman" w:hAnsi="Times New Roman" w:eastAsia="Times New Roman" w:cs="Times New Roman"/>
        </w:rPr>
        <w:t>Unanchaqaqaqa iskaynin kamachikuykunapa unanchaqninmi, chaykunaqa Samana Punchawpas Kasarakuywanpas; kasarakuytaq rikuchin Dios kayninwan runa kayninwan huñunakuyta. Chay kasarakuypa pakasqa misteriuntaq Iglesianta rikuchin, paymi Templon.</w:t>
      </w:r>
    </w:p>
    <w:p>
      <w:pPr>
        <w:pStyle w:val="ArticleScripture"/>
        <w:jc w:val="left"/>
      </w:pPr>
      <w:r>
        <w:rPr>
          <w:rFonts w:ascii="Times New Roman" w:hAnsi="Times New Roman" w:eastAsia="Times New Roman" w:cs="Times New Roman"/>
        </w:rPr>
        <w:t>“Torriqaqaqa templopa unancha karqan.” The Desire of Ages, 596.</w:t>
      </w:r>
    </w:p>
    <w:p>
      <w:pPr>
        <w:pStyle w:val="ArticleBody"/>
        <w:jc w:val="left"/>
      </w:pPr>
      <w:r>
        <w:rPr>
          <w:rFonts w:ascii="Times New Roman" w:hAnsi="Times New Roman" w:eastAsia="Times New Roman" w:cs="Times New Roman"/>
        </w:rPr>
        <w:t>Sellasqa tiempo qallariyninpi, Iskay Torrekunam urmaqanku; sellasqa tiempo chawpinpitaq, iskay “torrekuna”, iskay clasetap rakinapaq ruwanakuyta rikch’achispa (iskaynin waqrankunapaq), reqsichisqa karqanku; sellasqa tiempo tukuyninpitaq, Diospa templonpa hañin Sábado nisqapa Iskay Torrekunan hoqarisqa kanqa, huk unancha hina mana judío nacionkunapaq.</w:t>
      </w:r>
    </w:p>
    <w:p>
      <w:pPr>
        <w:pStyle w:val="ArticleBody"/>
        <w:jc w:val="left"/>
      </w:pPr>
      <w:r>
        <w:rPr>
          <w:rFonts w:ascii="Times New Roman" w:hAnsi="Times New Roman" w:eastAsia="Times New Roman" w:cs="Times New Roman"/>
        </w:rPr>
        <w:t>Kay yachayta qatiqninchis hamuq qillqapi.</w:t>
      </w:r>
    </w:p>
    <w:p>
      <w:pPr>
        <w:pStyle w:val="ArticleScripture"/>
        <w:jc w:val="left"/>
      </w:pPr>
      <w:r>
        <w:rPr>
          <w:rFonts w:ascii="Times New Roman" w:hAnsi="Times New Roman" w:eastAsia="Times New Roman" w:cs="Times New Roman"/>
        </w:rPr>
        <w:t>Señor de los ejércitospa p’unchayninqa kachkan llapa hatunchakuqkunapaq, altota hap’iqkunapaqpas, llapa hoqarisqa kaqkunapaqpas; paykunataqa urayman urmachinqa. Chay p’unchayninqa hamunqa Líbanoq llapa cedro sach’akunaman, altokuna, hoqarisqakuna kaqkunaman; Basán llaqtapa llapa encina sach’akunamanpas; llapa hatun urqukunaman, llapa hoqarisqa orqokunamanpas; llapa alto torrekunaman, llapa muyurisqa sinchi perqakunamanpas; Tarsispa llapa barcokunaman, llapa sumaq rikch’akuq dibujokunamanpas. Runapa hatunchakuyninqa kumuykuchisqa kanqa, runakunaq ancha qaparikuq sunqunku uraykuchisqa kanqa; chay p’unchayqa Señor sapallan hoqarisqa kanqa. Ídolokunataqa lliwta chinkachinqa. Paykunaqa Señor-manta manchakuspa, paypa hatun k’anchayninpa lliphlliyninrayku, rumi t’oqokunaman, allpa mach’aykunaman yaykunqaku, may pachachus pay hatarimun kay pachata sinchita katkatichinampaq. Chay p’unchaypiqa runaqa qolqemanta ídolonkuna, qorimanta ídolonkuna, sapa hukninpa yupaychananpaq rurasqankunata, tutak’uskuna-man, murciélagokuna-manpas wikch’unqa; Señor-manta manchakuspa, paypa hatun k’anchayninpa lliphlliyninrayku, chhika qaqa paqchakunapa t’iqrakunaman yaykunanpaq, may pachachus pay hatarimun kay pachata sinchita katkatichinampaq. Amaña runapi atinikuychikchu, pichus samayninqa senqanmanta lloqsiqlla; imapiqtaq yupaychasqa kanan? Isaías 2:12–22.</w:t>
      </w:r>
    </w:p>
    <w:p>
      <w:pPr>
        <w:pStyle w:val="ArticleScripture"/>
        <w:jc w:val="left"/>
      </w:pPr>
      <w:r>
        <w:rPr>
          <w:rFonts w:ascii="Times New Roman" w:hAnsi="Times New Roman" w:eastAsia="Times New Roman" w:cs="Times New Roman"/>
        </w:rPr>
        <w:t>Suma alliyniy, hinaspa pukllaynay; alto torrey, hinaspa qespichiqniy; escudoy, hinaspa paypi atini; paymi llaqtayta ñoqa urayman kamachin. Salmos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Liwru Daniel - Pachak tawa chunka tawa numero</dc:title>
  <dc:subject>Hukllaña Partidu Demócrata Estados Unidos llaqtapi urmaqtinpa profética nisqap ancha allin significancianta</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