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tawqa tawa chunka pichqayuqninña</w:t>
      </w:r>
    </w:p>
    <w:p>
      <w:pPr>
        <w:pStyle w:val="ArticleSubtitle"/>
        <w:jc w:val="left"/>
      </w:pPr>
      <w:r>
        <w:rPr>
          <w:rFonts w:ascii="Arial" w:hAnsi="Arial" w:eastAsia="Arial" w:cs="Arial"/>
        </w:rPr>
        <w:t>Qelqasqa Bibliaq willakuy ham kunan p’unchaw ruwaykuna: kunan pacha pulitikaq hina, hinallataq religiokunaq unanchasqa kayninmanta huk qhawariy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Woke-ismo nisqa religiyun (Sodoma) chaymanta Comunismo nisqa politicakuna (Egipto) hatarirqanku, aswan qhapaq presidenteqa 2015 watapi presidente kayman aywayta munasqanta willarispan; hinaspa pay políticaq qhawayninta testificasqanmanta qhipaman, 2020 watapi wañuchisqa karqa. Papapas proféticamente wañuchisqa karqa 1798 watapi, satanásmanta testimoniunta qusqan qhipaman kimsa p’unchaw huk kuskan profético p’unchawkuna kamachisqanman hina. Ichaqa Diospa profético Simiqa reqsichin papaqa dragónwan maqanakusqanpi atipananta.</w:t>
      </w:r>
    </w:p>
    <w:p>
      <w:pPr>
        <w:pStyle w:val="ArticleScripture"/>
        <w:jc w:val="left"/>
      </w:pPr>
      <w:r>
        <w:rPr>
          <w:rFonts w:ascii="Times New Roman" w:hAnsi="Times New Roman" w:eastAsia="Times New Roman" w:cs="Times New Roman"/>
        </w:rPr>
        <w:t>Runaq Churi, uyaykita churay Egipto suyupa rey Faraonpa contranman, paypa contran willakuy, hinallataq llapa Egiptopa contranpas. Rimay, nispa niy: Kaysi Señor Dios nin: Qhawariy, qanpa contraykim kani, Egipto suyupa rey Faraón, hatun amaru, mayukunapa chawpinpi siriykuq, mayqinchus nirqan: “Mayuyqa noqap kikinmi, noqataq rurasqani noqapaq kikillaypaq.” Ezequiel 29:2, 3.</w:t>
      </w:r>
    </w:p>
    <w:p>
      <w:pPr>
        <w:pStyle w:val="ArticleBody"/>
        <w:jc w:val="left"/>
      </w:pPr>
      <w:r>
        <w:rPr>
          <w:rFonts w:ascii="Times New Roman" w:hAnsi="Times New Roman" w:eastAsia="Times New Roman" w:cs="Times New Roman"/>
        </w:rPr>
        <w:t>Egiptoqa hatun sach’a amaru hinam, Faraonpa mana Diospi iñiyninqa Francia revoluciónpi mana Diospi iñiyninta, hinallataq iskay chunka hukniyuq pachak watapi kaq munduchakuyta rikuchirqan. Chay munduchakuyqa, iskay chunka hukniyuq pachak watapi allpapa uywa nisqapa ukhupin, Partido Democrático nisqawan rikuchisqa kachkan. Ezequielqa sut’inchanmi Diosqa Egiptopa contra kasqanta, hinallataq qhepaman chay capitulopi Ezequielqa sut’inchanmi Diosqa Egiptota qunqa norte reyman, mayqenchus chay pasajepi Nabucodonosor nisqawan reqsichisqa kachkan, paymi qhipa p’unchaykunapi llulla norte reymanta unanchaq. Chay llulla norte reyqa papado kachkan, hinallataq Diosqa Ezequielwan sut’inchanmi Diosqa Egiptota qunqa norte reyman Nabucodonosorpa serviyninrayku, payqa Paypa castigananpa varan karqan. Payqa sut’inchanmi Egiptota papaman qunanta chay qhipa para chayamunan pacha ukhupi.</w:t>
      </w:r>
    </w:p>
    <w:p>
      <w:pPr>
        <w:pStyle w:val="ArticleScripture"/>
        <w:jc w:val="left"/>
      </w:pPr>
      <w:r>
        <w:rPr>
          <w:rFonts w:ascii="Times New Roman" w:hAnsi="Times New Roman" w:eastAsia="Times New Roman" w:cs="Times New Roman"/>
        </w:rPr>
        <w:t>Hinaspa qanchis chunka qanchisniyuq watapi, ñawpaq killa, killapa ñawpaq p’unchayninpi, Señorpa simin hamuwarqan ñoqaman, nispa: Runa churi, Babiloniapa rey Nebucadnezarqa soldadonkunata Tiro llaqtapa contranpi ancha hatun llamk’ayman churaran: sapa uman q’alayachisqa karqan, sapa rikranpas q’arachisqa karqan; ichaqa manan paypas, soldadonkunapas, Tiro llaqtamantaqa imayna paga chaskirqankuchu, chaypa contranpi servirusqankumanta. Chayraykun Señor Diosqa kayhinata nin: Qhawariy, Egipto suyutaqa Babiloniapa rey Nebucadnezarmanmi qosqani; payqa achka runankunatan apapunqa, qhapaq kaynintapas qichunqa, imankunata qichusqantapas apakunqa; chaymi soldadonkunapa pagon kanqa. Llamk’asqanrayku, chaypa contranpi servirusqanrayku, Egipto suyutan payman qosqani, imaraykuchus paykunaqa Ñoqapaq llamk’arqanku, ninmi Señor Diosqa. Chay p’unchaypiqa Israelpa wasinpa waqran wiñariyta paqarichisqaq, qantataq paykunapa chawpinpi simiykita kicharinaykita qosqayki; hinaspan yachankaqku Ñoqa Señor kasqayta. Ezequiel 29:17–21.</w:t>
      </w:r>
    </w:p>
    <w:p>
      <w:pPr>
        <w:pStyle w:val="ArticleBody"/>
        <w:jc w:val="left"/>
      </w:pPr>
      <w:r>
        <w:rPr>
          <w:rFonts w:ascii="Times New Roman" w:hAnsi="Times New Roman" w:eastAsia="Times New Roman" w:cs="Times New Roman"/>
        </w:rPr>
        <w:t>Diospa “p’unchaynin”pi “Israelpa wasinpa waqran t’ikarinanpaq” ruranqa ninqa 11 septiembre 2001 watapi, qhipa para qallariypi ch’iqchimusqa kaptinmi. Chay pachapin Señorqa ricch’achiqkuna hatarichirqan, nispan: “uyariychik trompetapa sonidonta” kinsa kaq ayepaq, paymi reqsichirqan Diosqa “qampaq simi kicharinata qosunki paykuna chawpinpi” nispa. “Chawpinpi” nisqaqa pacha intervalota reqsichin, qhipa parapa ch’iqchimuynin 11 septiembre 2001 watapi qallarisqamanta, Domingo kamachikuykama tukukuqta, chay p’unchaypi Santo Espíritu mana tupuy atina hinallaña ichhuykusqa kanan kama. Chay iskay señalkuna chawpinpi (chawpinpi), iskay testigokuna utaq iskay waqrakuna testimonionkuta qospanku, iskayninku 2020 watapi callepi wañuchisqa kanankukama.</w:t>
      </w:r>
    </w:p>
    <w:p>
      <w:pPr>
        <w:pStyle w:val="ArticleBody"/>
        <w:jc w:val="left"/>
      </w:pPr>
      <w:r>
        <w:rPr>
          <w:rFonts w:ascii="Times New Roman" w:hAnsi="Times New Roman" w:eastAsia="Times New Roman" w:cs="Times New Roman"/>
        </w:rPr>
        <w:t>Manaraq wañuchisqa kachkaptinku, paykunaqa testimoniota qorqanku; wañuchisqa qhepataq kawsarimorqanku pusaq kaq hina, chayri qanchis kaqmanta. Paykunaqa wañuchisqa karqanku atheísmo-pa dragon atiyninwan (Egipto) hinaspa qhelli kawsaywan (Sodoma). Diosman rurasqanku serviqisqankumanta, Payqa prometirqan Egiptota paykunapa premiun hina qosqayta. Daniel chunka hukniyuq qhelqapi tawa chunka hukniyuq versículopi, norte llaqtapa reynin Estados Unidos-pa sumaq allpanta hap’iqtin, chaymantataq Egiptotapas hap’in; kaymi paypa pagon karqan, Diospa providencial llamkayninpi rurasqan serviqisqanmanta.</w:t>
      </w:r>
    </w:p>
    <w:p>
      <w:pPr>
        <w:pStyle w:val="ArticleScripture"/>
        <w:jc w:val="left"/>
      </w:pPr>
      <w:r>
        <w:rPr>
          <w:rFonts w:ascii="Times New Roman" w:hAnsi="Times New Roman" w:eastAsia="Times New Roman" w:cs="Times New Roman"/>
        </w:rPr>
        <w:t>¡Ay Asiria!, phiñasqoypa varanmi kanki, hinaspa makinpi kasqan k’aspin piñasqoymi. Payta kachasaq iskay uya llaqtapa contranman, hinaspa phiñasqoypa runankunapa contranman kamachisaq, qichuyta apananpaq, imatapas hap’ipakunanpaq, hinaspa ñankunapa t’urun hina saruchinankupaq. Isaías 10:5, 6.</w:t>
      </w:r>
    </w:p>
    <w:p>
      <w:pPr>
        <w:pStyle w:val="ArticleBody"/>
        <w:jc w:val="left"/>
      </w:pPr>
      <w:r>
        <w:rPr>
          <w:rFonts w:ascii="Times New Roman" w:hAnsi="Times New Roman" w:eastAsia="Times New Roman" w:cs="Times New Roman"/>
        </w:rPr>
        <w:t>Asirioqa chaymi norte llaqtapa reynin, paymi papado-ta sut’inta rikuchin, qhipa p’unchaykunapi norte llaqtapa llulla reyta. Asiriawan Babiloniawanqa Israelpa hawan juicio apanankupaqmi llamk’achisqa karqanku, hanaq rey simikunatawan uray rey simikunatapas, sapa kuti mana kasukuyninkurayku.</w:t>
      </w:r>
    </w:p>
    <w:p>
      <w:pPr>
        <w:pStyle w:val="ArticleScripture"/>
        <w:jc w:val="left"/>
      </w:pPr>
      <w:r>
        <w:rPr>
          <w:rFonts w:ascii="Times New Roman" w:hAnsi="Times New Roman" w:eastAsia="Times New Roman" w:cs="Times New Roman"/>
        </w:rPr>
        <w:t>“‘Chaynaqa Israelqa apasqa karqa kikinpa allpanmanta Asiriaman,’ ‘imatachus mana kasukusqankurayku Señor Diosninkupa siminta, aswanpas p’akisqankurayku Paypa rimanakuyninta, hinaspa llapa imatachus Moisés, Señorpa kamachin, kamachisqanta.’ 2 Reyes 17:7, 11, 14–16, 20, 23; 18:12.”</w:t>
      </w:r>
    </w:p>
    <w:p>
      <w:pPr>
        <w:pStyle w:val="ArticleScripture"/>
        <w:jc w:val="left"/>
      </w:pPr>
      <w:r>
        <w:rPr>
          <w:rFonts w:ascii="Times New Roman" w:hAnsi="Times New Roman" w:eastAsia="Times New Roman" w:cs="Times New Roman"/>
        </w:rPr>
        <w:t>“Chunka chay manchay jatun taripaykunata chunka ayllukunaman Apunchik apamusqanpi, yachaysapa hinallataq khuyapayakuq munaynin karqa. Imatatachus payqa ñawpaq taytakunapa llaqtankupi paykunawanña mana atispa ruwanmanchu, chaytaqa mana iñiq runakunapa chawpinkunaman chinkachispa hunt’achiyta maskharqa. Runakunaq Salvadorninwan pampachayta jap’iyta ajllaqkuna llapallanpaq salvacionmanta paypa yuyayninqa manaraqmi hunt’akunan karqa; Israelman apamusqa ñak’ariykunapiqa, kay pachapi nacionkunaman paypa hatun k’anchaynin rikuchisqa kananpaq ñanta wakichisqa karqa. Manan llapallanchu preso apasqa runakunaqa mana wanakusqachu karqanku. Paykunapa ukhupinqa wakinkuna Diosman cheqaqta takyasqa qhipakuyta atirqanku, wakintaq paypa ñawpaqenpi k’umuykukusqanku. Kaykunawanmi, ‘kawsak Diospa churinkuna’ (Oseas 1:10) nisqaman hina, Asiriapa kamachiynin ukhupi achka runakunata paypa kayninpa imayna kasqanman hinallataq kamachikuyninpa allin kayninta reqsichinqa.” Profetas y Reyes, 292.</w:t>
      </w:r>
    </w:p>
    <w:p>
      <w:pPr>
        <w:pStyle w:val="ArticleBody"/>
        <w:jc w:val="left"/>
      </w:pPr>
      <w:r>
        <w:rPr>
          <w:rFonts w:ascii="Times New Roman" w:hAnsi="Times New Roman" w:eastAsia="Times New Roman" w:cs="Times New Roman"/>
        </w:rPr>
        <w:t>Señorqa churasqa norte llaqtakunapa reykunata juzgayninpa llamk’anan hina; hinallataq, Bibliapi paykunawan ruwasqan kamachiyqa kay karqan: ruwasqanku yanap’akuyrayku pagasqa kananmi.</w:t>
      </w:r>
    </w:p>
    <w:p>
      <w:pPr>
        <w:pStyle w:val="ArticleScripture"/>
        <w:jc w:val="left"/>
      </w:pPr>
      <w:r>
        <w:rPr>
          <w:rFonts w:ascii="Times New Roman" w:hAnsi="Times New Roman" w:eastAsia="Times New Roman" w:cs="Times New Roman"/>
        </w:rPr>
        <w:t>Chay wasillapillapita qhipakuychis, qosqankuta mikhuspa, ukyaspa ima: llamk’aqqa pagonmanta chaskinanta hinan allin. Ama wasimanta wasiman puriychischu. Lucas 10:7.</w:t>
      </w:r>
    </w:p>
    <w:p>
      <w:pPr>
        <w:pStyle w:val="ArticleBody"/>
        <w:jc w:val="left"/>
      </w:pPr>
      <w:r>
        <w:rPr>
          <w:rFonts w:ascii="Times New Roman" w:hAnsi="Times New Roman" w:eastAsia="Times New Roman" w:cs="Times New Roman"/>
        </w:rPr>
        <w:t>Apuqa papadota llamk’achin Estados Unidosta muchuykuchin paykuna probacionninku p’unchaykunapa q’ipinkuta hunt’achinkuman hina, utqhaylla hamuq domingo kamachiypi; hinaspan paganqa kaymi: Egiptota papadoman qun, ruwasqan llamk’aykuna rayku. Diospa profético Simiqa sut’inmi nin Egiptoqa papadoman qusqa kasqanta, hinaspa Daniel qhelqapa chunka hukniyuq t’aqapa chusku chunka iskayniyuq, chaymanta kimsa versículokunapas, kay cheqaq kayta takyachin. Papaq paganqa, ruwasqan llamk’aykuna rayku, chunka reykuna hoqarisqan umam tukusqanmanta, hinaspa animalpa ricchaynin mundu intirupi kamachisqan patapi kamachiq kasqanmanta.</w:t>
      </w:r>
    </w:p>
    <w:p>
      <w:pPr>
        <w:pStyle w:val="ArticleBody"/>
        <w:jc w:val="left"/>
      </w:pPr>
      <w:r>
        <w:rPr>
          <w:rFonts w:ascii="Times New Roman" w:hAnsi="Times New Roman" w:eastAsia="Times New Roman" w:cs="Times New Roman"/>
        </w:rPr>
        <w:t>Trumpqa dragónpa atinqankunamanta atipan, payqa pusaj umam, qanchismantam kashan, Estados Unidospi animalpa rikch’ayninpa p’unchayninpi. Partido Demócratapa urmaynin, chay dragónpa atinqan, 2020 watapi Trump-ta wañuchiq, kunanmi pasashan. Diospa Siminqa hayk’aqpas mana pantanchu. Partido Demócratapa “camellopa wasanta p’akichiq q’iwch’a” nisqaqa Islampa llulla profetanmi. 2023 watapa octubre killapa 7 p’unchayninpi maqanakuyqa yanapakuyninpa tiyanan ukhupi huk t’aqata churarqan, chayqa Islampa ruwayninmantam sut’inchakun, nacionkunata phiñachispa llakichispa. Kayqa aswan achka maqanakuykunawanmi kuskan kanqa, aswan hatun rakinakuyta paqarichispa, chaykama huk laya runakunata kay pachapa animalninmanta huñuspa, paykunaqa dragónpa kallpankunaq cacharimusqan mana allin mana kamachisqa inmigración unuypa mana yuyayniyuq kasqanta reqsinku. Chayqa qullqip kawsayninpi sasachakuytapas paqarichinqa, ichaqa chay sasachakuyqa ñam kaypi kashan.</w:t>
      </w:r>
    </w:p>
    <w:p>
      <w:pPr>
        <w:pStyle w:val="ArticleScripture"/>
        <w:jc w:val="left"/>
      </w:pPr>
      <w:r>
        <w:rPr>
          <w:rFonts w:ascii="Times New Roman" w:hAnsi="Times New Roman" w:eastAsia="Times New Roman" w:cs="Times New Roman"/>
        </w:rPr>
        <w:t>“Chaymantaqa hatun llullachiq runakunata yuyachinqa Diosman sirviqkuna kay mana allinkunata apachimushankuta. Hanaq Pacha mana kusisqanman chayachiqkuna llapa sasachakuyninkuta churankakuq Diospa kamachikuyninkunata kasukuynin huchasapakunapaq wiñay huchachakuq rikuchiy kashaqkunaman. Nispas willakusunqa runakuna Diosta phiñachishankuta domingo samana p’unchayta p’akispanku; kay huchaqa apamunmi llakikuykunata, chaykunaqa mana tukukunqachu domingo p’unchay waqaychasqa kasqan sinchi kamachisqa kanan kama; hinaspa tawañiqin kamachikuypa mañakuyninta rikuchiqkuna, chay hina domingo p’unchaypaq manchakuyta tukuchispanku, llaqtata turbaqkuna kasqankuta, hark’ashankuta Diospa favorninman kutirinankuta hinallataq kay pachapi allin kawsayman chayanankuta. Chay hinaqa, ñawpaq p’unchaykunapi Diospa kamachinman churaykusqa runapaq huchachakuy nisqa, kutimunqa, chayllatataq allin sayasqa razonesninkuna patapi: ‘Hinaqtinmi, Acab Elias-ta rikuspa, Acab payta nirqan: ¿Qanachu Israelta turbaq? Hinaspan pay kutichirqan: Manan ñuqachu Israelta turbachkani; aswanqa qanmi, taytaykipa wasinwan kuska, Señorpa kamachikuyninkunata saqerqankichikrayku, hinaspa Baalimkunata qatirqanki.’ 1 Reyes 18:17, 18. Llaqtaq phiñakuynin llulla huchachakuykunawan hatarichisqa kaqtin, paykuna Diospa kachamusqan runankunapaq contranpi purinqaku, Diosmanta karunchakusqa Israel Eliaspa contranpi purisqanman ancha rikch’akuqta.” El Gran Conflicto, 590.</w:t>
      </w:r>
    </w:p>
    <w:p>
      <w:pPr>
        <w:pStyle w:val="ArticleBody"/>
        <w:jc w:val="left"/>
      </w:pPr>
      <w:r>
        <w:rPr>
          <w:rFonts w:ascii="Times New Roman" w:hAnsi="Times New Roman" w:eastAsia="Times New Roman" w:cs="Times New Roman"/>
        </w:rPr>
        <w:t>Sábado punchaw waqaychakkunaqa reqsichisqa kanqaku imaraykuchus “Diospa allin qhawariyninwan pacha kaypi qapaq kay” qichusqa kasqanmanta. Kay pisi tiempomanta, ñawpaqmanña hamusaqmantam willaspa, payqa Elíasmanta rimarin, hinallataq Acabwan tinkusqanmanta. Paykunapa sapaqta ch’ataykunaqa Carmelo Orqopa ñawpaqenpi rurasqa karqan. Pacha kaypi qapaq kaywan Diospa allin qhawariyninqa astawan yapakuq taripaykunawan qichusqa kanku, mana karuchu hamuq Domingo kamachiy manaraq chayamuchkaptin. Chayraq nisqa pasajekaqa rikuchin huk serie ruwaykunata, chaykunaqa pasanku Domingo kamachiywan pruebakuna tiempopi; ichaqa iskay prueba tiempo kan. Uywapa lantanpa pruebanqa, Estados Unidos ukhullapi ruwakuspa, chaymanta qhipaman tukuy pachapi yapamanta ruwakun. Pasajepi llapa willasqa ruwaykunaqa tarinku profético hunt’akuyninkuta historiapi, mana karuchu hamuq Domingo kamachiykama pusay historiapi, hinallataq chaymanta qhipa hamuq mundo Domingo kamachiy crisispa historiañinpipas.</w:t>
      </w:r>
    </w:p>
    <w:p>
      <w:pPr>
        <w:pStyle w:val="ArticleBody"/>
        <w:jc w:val="left"/>
      </w:pPr>
      <w:r>
        <w:rPr>
          <w:rFonts w:ascii="Times New Roman" w:hAnsi="Times New Roman" w:eastAsia="Times New Roman" w:cs="Times New Roman"/>
        </w:rPr>
        <w:t>Testimonies qanchis volúmenpa ñawpaq párrafon, p’anqa chunka hukniyuqpi qallarispa, chayhinataq NINE-ELEVEN nisqata reqsichispa, nin: “Pacha tukukuypi kawsashanchik. Pacha señalkuna utqayllam hunt’akushaspa, Cristo hamuynin qayllapiña kasqanta willakun. Kunan kawsashanchik p’unchawkuna ancha solemne hinallataq ancha importante kanku. Diospa Espiritunqa allmanta allmanta, ichaqa mana pantaypaq hina, kay pachamanta qichukushanña. Diospa gracianta pisipaq qhawariqkunamanqa ñaña unquykuna wan juicioykuna urmaykushanku. Hallp’apiwan qochapiwan calamidadkuna, sociedadpa mana takyasqa kaynin, maqanakuykunamanta manchakuy willakuykuna, ancha hatun señalmi kanku. Chaykunaqa ashwan hatun sayayniyuq hamuq ruwaykunata ñawpaqmantam rikuchinku.” Willakuy ñawpaqman rispaqa, p’anqa chunka tawanpi tarinchik: “Manam achkha runakuna kanchu, yachachiqkuna chawpipipas estadista runakuna chawpipipas, kunan sociedadpa kaynin uraypi kachka imakunata entiendenkuq. Gobiernopa riendasninta hap’iqkunaqa manam atinkuchu moral corrupciónpa, pobrezaq, pauperismoq, hinallataq aswan yapakuspa risqanmanta huchakuykunapa sasachakuyninta allichayta. Paykunaqa yanqa kuskallam llank’ashanku negociospa ruwayninkunata aswan seguro cimientopi churayta munaspa. Sichus runakuna Diospa simin yachachisqanta aswan uyariyman qhawarinkuman chayqa, paykunata musphachiq sasachakuykunapa allichayninta tarinkumanmi.”</w:t>
      </w:r>
    </w:p>
    <w:p>
      <w:pPr>
        <w:pStyle w:val="ArticleScripture"/>
        <w:jc w:val="left"/>
      </w:pPr>
      <w:r>
        <w:rPr>
          <w:rFonts w:ascii="Times New Roman" w:hAnsi="Times New Roman" w:eastAsia="Times New Roman" w:cs="Times New Roman"/>
        </w:rPr>
        <w:t>Qelqakunaq qellqasqankunaqa kay pachaq imayna kasqanta willakunku Cristo kutimuynin iskay kaqman manaraq chayamuchkaptin. Suwa kaywan, qechuywanpas hatun qhapaq kayta huñuq runakunaqmantaqa kayhinata qelqasqa kashan: “Qhepa p’unchaykunapaq qhapaq kayta huñurqankichik. Qhawariychik, chakra masiykichikkunata rutuchiq llamk’aqkunaq mink’anku, qankunamanta llullakuywan hark’asqa kasqan, qaparishan; chakra rutuqkunaq qaparikuyninkupas Señor de Sabaotpa rinrinman haykurunña. Kay pachapi kusikuyllapi kawsarqankichik, mana allin munaykunapi purirqankichik; sonqoykichikta wirayachirqankichik, pishtay p’unchaypi hina. Chiqap runata huchacharqankichik, wañuchirqankichikpas; payqa manan qankunata hark’akunchu.” Santiago 5:3–6.</w:t>
      </w:r>
    </w:p>
    <w:p>
      <w:pPr>
        <w:pStyle w:val="ArticleBody"/>
        <w:jc w:val="left"/>
      </w:pPr>
      <w:r>
        <w:rPr>
          <w:rFonts w:ascii="Times New Roman" w:hAnsi="Times New Roman" w:eastAsia="Times New Roman" w:cs="Times New Roman"/>
        </w:rPr>
        <w:t>Qhipa p’unchaykunapi runakunaqa “yanqa llank’ashanku negocios ruwanakunata aswan sinchi takyasqa sayayninman churayta.” Demócratakuna, paykunapa propaganda makinankuta, hinallataq globalista banquerokunapas yanqa llank’ashanku, hinaspataq llullakushanku cheqaq qullqi sayayninmanta, mayqinta ninku Administración Biden kasqanmanta taripasqanta. “Cristopa iskay kutin hamuyninman ñawpaq kaq pachaqa” nisqa unanchakunayuqkunamanta hukninmi, “suwanakuspa hinaspa qechuywan” runakuna “hatun qhapaq kayta huñusqaku” nisqaqa. Kimsa versículokuna, mayqinkunaqa Santiago qillqamanta versículokunata ñawpaqcharqanku, Sister White nisqanpi cited kasqankutaq kaykuna kanku:</w:t>
      </w:r>
    </w:p>
    <w:p>
      <w:pPr>
        <w:pStyle w:val="ArticleScripture"/>
        <w:jc w:val="left"/>
      </w:pPr>
      <w:r>
        <w:rPr>
          <w:rFonts w:ascii="Times New Roman" w:hAnsi="Times New Roman" w:eastAsia="Times New Roman" w:cs="Times New Roman"/>
        </w:rPr>
        <w:t>Riqsiyuq runakuna, kunanqa hamuspa waqaychik, qapariychik ima ñak'ariykikunapas qamkunaman hamunankupaq. Qamkunapa qhapaq kaynikichikqa ismusqa kachkan, p'achaykichikkunataq puyukuna mikhusqaña. Qoriynikichik, qullqiykichikpas ismuywan waqllasqa kachkan; chay ismuytaq qamkunapa contraq testigo kanqa, aychaykichiktapas nina hina mikhunqa. Qamkunaqa qhepa p'unchaykunapaqmi qhapaq kayta huñusqankichik. Santiago 5:1–3.</w:t>
      </w:r>
    </w:p>
    <w:p>
      <w:pPr>
        <w:pStyle w:val="ArticleBody"/>
        <w:jc w:val="left"/>
      </w:pPr>
      <w:r>
        <w:rPr>
          <w:rFonts w:ascii="Times New Roman" w:hAnsi="Times New Roman" w:eastAsia="Times New Roman" w:cs="Times New Roman"/>
        </w:rPr>
        <w:t>“Qhipa p’unchaykuna” nisqapi huk profético característicasqa kaymi: qari-kuna kan, mana allin llank’aywan, llulla qhatuwan ima, mana cheqan ñanwan rurasqa musphay qhapaq kayninkurayku reqsichisqa. Chay qarikunaqa sapa p’unchay noticiakunapi kashanku. Chay tiempoqa ñam chayamunña. Chay tiempopi chay pachapi banco-mandakkuqkunapa, billonario qhapaqkunapa ima qhapaq kayninqa qoriwan qollqewan rikuchisqa kachkan, chaymi ismusqa tukunanpaq. Qollqepas qoripas mana ismunchu, chayrayku Qelqasqa Escriturasqa sut’inchashan imatapas llapanmanta mana suyasqa rikhuriyta, qhipa p’unchaykunapi qhapaq qarikunapa qhapaq kayninpi pasananpaq; imaraykuchus qorinpas qollqenpas ismusqa tukunanmi. Chay económico urmaypa ñawpaq willakuyninqa kimsay ñak’ariypa hamuyninwan karqa, septiembre 11, 2001 watapi. Kimsay Ñak’ariypa Islam nisqanqa Biblia profecíapi inti lloqsimuq wayrami, hinaspa qhipa p’unchaykunapi chay inti lloqsimuq wayraqmi economía-ta hundin, Tarshishpa barcokunanwan rikuchisqa hina.</w:t>
      </w:r>
    </w:p>
    <w:p>
      <w:pPr>
        <w:pStyle w:val="ArticleScripture"/>
        <w:jc w:val="left"/>
      </w:pPr>
      <w:r>
        <w:rPr>
          <w:rFonts w:ascii="Times New Roman" w:hAnsi="Times New Roman" w:eastAsia="Times New Roman" w:cs="Times New Roman"/>
        </w:rPr>
        <w:t>Qhawariy, qhapaqkuna huñunakusqakum; kuska pasasqakum. Chayta rikuspanku, admirakusqakum; llakikusqakum, utqayllam ayqikusqakum. Chaypi manchakuy paykunata hap’irqan, nanaypas, wachakuypi kashaq warmipa nanaynin hina. Qammi Tarshishpa barcokunata inti lloqsimuyniyuq wayrawan pakinki. Salmos 48:4–7.</w:t>
      </w:r>
    </w:p>
    <w:p>
      <w:pPr>
        <w:pStyle w:val="ArticleBody"/>
        <w:jc w:val="left"/>
      </w:pPr>
      <w:r>
        <w:rPr>
          <w:rFonts w:ascii="Times New Roman" w:hAnsi="Times New Roman" w:eastAsia="Times New Roman" w:cs="Times New Roman"/>
        </w:rPr>
        <w:t>Globalistakunapa reykuna, billonariokuna, hinaspa bankerokunaqa manchakuywan nanaywanmi sasachakunku inti lluqsiy wayra, mayqinchus nacionkunapa astawan phiñakuyninta rikuchin warmi wachakuy nanaypi hina, chayqa kimsakaq ay paypim Islammanta paqarin, Tarshishpa barcokunatataqmi hundichin. Islamqa qayllapi kaq hinallataq pacha llapaq ekonomíatapas p’akiytaña munan, hinaspa huk economía-p político pacha-ta ruwanqa, mayqinchus Trump-pa kallpankunaman allinllata hayk’un, manam Democratakunaman nitaq globalistakunamanchu; imaraykuchus dragónpa atiyninqa pusaq kaq umamanmi qusqa, qanchis umakunamanta kaqman, “servicios prestados” nisqapaq. Diosqa Trumpwanmi tukuy griegokunapa suyunta kuyuchirqan, kunanqa Diosmi circunstanciakunata apamushan, maypinchus tukuy pachaqa iskay clasekunaman rakisqa kananpaq.</w:t>
      </w:r>
    </w:p>
    <w:p>
      <w:pPr>
        <w:pStyle w:val="ArticleBody"/>
        <w:jc w:val="left"/>
      </w:pPr>
      <w:r>
        <w:rPr>
          <w:rFonts w:ascii="Times New Roman" w:hAnsi="Times New Roman" w:eastAsia="Times New Roman" w:cs="Times New Roman"/>
        </w:rPr>
        <w:t>Kunan pacha llamk’achisqa kay qullqi-kamay sistema, kay pachapi llaqtakunata hukllachaqkunapa makinkunapi, ñawpaqta rikhurirqan Woodrow Wilsonpa presidencianpi, huk Demócrata akllasqa, Estados Unidos llaqtata qayllamusaq Ñawpaq Kallpachanakuy Hatun Makanakuy-manta waqaychaspa hamuqta ama chayman yaykunanpaq nisqanwan akllasqa kaspa; ichaqa tukurqan chay Ñawpaq Kallpachanakuy Hatun Makanakuyta kamachisqa presidente hina. Wilsonqa aswan reqsisqa kashan Naciones Liga-ta ñawpaqman tanqayninrayku, mayqinchus Naciones Unidaspa ñawpaq ñanñiqnin karqan. Paypa presidencianpin Estados Unidospa qullqi-kamayninpa sayaynin hukllachaqkunapa makinkunaman churakusqa karqan, imaraykuchus 1913 watapi Wilsonqa naciónpa qullqi-kamay pusayninta Federal Reserve Systempa kamachiyninman churarqun.</w:t>
      </w:r>
    </w:p>
    <w:p>
      <w:pPr>
        <w:pStyle w:val="ArticleBody"/>
        <w:jc w:val="left"/>
      </w:pPr>
      <w:r>
        <w:rPr>
          <w:rFonts w:ascii="Times New Roman" w:hAnsi="Times New Roman" w:eastAsia="Times New Roman" w:cs="Times New Roman"/>
        </w:rPr>
        <w:t>Ñawpaq Ñiqin Pacha Awqanakuypa umalliqninpa willakuy qhawayninqa karqan ama awqanakuyman rinanpaq nisqanmi, chayqa llullakuymi karqan. Payqa karqan hatun tarihiapi ñawpaqman apaq runa, Nacionespa Ligayuq hukllachasqa pachakamaq gobiernonta wiñachiq, hinallataq Estados Unidospa qullqi kamachiyninta mundopi banquerokunaman quykuyninpi umallirqan. Payqa kamachirqan 1913 watamanta 1921 watakama. 1919 watapi, Adventismopa kinsa kaq miraynin, mayqinchus kay pachawan allinllachasqa tukuyninwan unancharisqa kashan, Wilsonpa kay pachawan allinllachasqa tukuyninwan kuskan-purirqan, iskay waqrankunaqa hukninwan huknin kuskan-purinku chayrayku. Laodiceapi kaq Adventismopa kinsa kaq mirayninpiqa hampiywan yachachiywan systemankunapa kamachiyninta espiritun kamachisqanmantam jawapi kaqkunapa makinkunaman qukurqanku. Chay pachallapitaqmi Wilsonqa Estados Unidospa qullqi kamachiy souveraníanta globalista banquerokunaman qukurqan, hinallataq mana sayk'uspa llamk'arqan, ichaqa mana atirqanchu, Estados Unidospa política kamachiy souveraníanta globalistakunaman qukunanpaq.</w:t>
      </w:r>
    </w:p>
    <w:p>
      <w:pPr>
        <w:pStyle w:val="ArticleBody"/>
        <w:jc w:val="left"/>
      </w:pPr>
      <w:r>
        <w:rPr>
          <w:rFonts w:ascii="Times New Roman" w:hAnsi="Times New Roman" w:eastAsia="Times New Roman" w:cs="Times New Roman"/>
        </w:rPr>
        <w:t>Wilsonqa, Ñawpaq Hatun Awqay pachapi umalliq hina, kikin willakuypaq unanchasqa kayninchikta rikuchin, kaymi Kimsakuy Hatun Awqayta reqsichin. Payqa chay historiata rikuchin maypichus Federal Reserve nisqa kasqan, pacha llapan qhatu kamachiyninta apaykachaq, mayqen ñan globalistakuna munasqanman allinta tupan, manataq Amerikapa sapankay kamachiyninmanchu. Payqa chay umalliqta rikuchin, maypichus Musuq Pacha Kamachiy tukuyta haykunanpaq churakusqanman chaylla chayan, Bibliapi willasqa qanchis ñiqin qhapaq suyu tukuspa, ichaqa paykuna kamachikuyninku pisi p'unchawkamaqlla kachkan. Kay cheqaq kaynin iskay testigokunapi sayachisqa kachkan, imaraykuchus Wilsonpa mana atisqan, Ñawpaq Hatun Awqay qhipaman League of Nations nisqaman yaykuyta maskhasqan, rikch'akuq karqan Estados Unidospa Iskay Hatun Awqay qhipallan United Nations nisqaman haykuyninwan. Kay iskay testigokunapi hina, utqaylla hamuq domingo kamachiy, mayqanqa qhipanta nacionpa thuñichakuyninta apan, pusamun United Nations nisqapa sayarichisqa kananman huk sapa-pacha kamachiy hina, maytataq globalistakuna Woodrow Wilsonpa umalliq kasqan pacha mantaña kallpachasharqanku.</w:t>
      </w:r>
    </w:p>
    <w:p>
      <w:pPr>
        <w:pStyle w:val="ArticleBody"/>
        <w:jc w:val="left"/>
      </w:pPr>
      <w:r>
        <w:rPr>
          <w:rFonts w:ascii="Times New Roman" w:hAnsi="Times New Roman" w:eastAsia="Times New Roman" w:cs="Times New Roman"/>
        </w:rPr>
        <w:t>Kay pusaq willakuy-qillqasqa rikch’ayninkunaqa kananku tiyan pusaq kaq, qhipa pusaqniyuq umalliqpa presidencianpi, paymi qanchis kaqkunamanta. Wilsonmanta qatiqmi karqa Warren Harding, huk Republicano, paymi qallarinman churarqa pacha sutiyuq “the roaring twenties”, chaymi pusarqa 1929 watapi hatun urmayman, chaymi pusarqa Hatun Ñak’ariyman, chaymi pusarqa Iskay Kaq Mundial Maqanakuyman. Trump-pa ñawpaq presidencianqa karqa “the roaring twenties”, hinaspa Bidenqa qayllam kashan kay allpa animalpa historiannimpi aswan hatun ñak’ariyta qallarinman churananpaq. Chay ñak’ariyqa rikuchisqa karqa 1929 watapi urmaywan, ichaqa hinallataq “panic of 1837” nisqawanpas Ellen White-pa pacha kawsayninpi.</w:t>
      </w:r>
    </w:p>
    <w:p>
      <w:pPr>
        <w:pStyle w:val="ArticleBody"/>
        <w:jc w:val="left"/>
      </w:pPr>
      <w:r>
        <w:rPr>
          <w:rFonts w:ascii="Times New Roman" w:hAnsi="Times New Roman" w:eastAsia="Times New Roman" w:cs="Times New Roman"/>
        </w:rPr>
        <w:t>Estados Unidos nisqapi 1830 watakunapi qullqi urmayqa sutichasqa kasqanman hina “Pánico de 1837” nisqawanmi reqsichikun. Chayqa ancha sinchi qullqi urmay karqan, 1837 watamanta 1840 watakuna chawpikama unayta duran, 1830 watakuna chunka watantinpa achka rakinta uqllarispa. Pánico de 1837 nisqaqa kayhinan karqan: qullqi chinkay sasachakuyniyuq, banco-kunapa urmayninku, llapallapi llamkaymanta qichusqa runakuna, hinallataq unay pacha qullqi sasachakuywan ñak’ariy pacha.</w:t>
      </w:r>
    </w:p>
    <w:p>
      <w:pPr>
        <w:pStyle w:val="ArticleBody"/>
        <w:jc w:val="left"/>
      </w:pPr>
      <w:r>
        <w:rPr>
          <w:rFonts w:ascii="Times New Roman" w:hAnsi="Times New Roman" w:eastAsia="Times New Roman" w:cs="Times New Roman"/>
        </w:rPr>
        <w:t>1837 watapi manchakuyqa huk “especulaciónmanta phuyu” nisqawanmi qallarikurqan, 1929 watapi urmaypas chayhinallataq. 1837 watapi, chay phuyu paqariptin, achka qhapaqkuna qollqeyoq kayninkuta chinkachirqaku, ancha hatun qollqe chinkaykunataq karqan. Especulaciónmanta phuyu qhipamanmi achka banco urmaykuna qatiqninpi rikurirqan, chaymi bancokuna sistemapi iñiy chinkachirqan, hinallataq llapanman mast’arikusqa hatun qollqe manchakuyta apamurqan. Huk llapa pacha iqtisadiya urayman puriy, hatunraq rurasqa karqan naciones ukhupi rantiy-rantikuy uraykusqanrayku hinallataq Estados Unidosmanta apachisqa qhatukuna mañakusqa kaynin pisiyasqanrayku, Estados Unidos suyupi iqtisadiya ñak’ariykunaman yanaparqan.</w:t>
      </w:r>
    </w:p>
    <w:p>
      <w:pPr>
        <w:pStyle w:val="ArticleBody"/>
        <w:jc w:val="left"/>
      </w:pPr>
      <w:r>
        <w:rPr>
          <w:rFonts w:ascii="Times New Roman" w:hAnsi="Times New Roman" w:eastAsia="Times New Roman" w:cs="Times New Roman"/>
        </w:rPr>
        <w:t>1929 watapi llakiy pampachay hatun ñak’ariy qallarinanpaq señalasqa kaq, ñawpaqmanmi Bolsa de Valores nisqapi huk burbuja especulativa karqa. 1920 watakunapi, Estados Unidos nisqapi huk pacha allin qullqi kawsay karqa, “Roaring Twenties” sutiyuq, utqhay industria wiñaywan, tecnología musuqyachiywan, hinallataq llapa runakuna suyayniyuq kaywan riqsichisqa. Chay pachapin Bolsa de Valores nisqapi especulación ancha mirarqa, facil crédito nisqawan, margin trading nisqawan (manu qullqiwanta acciones rantiy), hinallataq acciones especulativamente rantiywan, hamuq p’unchaykunapi chanin yapakusqanmanta suyasqa kaqtin, mana ima chiqap valorpi sayasqanmanta. Accionespa chaninkuna mana awantay atina pataman wicharirqaku, paykuna representasqan empresakunapa ukhupi kaq chiqap chaninta ancha aswanpas surpassaspa.</w:t>
      </w:r>
    </w:p>
    <w:p>
      <w:pPr>
        <w:pStyle w:val="ArticleBody"/>
        <w:jc w:val="left"/>
      </w:pPr>
      <w:r>
        <w:rPr>
          <w:rFonts w:ascii="Times New Roman" w:hAnsi="Times New Roman" w:eastAsia="Times New Roman" w:cs="Times New Roman"/>
        </w:rPr>
        <w:t>2000 watapi pawqar killamanta 2002 watapi octubre killakama “dot-com bubble” nisqa phutirqan. 2001 watapi septiembre killapa 11 punchawnin chay qullqi urmay ukhupi kachkarqan. Chaymanta 2008 watapi wasikunaq “burbuja”nintaq phutirqan, chaytaqa “Global Financial Crisis” icha “Great Recession” nispa suticharqanku.</w:t>
      </w:r>
    </w:p>
    <w:p>
      <w:pPr>
        <w:pStyle w:val="ArticleBody"/>
        <w:jc w:val="left"/>
      </w:pPr>
      <w:r>
        <w:rPr>
          <w:rFonts w:ascii="Times New Roman" w:hAnsi="Times New Roman" w:eastAsia="Times New Roman" w:cs="Times New Roman"/>
        </w:rPr>
        <w:t>Kamachiy domingo kamachikuyman chayaykama, Estados Unidos llaqtapi tiyak runakunapa kay pacha qhapaq kawsayninku qichusqa kan. Kay pacha qhapaq kawsayta qichuyqa pachak tawa chunka tawa waranqa runakunapa sellasqa kay pacha tiempollapin pasan. Sellasqa kay pacha tiempopa ñawpaq waymarkninqa huk qullqi urmaypi pakasqa kasharqan. Septiembre 11, 2001 wataqa kimsa kaq angelpa kallpachasqa kayninmi karqan, hinaspataq chay kikin angel 1844 watapi chayamuptin, chay historiapas huk qullqi urmaypi pakasqa kasharqan. 1844 wataqa utqayllam hamuq domingo kamachikuyman rikch’akuqmi, hinaspa Septiembre 11, 2001 wataqa sellasqa kay pacha periodopa qallariyninmi. Jesusqa sapa kuti imapa tukukuynintapas imapa qallariyninwanmi rikuchin. 1929 watapi qullqi urmayqa iskay kaq hatun mundial maqanakuyta ñawparirqan hinaspa chayman pusarqan.</w:t>
      </w:r>
    </w:p>
    <w:p>
      <w:pPr>
        <w:pStyle w:val="ArticleBody"/>
        <w:jc w:val="left"/>
      </w:pPr>
      <w:r>
        <w:rPr>
          <w:rFonts w:ascii="Times New Roman" w:hAnsi="Times New Roman" w:eastAsia="Times New Roman" w:cs="Times New Roman"/>
        </w:rPr>
        <w:t>Kay yachayta qatiqkachasunchis hamuq qillqapi.</w:t>
      </w:r>
    </w:p>
    <w:p>
      <w:pPr>
        <w:pStyle w:val="ArticleScripture"/>
        <w:jc w:val="left"/>
      </w:pPr>
      <w:r>
        <w:rPr>
          <w:rFonts w:ascii="Times New Roman" w:hAnsi="Times New Roman" w:eastAsia="Times New Roman" w:cs="Times New Roman"/>
        </w:rPr>
        <w:t>“Ñuqanchik llaqtapa ukhupiqa qilla kaywan saqesqa mana qhawarisqa kasqa, hinaspa huchayuq mana iñiypis kasqa; chaymi hark’awarqanchik Diospa saqewasqanchik ruwanakuyta ruwananchikmanta, k’anchayninchikta wak llaqtakunaman rikuchispa lliphipachinanchikmanta. Kay hatun ruwanakuypi lluqsispa puriyta, chayri imakunatapas chinkachiyta manchakuy kan, manchakuspaqa yuyanku qullqita gastasqanchik mana kutichiyta apamunman nispa. ¿Imataq, medios nisqakuna apaykuchkaptinchikpas, chaywan almas salvakusqanta mana rikuyta atisunchikchu chayqa? ¿Imataq, kapunmanchu ñuqanchik medios nisqakunamanta huk t’aqapa wañusqa chinkaylla? Aswan allinmi llamk’ayta qallariy, hinaspa llamk’ashalla kay, imatapas mana ruwanamantaqa. Manan yachankichu mayqenchus allin ruruq kanqa, kaychu ichaqri chaychu. Runakunaqa patente derecho nisqakunapi qullqita churanku, hinaspa llasa chinkaykunawan tupanku, chaytataq imapas hina kasqanman hina jap’inku. Ichaqa Diospa ruwanasninpi hinaspa causanpiqa, runakunaqa manchakunku chayman churakuyta. Qullqiqa paykunamanqa wañusqa chinkay hina rikurin, almas salvay ruwanakuypi churakuspa mana utqaylla kutichiyta apamuchkaptin. Kunanqa Diospa causanman pisillamanta churakusqa kikin medios nisqaqa, hinaspa egoístamente waqaychasqa kaqmi, mana unaymanta, tukuy ídolokunawan kuska, toposman hinaspa ch’iqch’ikunaman wikch’uykusqa kanqa. Qullqiqa utqayllam valorniyninta urmachinqa, wiñay escenas nisqakunap cheqan kaynin runapa sentidosninman kicharisqankama.” The True Missionary, January 1,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tawqa tawa chunka pichqayuqninña</dc:title>
  <dc:subject>Qelqasqa Bibliaq willakuy ham kunan p’unchaw ruwaykuna: kunan pacha pulitikaq hina, hinallataq religiokunaq unanchasqa kayninmanta huk qhawariy</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