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tawa chunka suqniyuq kinsa qillqa</w:t>
      </w:r>
    </w:p>
    <w:p>
      <w:pPr>
        <w:pStyle w:val="ArticleSubtitle"/>
        <w:jc w:val="left"/>
      </w:pPr>
      <w:r>
        <w:rPr>
          <w:rFonts w:ascii="Arial" w:hAnsi="Arial" w:eastAsia="Arial" w:cs="Arial"/>
        </w:rPr>
        <w:t>Sut’ikunata Proféticokunata Pasqaspa: Qhepa Umalliq, Dictadurakuy, hinaspa Kaylla Chayamusaq Domingo Ley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Kachkanchik profétic pacha-muyupi kasqanta reqsichkanchik, maypachachus Estados Unidos nacionpa qhipa presidentenqa, mana allin kamachiq hina atiyniyuq tukupun, aswan utqay hamuq domingo leyman pusasqa historiapi. Mana imapas ch’usaqpi ruwasqachu, kay allpa animalpa llaqtamasinkunapas Trump-manta yuyayninkupi yaqapas kuskan t’aqasqa kanku. Paypa qhawariyninwan kuyapayakusqakunaqa utqaylla rikunku imaraykuchus payqa ch’ichi millay p’ututa pichayta munan, hinallataq imaraykuchus chayqa casi mana atikunmanchu, mana Trump dictadorpa ruwanan chaskispaqa. Aswan atiyniyuq dictadorkunaqa chaykuna kanku, mayqenkunapachus llaqtamanta achka porcentaje runakuna dictadorpa ruwasqan llamk’ayta yanapanku. Hitlerpa atiyniyuqman wichariyninman ñawpaqtaqa, t’antapa huk t’antata rantinapaq, qolqeyuq huk carretilla junt’a apayta munakurqan.</w:t>
      </w:r>
    </w:p>
    <w:p>
      <w:pPr>
        <w:pStyle w:val="ArticleBody"/>
        <w:jc w:val="left"/>
      </w:pPr>
      <w:r>
        <w:rPr>
          <w:rFonts w:ascii="Times New Roman" w:hAnsi="Times New Roman" w:eastAsia="Times New Roman" w:cs="Times New Roman"/>
        </w:rPr>
        <w:t>Hitlerqa chayta tikrarqan, hinaspapas Aleman runakuna mana munanku anchhata chay willakuyta riqsiyta, Hitlerqa aswan hatun yanapayninta hap’irqan ruwasqanrayku. Estados Unidos nisqa llaqtata, hinallataq llapa kay pachata ñak’arichiq sasachakuykuna, llaqta masikuna ukhupi hukchayta paqarichinku, kunanmi rakikuy paqarisqan chiknikuna churakuchkan. Guerra Revolucionaria nisqamanta 1798 watakama pacha, wakichikuy pacha kasqanta rikuchin, chaymi pachaq tawa chunka tawa waranqa sellasqa kanankupaq pacha hina tupay. Patriot Act nisqa kamachikuymi qallariynin karqan Guerra Revolucionaria nisqapa espiritunpi kutimuy ninapaq. Jesusqa sapa kuti qallariyta tukukuyninwan rikuchin, chayrayku allpa uywaqa Guerra Revolucionariawan qallarisqan hina, hinallataq hukwanmi tukukunqa. Ñawpaq kaqqa chiqapmi karqan, qhipa kaqqa espiritumi.</w:t>
      </w:r>
    </w:p>
    <w:p>
      <w:pPr>
        <w:pStyle w:val="ArticleBody"/>
        <w:jc w:val="left"/>
      </w:pPr>
      <w:r>
        <w:rPr>
          <w:rFonts w:ascii="Times New Roman" w:hAnsi="Times New Roman" w:eastAsia="Times New Roman" w:cs="Times New Roman"/>
        </w:rPr>
        <w:t>Estados Unidospa Guerra Civilnin cheqaqmi karqa, chaymi qhipa p’unchaykunapi yapamanta kutimunan. Chaymi ñawpaq republikanu umalliqpa hamusqanta señalárqa, paymi qhipa republikanu umalliqta rikch’achin. Partido republikanoqa esclavitudpa contran partido hina paqarirqan, demócratakunapa unaymanta sayasqa, esclavitudta yanapaq partidonta hark’anapaq. Chay política rimanakuyqa Guerra Civilta, hinallataq Lincolnpa umalliq kayninta paqarichirqan. Chayraykum mana atikunachu ñawpaq republikanu umalliqta Guerra Civilmanta rak’iy; chay hinaqa qhipa republikanu umalliqpas huk Guerra Civilpa chaylla ñawpaq qayllapi qallarikuyninta chaskinqa. Jesúsqa pacha kay naturalta llamk’achirqan espíritu pachatam rikuchinapaq. Dragónpa partidoqa llullakuqpa taytanmi taytan kan; demócratakunapa partidoq selloqa llullakuymin. Kay taktikaq clásica rikuchisqanqa kikinchikmi: paykuna ninakuqku minoríakunawan kuyapayakusqa partido kasqankuta.</w:t>
      </w:r>
    </w:p>
    <w:p>
      <w:pPr>
        <w:pStyle w:val="ArticleScripture"/>
        <w:jc w:val="left"/>
      </w:pPr>
      <w:r>
        <w:rPr>
          <w:rFonts w:ascii="Times New Roman" w:hAnsi="Times New Roman" w:eastAsia="Times New Roman" w:cs="Times New Roman"/>
        </w:rPr>
        <w:t>Llulla profetakunamanta qhawakuychis, paykunaqa ovejakunapa p’achallanwanmi qankunaman hamunku, ichaqa ukhunkupiqa mikhuq atoqkunam kanku. Rurayninkumantam paykunata reqsinkichis. ¿Kachunapi kaspikunaq hawanmanta uvasta pallankuchu runakuna, icha cardokunamanta higos-tachu? Chay hinallataqmi llapa allin sach’a allin ruruta apamun; ichaqa millay sach’a mana allin ruruta apamun. Allin sach’aqa mana atinchu mana allin ruruta apamuyta, nitaq millay sach’aqa allin ruruta apamuyta atinchu. Llapa sach’a mana allin ruruta apamuqqa kuchusqam, ninaman wisch’usqam kachkan. Chayraykum rurayninkumanta paykunata reqsinkichis. Mateo 7:15–20.</w:t>
      </w:r>
    </w:p>
    <w:p>
      <w:pPr>
        <w:pStyle w:val="ArticleBody"/>
        <w:jc w:val="left"/>
      </w:pPr>
      <w:r>
        <w:rPr>
          <w:rFonts w:ascii="Times New Roman" w:hAnsi="Times New Roman" w:eastAsia="Times New Roman" w:cs="Times New Roman"/>
        </w:rPr>
        <w:t>Yurapa saphiyninqa ruran ima ruruntaq aparinqanta, hinallataq Partido Demócrataq saphinqa kashan esclavitudta yanapakuq sayaynin. Partido Republicanoq saphinqa kashan esclavitudta mana yanapakuq sayaynin.</w:t>
      </w:r>
    </w:p>
    <w:p>
      <w:pPr>
        <w:pStyle w:val="ArticleScripture"/>
        <w:jc w:val="left"/>
      </w:pPr>
      <w:r>
        <w:rPr>
          <w:rFonts w:ascii="Times New Roman" w:hAnsi="Times New Roman" w:eastAsia="Times New Roman" w:cs="Times New Roman"/>
        </w:rPr>
        <w:t>Chiqaqmi kanki, Señor, qanwan rimanakuspa mañakusuqtiy; ichaqa munani qanwan rimayta juzgamuykikunamanta: ¿imaraykutaq millay runakunapa ñanninku allinta purin? ¿imaraykutaq llapan ancha qhapataspa puriqkuna kusisqa kanku? Qanmi paykunata tarpurqanki, arí, sapichakunkuñam; wiñanku, arí, rurunkutapas apamunkuñam; siminkupi qayllallapim kanki, sonqonkumantataq karupim. Jeremías 12:1, 2.</w:t>
      </w:r>
    </w:p>
    <w:p>
      <w:pPr>
        <w:pStyle w:val="ArticleBody"/>
        <w:jc w:val="left"/>
      </w:pPr>
      <w:r>
        <w:rPr>
          <w:rFonts w:ascii="Times New Roman" w:hAnsi="Times New Roman" w:eastAsia="Times New Roman" w:cs="Times New Roman"/>
        </w:rPr>
        <w:t>Hamunqa Guerra Civilqa churakushan “qullqiyuq runakuna” nisqakunapa contexto-pi, imaynachus Hermana White paykunata sutichan, rantikuy-qhatukuyta kamachispa nacionkunapa qhapaq kayninta pallananpaq, wakcha runakunata saruchkaspankuta.</w:t>
      </w:r>
    </w:p>
    <w:p>
      <w:pPr>
        <w:pStyle w:val="ArticleScripture"/>
        <w:jc w:val="left"/>
      </w:pPr>
      <w:r>
        <w:rPr>
          <w:rFonts w:ascii="Times New Roman" w:hAnsi="Times New Roman" w:eastAsia="Times New Roman" w:cs="Times New Roman"/>
        </w:rPr>
        <w:t>“India llaqtapi, China llaqtapi, Rusia llaqtapi, hinallataq América llaqtakunapa siudadninkunapipas, waranqa waranqa qharikuna warmikunawan yarqaymanta wañuchkanku. Qullqiyuq runakunaqa, atiyniyuq kasqankurayku, qhatunachiyta kamachinku. Paykunaqa llapanta atipaqta aswan pisilla chaninpi rantinku, hinaspataq ancha yapasqa chaninpi rantichinku. Kayqa wakcha runakunapaq yarqaymi kanqa, hinaspataq huk llaqta ukhupi maqanakuywan tukukunqa.” Manuscript Releases, volumen 5, 305.</w:t>
      </w:r>
    </w:p>
    <w:p>
      <w:pPr>
        <w:pStyle w:val="ArticleBody"/>
        <w:jc w:val="left"/>
      </w:pPr>
      <w:r>
        <w:rPr>
          <w:rFonts w:ascii="Times New Roman" w:hAnsi="Times New Roman" w:eastAsia="Times New Roman" w:cs="Times New Roman"/>
        </w:rPr>
        <w:t>Lincolnpa pacha willakuy historiapi Guerra Civil nisqaqa cheqaqmi karqa, cheqaq wataqaymanmi kutichisqa karqa. Dragónpa kallpachasqan globalistakunaqa qhepa p’unchaykunapi huk Guerra Civil nisqata ruwachkanku, chayqa chawpi clase nisqata chinkachiyta munasqankumanta sayasqa, chayhinaqa ancha qapaq élitekuna sapaqlla qhiparinankupaq, hinallataq ancha wakcha siervokuna. Chawpi clase nisqaqa runakunapa social, económico, hinallataq religioso libertadninkuta waqaychan; pay chinkachisqa kaptinqa, feudalismo nisqapa sayarichisqa kananpaq mana ima hark’ana kanchu. Revolución Francesa nisqapa hatun aswan atisqaqa feudalismo nisqa sistemata tukuchisqanmi karqa; chaytan globalistakuna kunan kutichimuyta maskhachkanku, chawpi claseta chinkachispa. Globalistakunapa planonqa aswan hatunmanta sayan mana legal inmigrantekunawan chawpi claseta hunt’achiypi; chaymi económico producciónta pisiyachin, sueldokunata urayachin, estadopa welfare sistema nispata hatunyachin.</w:t>
      </w:r>
    </w:p>
    <w:p>
      <w:pPr>
        <w:pStyle w:val="ArticleBody"/>
        <w:jc w:val="left"/>
      </w:pPr>
      <w:r>
        <w:rPr>
          <w:rFonts w:ascii="Times New Roman" w:hAnsi="Times New Roman" w:eastAsia="Times New Roman" w:cs="Times New Roman"/>
        </w:rPr>
        <w:t>Iskay kaqlla Qatipaq Kallpachaq Tinkuy pacha manaraq chayamuptin, hatun ñak’ariy pacha ukhupi, Tayta Charles Coughlin, Romano Católico cura, radiopi willakuyninkunarayku reqsisqa karqan, chaykunataq suyuntinpi waranqa waranqa uyariqkunaman chayarqan. Paypa radiopi willakuyninkuna, qhipa p’unchawkunapi Rush Limbaughpa kallpayninwan kuska rikch’akuq karqan. Coughlinqa radiopi sayayninta llamk’achirqan imaymana yuyaykunamanta rimananpaq, chaykunapi kasharqan política, economía, hinallataq sociedadpa sasachakuyninkuna. Ñawpaqtaqa yanaparqan Presidente Franklin D. Roosevelt-ta, hinallataq paypa New Deal nisqanta. Coughlinpa radiopi willakuyninkunaqa, achka kutipi phiñachiq hinallataq churanakuyta apamuq kaspa, Amerikapa políticapi t’aqanakuyta apaq runa tukurqan. Hatun hinallataq sonqonmanta qatiraq aylluyoq kaptinpas, kallpachakusqa qhawariyninkunarayku imaymana chiqankunamanta rimaykachasqa hinallataq huchachisqa kasqanta tarirqan.</w:t>
      </w:r>
    </w:p>
    <w:p>
      <w:pPr>
        <w:pStyle w:val="ArticleBody"/>
        <w:jc w:val="left"/>
      </w:pPr>
      <w:r>
        <w:rPr>
          <w:rFonts w:ascii="Times New Roman" w:hAnsi="Times New Roman" w:eastAsia="Times New Roman" w:cs="Times New Roman"/>
        </w:rPr>
        <w:t>Coughlinpa qallariypi qhawayninkuna política, económica, hinallataq social nisqakunaqa Franklin Rooseveltpa chaskisqanmi karqan, hinaspataq paypa New Deal nisqa políticankunapa modelo maestronman tukurqan; chaykunaqa introducirqanku wiñayta aswan hatunyachkaq Social Security sistema nisqapa ñak’ariyninta, hinallataq Estados Unidos llaqtapi asistencia social sistema nisqatapas. Paypa New Deal políticankunaqa legadopaq señan principalman tukurqan, hinallataq huk imapas karqan profético escenario nisqapi, mayqanmi pusarqan, hinaspataq qatiqarqan, Segunda Guerra Mundialmanta qhipaman. “Ruruyninkunamanta reqsinkichik.” Rooseveltpa New Deal políticankuna rurasqa kasqanraykum, gran depresión nisqa Estados Unidos llaqtapi aswan unayta dura­rqan, kay pachapi mayqin huk llaqtapi kasqanmanta aswan.</w:t>
      </w:r>
    </w:p>
    <w:p>
      <w:pPr>
        <w:pStyle w:val="ArticleBody"/>
        <w:jc w:val="left"/>
      </w:pPr>
      <w:r>
        <w:rPr>
          <w:rFonts w:ascii="Times New Roman" w:hAnsi="Times New Roman" w:eastAsia="Times New Roman" w:cs="Times New Roman"/>
        </w:rPr>
        <w:t>Rooseveltqa Democrata karqan, chayrayku dragonmanta kallpachasqa huk globalistam karqan. Paypa qallarichisqan New Deal nisqa kamachiykunaqa huk karu pacha yuyayninman hina karqan, llapa llaqtamasikunata ancha qapaqkunaman hinaspa ancha wakchakunaman ruwananpaq. Guerra Civil nisqapi cheqaq esclavitudqa kunan p’itikachkaspa utqaylla astawan kallpachakuchkan chay espiritupaq hinaspa qullqipaq esclavitudta rikuchin, imaynachus kunan pacha Babilonia nisqapa globalista multimillonario qhatukamayuqkuna mast’arikusqa mana kamachisqa inmigracionta qullqillawan yanapachkanku, Rooseveltpa New Deal nisqanta paykuna yachasqankuman hina hunt’asqa allin kayman apananpaq. Qhipa presidentiqa, pichus Kinsa Ñiqin Mundial Guerranwan tinkuchisqa kanqa, paypas iskay ñiqin mundial guerrarayku presidente churapusqan llapa runakunata yanapakuyman watasqa programa nisqapa sasachakuyninwanpas tinkuchisqa kanqa. Inspiraciónmi kay chiqaq kayta reqsichin, hinaspapas qhipa p’unchaykunapi umalliqkunaqa mana yachankuchu imayna chay sasachakuyman kutichinankupaq nisqata reqsichin.</w:t>
      </w:r>
    </w:p>
    <w:p>
      <w:pPr>
        <w:pStyle w:val="ArticleScripture"/>
        <w:jc w:val="left"/>
      </w:pPr>
      <w:r>
        <w:rPr>
          <w:rFonts w:ascii="Times New Roman" w:hAnsi="Times New Roman" w:eastAsia="Times New Roman" w:cs="Times New Roman"/>
        </w:rPr>
        <w:t>Mana achkha, yachachiqkunapa, estadistakunapa chawpinpipas, kunan pacha sociedadpa kayninpa uraypi kaq imakunataqa entiendenchu. Gobiernoq riendasninta hap’iqkunaqa mana atinchu allinllata allichayta llulla kawsaypa ismusqanta, wakchayta, indigenciata, hinaspa aswan yapay crimenkunata. Paykunaqa yanqalla maqanakushan negocioq ruwanakunata aswan seguro takyasqa hina churayta. Sichus runakunaqa astawan uyariyman churanku Diospa siminpa yachachisqanman, paykunaqa tarinkumanmi allichanata chay sasachakuq problemakunapa, paykunata musphachiqkunapa.</w:t>
      </w:r>
    </w:p>
    <w:p>
      <w:pPr>
        <w:pStyle w:val="ArticleScripture"/>
        <w:jc w:val="left"/>
      </w:pPr>
      <w:r>
        <w:rPr>
          <w:rFonts w:ascii="Times New Roman" w:hAnsi="Times New Roman" w:eastAsia="Times New Roman" w:cs="Times New Roman"/>
        </w:rPr>
        <w:t>Qillqakuna Sagradas nisqakunaqa kay pacha imayna kasqanta Cristo kutimunqan iskay kaq hamuyninman ñawpaqta rimanku. Suwa kaywan, qichuywanpas hatun qhapaq kayta huñuq runakumantaqa kayna qillqasqa kachkan: “Qhipa p’unchaykunapaq qhapaq kayta waqaycharqankichik. Qhawariychik, chakraykichikkunata rut’uq llamk’aqkunapa pagonmi, qankuna llullakuywan hark’asqa kasqaykichikrayku, qaparin; chay rut’uqkunapa qapariyninkupas Señor de Sabaotpa rinrinkunaman haykun. Kay pachapi kusikuyllapi, munayman hina kawsarqankichik; sonqoykichiktapas wirachirqankichik, hina wañuchinapaq p’unchawpi. Chanin runatam huchacharqankichik, wañuchirqankichikpas; payqa mana qankunata hark’akunchu.” Santiago 5:3–6. Testimonios, volumen 9, 13.</w:t>
      </w:r>
    </w:p>
    <w:p>
      <w:pPr>
        <w:pStyle w:val="ArticleBody"/>
        <w:jc w:val="left"/>
      </w:pPr>
      <w:r>
        <w:rPr>
          <w:rFonts w:ascii="Times New Roman" w:hAnsi="Times New Roman" w:eastAsia="Times New Roman" w:cs="Times New Roman"/>
        </w:rPr>
        <w:t>Qhipa p’unchawkunaq p’unchayninpi kaq umalliqmi “gobiernopa riendankunata hap’inqa”, ichaqa manam atinqachu “allinchanata mana allin ruwaypi q’añuchakuyta, waqchakayta, pauperismota, hinallataq huchakuna astawan yapaykusqanta.” Nitaqmi atinqachu “negociokunaq rurayninkunata astawan takyaq, sinchi sayasqa tiyanaman churayta.” Kay llapan sasachakuykunapas tukuy qhipa p’unchawkunaq bankero-kunawan, billonario mercader-kunawanmi tinkisqa kachkan. “Pauperismo” nisqaqa ninqa chaykunapa kaqninta, pikunachus waqchakuna yanapayninman utaq bienestar nisqa yanapayninman suyakuqkuna llaqtapa gobiernonkunamanta utaq qhuyapayakuq huñunakuykunamanta. Achka ayllukunapiqa, pauperismo nisqaqa sociale stigma nisqawanmi t’inkisqa karqa, hinallataq sapa kuti waqchakayta muchuqkunapa qhipaman qhipachisqa kayninman, chiqnikusqa kayninmanpas apaq. Amerikapa historiankupi chay “pauperismota” paqarichiq programaqqa chaymi, nisqapas, waqchakaypi watasqa kaqkunata yanapanaqpaq, paykuna kikinkuta hoqarinankupaq wakichisqa kasqanmanta yuyasqa. Ichaqa, aswanqa huk gobiernoq bienestar-sistema paqarichirqan, chay pauperkunata qullqipi uywasqa watachkasqa kaypi jap’iykuyta.</w:t>
      </w:r>
    </w:p>
    <w:p>
      <w:pPr>
        <w:pStyle w:val="ArticleBody"/>
        <w:jc w:val="left"/>
      </w:pPr>
      <w:r>
        <w:rPr>
          <w:rFonts w:ascii="Times New Roman" w:hAnsi="Times New Roman" w:eastAsia="Times New Roman" w:cs="Times New Roman"/>
        </w:rPr>
        <w:t>Iskay ñawpaq Pacha Ch’iqnin Kallpawan Awqanakuy qhipamanmi Naciones Unidas qallarirqan llamk’ayta. Kaymi iskay kaq testigota quwarqan ñawpaq iskay pacha ch’iqnin awqanakuykunamanta, qanchis kaq qhapaq suyuqa (Naciones Unidas) kay pachapa tiyananman churakunanpaq kasqanta. Ñawpaq pacha ch’iqnin awqanakuyqa reqsichirqan imayna ruwanakuyta hina llapan pacha banco sistemapa, ñawpaq pacha ch’iqnin awqanakuypa historiapi chaskisqa karqan chayta, hinallataq chay pacha banquerokunapa hinaspa qhatuqkunapa munayninkuta feudalespa sistemaman kutirichiyta, iskay kaq pacha ch’iqnin awqanakuypi rikuchisqa hina. Kay llapa yuyaychasqakunaqa; hukllachasqa llapan-pacha gobierno, qolqeyuq ancha qhapaqkuna ancha wakcha runakunata kamachinankupaq kaq qullqi sistemam, hinallataq hukllachasqa llapan-pacha qullqi sistemam, mayqentachus allinpaq qawan chayllaman yaykunanta saqespa, dragónmanta hamurqan, paymi qanchismantapuni kaq pusaq kaq presidentewan awqan.</w:t>
      </w:r>
    </w:p>
    <w:p>
      <w:pPr>
        <w:pStyle w:val="ArticleBody"/>
        <w:jc w:val="left"/>
      </w:pPr>
      <w:r>
        <w:rPr>
          <w:rFonts w:ascii="Times New Roman" w:hAnsi="Times New Roman" w:eastAsia="Times New Roman" w:cs="Times New Roman"/>
        </w:rPr>
        <w:t>Kaykunamanta rikch’achisqa kay imakunap yuyayninqa sut’ita rikuchin huk umalliqta, payqa sasachakuykunata allichayman yaykuykuspa llapan kamachiq hina rurayman apasqa kananta yuyarinqa. Ñuqaykuqa mana imatapas yapaykuchkanichu, aswanmi Diospa Simiynin riqsichisqan, pacha willakuy nisqapi qhawasqa profetika muyuriyninta reqsichkanchik, mayqanmi allpap animalninpa qhipa umalliqninpa historiampi pasarinqa. Ñawpaq qillqapiqa The Great Controversy mantam huk pasajeta willarqanchik, chaypim payqa “temporal prosperity” nisqata domingo kamachikuy manaraq chayamushaqtin qichusqa kananta sut’inchan. Chay pasajepa nisqanqa qhipa p’unchaykunapa achka profetika unanchayninkunata reqsichin, paypa rimarisqan puntokunaqa hunt’akunku animalpa rikchayninpa pruebay tiempope, huknin Estados Unidospi, chaymanta qhipamanpas kay pachapi. Payqa iskay asuntota reqsichin, mayqenkunata Satanás llapa pachata hap’inanpaq llamk’achin: espiritualismo nisqatawan domingo p’unchaypa qullanan kayninta. Hampiy milagrokunamanta Satanáspa llamk’achisqanmanta rimarishaspanmi, payqa kay tiempokunapa huknin profetika asuntotapas reqsichin.</w:t>
      </w:r>
    </w:p>
    <w:p>
      <w:pPr>
        <w:pStyle w:val="ArticleScripture"/>
        <w:jc w:val="left"/>
      </w:pPr>
      <w:r>
        <w:rPr>
          <w:rFonts w:ascii="Times New Roman" w:hAnsi="Times New Roman" w:eastAsia="Times New Roman" w:cs="Times New Roman"/>
        </w:rPr>
        <w:t>“Ishkay jatun pantasqa yachachiykunawanmi — alma wañuqchu kayninwan, chaymanta domingo p’unchayta sagradota yupaychaywan — Satanás runakunata llullakuyninkunapa uraman apamunqa. Ñawpaq kaqqa espiritualismopa cimientonta churaykun, qhipa kaqtaq Romawan khuyanakuypa huatanta ruwakun. Estados Unidos llaqtapi Protestantekunaqa ñawpaqpi kaspa makinkuta mast’arinqaku chay t’uqu patamanta espiritualismopa makinta hap’inankupaq; ukhu t’uqu patatapas ch’akinqaku Roma atiyniyoqwan makinta jap’ipayanankupaq; kay kimsa-manta huklla huñusqa atiypa uyariynin urapiqa, kay suyuqa Romapa purisqan ñanninta qatipayanqa, yuyaykuna libre kasqan derechokunata saruch’aspa.</w:t>
      </w:r>
    </w:p>
    <w:p>
      <w:pPr>
        <w:pStyle w:val="ArticleScripture"/>
        <w:jc w:val="left"/>
      </w:pPr>
      <w:r>
        <w:rPr>
          <w:rFonts w:ascii="Times New Roman" w:hAnsi="Times New Roman" w:eastAsia="Times New Roman" w:cs="Times New Roman"/>
        </w:rPr>
        <w:t>“Espiritualismoqa kay p’unchaykunapi sut’inchasqa cristianismota aswan aswan rikch’achikuspanqa, aswan hatun atiyniyuqmi kanqa pantachinapaq hinaspa trampaman urmachinapaq. Satanaspas kikinmi tikrasqa rikurinqa, kunan pacha kamachiy hinallata. Payqa achikyaypa angelpa kasqanpi rikurimunqa. Espiritualismopa rurayninwanmi milagrokuna rurasqa kanqa, onqosqakuna hampisqa kanqaku, hinaspa achka mana ñiqisqa atina musphayninkuna rurasqa kanqa. Hinaspa espiritukunapas Bibliapi iñiyta willakuspa, iglesiapa kamasqankunata yupaychasqankuta rikuchispa, paykunapa rurayninqa Diospa atiyninpa rikurichisqan hina chaskisqa kanqa.”</w:t>
      </w:r>
    </w:p>
    <w:p>
      <w:pPr>
        <w:pStyle w:val="ArticleScripture"/>
        <w:jc w:val="left"/>
      </w:pPr>
      <w:r>
        <w:rPr>
          <w:rFonts w:ascii="Times New Roman" w:hAnsi="Times New Roman" w:eastAsia="Times New Roman" w:cs="Times New Roman"/>
        </w:rPr>
        <w:t>“Cristianokuna nisqap sutinpi qhawarikuqkunawan mana Diosta manchakunakkunawan t’aqanakuy chiqninqa kunanqa sasa rikuyllaña. Iglesiapi kaq miembrokunaqa kay pachapa munasqanta munanku, paykunawan hukllañaspa purinankupaqpas wakichisqa kanku; hinaspa Satanásqa chaykunata huk cuerpollaman huñuyta yuyarin, chayhinata ruwaspataq espiritismoq filankunaman llapanta apaykachaspa causanta kallpachayta munan. Papakunaq qatiqninkuna, milagrokunam cheqaq iglesiaq cierto señalnin kasqanmanta hatunchakuspa rimakunaqa, kay admiray ruray atiywan usqhaylla pantachisqa kanqaku; Protestantekunapas, cheqaq kaypa escudonta wisch’uspa, chayllatataq musphachisqa kanqaku. Papakunaq qatiqninkuna, Protestantekuna, kay pachapi kaq runakunapas, Diosman rikch’akuq kasqayuq formallata atinichinqaku mana atiyniyuqta; hinaspataq kay hukllaypi qhawarinqaku kay pachata tukuyta kutichinapaq hatun kuyuyta, unaymanta suyasqa mileniota yaykuchinapaq.”</w:t>
      </w:r>
    </w:p>
    <w:p>
      <w:pPr>
        <w:pStyle w:val="ArticleScripture"/>
        <w:jc w:val="left"/>
      </w:pPr>
      <w:r>
        <w:rPr>
          <w:rFonts w:ascii="Times New Roman" w:hAnsi="Times New Roman" w:eastAsia="Times New Roman" w:cs="Times New Roman"/>
        </w:rPr>
        <w:t>“Espiritualismo nisqawanmi Satanás rikurichin runakunaq allinpaq yanapaq hina, llaqtaq unquyninkunata hampispa, musuqmanta astawan hatunchasqa sistema religioso iñiypa qhawayta qusqanta rimarispa; ichaqa chay pachallapiqa wañuchiq hina llamk’an. Paypa tentacionninkunaqa achka runakunatan chinkayman pusachkan. Mana allin upyanakuyqa yuyayta qhichun; aycha munayman quykukuy, ch’aqway, yawar unu taqyaypas qatiykun. Satanásqa maqanakuywan kusikun, imaraykuchus chayqa almaq aswan millay munayninkunatan hatarichin, hinaspan wiñaypaqman apaspa richin víctima-ninkunata huchawan yawarwanpas qhispisqa hina. Paypa munayninqa suyukunata hukninwan huknin maqanakunankupaq kallpachaymi, chaynaqa runakunaq yuyayninkunata Diospa p’unchawninpi sayarinankupaq wakichikuy llamk’aymanta karunchayta atinqa.” The Great Controversy, 588, 589.</w:t>
      </w:r>
    </w:p>
    <w:p>
      <w:pPr>
        <w:pStyle w:val="ArticleBody"/>
        <w:jc w:val="left"/>
      </w:pPr>
      <w:r>
        <w:rPr>
          <w:rFonts w:ascii="Times New Roman" w:hAnsi="Times New Roman" w:eastAsia="Times New Roman" w:cs="Times New Roman"/>
        </w:rPr>
        <w:t>Satanásqa rikch’arin hatun ruwasqanman chayanqa domingo p’unchaw kamachiypi, manaraq chaymanta ñawpaqtaqa. Kayqa qhepamanmi kachkan, Estados Unidos dragón hina rimarisqanman chayaspa, Apocalipsispa chunka kinsayuq kapítulonpi, chunka hukniyuq versículopi; chaymanta qhepamanmi, chunka kinsayuq versículopi, Satanásqa rikurichin hanaq pachatam ninata uraykachichisqanta. Kayllatataqmi Hermana Whitepas reqsichin.</w:t>
      </w:r>
    </w:p>
    <w:p>
      <w:pPr>
        <w:pStyle w:val="ArticleScripture"/>
        <w:jc w:val="left"/>
      </w:pPr>
      <w:r>
        <w:rPr>
          <w:rFonts w:ascii="Times New Roman" w:hAnsi="Times New Roman" w:eastAsia="Times New Roman" w:cs="Times New Roman"/>
        </w:rPr>
        <w:t>“Papapakunata sayayninta Diospa kamachisqanman contra churaspa kallpachiq kamachiywanmi, suyunchikqa hunt’asqata cheq kaymanta t’aqakunqa. Protestantismo nisqa makinta mast’arispan huk chinkasqa t’uqu pata chimpanman Romanopa atiyninwan maki hap’inanpaq, ukhu wayq’u pataman chayaspan Espiritualismowan maki watukunanpaq, hinaspa kay kimsa kutin huñusqa hukllaypa influyunsian uranpi, suyunchikqa Protestant y republicano gobiernomanta Constitucionninpa sapa llapa prinsipionkunata ñiqichaspa saqeqtin, hinaspa provision ruraspa papapa llulla yachachikuyninkunatawan pantachikuyninkunata mirachinampaq, chaypim yachasun Satanaspa musphay atiyninwan rurayninpaq pacha chayamushasqanta, hinaspa tukukuynin qayllamanta kasqanta.” Testimonies, volumen 5, 451.</w:t>
      </w:r>
    </w:p>
    <w:p>
      <w:pPr>
        <w:pStyle w:val="ArticleBody"/>
        <w:jc w:val="left"/>
      </w:pPr>
      <w:r>
        <w:rPr>
          <w:rFonts w:ascii="Times New Roman" w:hAnsi="Times New Roman" w:eastAsia="Times New Roman" w:cs="Times New Roman"/>
        </w:rPr>
        <w:t>Domingokunapa kamachiy manaraq chayamushaqtin, uywaqpa rikch’ayninpa suyasqa watapi, chaymi huk pachallapi pachak tawa chunka tawa waranqa runakunapa sellos chaskikuy pacha kashan, chaymi tuku yachachiy rikuykunapa llank’asqanpa ruraynin rikhurimun chaypi; chay pachapi dragónpa atiyninmanta huk musphay rikurinqa, llulla hampiy milagrota sut’inchaspa. Apocalipsis qillqapi, Babiloniapa waynuchasqa warmiqa llapa nacionkunata pantachisqanmanta reqsichisqa kashan.</w:t>
      </w:r>
    </w:p>
    <w:p>
      <w:pPr>
        <w:pStyle w:val="ArticleScripture"/>
        <w:jc w:val="left"/>
      </w:pPr>
      <w:r>
        <w:rPr>
          <w:rFonts w:ascii="Times New Roman" w:hAnsi="Times New Roman" w:eastAsia="Times New Roman" w:cs="Times New Roman"/>
        </w:rPr>
        <w:t>Kandilpa k’anchayninqa manañam hayk’aqpas qampiqa achikyachinqachu; kasaraq qhariypa, kasaraq warmiypa rimayninkunapas manañam hayk’aqpas qampiqa uyarikunqachu; qhatuqniykikunaqa kay pachapi hatun runakuna karqanku; layqayniykiwanmi llapa nacionkuna engañasqa karqanku. Apocalipsis 18:23.</w:t>
      </w:r>
    </w:p>
    <w:p>
      <w:pPr>
        <w:pStyle w:val="ArticleBody"/>
        <w:jc w:val="left"/>
      </w:pPr>
      <w:r>
        <w:rPr>
          <w:rFonts w:ascii="Times New Roman" w:hAnsi="Times New Roman" w:eastAsia="Times New Roman" w:cs="Times New Roman"/>
        </w:rPr>
        <w:t>“Sorceries” nisqaqa griegopi simi “pharmakeia” nisqanm, chayqa hampi utaq farmacia nisqaqta niy. Chay simiqa griegopi G5332 simimanta hamun, chayqa kayta niy: (hampi, chaymi layqayuq upyana ruwaq); hampikamayuq utaq farmacéutico utaq venenota ruwaq. Qhipa p’unchaykunapi, Domingo p’unchaw kamachiyman qayllaykuchkaptin, pusaq kaq, tukukuyniyuq umalliqta jap’iykusqa rakiywan hunt’asqa pachata yanapanqa huk asuntun, chayqa farmacéutica industriaq llamk’ayninmi kanqa, Anthony Fauciwan, China viruswan ima rikuchisqa hina.</w:t>
      </w:r>
    </w:p>
    <w:p>
      <w:pPr>
        <w:pStyle w:val="ArticleBody"/>
        <w:jc w:val="left"/>
      </w:pPr>
      <w:r>
        <w:rPr>
          <w:rFonts w:ascii="Times New Roman" w:hAnsi="Times New Roman" w:eastAsia="Times New Roman" w:cs="Times New Roman"/>
        </w:rPr>
        <w:t>Fauciwan Chinawan iskayninkuqa dragón atiyniyuqpa rantiyninkunam kanku, hinaspa Fauciq makinpa rikch’ayninkunaqa HIV viruspa ruwasqankama hina kutichisqa tarikuspa qhawayta atikun. Llaqtakunapa yupayninta kamachiy, billonario Bill Gates hina runakuna rikuchisqanku hina, chayqa huk imañam kachkarqan Faraonpa Moisespa tiemponpi wawakunata chinkachiyta munasqanpi, hinaspa Herodespa Cristoq tiemponpi chayllata ruwanaykusqanpi. Chay China viruswanqa llaqtapa kuskanmi engañasqa karqan, hinaspa kunankamapas runakunata mascarakunata churakusqata rikunki, chaykunaqa mayqin viruspas mana hark’anku.</w:t>
      </w:r>
    </w:p>
    <w:p>
      <w:pPr>
        <w:pStyle w:val="ArticleBody"/>
        <w:jc w:val="left"/>
      </w:pPr>
      <w:r>
        <w:rPr>
          <w:rFonts w:ascii="Times New Roman" w:hAnsi="Times New Roman" w:eastAsia="Times New Roman" w:cs="Times New Roman"/>
        </w:rPr>
        <w:t>Qatiq qillqasqa qatiq qillqapi kay yachayta qatiqchasun.</w:t>
      </w:r>
    </w:p>
    <w:p>
      <w:pPr>
        <w:pStyle w:val="ArticleScripture"/>
        <w:jc w:val="left"/>
      </w:pPr>
      <w:r>
        <w:rPr>
          <w:rFonts w:ascii="Times New Roman" w:hAnsi="Times New Roman" w:eastAsia="Times New Roman" w:cs="Times New Roman"/>
        </w:rPr>
        <w:t>“Satanásqa llapan allpapi kaqkunawanpas llamkanmi, mana wakichisqa almaskunata cosechananpaq. Payqa naturalezapa laboratorio nisqankunapa pakasqa yachayninkunata yachakusunmi, hinaspan tukuy atiyninta llamk’achin imaynan Dios saqen chayman hina, kaqkunata kamachinanpaq. Jobta ñak’arichinanpaq saqisqa kaptin, imayna usqhaylla ovejakuna, wakakuna, yanapakuqkuna, wasikuna, wawakuna ima qichusqa karqanku, huk ñak’ariy hukmanta qatipakuspa hina, sapa ratullapi. Diosmi kamachisqankunata amachan, hinaspan wañuchiqpa atiyninmanta muyurichispa hark’an. Ichaqa cristiano pacha runakunaqa Jehovápa leyninta pisipaq qhawarqanku; chayraykun Señorqa nisqanta chiqapta ruwanqa—kay pachamanta bendicionninkunata hurqunqa, hinaspan leynin contra hatarikuqkunamanta, yachachisqanta mana kasukuqkunamanta, hukkunatapas chaynallata ruwanankupaq kallpachaqkunamantapas, amachakuyninta anchuchinqa. Satanásqa tukuy pichus Dios mana sut’ita waqaychasqankunata kamachinmi. Wakinkunataqa kuyapaykuspa allin purichiyniyuqta rikuchinqa kikimpa yuyayninkunata ñawpaqman apanampaq, wakinkunamanñataq sasachakuykunata apamunqa, hinaspan runakunata yuyachinqa Diosmi paykunata ñak’arichishan nispa.”</w:t>
      </w:r>
    </w:p>
    <w:p>
      <w:pPr>
        <w:pStyle w:val="ArticleScripture"/>
        <w:jc w:val="left"/>
      </w:pPr>
      <w:r>
        <w:rPr>
          <w:rFonts w:ascii="Times New Roman" w:hAnsi="Times New Roman" w:eastAsia="Times New Roman" w:cs="Times New Roman"/>
        </w:rPr>
        <w:t>“Runakunapa wawanman hatun hampiq hina rikurispapas, payqa llapa onqoyninkuta hampiy atispa, onqoytawan ch’iqchi-kayta apamunqa, achka runakuna tiyasqan llaqtakuna thuñisqa, ch’usaq, mana allin kayman tukusqankama. Kunanpas llamk’ashanmi. Qochapi hallp’apipas aksidentekunapi, llakikuykuna ukhunpi, hatun ninak’akuykunapi, sinchi wayra muyuykunapi, manchay chhikchi para-kunapi, wayra para-kunapi, unu llukllakuykunapi, wayra muyu-kunapi, qochamanta hatariq unu muyu-kunapi, hallp’a kuyuykunapi, tukuypi hinallataq waranqa rikch’ayninpi, Supayqa atiyninta rurachkan. Puquyman chayaq tarpuyta pichaykuspa aparin, chaymanta yarqaywan ñak’ariy qatipayan. Wayrata wañuchiq millay q’apaywan hunt’achin, waranqa runakunataq unquy miraywan wañunku. Kay watukuykunaqa aswan-aswan achkayasaq, aswan-aswan mana allinmi kanqa. Thuñiyqa runapipas uywapipas hamunqa. ‘Kay hallp’aqa llakikun, chinkarinpas’; ‘hatun tukukuq runakunapas … pisipakunku. Hallp’ataq tiyakuqkunarayku qhellichasqa kashan; imaraykuchus kamachikuykunata p’akisqaku, kamachisqata tikrasqaku, wiñay rimayta p’akisqaku.’ Isaías 24:4, 5.”</w:t>
      </w:r>
    </w:p>
    <w:p>
      <w:pPr>
        <w:pStyle w:val="ArticleScripture"/>
        <w:jc w:val="left"/>
      </w:pPr>
      <w:r>
        <w:rPr>
          <w:rFonts w:ascii="Times New Roman" w:hAnsi="Times New Roman" w:eastAsia="Times New Roman" w:cs="Times New Roman"/>
        </w:rPr>
        <w:t>“Chaymanta hatun llullachiq runakunata yachachinqa Diosman sirviqkuna kay mana allin p’akikuykunata apamuchkanku nispa. Hanaq Pachap phiñakuyninta rikuchiqkunaqa llapa sasachakuyninkuta churankaku Diospa kamachikuyninkunata kasukuqkunaman, paykunaq kasukuyninku huchallikuqkunapaq wiñay rimayhina kashanrayku. Willasqa kanqa runakuna Diospa contranpi huchallikushankuta domingo samana p’unchayta p’akispanku; kay huchaqa llakikuykunata apamun, chaykunaqa mana tukukunqachu domingo p’unchay waqaychanan sinchita kamachisqa kanankama; hinallataq tawa kaq kamachikuyq mañakuyninta qhawarichiqkuna, chayhina domingo p’unchaypaq yupaychayta urmachispa, llaqtata turbaqkuna kasqankuta, Diospa munakuyninman kutirimuyta, hinallataq kay pachapi allin kawsayman kutirimuyta hark’ashankuta. Chayhinaqa ñawpaq p’unchaykunapi Diospa sirviqninpa contranpi t’aqllisqa tumpayqa yapamanta rimarisqa kanqa, chaypaq sayayninkupas kikillanta allinchasqa kaspa: ‘Ahabqa Eliaswan tupaspa, Ahab nerqa: Qamchu Israelta turbaq? Hinaspan pay kutichirqa: Mana ñuqachu Israelta turbani; aswanpas qammi, taytaykipa wasinwan kuska, Señorpa kamachikuyninkunata saqispaykichik, Baalkunatataq qatishaspaykichik.’” 1 Reyes 18:17, 18. Llaqtaq phiñakuynin llulla tumpaykunawan hatarichisqa kaptin, Diospa kachamusqankunapa contranpi purinqaku, imayna sutinchasqa Israel Eliaspa contranpi purirqan, chayman rikch’akuqta.</w:t>
      </w:r>
    </w:p>
    <w:p>
      <w:pPr>
        <w:pStyle w:val="ArticleScripture"/>
        <w:jc w:val="left"/>
      </w:pPr>
      <w:r>
        <w:rPr>
          <w:rFonts w:ascii="Times New Roman" w:hAnsi="Times New Roman" w:eastAsia="Times New Roman" w:cs="Times New Roman"/>
        </w:rPr>
        <w:t>“Espiritismo nisqawan rikurisqa milagrokuna ruwana atiyqa chaymanmi kallpachasqa kanqa Diosman kasukuyta runakunamanta aswan akllaqkunapa contranpi. Espíritu-kunamanta hamuq willakuykuna ninqanku Diospa paykunata kachamusqanta domingo p’unchawta mana chaskiqkunata pantasqankumanta yachachinankupaq, sut’inchaspanku allpapa kamachikuyninkunaqa Diospa kamachikuynin hina kasukunapaq kasqanta. Paykunaqa kay pachapi hatun mana allinkaymanta llakikunku, hinallataq religion yachachiqkunapa testimoniunta yanapanku, nispanku moral-kunapa uraychasqa kasqanqa domingo p’unchawta mana yupaychasqanrayku kasqanta. Hatun phiñakuymi hatarinqa llapa paykunapa testimoniunta mana chaskiyta munakkuqkunapa contranpi.”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tawa chunka suqniyuq kinsa qillqa</dc:title>
  <dc:subject>Sut’ikunata Proféticokunata Pasqaspa: Qhepa Umalliq, Dictadurakuy, hinaspa Kaylla Chayamusaq Domingo Ley</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