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Qillqan — Pachak Chunka Tawaq Chunka Qanchisniyuq</w:t>
      </w:r>
    </w:p>
    <w:p>
      <w:pPr>
        <w:pStyle w:val="ArticleSubtitle"/>
        <w:jc w:val="left"/>
      </w:pPr>
      <w:r>
        <w:rPr>
          <w:rFonts w:ascii="Arial" w:hAnsi="Arial" w:eastAsia="Arial" w:cs="Arial"/>
        </w:rPr>
        <w:t>Yupaychasqa Iñiywan Kawsay Kuyuykuna Amerikapa Pulitikanta Kamachiyta Churasqankupi: Pat Robertsonmanta Christian Coalitionkama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2024-03-20</w:t>
      </w:r>
    </w:p>
    <w:p>
      <w:pPr>
        <w:pStyle w:val="ArticleBody"/>
        <w:jc w:val="left"/>
      </w:pPr>
      <w:r>
        <w:rPr>
          <w:rFonts w:ascii="Times New Roman" w:hAnsi="Times New Roman" w:eastAsia="Times New Roman" w:cs="Times New Roman"/>
        </w:rPr>
        <w:t>Qhipa qillqapi tukurqayku kay qatiq párrafowan:</w:t>
      </w:r>
    </w:p>
    <w:p>
      <w:pPr>
        <w:pStyle w:val="ArticleScripture"/>
        <w:jc w:val="left"/>
      </w:pPr>
      <w:r>
        <w:rPr>
          <w:rFonts w:ascii="Times New Roman" w:hAnsi="Times New Roman" w:eastAsia="Times New Roman" w:cs="Times New Roman"/>
        </w:rPr>
        <w:t>“Espiritismomanta rikurishka milagrokunata rurak atiyka, Diosta kasukunata akllashpa runakunata mana kasukunakuna contra ninanda llamk’achiyta charinga. Espiritukunamanta willakuykuna ninkaku: Diosmi paykunata kachamushka domingo p’unchayta mana chaskikkunata kikinkuna pantashkankuta yachachinankupaq, allpapi kamachikuna Diospa kamachin shinallata kasukushka kananpaq nispa takyachishpa. Paykuna kay pachapi hatun millay mana alli ruraykunamanta llakikunkaku, hinaspa religioso yachachikkunapa testimoniotapas yanapankaku, nispa moralidadpa urmakushka kashka domingo p’unchayta mapayachishkamanta shamun. Hatun piñaymi tukuy paykunapa contra hatarinka, espiritukunapa testimoniota chaskiyta mana munakkunapa contra.” The Great Controversy, 589, 590.</w:t>
      </w:r>
    </w:p>
    <w:p>
      <w:pPr>
        <w:pStyle w:val="ArticleBody"/>
        <w:jc w:val="left"/>
      </w:pPr>
      <w:r>
        <w:rPr>
          <w:rFonts w:ascii="Times New Roman" w:hAnsi="Times New Roman" w:eastAsia="Times New Roman" w:cs="Times New Roman"/>
        </w:rPr>
        <w:t>“Yachachiq relijiosokunaq willakuyninmi, allin kawsaykunaq urmaynin domingo p’akichisqa kasqanrayku kan,” nisqaqa huk señalta hina kachkan, Estados Unidos llaqtapi inti yupaychayta kamachiywan sayachinaman pushaq historiapaq. Pat Robertson, Amerikamanta televisiónpi evangeliota willaq, Christian Broadcasting Network (CBN) nisqapa, hinaspa Christian Coalition nisqapa paqarichiqnin, 1988 watapi Estados Unidos-pa Umalliqnin kananpaq Republicano partidopa ñawpaq akllanakuykunapi purirqan. Robertsonpa kampañanqa conservador cristiano votantekunata huñuychaypi, hinaspa paypa evangélico iñiyninwan tupaq social hinaspa moral asuntokunata qhawaqpi hap’ipaqmi karqan. Tukukuy pachapi, 1989 watapi, qhepa pusaq tukukuq umalliqkunaq ñawpaqnin historiapi, Christian Coalition nisqapa pusariqninqa hinaspa paqarichiqninqa umalliq kananpaq purirqan. Reaganpa umalliq kay historianninqa qhepa Republicano umalliqpa historianta rikch’achin.</w:t>
      </w:r>
    </w:p>
    <w:p>
      <w:pPr>
        <w:pStyle w:val="ArticleBody"/>
        <w:jc w:val="left"/>
      </w:pPr>
      <w:r>
        <w:rPr>
          <w:rFonts w:ascii="Times New Roman" w:hAnsi="Times New Roman" w:eastAsia="Times New Roman" w:cs="Times New Roman"/>
        </w:rPr>
        <w:t>Diospa taripayninkunaqa qayna pasajepi The Great Controversy nisqapi hunt’achinapaq kawsay muyuriyninta ruranankupaqña kashan, chayqa Christian Coalitionpa rurasqanwan tupaq parallelonmi. Christian Coalitionqa paqarimurqan chay moral hinallataq social sasachakuyninkunata allinchananpaq, Sister White nisqanman hina, kamachiy riendakunata hap’iqkunapaq mana allichay atisqa kaptin. Christian Coalitionqa Reaganpa historiapi, qaylla hamuq p’unchaykunapi rikurinan kaq huk kikin laya kuyuriyniyuq ruch’uyta reqsichin. Profecíapiqa Christian Coalitionqa National Reform Movement nisqawan unanchasqa karqan, chay Sunday law crisiswan t’inkisqa, Blair Bills nisqakunawan 1880s hinallataq 1890s watakunapi. National Reform Movementqa 1888 watapi kamarisqa karqan, hinaspataq Sister Whiteqa chay kuyuriymanta qillqasqanpi sut’ita rimarqan.</w:t>
      </w:r>
    </w:p>
    <w:p>
      <w:pPr>
        <w:pStyle w:val="ArticleScripture"/>
        <w:jc w:val="left"/>
      </w:pPr>
      <w:r>
        <w:rPr>
          <w:rFonts w:ascii="Times New Roman" w:hAnsi="Times New Roman" w:eastAsia="Times New Roman" w:cs="Times New Roman"/>
        </w:rPr>
        <w:t>“Hatun krisismi Diospa llaqtanpaq suyaykan. Krisismi kay pachapaqpas suyaykan. Llapa watakunakapaq aswan hatun maqanakuyqa ñawpaqninchikpiña kashan. Rimanakuy profetiku simipa autoridadninwan iskay chunka watamanta aswan tawa chunka watakuna qhipapi hamunanpaq willakusqanchik imaymanakunaqa kunan ñawinchikkunapaq ñawpaqenpi pasashanña. Ñaña concienciaq qispikayninta hark’ananpaq Constitución-man huk yapasqa kamachiyta churaymanta tapukuyqa nacionpa kamachiqninkunaman apasqa kashan. Domingo p’unchay waqaychasqa kasqanman hinallataq kasukuyta kallpachaymanta tapukuyqa nacionpi interésniyuq, ancha importanteraq asunto tukusqa. Allinta yachanchik ima kasqanmanta kay kuyuyqepa tukukuyninpi. Ichaqa, ¿listochu kashanchik chay lluqsiypaq? ¿Cheqaqtapunichu hunt’asqanchik Diospa ñoqanchikman kamasqan ruwayta, llaqtata ñawpaqenkupi kaq peligromanta willanaykupaq?”</w:t>
      </w:r>
    </w:p>
    <w:p>
      <w:pPr>
        <w:pStyle w:val="ArticleScripture"/>
        <w:jc w:val="left"/>
      </w:pPr>
      <w:r>
        <w:rPr>
          <w:rFonts w:ascii="Times New Roman" w:hAnsi="Times New Roman" w:eastAsia="Times New Roman" w:cs="Times New Roman"/>
        </w:rPr>
        <w:t>“Achkakuna kanku, kay domingo hunt’achiyta kallpachaq kay kuyuypi llamk’aqkunamantaqa, kay ruway qhipaman hamuq rurakuykunamanta ñawsachasqa. Manan rikunkuchu imayna chiqanta takyasqankuta religiopi qispikaypa contra. Achkakunan mana hayk’aqpas allinta hamut’arqakuchu Bibliapa sábado p’unchawpa mañakusqankunata, nitaq domingo institucionpa sayasqan llulla cimientotapas. Ima kuyuy pas religiopi kamachiykunapa favorninpiqa cheqaqtapunin papadoman qhawaykuy, paymi achka pachak watakuna tukuypi mana sayk’uspa yuyayniyuq qispikaypa contra maqanakurqa. Domingo p’unchaw waqaychasqa kasqanqa, sutichasqa cristiano institucion hinaqa, “mana allin ruwaypa pakasqa misterion” raykun kawsayninta hap’irqa; hinaspa hunt’achisqa kasqanqa cheqaqtapunin Romanismopa principiosninkunata riqsichiy kanqa, chaykunataqmi Romanismopa aswan hatun esquina ruminqa. Suyunchik mayk’aqpas gobiernonpa principiosninkunata chinkachispa domingo kamachiyta ruwaqtin, protestantismon kay ruwaypi papawan makinkuta huñunqaku; mana imapas huk hinaqa, unaymanta lliw kallpawan suyasqa tiraniaman kawsay quy hinallataq, yapamanta k’anchay despotismoman phinkirinanpaq oportunidadninta qhawaqta.”</w:t>
      </w:r>
    </w:p>
    <w:p>
      <w:pPr>
        <w:pStyle w:val="ArticleScripture"/>
        <w:jc w:val="left"/>
      </w:pPr>
      <w:r>
        <w:rPr>
          <w:rFonts w:ascii="Times New Roman" w:hAnsi="Times New Roman" w:eastAsia="Times New Roman" w:cs="Times New Roman"/>
        </w:rPr>
        <w:t>«Reforma Nacional nisqaq kuyuy, religiónmanta kamachiy qelqay atiyninta rurachkaspa, tukuyta hunt’asqa kasqanman chayaspam, ñawpaq pachakunapi kamasqa karqan hina chaylla mana much’uy atiyta chaymanta ñak’ariyta rikuchinqa. Chay hinaqa runakuna tantanakuykunaqa Diospa atiyninkunata hap’irqanku, hinaspataq paykunapa mana chiqap kamachikuyninwan yuyayman hina iñiy libertadta saruchirqanku; hinaspa carcelchasqa kay, llaqtanmanta qarqusqakuy, wañuypas qatikurqan paykunapa nisqankunata mana qhatisqakunapaq. Sichus papa iglesiapa kamachiynin utaq chaypa principiosninkuna yapamanta kamachiywan atiyman churakuspa, qatiykachay ninaqa yapamanta hap’ichisqa kanqa chaykunapaq mana yuyayman hina iñiyta nitaq cheqaq kayta haywayta munasqankumanta, runakunapa pantasqa yuyayninkunaman yupaychaspa. Kay mana allinqa hunt’akunanpaq qayllachkan.»</w:t>
      </w:r>
    </w:p>
    <w:p>
      <w:pPr>
        <w:pStyle w:val="ArticleScripture"/>
        <w:jc w:val="left"/>
      </w:pPr>
      <w:r>
        <w:rPr>
          <w:rFonts w:ascii="Times New Roman" w:hAnsi="Times New Roman" w:eastAsia="Times New Roman" w:cs="Times New Roman"/>
        </w:rPr>
        <w:t>“Diosqa ñawpaqninchikpi kaq peligrokunata rikuchiq k’anchayta quwanchik chayqa, imaynataq paypa ñawpaqenpi mana huchayoq hina sayayta atisunman, llaqtaman chayta apamunapaq atiyninchikpi kaq llapa kallpanchikta mana churaspanchikqa? ¿Kusisqachu kay atipana ancha hatun asuntuwan tinkunankupaq mana willasqa saqesqallata saqiykuyta atinman?”</w:t>
      </w:r>
    </w:p>
    <w:p>
      <w:pPr>
        <w:pStyle w:val="ArticleScripture"/>
        <w:jc w:val="left"/>
      </w:pPr>
      <w:r>
        <w:rPr>
          <w:rFonts w:ascii="Times New Roman" w:hAnsi="Times New Roman" w:eastAsia="Times New Roman" w:cs="Times New Roman"/>
        </w:rPr>
        <w:t>Ñawpaqninchikpi kan huk sapa kutiq maqanakuy, carcelman wisq’achisqa kaypa, imaymanapi kaqkuna qichusqa kaypa, hinaspa kawsay kikinpa chinkachisqa kaypa manchayninwan, Diospa kamachisqanta amachanapaq, runakunapa kamachinkuna rurasqanrayku mana valiqman tukusqata. Kay hina kaq kasqapiqa, kay pachapa yuyayman hina puriq politikaqa allpapa kamachinkunaman hawallamanta kasukuyta kallpachinqa, thak kaypaq hinaspa huk sonqolla kawsaypaq. Hinaspapas wakinkunaqa chay hina ruwayta kallpachinqaku Escrituramanta nispa: “Sapa almaqa aswan hanaq atiyniyuqkunaman kasukuq kachun…. Kaq atiyniyuqkunaqa Diosmanta churakusqañam kanku.”</w:t>
      </w:r>
    </w:p>
    <w:p>
      <w:pPr>
        <w:pStyle w:val="ArticleScripture"/>
        <w:jc w:val="left"/>
      </w:pPr>
      <w:r>
        <w:rPr>
          <w:rFonts w:ascii="Times New Roman" w:hAnsi="Times New Roman" w:eastAsia="Times New Roman" w:cs="Times New Roman"/>
        </w:rPr>
        <w:t>“Ichaqa, ¿imataq karqan Diospa sirviqkunaq purisqan ñawpaq p’unchawkunapi? Disípulokunaqa Cristota, hinaspa payta chakatasqata, kawsarimusqan qhipa willakuspa, kamachiqkunaqa kamachirqanku amaña aswan rimananpaq, ama yachachinanpaqpas Jesuspa sutinpi. ‘Chaymi Pedrowan Juan kutichispa nirqanku: Diospa ñawpaqninpi allinchu qankunata uyarisqayku Diosmanta aswan, qankuna juzgaychik. Imaraykuchus noqaykuqa manam atiykuchu ama rimayta imakunatapas rikurqayku hinaspa uyarirqayku chaykunamanta.’ Paykunaqa sapa kuti qespichikuy allin willakuyta Cristorayku willakusqallankutaq karqanku, hinaspa Diospa atiyninqa willakuyta sut’incharqan.” Testimonies, volumen 5, 711–713.</w:t>
      </w:r>
    </w:p>
    <w:p>
      <w:pPr>
        <w:pStyle w:val="ArticleBody"/>
        <w:jc w:val="left"/>
      </w:pPr>
      <w:r>
        <w:rPr>
          <w:rFonts w:ascii="Times New Roman" w:hAnsi="Times New Roman" w:eastAsia="Times New Roman" w:cs="Times New Roman"/>
        </w:rPr>
        <w:t>Diospa juicionninkunaqa kaylla ruwanakunña huk pacha-kamayta Estados Unidos llaqtapi runakuna kawsayninpi, qullqi-kawsaypi, hinaspa religión nisqapa pampanpi, chaymi religión kamachiqkunapa yuyayninta paqarichin llapa runakunapa ñawpaq moralidadmanta mushuq kawsariyta waqyachiyta qallarinankupaq, imaynachus 1880 watakunapi hinaspa 1890 watakunapi rikuchisqa karqa, chaymantaq yapamanta presidenteq historiampi, paymi 1989 watapi pacha tukukuypa tiempo nisqata señalasqa. “Hatun crisis Diospa llaqtanpaq suyaykan. Huk crisismi kay pachapaq suyaykanpas.” Hermana White iskay tapuykunata tapun: “Dios achkiyta quwaspanchik, ñawpaqpi kaq peligrokunata rikuchiwanchik chayqa, imaynataq ñawpaqninpi mana huchayuq hina sayayta atisunman, llapa atiyninchikwan mana tukuy kallpanchakta ruranchikchu chayta runakunaman apaypaq? ¿Kusisqa kayta atisunmanchu paykunata saqespa kay ancha hatun asuntowan mana willasqa tinkunakunankupaq?”</w:t>
      </w:r>
    </w:p>
    <w:p>
      <w:pPr>
        <w:pStyle w:val="ArticleBody"/>
        <w:jc w:val="left"/>
      </w:pPr>
      <w:r>
        <w:rPr>
          <w:rFonts w:ascii="Times New Roman" w:hAnsi="Times New Roman" w:eastAsia="Times New Roman" w:cs="Times New Roman"/>
        </w:rPr>
        <w:t>¿Ima achka qanchu kashqa ñawpaqninchikpi kaq peligrokunata qhawachiq k’anchay, chayri mana ima k’anchaypas kashqachu chayqa, ¿imaynataq munakuq Diosninchis llaqtanta huchachinqa mana huk waqyay willakuyta qhawarichisqankumanta, sichus chay waqyay willakuyta hayk’aqpas mana uyarisqankuchu? Munasqa Ñawiriq, kay qillqasqakuna pi rikuchisqa k’anchaymantaqa qamqa cuentata mañakusqa kanki.</w:t>
      </w:r>
    </w:p>
    <w:p>
      <w:pPr>
        <w:pStyle w:val="ArticleBody"/>
        <w:jc w:val="left"/>
      </w:pPr>
      <w:r>
        <w:rPr>
          <w:rFonts w:ascii="Times New Roman" w:hAnsi="Times New Roman" w:eastAsia="Times New Roman" w:cs="Times New Roman"/>
        </w:rPr>
        <w:t>Kay qillqakunapi democratakunapa dragón nisqa atiy ninapa, republicanakunapa llulla profeta nisqa atiy ninapa, papal atiyninapa, Islam nisqapa, Laodicea Adventista iglesiapa, chaymanta literal Israel nisqapa imayna kayninkunamanta sut’i willakuykunaqa, kamachiq atiyniyuqkunapa qhawariyninpi cheqni simi hina hap’isqa kanqa; ichaqa chaykunaqa Diospa Siminmanta willakuymi, “línea tras línea” nisqa metodologíawan sayachisqa, chay líneas nisqakunataq waqyaspa rimachkan, Diospa juiciokunanqa manaña karullachu, astawan yapaykuspa, aswan aswanta kuti-kuti hamunankupaq.</w:t>
      </w:r>
    </w:p>
    <w:p>
      <w:pPr>
        <w:pStyle w:val="ArticleBody"/>
        <w:jc w:val="left"/>
      </w:pPr>
      <w:r>
        <w:rPr>
          <w:rFonts w:ascii="Times New Roman" w:hAnsi="Times New Roman" w:eastAsia="Times New Roman" w:cs="Times New Roman"/>
        </w:rPr>
        <w:t>Proféticamenteqa, 1989 watapi pacha tukukuy qayllapi historia ukhupi huñukunakusqa cristiana Coaliciónqa, manam 1880 watakunaman hinallataq 1890 watakunaman paralelo kasqanllachu aswan hatun aplicacionniyuq. Chay pasajepi ñañay White-manta chayraq cite-sqaykupim payqa espiritualismo-ta riqsichin iskay ñanmantan Satanás kay pacha runakunata presocharin, chaymantataq wakin simikunawan rimarin milagrokunamanta, pay ruwananmanta.</w:t>
      </w:r>
    </w:p>
    <w:p>
      <w:pPr>
        <w:pStyle w:val="ArticleBody"/>
        <w:jc w:val="left"/>
      </w:pPr>
      <w:r>
        <w:rPr>
          <w:rFonts w:ascii="Times New Roman" w:hAnsi="Times New Roman" w:eastAsia="Times New Roman" w:cs="Times New Roman"/>
        </w:rPr>
        <w:t>1988 watapi akllay qhipaman, chaymi Cristiano Coalición hamusqanmanta qhipamanpas, dragónpa suyupi, bestiapa suyupi, llulla profetapa suyupipas, supaypa milagrokuna ancha hatun rikuchikuywan rikhurirqan. Kay rikuchikuykunata allinta chiqanchaspa churayqa ancha importante, imaraykuchus kaykunaqa Satanás Cristo hina runa tukuspa hamunanta ejemplochakunku, Estados Unidos llaqtapi qaylla hamuq domingo kamachiy qhipaman.</w:t>
      </w:r>
    </w:p>
    <w:p>
      <w:pPr>
        <w:pStyle w:val="ArticleBody"/>
        <w:jc w:val="left"/>
      </w:pPr>
      <w:r>
        <w:rPr>
          <w:rFonts w:ascii="Times New Roman" w:hAnsi="Times New Roman" w:eastAsia="Times New Roman" w:cs="Times New Roman"/>
        </w:rPr>
        <w:t>Catolicismo nisqapa kamachikuy pachapi, 1990 watakunapi, pacha llapa runakuna qhawarirqanku sutichasqa “virgen María” nisqapa rikurimusqankunata, chaywan kuska santokunapa estatuankunamanta yawar lloqsisqan milagrokunata, hanaq pachapi rikurimuq milagrokunata, phuyu mana kasqan hanaq pachamanta t’ika raprakuna paraq hinam urmamunankuta, hinallataq wakin mana allin supaypa milagrokunatapas. Chay p’unchaykunapi, kay pachapi tukuy suyukunamanta waranqa waranqa runakuna hatun puriykunata ruraraqku, chay ruwasqa pantasqakunaman aysasqa kashaspa. Chaykunamanta qillqakuna qillqasqa karqan, periodista runakuna tapupayaq karqanku, Time hinallataq Newsweek nisqa revistakunaqa ñawpaq raphrankupi kay imakunata rikuchirqanku.</w:t>
      </w:r>
    </w:p>
    <w:p>
      <w:pPr>
        <w:pStyle w:val="ArticleBody"/>
        <w:jc w:val="left"/>
      </w:pPr>
      <w:r>
        <w:rPr>
          <w:rFonts w:ascii="Times New Roman" w:hAnsi="Times New Roman" w:eastAsia="Times New Roman" w:cs="Times New Roman"/>
        </w:rPr>
        <w:t>Dragónpa suyupi, Indiapi kaq hindu santukunaqa satanásmanta milagrokunata rikuchirqanku, santukunapa siminkunaman churakusqa cucharawan utaq vasowan upyanapa ofrendakuna santukuna upyasqankuwan. Kay ruwayqa, India llaqtapi huk uchuy llaqtallapi qallarispa, Egiptopi sapukunahina, llapa suyunta mast’arikuspa purirqan. BBC televisión noticiaskunaqa chay ruwaymanta willakuyta rurarqan, hinaspan, huk qhipa yuyayhinalla, BBC televisión willakuq tapurqan: “Yuyariyman, paqarin London Museoman rispa huk hindu santuman huk vasu lecheta haywarisunchik chayqa ima pasanmanchá?” Qayantin p’unchaypa ch’isi noticiaskunapiqa, chay kikin willakuqmi London Museopi rikurirqan, hinaspan, cámarakuna purishaqtin, hatun hindu santuman huk vasu lecheta haywarirqan. Vasuqa santupa labionkunata tupaykuptin, lecheqa chaylla santuman suhkusqa karqan.</w:t>
      </w:r>
    </w:p>
    <w:p>
      <w:pPr>
        <w:pStyle w:val="ArticleBody"/>
        <w:jc w:val="left"/>
      </w:pPr>
      <w:r>
        <w:rPr>
          <w:rFonts w:ascii="Times New Roman" w:hAnsi="Times New Roman" w:eastAsia="Times New Roman" w:cs="Times New Roman"/>
        </w:rPr>
        <w:t>Amerikapi indio runakunapa qhelqasqa willakuykunaq espiritismon ukhupi, “Miracle” sutiyoq yuraq búfaloqa 1994 wata, agosto killapa 20 p’unchayninpi, Dave Heiderwan Valerie Heiderwanpa chakra wasinpi, Janesville llaqtapa qayllanpi, Wisconsin suyupi, paqarisqa karqan. Miracleqa yuraq millmayoqmi paqarisqa karqan, hinaspataq paqarisqanqa wakin runakunaq yuyayninman hina, huk nativo americanoq qhelqasqa willakuyninpa hunt’asqan kasqanman hina qhawarisqa karqan. Ima hinan nativo americano runakunapa imaymana costumbrekunapipas, yuraq búfaloq paqarisqanqa huk sagrado, ancha allin reqsisqa ruwasqa hina qhawarisqa, hukllayta, thak kayta, espiritupi musuqmanta kawsariyta unanchaspa. Miracleqa hatun reqsichikuyta tarirqan, hinaspataq achkha runakunapaq suyaypa, espiritupi allin reqsisqapaqpas huk unanchanman tukurqan. Yuraq búfaloq qhelqasqa willakuyninqa ñawpaqman kutichisqa, hinaspataq cheqaqta hukchasqa kasqa nativo americano runakunapa espiritismon religionninpa aswan sagrado reliquianwan; chayqa yuraq búfaloq qallariy willakuyninpi kachkanrayku, “piece pipe” nisqaqa culturaman yaykuchisqa karqan.</w:t>
      </w:r>
    </w:p>
    <w:p>
      <w:pPr>
        <w:pStyle w:val="ArticleBody"/>
        <w:jc w:val="left"/>
      </w:pPr>
      <w:r>
        <w:rPr>
          <w:rFonts w:ascii="Times New Roman" w:hAnsi="Times New Roman" w:eastAsia="Times New Roman" w:cs="Times New Roman"/>
        </w:rPr>
        <w:t>1994 watapi, apostata protestantismopa llulla profetanpa kamachikusqan ukhupi, Qhapaq Asiy kuyuy, Toronto Bendición sutiyuqpas riqsisqa, enero killa 1994 watapi qallarikurqan Toronto Airport Vineyard Church iglesiapi (kunanqa Catch The Fire Toronto sutiyuq), Toronto llaqtapi, Ontario, Canadá suyupi. Chayqa karqan pastor John hinaspa Carol Arnott paykunapa pusasqan musuq kawsariy tantanakuykunapi, maypichus mana atiy atipasqa asiy rikch’akuynin, chaymanta huk rikurichiykunawan kuska, hina kaspa chukchukyay, waqay, urmay, utaq uywakunata qatipay hinaspa uywakunapa qapariyninkunata ruray (sapa kuti “Espíritupi wañusqa” utaq “Señorpi machasqa” nispa sutichasqa), iñiq masinkunapa chawpipi rikurimuq qallarirqan.</w:t>
      </w:r>
    </w:p>
    <w:p>
      <w:pPr>
        <w:pStyle w:val="ArticleBody"/>
        <w:jc w:val="left"/>
      </w:pPr>
      <w:r>
        <w:rPr>
          <w:rFonts w:ascii="Times New Roman" w:hAnsi="Times New Roman" w:eastAsia="Times New Roman" w:cs="Times New Roman"/>
        </w:rPr>
        <w:t>Asiykuyta hinaspa huk rikch’aq rikurichiykunapas chaypi kaq runakunaq yuyayninman hina Espíritu Santoq kayninman hinaspa rurayninmanmi nisqa karqan; chayraykutaq “Asiy Santu” sutichasqa karqan chay pasaqa imayna kasqanta sut’inchanapaq. Toronto Airport Vineyard Church iglesiapi kawsarichiy tantanakuykunaqa llapan pachamanta qhawarisqa karqan, hinallataq tukuy maymanta watukuqkunata apan, chaymanta chay kuyuyqa huk iglesiakunaman hinaspa ayllukunaman mast’arikurqan. Runakunaqa llapan pachamantam hamurqaku chay asiyta musyayta munaspa, hinaspa kutimuspa sapaqnin iglesiankuman, chay iglesiakunapipas achka kutim chay kikin supaymanta rikurichiykuna qallariq karqanku.</w:t>
      </w:r>
    </w:p>
    <w:p>
      <w:pPr>
        <w:pStyle w:val="ArticleBody"/>
        <w:jc w:val="left"/>
      </w:pPr>
      <w:r>
        <w:rPr>
          <w:rFonts w:ascii="Times New Roman" w:hAnsi="Times New Roman" w:eastAsia="Times New Roman" w:cs="Times New Roman"/>
        </w:rPr>
        <w:t>Pat Robertsonqa 1960 watapiy Christian Broadcasting Network (CBN) nisqata qallariq. CBNqa ñawpaq televisiun llikaqkuna ukhupi huknin karqan, cristiano programakunallapaq sapaqchasqa, hinaspataq Estados Unidos nisqapi cristiano radiodifusión industria wiñariyninpi ancha hatun ruwayniyuq karqan. Watakuna pasariptin, CBNqa televisiun, radio, hinaspa digital willanakuna nisqawan mast’arispa aswan karuman chayarqan, kallpanchakuspa, kay pachapi aswan hatun cristiano yachachiy willanakuna organizacionkuna ukhupi hukninman tukuspa.</w:t>
      </w:r>
    </w:p>
    <w:p>
      <w:pPr>
        <w:pStyle w:val="ArticleBody"/>
        <w:jc w:val="left"/>
      </w:pPr>
      <w:r>
        <w:rPr>
          <w:rFonts w:ascii="Times New Roman" w:hAnsi="Times New Roman" w:eastAsia="Times New Roman" w:cs="Times New Roman"/>
        </w:rPr>
        <w:t>1988 watapi, payqa Christian Coalition nisqata oqarirqan, hinallataq Estados Unidos suyupa umalliq kayman purirqan. Iñiyninkunaqa National Reform Movement nisqaman, hinaspa Lord’s Day Alliance nisqaman kutichisqa kanku. Iskaynin chay tantanakuykunapas 1888 watapi qallarisqa karqan, hinaspa imaymana runaq kawsayninpa allinchayninkunata Christiano yachachiykunaman hina kallpachaqkuna karqan, chaykunapiqa kashan machayta hark’ay, warmikuna akllaypi rimanankupaq atinankuta qhawarichiy, hinaspa sábado (domingo) p’unchawta samay p’unchaw hina, yupaychay p’unchaw hina waqaychay. Chay kuyuyqa evangélico protestante yachaywan umalliqchasqa karqan, hinaspa “nación cristiana” nisqata sayarichiyta maskarqan, Bibliaq kamachikuyninkunawan pusasqa. Robertsonqa kikillan kamachiykunatam rikuchirqan, National Reform Movement hinallataq Lord’s Day Alliance nisqakunapa kamachikuyninkunata hina. Chayraykum paypas Regent University nisqata sayarichirqan.</w:t>
      </w:r>
    </w:p>
    <w:p>
      <w:pPr>
        <w:pStyle w:val="ArticleBody"/>
        <w:jc w:val="left"/>
      </w:pPr>
      <w:r>
        <w:rPr>
          <w:rFonts w:ascii="Times New Roman" w:hAnsi="Times New Roman" w:eastAsia="Times New Roman" w:cs="Times New Roman"/>
        </w:rPr>
        <w:t>Pat Robertsonqa Regent University nisqakuran 1977 watapi, William Miller mana manchakuspa sinchita hark’arqan chay católico yachachiywan acuerdopi. Catolicismopas, apostata Protestantismopas, supaymanta hamuq bíblica metodología-ta llamk’achkanku; chaymanta, wak mana santoyasqa rurayninkunawan kuska, kay iñiy lloqsin: Jesus cheqaqtapuni kutimunanmanta ñawpaqta waranqa wata thak kay kanqa nispa. Robertsonqa creenmi universidadnin qhari warmikunata yachachisqanta, paykuna Cristo-pa waranqa watayuq gobiernon-ta bíblica Millennium ukhupi purichinqakuq hina kananpaq. “Regent” sutiyqa ninmi: mayqin runapas kamachiqpa icha monarca-pa rantinpi utaq delegado-nin hina ruraj, pay llaqtanmanta huk lawpi kaptin.</w:t>
      </w:r>
    </w:p>
    <w:p>
      <w:pPr>
        <w:pStyle w:val="ArticleBody"/>
        <w:jc w:val="left"/>
      </w:pPr>
      <w:r>
        <w:rPr>
          <w:rFonts w:ascii="Times New Roman" w:hAnsi="Times New Roman" w:eastAsia="Times New Roman" w:cs="Times New Roman"/>
        </w:rPr>
        <w:t>Tukuy puchukay pacha manaraq chayamuchkaptin 1989 watapi, aswanqa 1960 watamanta qallarispa, 1888 watapi domingo p’unchaw kamachiyta ñawpaqman apaq organizacionkunapa kunan pacha kaq kikinchasqankuna historiaman yaykurqanku. 1989 watamanta qhipamanqa, supaypa rikuchikuyninkuna dragónpa, bestiapa, llulla willaqpa ima, religioso kaypa kimsa rak’inkunata sinchita kuyuchirqan. Jesúsqa sapa kuti ima kaqpa tukukuyninta huk kaqpa qallariyninwan reqsichin, chayrayku 1989 watapi, Daniel once qillqapi chusku chunka versículopi “puchukay pachaqa”, huk profético tiempota qallarin, chaymi chusku chunka hukniyuq versículopi mana unayraq chayamuna domingo kamachiywan tukukun. Chay domingo kamachiy chayamuqtinqa, Satanásqa Cristota hina “runarparikuyta” rikuchin, hinaspa engañonpa coronasqa ruraynin qallarin, milagrokunawan hampiykunawan ima.</w:t>
      </w:r>
    </w:p>
    <w:p>
      <w:pPr>
        <w:pStyle w:val="ArticleBody"/>
        <w:jc w:val="left"/>
      </w:pPr>
      <w:r>
        <w:rPr>
          <w:rFonts w:ascii="Times New Roman" w:hAnsi="Times New Roman" w:eastAsia="Times New Roman" w:cs="Times New Roman"/>
        </w:rPr>
        <w:t>Chay profético tiempo qallarinan historiataqa reqsichin huk llullasqa protestante kuyuyta, chaymi pusan domingo leyman, mayqenchus 1989 watapi rikch’achisqa karqa, chay tiempo qallariyninpi. 1989 watapi, “hierro cortina” nisqap “muruynin” urmarqa, chaymanta kay tiempo tukukuyninpiqa “Iglesiawan Estadomanta t’aqasqa kaypa muruynin” urman. Chay tiempo qallariyninqa señalasqanmi qhipa pusaq presidente-kunamanta ñawpaq iskay presidente-kunata. Qallariyqa señalanchis papadoqa Soviet Unionpi atheísmo nisqa awqanta atipayasqanta, qhipa señalqa papadoqa Estados Unidospi Protestantismo nisqa awqanta atipayasqanta. Chay qallariyqa reqsichin chay pusaq presidente-kunamanta ñawpaqta (Republicano), Biblia profecíap anticristo nispawan makinta hap’isqanta, chay tukukuytaq señalaspa qhipa chay pusaq presidente-kunamanta Biblia profecíap anticristo nispawan makinta hap’isqanta. Chay ñawpaq presidenteqa entiendesqa kachkan muruta urmachiyta ruwasqanrayku, chay qhipa presidenteqa mayqenchus muruta sayarichinqa.</w:t>
      </w:r>
    </w:p>
    <w:p>
      <w:pPr>
        <w:pStyle w:val="ArticleBody"/>
        <w:jc w:val="left"/>
      </w:pPr>
      <w:r>
        <w:rPr>
          <w:rFonts w:ascii="Times New Roman" w:hAnsi="Times New Roman" w:eastAsia="Times New Roman" w:cs="Times New Roman"/>
        </w:rPr>
        <w:t>1960 watapiq, pacha tukukuyman 1989 watakama, kunan pacha Llaqta Reformay Kuyuy qallarikurqan. Akllay qhipamanqa, satanapa milagronkuna qallarikurqan. Domingo kamachiy manaraq hamuptin, qhipa rikch’ariynin llaqta reformadorkunapa yapamanta umanta hatarichinqa. Domingo kamachiypiqa, Satanaspa musphay rurayninpaq pacha chayamunña. Domingo kamachiy manaraq hamuptinqa, profecía nisqapa munasqanrayku, taripanakuna kananmi tiyan, chaykunataq manam Estados Unidos nisqa suyupa llaqta qhapaq kaynillanta chinkachinqachu, aswanpas chay taripanakunaqa profecía nisqapa munasqanrayku sinchi, mancharikuypaq hina kananmi tiyan, hinaqtinmi chay qhipa llaqta reforma kuyupi kaqkuna, Cristiano Nacionalista nisqakuna, chay taripanakunapa imaraykunata reqsichiyta atinqaku, paykuna nisqanman hina, Señorpa P’unchayninta sut’ichasqanku llaqtamasikuna kasqankurayku.</w:t>
      </w:r>
    </w:p>
    <w:p>
      <w:pPr>
        <w:pStyle w:val="ArticleBody"/>
        <w:jc w:val="left"/>
      </w:pPr>
      <w:r>
        <w:rPr>
          <w:rFonts w:ascii="Times New Roman" w:hAnsi="Times New Roman" w:eastAsia="Times New Roman" w:cs="Times New Roman"/>
        </w:rPr>
        <w:t>Kay yachayta qatiqkusunchik hamuq qillqapi.</w:t>
      </w:r>
    </w:p>
    <w:p>
      <w:pPr>
        <w:pStyle w:val="ArticleScripture"/>
        <w:jc w:val="left"/>
      </w:pPr>
      <w:r>
        <w:rPr>
          <w:rFonts w:ascii="Times New Roman" w:hAnsi="Times New Roman" w:eastAsia="Times New Roman" w:cs="Times New Roman"/>
        </w:rPr>
        <w:t>“Sichus llaqtanchik kunankama hina qhuyayniq mana kallpayuq kaypi qhiparillanqaku chayqa, Diosqa manam Paypa Espiritunta paykunaman churayta atinqachu. Manam Paywan yanapanakuypaq wakichisqachu kanku. Mana rikch’arisqachu kanku imayna kasqanta, manataqmi hamuq manchaypi waqlliyta yuyarinkuchu. Kunánmi, hayk’aqpas mana chayhina kasqanmantapas aswanraq, cuidasqa qhawariyta hinaspa huk sunqulla tantanakuspa llamk’anankupaq necesitayninkuta unanchananku.”</w:t>
      </w:r>
    </w:p>
    <w:p>
      <w:pPr>
        <w:pStyle w:val="ArticleScripture"/>
        <w:jc w:val="left"/>
      </w:pPr>
      <w:r>
        <w:rPr>
          <w:rFonts w:ascii="Times New Roman" w:hAnsi="Times New Roman" w:eastAsia="Times New Roman" w:cs="Times New Roman"/>
        </w:rPr>
        <w:t>“Kinsa llamk’ay sapalla kashan kimsa kaq angelpa, mana rikurqanachu ancha chanin kasqanpi. Dios munarqan llaqtan runakuna ancha ñawpaqman purinankupaq kay p’unchawpi maypi kasqankumanta. Ichataq kunan, imaymana rurayman phinkirinankupaq pacha chayamushaqtin, wakichikuyta ruwanankum kashan. Nacional Reformakuna qallarispa kamachiykunata mañakuptinku hinaspa yupaychay libertadta hark’anankupaq, ñawpaqman puriq qariykunanchik kawsaychaq kasankuman karqan kay imakunata allinta reqsispa, chay churanakunata hark’anankupaq sonqowan llamk’anankupaq. Manan Diospa ordenninchu karqan k’anchayta llaqtanchikmanta pakasqa kananpaq—kay pachapaq ancha kanan chiqaq cheqaq yachachiyta paykuna necesitashqankuta. Manan llapa ministroykunachu, pichkuna kimsa kaq angelpa willakuyninta willakushanku, cheqaqta entiendenchu ima kasqanta chay willakuy. Nacional Reformapa kuyuyñinta wakinkuna qhawarqanku ancha pisilla chanin kaq hina, chayrayku mana yuyarqankuchu ancha atenciónta qunankupaq, aswanpas yuyarqanku chayta ruwaspa pachata qushankuman tapuykunaman, kaykunaqa kimsa kaq angelpa willakuyninmanta huklawpi kasqankuman hina. Apu Dios pampachayuchun wawqinchikkunata, kay pachapaq kikin willakuyninta chhina interpretarqankurayku.”</w:t>
      </w:r>
    </w:p>
    <w:p>
      <w:pPr>
        <w:pStyle w:val="ArticleScripture"/>
        <w:jc w:val="left"/>
      </w:pPr>
      <w:r>
        <w:rPr>
          <w:rFonts w:ascii="Times New Roman" w:hAnsi="Times New Roman" w:eastAsia="Times New Roman" w:cs="Times New Roman"/>
        </w:rPr>
        <w:t>“Runakunaqa rikch’achisqa kanan tiyan kay pachaq kunan tiemponpi kaq peligrokunamanta. Qhawaqkunaqa puñusqañam kachkan. Achka watakunata qhipapi kachkanchik. Umalliq qhawaqkunaqa sinchi utqaymanta allinta yuyaykuchun kikinkumanta cuidakuyta, ama qusqankumanta pirdachun chay peligrokunata rikunaykupa munasqa oportunidadkunata.”</w:t>
      </w:r>
    </w:p>
    <w:p>
      <w:pPr>
        <w:pStyle w:val="ArticleScripture"/>
        <w:jc w:val="left"/>
      </w:pPr>
      <w:r>
        <w:rPr>
          <w:rFonts w:ascii="Times New Roman" w:hAnsi="Times New Roman" w:eastAsia="Times New Roman" w:cs="Times New Roman"/>
        </w:rPr>
        <w:t>“Sichus huñuymanta pusayuqkuna konferenciakunapi kunan mana chaskinku Diosmanta paykunaman kachamusqa willakuyta, hinaspa ruwayman mana churakunku huk sonqolla, iglesiakuna hatun chinkayta muchunqaku. Arí, rikchaq, espada hamuqta rikuspanku, cornetata sut’i sonidowan waqachin, chay chaypi kaq runakuna waqyayta kutichinqaku, llapankutataq atipankaqa maqanakuypaq wakichikuyta. Ichaqa achka kuti pusayuq sayarun iskayrayaspa, hina rimayta rikuchispa: ‘Ama ancha utqayllata ruwaychischu. Ichapas pantay kanman. Allinta cuidakusun ama llulla waqyayta hatarichinanchispaq.’ Paypa chay iskayrayasqanpas mana sut’i kasqanpas kikinmanta qaparin: ‘Thak kaypas seguridadpas.’ Ama manchariychischu. Ama muspaychischu. Kay religioso enmienda nisqamanta ancha aswan hatunta ruwasqaku imaynachus mañakunman chaymantaqa. Kay kuyuchiy llapanmi upallayanqa. Chayhinam payqa cheqaqtapuni ñiqin Diosmanta kachamusqa willakuyta, hinaspa iglesiakunata kuyuchinampaq wakichisqa amonestaciónqa mana rurayninta hunt’anchu. Rikchaqpa cornetaqa mana sut’i sonidota qunchu, runakunataq mana wakichikunkuchu maqanakuypaq. Rikchaqqa cuidakuchun, ama paypa iskayrayasqanrayku hinaspa suyasqanrayku almas chinkayman saqisqa kananpaq, hinaspa paypa makinmanta paykunapa yawarnin mañakusqa kananpaq.”</w:t>
      </w:r>
    </w:p>
    <w:p>
      <w:pPr>
        <w:pStyle w:val="ArticleScripture"/>
        <w:jc w:val="left"/>
      </w:pPr>
      <w:r>
        <w:rPr>
          <w:rFonts w:ascii="Times New Roman" w:hAnsi="Times New Roman" w:eastAsia="Times New Roman" w:cs="Times New Roman"/>
        </w:rPr>
        <w:t>“Achka watakunatañam suyashanchik kay suyunchikpi huk Domingo p’unchay kamachiy nisqa churakunanta; kunanmi, kuyuyqa ñawpaqninchikman chayamushaqtin, tapukunchik: Llaqtanchik runakunaqa kay imapi ruwananman hina ruwanqakuchu? Manachu yanapayta atisun estandarteta hoqarispa, hinaspa ñawpaqman waqyarispa qheshpichiyta munayniyuqkunata, paykunaqa wakinchasqa kanku religionnin derechonkuna hinaspa privilegionkunapaq? Pachaqa utqayllam asuykamun, chaykunaqa Diosman kasukuyta akllaqkuna runaman kasukuytaqa mana, paykunaqa ñak’ariy makipa llamkayninta musyachisqa kanqaku. Chayqa, ¿Dios­ta p’enqachisunchikchu upallalla qhepakuspa, paypa santo kamachikuyninkuna sarusqa kachkaptin?”</w:t>
      </w:r>
    </w:p>
    <w:p>
      <w:pPr>
        <w:pStyle w:val="ArticleScripture"/>
        <w:jc w:val="left"/>
      </w:pPr>
      <w:r>
        <w:rPr>
          <w:rFonts w:ascii="Times New Roman" w:hAnsi="Times New Roman" w:eastAsia="Times New Roman" w:cs="Times New Roman"/>
        </w:rPr>
        <w:t>“Protestante pachapi runakuna paykunaq kuyukuyninwan Romaman saqisqa kuyuykunata rurashaqtin, ñuqanchikqa rikch’arisun kay kasqanta allinta unanchanapaq, hinaspa ñawpaqninchikpi kaq maqanakuyta cheqap ch’iqninkunapi qhawarinapaq. Qhawariqkunaqa kunanqa rimayninkuta oqarichun, kay pachaqqa kunan pachapaq present truth nisqa willakuyta quchun. Runakunaman rikuchisun maypichus kashanchik profecía historiapi, hinaspa mask’asun cheqap Protestantismoq espiritunta rikch’arichiyta, pacha runakunata yuyayman churanapaq, unay watakuna kusisqa hap’isqa religión libertadpa privilegionkunapa ancha chaninta.”</w:t>
      </w:r>
    </w:p>
    <w:p>
      <w:pPr>
        <w:pStyle w:val="ArticleScripture"/>
        <w:jc w:val="left"/>
      </w:pPr>
      <w:r>
        <w:rPr>
          <w:rFonts w:ascii="Times New Roman" w:hAnsi="Times New Roman" w:eastAsia="Times New Roman" w:cs="Times New Roman"/>
        </w:rPr>
        <w:t>“Dios qa qamkunata waqyaykun puñuymanta rikch’ananchikpaq, tukukuyninqa qayllamña kasqanrayku. Sapa horas pasaqmi hanaq pampa kamachikuy wasikunapi llamk’ay kan, kay pachapi huk llaqtata wakichinankupaq, chay hatun rikch’ariykunapi ruwananpaq, ñaqa ñawpaqman qallarinqakuqkunapi. Kay pasaq p’unchawkuna, ñuqanchikpaq ancha pisillapaq hina rikurispapas, wiñay intereskunawan phuqusqam kanku. Chaykunam almakunap destinonta sumaqchashan wiñay kawsayman utaq wiñay wañuyman. Kunan p’unchaw runakunaq rinrinkunapi rimarisqanchik simikuna, ruwasqanchik llamk’akuna, apasqanchik willakuypa espiritunqa, kawsaymanta kawsaykama asna kananman utaq wañuymanta wañuykama asna kananmanmi.”</w:t>
      </w:r>
    </w:p>
    <w:p>
      <w:pPr>
        <w:pStyle w:val="ArticleScripture"/>
        <w:jc w:val="left"/>
      </w:pPr>
      <w:r>
        <w:rPr>
          <w:rFonts w:ascii="Times New Roman" w:hAnsi="Times New Roman" w:eastAsia="Times New Roman" w:cs="Times New Roman"/>
        </w:rPr>
        <w:t>“Hermanokuna, ¿yachankichikchu kikin qespikuykichikpas, huk almakunap destino-ninpas, kunan ruwashankichik wakichikuyta hina, ñawpaqninchikpi kaq pruebarayku hap’ipakusunman chaymanmi sayasqan kasqanta? ¿Kanchu qankunapi chay sinchi kallpachakuy, chay allin yupaychasqa kawsay, chay sapa sonqo yupaychaywan sasachakuy, chaykunawan atinkichikman sayayta maypachachus contra qankunaman apamunqa? Sichus Diosqa hayk’aqpas noqawan rimarqan chayqa, p’unchaw hamunqa maypachachus consejokunaman apasqa kankichik, hinaspa sapa cheqaq kaymanta hap’isqaykichik yuyayniykichikqa sinchi t’aqwirisqa, qawarichisqa kanqa. Chay p’unchawmi ashka runakuna kunan usuchishan mana allinpaq; ichaqa chay pachaqa Diospa ñoqanchisman qusqan kamachikuyninmanmi qusikuywan churakunan karqan, qayllamushan crisispaq wakichikunanchikpaq.” Testimonies, vol. 5, 714–716.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Qillqan — Pachak Chunka Tawaq Chunka Qanchisniyuq</dc:title>
  <dc:subject>Yupaychasqa Iñiywan Kawsay Kuyuykuna Amerikapa Pulitikanta Kamachiyta Churasqankupi: Pat Robertsonmanta Christian Coalitionkama</dc:subject>
  <dc:creator>Jeff Pippenger</dc:creator>
  <cp:keywords/>
  <dc:description>Generated by ArticleDigger from daniel\147_daniel.json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