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pichqa chunka qanchisniyuq iskayniyuq**</w:t>
      </w:r>
    </w:p>
    <w:p>
      <w:pPr>
        <w:pStyle w:val="ArticleSubtitle"/>
        <w:jc w:val="left"/>
      </w:pPr>
      <w:r>
        <w:rPr>
          <w:rFonts w:ascii="Arial" w:hAnsi="Arial" w:eastAsia="Arial" w:cs="Arial"/>
        </w:rPr>
        <w:t>Diospa Pakasqa Misterionnin Rikuchisqa: Divinidadwan Runakayninta Hukllachaspa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Kunanqa yuyaychkanchik Daniel qillqap 11 kaq capitulopi tawa chunka kaq versiculopi rikuchisqa historiata. Kunanqa versiculopi ukhupi kaq historiapa siq’inta rimashanchik, chaymi kay pachapa animalninpa protestante waqranpa historianta rikuchin. Ezequielpa 37 kaq capitulopi iskay k’aspikuna huñusqanta mayqinman qhawarispa llamk’achkanchik, Diospa pakasqa yachayninta reqsinanchikpaq, Cristoqa divinidadninta runakaywan huñusqanpi, kinsa kaq angel chayamuchkaptin. Siqi patapi siqi hina, Diospa pakasqa yachayninpa willakuynin, Juanpa reqsisqan hina qanchis kaq trompetapa waqyasqan tukukuyninpi hunt’akunanpaq, nisqaqa sut’inchaywan Laodiceaman apóstol Pabloq apachisqan karqa. Ezequielpa, Juanpa, Pabloq testimoniunkunapas chay kikin Diospa pakasqa yachayninwan tupakun, chaymi 1888 watapi Joneswan Waggonerpa willakuyninpi rikuchisqa karqa; chayqa Laodiceaman willakuy karqa.</w:t>
      </w:r>
    </w:p>
    <w:p>
      <w:pPr>
        <w:pStyle w:val="ArticleScripture"/>
        <w:jc w:val="left"/>
      </w:pPr>
      <w:r>
        <w:rPr>
          <w:rFonts w:ascii="Times New Roman" w:hAnsi="Times New Roman" w:eastAsia="Times New Roman" w:cs="Times New Roman"/>
        </w:rPr>
        <w:t>Munani yachanchikman qankunapas yachaykuychikman imaymana hatun maqanakuyta qankunapaq apaykushani, Laodiceapi kaqkunapaqpas, hinallataq llapa aycha-pi uyaqniyta mana rikukuqkunapaqpas; sonqonkuna kallpachakunanpaq, munakuypi huñunakusqa kachkaspanku, hinallataq llapa qhapaq kayman, hunt’asqa yachaypa cheqaq takyayninman chayanankupaq, Diospa pakasqa kaqninta reqsiyta, Taytatawan, Cristotawan; paypiñataq pakasqa kachkan yachaypa, yuyay-reqsiy paq llapa qhapaq kaykuna. Colosenses 2:1–3.</w:t>
      </w:r>
    </w:p>
    <w:p>
      <w:pPr>
        <w:pStyle w:val="ArticleBody"/>
        <w:jc w:val="left"/>
      </w:pPr>
      <w:r>
        <w:rPr>
          <w:rFonts w:ascii="Times New Roman" w:hAnsi="Times New Roman" w:eastAsia="Times New Roman" w:cs="Times New Roman"/>
        </w:rPr>
        <w:t>Huch’apakuy rurayqa, divinidadwan runakayninwan ishkay k’aspikunata huñunay rurayqa, kinsa kaq angel chayamuspalla qallarikurqan; ichaqa Pabloqa rimashanmi ishkay k’aspikunata huñunaypa qhepa, hunt’asqa, hinallataq allin tukukuyninmanta, chaymi Diospa pakasqa kaqnin. Chayraykun payqa chay willakuyta reqsichin Laodiceaman willakuyman hina, ñawpaqtaq 1856 watapi chayamurqan, chaymantataq 1888 watapi yapamanta nisqa karqan, hinaspataq 2001 watapa septiembre killapa 11 p’unchayninpi hunt’asqa tukukuyninta tarirqan. Pablotaq templota reqsichin iskay sutinchayniyuq kaynipi, Diospa pakasqa kaqninmanta qawarichispa, chayqa qanchis kaq waqra waqyamunanpi tukusqa kananpaq karqan. Payqa chay pakasqa kaqta rakinmi huk umaman huk cuerpoman.</w:t>
      </w:r>
    </w:p>
    <w:p>
      <w:pPr>
        <w:pStyle w:val="ArticleScripture"/>
        <w:jc w:val="left"/>
      </w:pPr>
      <w:r>
        <w:rPr>
          <w:rFonts w:ascii="Times New Roman" w:hAnsi="Times New Roman" w:eastAsia="Times New Roman" w:cs="Times New Roman"/>
        </w:rPr>
        <w:t>Paymiqa umalliq uman kurkuypa, iglesiapa; paymi qallariy, wañusqakunamanta punta paqarisqa, llapa imapin paylla ñawpaqchasqa kananpaq. Taytataq kusikurqan paypi llapa hunt’asqa kay tiyananpaq; hinaspa cruzninpa yawarninwan thak kayta rurarispa, paywanmi llapa imata kikinman kutichinanpaq allinyachirqan; arí, paywanmi, kay pachapi kaqkunapas, hanaq pachapi kaqkunapas. Qankunataq, ñawpaqta karqankichik karunchasqa, yuyaynikichikpi awqakuna mana allin ruwaykuna rayku, kunantaq paymi allinyachisurqankichik wañuyninrayku aysankupa kurkunpi, qankunata ch’uya, mana qillqasqa huchayuq, mana ima piñakuypaq ñawpaqninpi rikuchisunaykichikpaq: sicheqaqa iñiypi takyasqa, sayasqa qhipakunkiychik chaymanta mana kuyuchisqa, allin willakuymanta suyayniykichikmanta mana suchuchisqa, mayqintachus uyarisqankichik, mayqintachus cielopa uranpi llapa kamasqa runaman willasqa karqan; chaypa kamachinmi noqaqa Pablo churakusqa kani; kunantaq kusikuni qankunarayku ñak’ariyniykunapi, hinaspa Cristopa ñak’ariyninkunamanta puchuq kaqta aysaypi hunt’achkani kurkunrayku, mayqan iglesiam; chaypa kamachinmi noqaqa churakusqa kani Diospa kamachiyninman hina, mayqintachus qankunapaq quwasqa karqan, Diospa siminta hunt’anaypaq. Colosenses 1:18–25.</w:t>
      </w:r>
    </w:p>
    <w:p>
      <w:pPr>
        <w:pStyle w:val="ArticleBody"/>
        <w:jc w:val="left"/>
      </w:pPr>
      <w:r>
        <w:rPr>
          <w:rFonts w:ascii="Times New Roman" w:hAnsi="Times New Roman" w:eastAsia="Times New Roman" w:cs="Times New Roman"/>
        </w:rPr>
        <w:t>Cristoqa umam, llapa imaymana kaqkunapi ñawpaqchasqa kananpaqmi; Iglesianñataq cuerponmi. Umasqa cuerpowan kuskanmi divinidadwan humanidadwan hukllachasqa kayta rikuchin, hinaspataq huk hatun chiqapas reqsichisqa kachkan. Umamanta cuerpoman kaq t’inkisqaqa kaymi: umanmi cuerpopa patanpi ñawpaqchasqa kanan. Runakunawanqa, Diospa rikchayninman hina kamaqkunawanqa, hanaq atiyninkuna (uma) urin atiyninkunapa (cuerpo) kamachiqnin kananmi. Kuskanmi huk kaqta ruranku; utaq, Juan tupunan templopa siminman hina rimaspam, paykunaqa Santo Lugarta (humanidad, cuerpo), hinallataq Santísimo Lugarta (divinidad, uma) rikuchinku. Imaynatas kay iskaynin “huk k’aspi”man, utaq huk cuerpoman hukllachasqa kankuqa, chayqa “at-One-ment” nisqapa ruwasqanmi. Pabloqa kayhinataraqmi nispa qatiq:</w:t>
      </w:r>
    </w:p>
    <w:p>
      <w:pPr>
        <w:pStyle w:val="ArticleScripture"/>
        <w:jc w:val="left"/>
      </w:pPr>
      <w:r>
        <w:rPr>
          <w:rFonts w:ascii="Times New Roman" w:hAnsi="Times New Roman" w:eastAsia="Times New Roman" w:cs="Times New Roman"/>
        </w:rPr>
        <w:t>Noqaqa kamani ruwasqa kani Diospa kamachikuyninman hina, qankunapaq ñoqa-man qusqanman hina, Diospa siminta hunt’aspa; chay pakasqa qillqaqa, wiñay p’unchaykunamantapas miraykunamantapas pakasqa karqa, kunanqa sut’inchasqaña kachkan paypa santokunaman: paykunamanmi Dios munarqa reqsichiyta ima hinam kay pakasqa qillqapa gloriaqninqa mana judiokuna ukhupi ancha qhapaq kasqanta; chaymi Cristo qankunapi kasqanmanta, gloriaq suyayniyki hina: paytam willakuyku, sapa runata yuyaych’aspa, sapa runata yachachispa tukuy yachaywan; sapa runata Cristo Jesuspi hunt’asqa qhawarichinaykupaq: chayraykum ñoqapas llamk’ani, kallpachakuspa paypa ruwayninman hina, may sumaq atiyniyoqta ñoqapi llamk’aqman hina. Colosenses 1:25–29.</w:t>
      </w:r>
    </w:p>
    <w:p>
      <w:pPr>
        <w:pStyle w:val="ArticleBody"/>
        <w:jc w:val="left"/>
      </w:pPr>
      <w:r>
        <w:rPr>
          <w:rFonts w:ascii="Times New Roman" w:hAnsi="Times New Roman" w:eastAsia="Times New Roman" w:cs="Times New Roman"/>
        </w:rPr>
        <w:t>Chunka tawa pachak tawa chunka tawa waranqakunaq hunt’asqa kaynin, mayqinchus “sapa runata Cristo ukupi hunt’asqata” qhawachin, chaymi “Diospa pakasqa misterio,” mayqinchus divinidadwan runa kaywan huñusqa kay, utaq Pablo nisqan hina, “Cristo” runa kaypi kasqanmi “hatun k’anchaypa suyaynin.” Qanchis kaq Trompetapa waqyasqan p’unchaykunapi chay misterio hunt’akun. Ezequiel chay huñunakuyninta riqsichispan, iskay kaspikunata llamk’achin, huknin urqu suyuq qhapaq ayllupaq, huknintaq uray suyuq qhapaq ayllupaq, chay simbólicomanta t’inkisqanta riqsichinapaq; chaymi templota “tawa chunka suqta” yupaywan sut’ichin. “Tawa chunka suqta” nisqa simbólico t’inkiyq kaspinqa “iskay pachak iskay chunka” nisqa simbólico t’inkiywan huñuchisqa kanan.</w:t>
      </w:r>
    </w:p>
    <w:p>
      <w:pPr>
        <w:pStyle w:val="ArticleBody"/>
        <w:jc w:val="left"/>
      </w:pPr>
      <w:r>
        <w:rPr>
          <w:rFonts w:ascii="Times New Roman" w:hAnsi="Times New Roman" w:eastAsia="Times New Roman" w:cs="Times New Roman"/>
        </w:rPr>
        <w:t>Ishkay pachak iskay chunkaqa runakayninwan huñusqa divinidadpa unanchaqninmi. 1611 watapi Rey Santiago Biblia lluqsichisqa kasqanmantapacha, Millerpa willakuyninpa ñawpaq rikuchikuyninkama 1831 watapi, hinaspataq chay willakuypa lluqsichisqa kasqankama 1833 watapi Vermont Telegraph nisqapi, iskay pachak iskay chunka watakuna kan. Millerpa willakuyninqa yachaypa yapakusqanmanta hinallataq formalchasqa rikuriynin karqan, Biblia-manta horqosqa, Danielpa libro 1798 watapi kicharisqa kaptin. 1611 watapi qallariy p’unchawpi huk divino qillqa lluqsichisqa karqan, hinaspa tukuynin p’unchawpi 1831 watapi huk runaq lliwman lluqsichisqan karqan, 1798 watapi kicharisqa divino cheqaq kaymanta sayasqa.</w:t>
      </w:r>
    </w:p>
    <w:p>
      <w:pPr>
        <w:pStyle w:val="ArticleBody"/>
        <w:jc w:val="left"/>
      </w:pPr>
      <w:r>
        <w:rPr>
          <w:rFonts w:ascii="Times New Roman" w:hAnsi="Times New Roman" w:eastAsia="Times New Roman" w:cs="Times New Roman"/>
        </w:rPr>
        <w:t>Chay kimsa p’unchaykunaqa mana iskay pachak iskay chunka watallatachu rikuchin, aswanpas hebreo simipi “Cheqaq kay” nisqapa ruwasqan ch’akatanatapas, mayqinchus hebreo alfabitopa ñawpaq, chunka kimsayuq kaq, hinallataq qhipa qillqakunata huñuspa “Cheqaq kay” nisqa simita ruwanku. Qallariypi huk diosmanta willakuq rikhuriy, tukukuypitaq runamanta willakuq rikhuriy; hinaspa 1798 watataq yachaypa yapakusqanta rikuchin, chaymi huk mana allin runakunapa mit’anta rikhurichirqan, paykuna chay yachayta mana chaskispa qichusqankurayku, chay hinaqa chunka kimsayuq qillqata rikuchirqanku, mayqinchus hatarikuypa unanchaqnin. Chay iskay pachak iskay chunka watakunapa t’inkisqanqa ñawpaq angelpa kuyuriyninpi sayarichisqa karqan, kimsañiqin angelpa kuyuriynintaq iskay ñiqin testigota qun.</w:t>
      </w:r>
    </w:p>
    <w:p>
      <w:pPr>
        <w:pStyle w:val="ArticleBody"/>
        <w:jc w:val="left"/>
      </w:pPr>
      <w:r>
        <w:rPr>
          <w:rFonts w:ascii="Times New Roman" w:hAnsi="Times New Roman" w:eastAsia="Times New Roman" w:cs="Times New Roman"/>
        </w:rPr>
        <w:t>1776 watapi, diospa qillqasqan kamachiy, Independenciapa Willakuynin, rikhurichisqa karqa; iskay pachak iskay chunka watamanta qhipaman, 1996 watapi, runapa qillqasqan kamachiy, The Time of the End revista, rikhurichisqa karqa. Chay runapa qillqasqan kamachiyqa yachaypa yapakuyninmanta lluqsisqa karqa, kay pacha tukukuypi 1989 watapi paqarisqamanta; chaymi, hina 1798 watapi kasqan hina, Independenciapa Willakuyninwan sut’inchasqa diospa willakuyninman huk hatarikuq ch’aqwayta paqarichirqan. 1996 watapi yachaypa yapakuyninqa, Amerikapa hamuq p’unchawninta reqsichirqan, maypachachus 1776 watapi willakusqan qispikuyninta, sapankayniyinta ima, manaña charinqachu utqay hamuq domingo kamachiypi. Kayqa iskay kaq qhawariq sut’inchayta qun, iskay pachak iskay chunkayuq yupayqa dios kaywan runa kaywan huñusqanta sut’ichasqanmanta; chay iskay kaq qhawariq sut’inchaytaqa “Truth” sutiyuq firmaywan churakurqa, hinaspa huk ñawpaq kaq qhawariq sut’inchaywan rikuchisqa karqa ñawpaq angelpa historiapin (ñawpaq kaqpi), iskay kaq qhawariq sut’inchaytaq kinsa kaq angelpa historiapin (qhipa kaqpi).</w:t>
      </w:r>
    </w:p>
    <w:p>
      <w:pPr>
        <w:pStyle w:val="ArticleBody"/>
        <w:jc w:val="left"/>
      </w:pPr>
      <w:r>
        <w:rPr>
          <w:rFonts w:ascii="Times New Roman" w:hAnsi="Times New Roman" w:eastAsia="Times New Roman" w:cs="Times New Roman"/>
        </w:rPr>
        <w:t>1776 watapiqa qallarichirqan huk pacha, kay pachaqa ñawpaqman hamuq karqa allpapi uywaq cheqaq qallariyninman, Biblia willakuykunapi soqta kaq qhapaqsuy hina. Chay wakichiy pachapi cheqaq kaypa siqnin yapamanta reqsichisqa karqa 1776 watapi, Estados Unidospa qallariyninta señalaspa; hinaspa 1798 watapi, Estados Unidospa qallariyninta Biblia willakuykunapi soqta kaq qhapaqsuy hina señalaspa. Chay qallariywan tukukuywan chawpipi kaq ñawpaq willakuytaqa 1789 wata señalachirqan, chunka kimsayuq coloniakunam Constitución nisqata ratificakurqan. Kay kinsa watakuna sapaqninmi Estados Unidospa “rimariyninta” reqsichin: 1776 watapi Declaración de Independencia nisqawan, 1789 watapi Constitución nisqawan, hinaspa 1798 watapi Alien and Sedition Acts nisqakunawan. Chay historiaqa iskay chunka iskayniyuq watakunata reqsichin, chaymi iskay pachak iskay chunka kaqmanta huk chuncaqnin, ichaqa divinidadwan runakay tinkusqanmanta huk unancha kasqantapas reqsichin.</w:t>
      </w:r>
    </w:p>
    <w:p>
      <w:pPr>
        <w:pStyle w:val="ArticleBody"/>
        <w:jc w:val="left"/>
      </w:pPr>
      <w:r>
        <w:rPr>
          <w:rFonts w:ascii="Times New Roman" w:hAnsi="Times New Roman" w:eastAsia="Times New Roman" w:cs="Times New Roman"/>
        </w:rPr>
        <w:t>Kay uñachtasqanqa allpa uywapa historiannintam rikuchin, payqa oveja hina (divinidad) qallarispa, dragón hina (runakaynin) tukukunman hina ñawinchasqa. 1776 watapi qallarin Independencia Willakuywan, chaymi divinidadta señalan; Alien and Sedition Acts nisqakunaqa runakaynintam rikuchin. Chay iskay chunka iskayniyuq watakunapi, allpa uywapa kamachikuynin qallariyninmanta ñawpaqta, Biblia profecíapi soqtaq ñiqin reino hina, ovejamanta dragónman tikrakuyqa rikuchisqa hinam kachkan.</w:t>
      </w:r>
    </w:p>
    <w:p>
      <w:pPr>
        <w:pStyle w:val="ArticleBody"/>
        <w:jc w:val="left"/>
      </w:pPr>
      <w:r>
        <w:rPr>
          <w:rFonts w:ascii="Times New Roman" w:hAnsi="Times New Roman" w:eastAsia="Times New Roman" w:cs="Times New Roman"/>
        </w:rPr>
        <w:t>Judá nisqapi uray llaqtapaq iskay waranqa pichqa pachak iskay chunka watakunapi taripakuy qallariyninqa, Daniel qanchis pusaqniyuq capítulo, chunka tawa versículopi iskay waranqa kimsa pachak watakunapa qallariyninwan t’inkisqa kachkan. Judápi santuariota hinallataq ejercitota saruchiyqa 677 a.C. watapi qallarirqan, hinaspa iskay waranqa kimsa pachak watakunamanta willakuq profecíaqa iskay pachak iskay chunka wata qhepaman, 457 a.C. watapi qallarirqan. Judá uray llaqtapaq k’aspinqa, suqta chunka tawayoq unanchawan hanaq llaqtaman t’inkisqa kachkan, hinallataq iskay pachak iskay chunkayoq t’inkiywan iskay waranqa kimsa pachak watakunawanpas t’inkisqa kachkan.</w:t>
      </w:r>
    </w:p>
    <w:p>
      <w:pPr>
        <w:pStyle w:val="ArticleBody"/>
        <w:jc w:val="left"/>
      </w:pPr>
      <w:r>
        <w:rPr>
          <w:rFonts w:ascii="Times New Roman" w:hAnsi="Times New Roman" w:eastAsia="Times New Roman" w:cs="Times New Roman"/>
        </w:rPr>
        <w:t>Pabloqa Diospa dispensasunninpa sirviqnin kasqanta nirqan, hinaspataq ima dispensasiyunta sirvisqantapas sut’icharqan Diospa misterionnin kasqanta, chayqa Cristo qankunapi kashan gloriapa suyayniykichis kaspa. Kay chiqap simita aswanraqmi Timoteoman qillqaspan rimarin.</w:t>
      </w:r>
    </w:p>
    <w:p>
      <w:pPr>
        <w:pStyle w:val="ArticleScripture"/>
        <w:jc w:val="left"/>
      </w:pPr>
      <w:r>
        <w:rPr>
          <w:rFonts w:ascii="Times New Roman" w:hAnsi="Times New Roman" w:eastAsia="Times New Roman" w:cs="Times New Roman"/>
        </w:rPr>
        <w:t>Mana iskaypi mana ima rimaywanpas churanakuy atiychu, hatunmi Diusman yupaychaypa pakasqa yachayqa: Diosmi aychapim rikuchikurqa, Espíritu-pi chaninnaqchasqa karqa, angelkunapa rikusqan karqa, mana judío nacionkunaman willasqa karqa, kay pachapi iñisqa karqa, hatun k’anchayman oqarisqa karqa. 1 Timoteo 3:16.</w:t>
      </w:r>
    </w:p>
    <w:p>
      <w:pPr>
        <w:pStyle w:val="ArticleBody"/>
        <w:jc w:val="left"/>
      </w:pPr>
      <w:r>
        <w:rPr>
          <w:rFonts w:ascii="Times New Roman" w:hAnsi="Times New Roman" w:eastAsia="Times New Roman" w:cs="Times New Roman"/>
        </w:rPr>
        <w:t>Kaypi Pablo nin: diosllik’as pakasqa yachayqa Dios aychapi rikurichisqa kasqanmi. Diosqa umanmi, aychaqa cuerponmi. Diosllik’as pakasqa yachayqa iñiqpi Cristo kasqanmi; chayqa divinidadwan runakayta hukllachasqanmi. Pabloqa hinaspallata casarasqapa rikch’ayninta llamk’achin, Hoseas hina.</w:t>
      </w:r>
    </w:p>
    <w:p>
      <w:pPr>
        <w:pStyle w:val="ArticleScripture"/>
        <w:jc w:val="left"/>
      </w:pPr>
      <w:r>
        <w:rPr>
          <w:rFonts w:ascii="Times New Roman" w:hAnsi="Times New Roman" w:eastAsia="Times New Roman" w:cs="Times New Roman"/>
        </w:rPr>
        <w:t>Payqaqa ñoqanchikqa paypa cuerponmanta kaqkuna kanchik, aychanmanta, tullunmanta ima. Chayraykun qhariqa taytanta mamanta saqenqa, warminwan hukllachasqa kanqa, iskayninkutaq huk aychalla kanqaku. Kayqa hatun pakasqa kaqmi; ichaqa ñoqaqa Cristo-manta, iglesiamanta ima rimani. Efesios 5:30–32.</w:t>
      </w:r>
    </w:p>
    <w:p>
      <w:pPr>
        <w:pStyle w:val="ArticleBody"/>
        <w:jc w:val="left"/>
      </w:pPr>
      <w:r>
        <w:rPr>
          <w:rFonts w:ascii="Times New Roman" w:hAnsi="Times New Roman" w:eastAsia="Times New Roman" w:cs="Times New Roman"/>
        </w:rPr>
        <w:t>Kimsa chunka qanchisniyuq capítulope, Ezequiel qhepa p’unchaykunap trato nisqata reqsichispa, mayqinchus musuqmanta allinchasqa trato kashan pachak tawa chunka tawa waranqa runakuna nisqawan reqsisqakunawan, iskay k’aspi tinkuchisqanmanta huk rikch’anachiyta qun. Chay iskay k’aspikuna, siqi siqipi, Oseaspa hinaspa Pablopa kasarakuywan tupachiy rimayninta uqllachkanku. Huñusqa kaspankum, manaña iskay nacionkuna kanankupaqchu karqan, aswan huk nacionlla, wiñaypaq.</w:t>
      </w:r>
    </w:p>
    <w:p>
      <w:pPr>
        <w:pStyle w:val="ArticleScripture"/>
        <w:jc w:val="left"/>
      </w:pPr>
      <w:r>
        <w:rPr>
          <w:rFonts w:ascii="Times New Roman" w:hAnsi="Times New Roman" w:eastAsia="Times New Roman" w:cs="Times New Roman"/>
        </w:rPr>
        <w:t>Paykunataqa huk llaqtallamanmi rurasaq Israelpa urqunkuna patapi; hinaspan huk reylla llapankupaq rey kanqa. Manataqmi iskay llaqtakunaña kanqakuñachu, nitaqmi iskay qhapaq suyukunamanqa rakisqañachu kanqaku. Manataqmi yapamanta qhellichakunkuña kanqachu idolonkukunawan, millay ruwayninkukunawan, nitaq mayqin huchankukunawanpas. Aswanqa qespichisaqmi paykunata llapa tiyasqankumantam, maypichus huchallikusqaku chaymanta, hinaspan ch’uyanchasaq paykunata. Chhaynataqmi paykuna llaqtay kanqaku, noqataqmi paykunapa Diosnin kasaq. Ezequiel 37:22, 23.</w:t>
      </w:r>
    </w:p>
    <w:p>
      <w:pPr>
        <w:pStyle w:val="ArticleBody"/>
        <w:jc w:val="left"/>
      </w:pPr>
      <w:r>
        <w:rPr>
          <w:rFonts w:ascii="Times New Roman" w:hAnsi="Times New Roman" w:eastAsia="Times New Roman" w:cs="Times New Roman"/>
        </w:rPr>
        <w:t>Ezequielpa huñunakuyqa reqsisichin maypachachus manaña rakisqa kankuchu, nitaq huchallankuchuña, maypachachus pichasqa kankuchis, Dioslla Diosninchik kachkan, hinaspa huk reylla kapuwanchik. Octubre 22 p’unchaypi, Pacto qhelqapi Kachaqa utqaylla hamurqan temploman llaqtanta “pichanampaq”. Payqa hamurqan huk qhapaq suyu chaskinampaq, chaypa runankunataqa Pedro nisqanman hina chaymantañam sacerdotekunaq, reynikunaq qhapaq suyunta kanan karqan. Chay p’unchayllapitaq noviopas hamurqan kasarakuyman, chaymi Pablowan Hosea reqsisichisqanku pakasqa misteriota, mayqinchus rikuchin divinidadwan humanidad huñusqata. Juanqa reqsisichinmi chay misterio, mayqintachus Pablo “Cristo qankunapi, gloriapa suyaynin” nispa reqsisichin, tukukuq kananpaq qanchis kaq angelpa waqaychasqan p’unchaykunapi.</w:t>
      </w:r>
    </w:p>
    <w:p>
      <w:pPr>
        <w:pStyle w:val="ArticleScripture"/>
        <w:jc w:val="left"/>
      </w:pPr>
      <w:r>
        <w:rPr>
          <w:rFonts w:ascii="Times New Roman" w:hAnsi="Times New Roman" w:eastAsia="Times New Roman" w:cs="Times New Roman"/>
        </w:rPr>
        <w:t>Ichaqa angel qanchispaq rimayninpa p'unchayninkunapi, waqachiyta qallariqtinmi, Diospa pakasqa misterionnin tukukunqa, imaynatachus willarqan sirviqnin profetakunaman hina. Apocalipsis 10:7.</w:t>
      </w:r>
    </w:p>
    <w:p>
      <w:pPr>
        <w:pStyle w:val="ArticleBody"/>
        <w:jc w:val="left"/>
      </w:pPr>
      <w:r>
        <w:rPr>
          <w:rFonts w:ascii="Times New Roman" w:hAnsi="Times New Roman" w:eastAsia="Times New Roman" w:cs="Times New Roman"/>
        </w:rPr>
        <w:t>Qanchis kaq angilqa kimsa kaq llakikuymi, chaymi 11 de septiembre de 2001 punchawpi chayamurqan. Qanchis kaq angilqa waqaychayta qallariykuqmi karqan kimsa kaq angil 1844 watapa historiannimpi chayamurqanmanta pacha, chaymanta ñawpaqmanpas; ichaqa 1863 watapi hatariyqa llamk’ayta mana tukuchiyta atichirqanchu. Kimsa kaq angilqa chayamurqan, hinaspataq qanchis kaq trompetapas yapamanta waqaychayta qallarin 11 de septiembre de 2001 punchawpi, kay kutitaq “Diospa pakasqa kaqnin” “tukusqa” kananpaq. Chay “pakasqa kaq” nisqaqa divinidadwan runakayta hukllachasqanm, chaymi pachak tawa chunka tawa waranqa runakunata paqarichin, paykunataq chaymanta Diospa unanchaqninman hinallataq soldadonkunaman tukunku. Chayraykum Ezequielpa qanchis chunka qanchisniyuq kapitulumqa qallarin Ezequielta wañusqa ch’aki tullukunapa pampaman pushasqa kasqanwan. Chay tullukunaqa 11 de septiembre de 2001 punchawpi Laodicea Adventismota rikuchinku, chayraykutaq Pabloqa Diospa pakasqa kaqninmanta evangeliunta Laodicea runakunaman rimachin.</w:t>
      </w:r>
    </w:p>
    <w:p>
      <w:pPr>
        <w:pStyle w:val="ArticleScripture"/>
        <w:jc w:val="left"/>
      </w:pPr>
      <w:r>
        <w:rPr>
          <w:rFonts w:ascii="Times New Roman" w:hAnsi="Times New Roman" w:eastAsia="Times New Roman" w:cs="Times New Roman"/>
        </w:rPr>
        <w:t>Chayqa yachanaykichikta munani, qankunapaq, Laodiceapi kaqkunapaqpas, hinaspa aychapi uyayta mana rikuwasqayku hina llapa kaqkunapaqpas, ancha hatun maqanakuyta qankunapaq apakusqayta. Chay hina sonqonkuna kallpachasqa kananpaq, munakuypi huñusqa t’inkisqa kaspa, hamut’aypi hunt’asqa takyaq cheqaq yachaypa llapa qhapaq kayninta chaskinankupaq, Diospa pakasqa misterioyninta reqsinankupaq, Taytapaq, hinaspa Cristopaq; paypiqa pakasqa kashan yachaypa hinaspa reqsiy pa llapa qhapaq kayninkuna. Colosenses 2:1–3.</w:t>
      </w:r>
    </w:p>
    <w:p>
      <w:pPr>
        <w:pStyle w:val="ArticleBody"/>
        <w:jc w:val="left"/>
      </w:pPr>
      <w:r>
        <w:rPr>
          <w:rFonts w:ascii="Times New Roman" w:hAnsi="Times New Roman" w:eastAsia="Times New Roman" w:cs="Times New Roman"/>
        </w:rPr>
        <w:t>Kaymiqa Sister Whiteqa tantiyamun Ezequielpa ch’aki wañusqa tullunkunawan tinkichin.</w:t>
      </w:r>
    </w:p>
    <w:p>
      <w:pPr>
        <w:pStyle w:val="ArticleScripture"/>
        <w:jc w:val="left"/>
      </w:pPr>
      <w:r>
        <w:rPr>
          <w:rFonts w:ascii="Times New Roman" w:hAnsi="Times New Roman" w:eastAsia="Times New Roman" w:cs="Times New Roman"/>
        </w:rPr>
        <w:t>“Ichaqa manam kay ch’akishqa tullukunamanta kay rikch’achiyqa pacha llapa runakunallapaqchu kachkan, aswanpas hatun k’anchaywan saminchasqa kaqkunapaqpasmi kachkan; paykunapas qechwa pampapi tullu ukhunakuna hina kanku. Runakunapa rikch’ayninta, kurkupa churasqantaqa charinku; ichaqa mana espiritup kawsayninta charinkuchu. Ichaqa kay yachachiyqa mana ch’akishqa tullukunataqa runakunapa rikch’ayninkunallaman tinkichisqa saqespachu; imaraykuchus mana chayllachu aypan, maki chakiwan uyanchikpa allin tinkisqa kasqanqa. Kawsaypa samayninmi kurkukunata kawsarichinan, sayarinankupaq, hinaspa kallpawan llamk’ayman qallaripunanpaq. Kay tullukunaqa Israelpa ayllunta, Diospa iglesianta rikuchin, iglesiapa suyasqanñataq Espíritu Santopa kawsarichiq kallpanmi. Señorqa chay ch’akishqa tullukunaman samayta phukunanmi, kawsanankupaq.”</w:t>
      </w:r>
    </w:p>
    <w:p>
      <w:pPr>
        <w:pStyle w:val="ArticleScripture"/>
        <w:jc w:val="left"/>
      </w:pPr>
      <w:r>
        <w:rPr>
          <w:rFonts w:ascii="Times New Roman" w:hAnsi="Times New Roman" w:eastAsia="Times New Roman" w:cs="Times New Roman"/>
        </w:rPr>
        <w:t>“Diospa Espiritun, kawsachiq kallpayuq, sapa runa yanapaqpi kananmi, sapa espiritu musculunpas, sapa ankusninpas ruwasqa kananpaq. Santo Espiritu mana kaptinqa, Diospa samaynin mana kaptinqa, yuyayninchikpa sonqon chiriwyan, espiritu kawsaypas chinkapun. Achkaqkunaqa, mana espiritu kawsayniyuq kaspapas, iglesiapa qillqasqanpi sutinkuta kananku; ichaqa mana Qollqe Corderopa kawsay libronpi qillqasqachu kanku. Iglesiaman hukllachasqa kayta atinkuman; ichaqa mana Señorwan hukllachasqachu kanku. Huk chiqan ruwaykunata hunt’aspa ancha kallpachakuyta atinkuman, kawsaq runakuna hina qhawasqa kayta atinkuman; ichaqa achkaqkunaqa chaykunamanta kanku, paykunamanta nisqaqa: ‘sutiyniyuqmi kanki kawsasqaykita, ichaqa wañusqañam kanki.’”</w:t>
      </w:r>
    </w:p>
    <w:p>
      <w:pPr>
        <w:pStyle w:val="ArticleScripture"/>
        <w:jc w:val="left"/>
      </w:pPr>
      <w:r>
        <w:rPr>
          <w:rFonts w:ascii="Times New Roman" w:hAnsi="Times New Roman" w:eastAsia="Times New Roman" w:cs="Times New Roman"/>
        </w:rPr>
        <w:t>“Manam cheqaq sonqon Diosman tikrakuynin mana kaqtinqa; manam Diospa kawsay samaynin sonqota kallpachinchu espiritup kawsayninman; manam cheqaq kay willakuqkuna hanaqpachamanta paqarisqa kamachikuyninwan kuyuchisqa kanchu chayqa, mana ismusqa muhummanta, wiñaypaq kawsak hinaspa takyak muhumantaqa mana paqarisqachu kanku. Manam Cristopa chiqap kayninpi hapipakunku, chaylla sapa amparakuyninku hina; manam Paypa karakterninta qatipakunkuchu, Paypa espiritunpi llamk’ankuchu chayqa, q’alallasqaqa kanku, manam Paypa chiqap kaynin p’achanta churakusqachu kanku. Wañusqakunaqa achka kuti kawsakkunapaq qhawachisqa kanku; imaraykuchus kikinkupa yuyayninkuman hina qespichiyninku ruraypi llamk’aqkunaqa, manam Dioschu paykunapi llamk’an munayta hinaspa ruranayta Paypa allin munakuyninman hina.”</w:t>
      </w:r>
    </w:p>
    <w:p>
      <w:pPr>
        <w:pStyle w:val="ArticleScripture"/>
        <w:jc w:val="left"/>
      </w:pPr>
      <w:r>
        <w:rPr>
          <w:rFonts w:ascii="Times New Roman" w:hAnsi="Times New Roman" w:eastAsia="Times New Roman" w:cs="Times New Roman"/>
        </w:rPr>
        <w:t>“Kay layaqa runakunaqa allinta rikuchisqa kanku Ezequiel musquy rikuypi rikusqan ch’aki tullukunapa wayq’unwan.” Review and Herald, January 17, 1893.</w:t>
      </w:r>
    </w:p>
    <w:p>
      <w:pPr>
        <w:pStyle w:val="ArticleBody"/>
        <w:jc w:val="left"/>
      </w:pPr>
      <w:r>
        <w:rPr>
          <w:rFonts w:ascii="Times New Roman" w:hAnsi="Times New Roman" w:eastAsia="Times New Roman" w:cs="Times New Roman"/>
        </w:rPr>
        <w:t>Laodiceaman qillqaska willakuyqa 1856 watapi ñawpaq kutita Adventismoman qawarichisqa karqan, chay watallapitaq Señorqa Leviticus qhelqap iskay chunka suqtayuq t’aqapi kaj “qanchis kuti” nisqap ñawpaqman puriq k’anchayninta kicharirqan. 1856 watap willakuyninqa, ukhunpi arrepentikuyta mañaq huk willakuywan, hinaspa hawapi profecía willakuywan ruwasqa kasqan, 1863 watapi ñakasqa karqan. Laodiceaman willakuy, “Cristo qankunapi, k’anchaypa suyayniyku” nisqa pakasqa kaqmantam 1888 watapi Yapay Joneswan Waggoner ancianokuna yapamanta willakurqanku, chay willakuytaqmi Sister White nisqampi Laodiceaman willakuy hina reqsisqa karqan.</w:t>
      </w:r>
    </w:p>
    <w:p>
      <w:pPr>
        <w:pStyle w:val="ArticleBody"/>
        <w:jc w:val="left"/>
      </w:pPr>
      <w:r>
        <w:rPr>
          <w:rFonts w:ascii="Times New Roman" w:hAnsi="Times New Roman" w:eastAsia="Times New Roman" w:cs="Times New Roman"/>
        </w:rPr>
        <w:t>Sapaq rayllumanta sapaq rayllukama, Ezequiel qanchis chunka qanchisniyuq capítulo qallarin Ezequielta espiritualmente apasqa kachkaptin 11 de septiembre de 2001 p’unchayman, chaypi qosqaña qhawariyta Laodicea Adventismomanta, huchakunapi hinaspa pantasqakunapi wañusqa kashaqkunata. Nisqa kachkan iskay sut’inchasqa profético willakuykunata qowanampaq. Ñawpaq kaq junt’asqa kananpaq ruwan, ichaqa cuerpokunaqa manaraqmi kawsayninta charinku. Iskay kaq profecía waqyan “tawa wayrakuna” willakuyta tullukunaman kawsay samayta wayrananpaq. Tawa wayrakunamanta willakuyqa pachak tawa chunka tawa waranqa sellosqa kaqkunapa sellado willakuyninmi, mayqinmi riqsichin tawa angelkunata tawa wayrakunata hap’ispa hark’ashaqta. Paní White chay tawa wayrakunata sut’inchan “phiñasqa caballo” nispa, kacharisqa kananpaq maskhasqanmanta, imaraykuchus hark’asqa kachkan. Islampa phiñasqa caballoqa kacharisqa kananpaqmi maskhan, ñanpi wañuyta hinaspa thuñichiyta apamunanpaq, imaynan ruwarqan 11 de septiembre de 2001 p’unchaypi hina, hinaspa yapamanta kacharisqa kanqa qaylla hamuq domingo kamachikuy law nisqapi.</w:t>
      </w:r>
    </w:p>
    <w:p>
      <w:pPr>
        <w:pStyle w:val="ArticleBody"/>
        <w:jc w:val="left"/>
      </w:pPr>
      <w:r>
        <w:rPr>
          <w:rFonts w:ascii="Times New Roman" w:hAnsi="Times New Roman" w:eastAsia="Times New Roman" w:cs="Times New Roman"/>
        </w:rPr>
        <w:t>Chay willakuyqa wañusqa cuerpokunata hukchasqa soldadokuna hinam, chakinkunapi sayaqta, apamun. Chay hukchasqa soldadokunaqa qanchis kaq angilpa willakuyninman kutichisqa kaspa chakinkunapi sayachisqa kanku, imaraykuchus qanchis kaq angilpa waqaychanan p’unchawkunapi, pachak tawa chunka tawa waranqapa Cristowan kasarakusqan pakasqa misterioqa hunt’asqa kanqa.</w:t>
      </w:r>
    </w:p>
    <w:p>
      <w:pPr>
        <w:pStyle w:val="ArticleBody"/>
        <w:jc w:val="left"/>
      </w:pPr>
      <w:r>
        <w:rPr>
          <w:rFonts w:ascii="Times New Roman" w:hAnsi="Times New Roman" w:eastAsia="Times New Roman" w:cs="Times New Roman"/>
        </w:rPr>
        <w:t>Chaymanta Ezequielman rikuchisqa iskay k’aspi hukllachasqa kasqanta, huk nacionman tukuspa. Chay iskay k’aspiqa Israelpa chinchay qhapaq suyunmi, hinaspa Judápa uray qhapaq suyunmi; paykunaqa huk nacion hina huñusqasqa kanku, paykunap sapanpi t’aqanakusqan pacha muyunkuna tukukuyninpi, iskay waranqa pichqa pachak iskay chunka watayuqkuna. Chay ishkantinpa kuska tukukuyninqa huk espiritual templota paqarichin, tawa chunka suqta watakunawan sut’ichasqa, chay mutual t’aqanakuy pachakunap qallariyninpi hinaspa tukukuyninpi.</w:t>
      </w:r>
    </w:p>
    <w:p>
      <w:pPr>
        <w:pStyle w:val="ArticleBody"/>
        <w:jc w:val="left"/>
      </w:pPr>
      <w:r>
        <w:rPr>
          <w:rFonts w:ascii="Times New Roman" w:hAnsi="Times New Roman" w:eastAsia="Times New Roman" w:cs="Times New Roman"/>
        </w:rPr>
        <w:t>Qatiq qelqeqa qillqapi kay yachakuyta qatirisunchik.</w:t>
      </w:r>
    </w:p>
    <w:p>
      <w:pPr>
        <w:pStyle w:val="ArticleScripture"/>
        <w:jc w:val="left"/>
      </w:pPr>
      <w:r>
        <w:rPr>
          <w:rFonts w:ascii="Times New Roman" w:hAnsi="Times New Roman" w:eastAsia="Times New Roman" w:cs="Times New Roman"/>
        </w:rPr>
        <w:t>“‘Paykunaqa paqarinmanta tutamanta hatarispanku, Tekoa chunlla pampaman lluqsirqanku; hinaspa lluqsishaspankuraq, Josafat sayarispa nirqan: Uyarikuychis, Judá, Jerusalén llaqtapi tiyakkuna; Tayta Diosniykichispi iñiychis, chaymi sayachisqa kankichis; profetankunapipas iñiychis, chaymi allin ruwasqa kawsayman chayankichis. 2 Crónicas 20:20.’”</w:t>
      </w:r>
    </w:p>
    <w:p>
      <w:pPr>
        <w:pStyle w:val="ArticleScripture"/>
        <w:jc w:val="left"/>
      </w:pPr>
      <w:r>
        <w:rPr>
          <w:rFonts w:ascii="Times New Roman" w:hAnsi="Times New Roman" w:eastAsia="Times New Roman" w:cs="Times New Roman"/>
        </w:rPr>
        <w:t>“‘Señor Diosniykipi creenichik, hinaptinmi sayarqachisqa kankichik; profetankunapipas creenichik, hinaptinmi allin ruwasqa kankichik.’”</w:t>
      </w:r>
    </w:p>
    <w:p>
      <w:pPr>
        <w:pStyle w:val="ArticleScripture"/>
        <w:jc w:val="left"/>
      </w:pPr>
      <w:r>
        <w:rPr>
          <w:rFonts w:ascii="Times New Roman" w:hAnsi="Times New Roman" w:eastAsia="Times New Roman" w:cs="Times New Roman"/>
        </w:rPr>
        <w:t>“Isaías 8:20. ‘Kamachikuyman hinaspa willakuyman; kay simiman hina mana rimanku chayqa, paykunapi mana k’anchay kasqanraykum.’”</w:t>
      </w:r>
    </w:p>
    <w:p>
      <w:pPr>
        <w:pStyle w:val="ArticleScripture"/>
        <w:jc w:val="left"/>
      </w:pPr>
      <w:r>
        <w:rPr>
          <w:rFonts w:ascii="Times New Roman" w:hAnsi="Times New Roman" w:eastAsia="Times New Roman" w:cs="Times New Roman"/>
        </w:rPr>
        <w:t>“Iskay qillqakunaqa kaypi Diospa llaqtanman churakusun: iskay kaq allin ruwasqapaq kawsaykuna. Jehová kikin rimarisqan kamachikuy, hinaspa profecíapa espiritunmi iskay yachay paqarinankuna, llaqtanta pusarinanpaq llapa ima pasasqapi. Deuteronomio 4:6. ‘Kaymi qankunapa yachayniki hinaspa entiendeynikichik nacionkunapa ñawpaqenpi, paykuna ninqakuqmi: Cheqaqtapuni kay hatun naciónqa yachayniyoq, entiendeyniyoq llaqtam.’”</w:t>
      </w:r>
    </w:p>
    <w:p>
      <w:pPr>
        <w:pStyle w:val="ArticleScripture"/>
        <w:jc w:val="left"/>
      </w:pPr>
      <w:r>
        <w:rPr>
          <w:rFonts w:ascii="Times New Roman" w:hAnsi="Times New Roman" w:eastAsia="Times New Roman" w:cs="Times New Roman"/>
        </w:rPr>
        <w:t>“Diospa kamachikuyninwan Profecíapa Espíritu-ninwan kuska purinku iglesiata pusaykuspa hinaspa yuyaychaykuspa, chayrayku ima kuti iglesiaqa kayta reqsispa Kikinpa kamachikuyninta kasukusqanman hina, profecíapa espíritu-nin kachamusqa karqan cheqaq kay ñanpi pusananpaq.</w:t>
      </w:r>
    </w:p>
    <w:p>
      <w:pPr>
        <w:pStyle w:val="ArticleScripture"/>
        <w:jc w:val="left"/>
      </w:pPr>
      <w:r>
        <w:rPr>
          <w:rFonts w:ascii="Times New Roman" w:hAnsi="Times New Roman" w:eastAsia="Times New Roman" w:cs="Times New Roman"/>
        </w:rPr>
        <w:t>“Apocalipsis 12:17. ‘Hina dragón warmiwan phiñakuspa, rirqan maqanakuyta ruwanampaq mirayninpa puchuqkunawan, pikunachus Diospa kamachikuyninkunata waqaychanku, Jesucristoq testimonionnintapas charinku.’ Kay willakuy rimarin sut’ita puchuq iglesiaqa Diosta reqsisqanta kamachikuyninpi, hinaspa profecíaq qosqonpas kasqanta. Diospa kamachikuyninman kasukuy, hinaspa profecíaq espiritunqa sapa kuti t’aqwirqan Diospa cheqaq llaqtanta, hinaspa pruebapas aswanraq qusqasqa kachkan kunan p’unchay rikurimuq rikuchikuyninkunamanta.”</w:t>
      </w:r>
    </w:p>
    <w:p>
      <w:pPr>
        <w:pStyle w:val="ArticleScripture"/>
        <w:jc w:val="left"/>
      </w:pPr>
      <w:r>
        <w:rPr>
          <w:rFonts w:ascii="Times New Roman" w:hAnsi="Times New Roman" w:eastAsia="Times New Roman" w:cs="Times New Roman"/>
        </w:rPr>
        <w:t>Jeremíaspa p'unchayninpi runakunaqa mana imatapas tapukuychu karqan Moisespa, Elíaspa, utaq Eliseopa willakuyninmanta; ichaqa Diosmanta Jeremíasman kachamusqa willakuymantaqa iskayrayarqanku hinaspa qhipaman churayarqanku, kallpanpas atiyninpas ususqa kama, chaymanta mana huk hampi kanchu karqan Diospa paykunata apaspa prisionman rinanpaq.</w:t>
      </w:r>
    </w:p>
    <w:p>
      <w:pPr>
        <w:pStyle w:val="ArticleScripture"/>
        <w:jc w:val="left"/>
      </w:pPr>
      <w:r>
        <w:rPr>
          <w:rFonts w:ascii="Times New Roman" w:hAnsi="Times New Roman" w:eastAsia="Times New Roman" w:cs="Times New Roman"/>
        </w:rPr>
        <w:t>“Chaynamantataqmi Cristoq p’unchayninkunapipas runakuna yachakurqanku Jeremiaspa willakuynin cheqaq kasqanta, hinaspataq kikinkupura umallikurqanku taytankuq p’unchayninkunapi kawsaspaqa paypa willakuyninta chaskisqankuman kasqanta creenankupaq; ichaqa chay pachallapitaqmi Cristoq willakuyninta qhesachkarqanku, paymantaqa llapa profetakunam qelqarqanku.</w:t>
      </w:r>
    </w:p>
    <w:p>
      <w:pPr>
        <w:pStyle w:val="ArticleScripture"/>
        <w:jc w:val="left"/>
      </w:pPr>
      <w:r>
        <w:rPr>
          <w:rFonts w:ascii="Times New Roman" w:hAnsi="Times New Roman" w:eastAsia="Times New Roman" w:cs="Times New Roman"/>
        </w:rPr>
        <w:t>Imayna kimsa angelpa willakuynin kay pachapi hatariptin, mayqinmi Diospa kamachikuyninta iglesiaman hunt’asqa kayninpi chaymanta atiywan riqsichinanpaq, chhaynallataq profecía qhuyay-simiqa chaylla kutichisqa karqa. Kay qhuyay-simiqa ancha reqsisqa chaniyuq ruwanakuyta ruwarqa kay willakuy wiñachisqapi hinallataq ñawpaqman apanankupaq.</w:t>
      </w:r>
    </w:p>
    <w:p>
      <w:pPr>
        <w:pStyle w:val="ArticleScripture"/>
        <w:jc w:val="left"/>
      </w:pPr>
      <w:r>
        <w:rPr>
          <w:rFonts w:ascii="Times New Roman" w:hAnsi="Times New Roman" w:eastAsia="Times New Roman" w:cs="Times New Roman"/>
        </w:rPr>
        <w:t>“Imaymana yuyaykuna t’aqanakusqa kasqankuman hina, Qellqasqa Sagradas nisqakunapa riqsichisqankunamanta hinallataq llamk’aypa ñankunamanta, creyentekunapa kacharisqa willakuypi iñiyninta chinkachinankupaq hinallataq llamk’aypi mana hukllachakuyta apamunankupaq, profecíapa espiritunqa sapa kuti kay kasqaman k’anchayta churarqan. Sapa kutiqa creyentekunapa cuerponman yuyaypi hukllachakuyta hinallataq ruwaypi sumaq tinkuyta apamurqan. Sapa crisispi, kay kacharisqa willakuypa wiñayninpi hinallataq llamk’aypa hatunyayninpi rikurimusqa kasqanpi, Diospa leyninman sayaqta sayasqakuna hinallataq profecíapa Espiritupa k’anchayninwan kasqakuna atiparqanku, llamk’aypas paykunapa makinkupi allinta wiñarqan.”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pichqa chunka qanchisniyuq iskayniyuq**</dc:title>
  <dc:subject>Diospa Pakasqa Misterionnin Rikuchisqa: Divinidadwan Runakayninta Hukllachaspa</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