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Chunka tawayuqnin</w:t>
      </w:r>
    </w:p>
    <w:p>
      <w:pPr>
        <w:pStyle w:val="ArticleSubtitle"/>
        <w:jc w:val="left"/>
      </w:pPr>
      <w:r>
        <w:rPr>
          <w:rFonts w:ascii="Arial" w:hAnsi="Arial" w:eastAsia="Arial" w:cs="Arial"/>
        </w:rPr>
        <w:t>Danielpa iskay kaq kapitulumanta — huknin t’aqa tukuychasqa hinaspa tukukuynin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2023-12-09</w:t>
      </w:r>
    </w:p>
    <w:p>
      <w:pPr>
        <w:pStyle w:val="ArticleScripture"/>
        <w:jc w:val="left"/>
      </w:pPr>
      <w:r>
        <w:rPr>
          <w:rFonts w:ascii="Times New Roman" w:hAnsi="Times New Roman" w:eastAsia="Times New Roman" w:cs="Times New Roman"/>
        </w:rPr>
        <w:t>“Apocalipsispiqa llapan Bibliamanta qillqakuna tinkunku, chaypitaq tukukunku. Kaypiqa Danielpa qillqanpa hunt’asqa kayninmi kachkan.” Hechos de los Apóstoles, 585.</w:t>
      </w:r>
    </w:p>
    <w:p>
      <w:pPr>
        <w:pStyle w:val="ArticleBody"/>
        <w:jc w:val="left"/>
      </w:pPr>
      <w:r>
        <w:rPr>
          <w:rFonts w:ascii="Times New Roman" w:hAnsi="Times New Roman" w:eastAsia="Times New Roman" w:cs="Times New Roman"/>
        </w:rPr>
        <w:t>Cheqaqa, Juanpa “Jesucristopa Revelacionnin” nisqan hina reqsichisqan, Judá ayllumanta Leónnin runankunapaq 2023 watapa julio killamanta pacha sellonkuna kicharisqanmi, perfecciónman apasqa kan Daniel qillqata Revelación qillqawan hukllachaspa. Daniel qillqapa iskay ñiqin kapitulum, qhepa p’unchaykunapa animalpa lantinmanta pruebapa contexto ukhupi, iskay kaq angelpa willakuyninta reqsichin. Chayqa huk pruebaykachay ruwayta, hinallataq huk sutinchasqa pruebaykachay pachatapas reqsichin.</w:t>
      </w:r>
    </w:p>
    <w:p>
      <w:pPr>
        <w:pStyle w:val="ArticleBody"/>
        <w:jc w:val="left"/>
      </w:pPr>
      <w:r>
        <w:rPr>
          <w:rFonts w:ascii="Times New Roman" w:hAnsi="Times New Roman" w:eastAsia="Times New Roman" w:cs="Times New Roman"/>
        </w:rPr>
        <w:t>Daniel qillqap iskay kaq capítulo nisqapi pacha hinallataq ruray, Danielpa qanchis chunka watayuq presokayninwan rikuchisqa, Millerita historiapi Protestantekunapa pruebanakuy pacha-ta rikch’arisqa. Protestantekunaqa pruebanakuy rurayninkupi mana allinta llank’arqankuchu, hinaspataq Romapa ususinkuna tukurqanku. Profecía nisqapiqa ususiqa mamanwan rikch’akun; Romataq profético animalmi. Paykunapa pantayninku, chaymanta Romapa ususinkunaman tikrakusqanku, kunan historiaykupiq animalpa imagennin pruebayta rikch’achin, imaraykuchus paykunaqa animalpa imagenninman tikrarqanku. Chayrayku kunan pruebanakuy rurayninchikqa Danielpa qanchis chunka watayuq presokayninwanmi rikuchisqa kachkan, hinallataq iskay kaq angelpa willakuynin historiantawan Millerita kuyuriypi.</w:t>
      </w:r>
    </w:p>
    <w:p>
      <w:pPr>
        <w:pStyle w:val="ArticleBody"/>
        <w:jc w:val="left"/>
      </w:pPr>
      <w:r>
        <w:rPr>
          <w:rFonts w:ascii="Times New Roman" w:hAnsi="Times New Roman" w:eastAsia="Times New Roman" w:cs="Times New Roman"/>
        </w:rPr>
        <w:t>Iskay angelpa qepaq willakuyninpa historiapi, 2001 wata, septiembre killapa 11 p’unchawninpi qallarisqa kaqpi, huk sutinchasqa pacha kan chaymanta huk suyaychasqa pruebapa rurayninpas, chayqa simbólicamente rikuchisqa kashan Nabucodonosorpa uywakunamanta musquyninpa lantinpi; Bibliapi profecíapiqa huk qhapaq suyupas uywa kikinmi. Nabucodonosorwan caldeokunaq religioso kuraknin elite nirqakunaqa pruebat’a mana atipaqkunatan rikuchinku, Danieltaq kimsa allin qharikuna imaqa pruebat’a atipaqkunatan rikuchinku. Huk hina rikurinman ichaqa, Nabucodonosorpa pantayninqa Danielpa kimsa kaq capitulonpi sut’ita takyachisqa kashan.</w:t>
      </w:r>
    </w:p>
    <w:p>
      <w:pPr>
        <w:pStyle w:val="ArticleBody"/>
        <w:jc w:val="left"/>
      </w:pPr>
      <w:r>
        <w:rPr>
          <w:rFonts w:ascii="Times New Roman" w:hAnsi="Times New Roman" w:eastAsia="Times New Roman" w:cs="Times New Roman"/>
        </w:rPr>
        <w:t>Prueba ruraypi, mayqinchus Danielpa huk kaq, iskay kaq kapitullukunapipas rikuchisqa kashan, chaypi kan allin sut’inchasqa profetikkuna markakunam, chaykunataq tinkunraqmi cheqaqkunaqwan, kay qhipa p’unchaykunapi Apocalipsis libropi qawarichisqa kaqkunawan. Huk kaq kapitullupi, “chunka p’unchaykuna” sut’incharqanmi prueba pacha-ta, chaymanta Danielpa uyanchasqanmanta aswan sumaq, aswan wirayuq rikurimusqanman chayasqa, hanaq pacha mikhunata mikhusqanrayku; huk kaq eunuco masinkunataq rikuchirqanku chay reyq mikhunanta mikhusqankumanta lloqsiq rikch’ayninta. Reyqa, profetikkunapi, huk qhapaq suyu kasqanmi; hinallataq profetikkunapi reypas utaq qhapaq suyupas huk bestiam. Pipas uya rikch’ayninwan reyq mikhunanta mikhusqanpa rurayninkunata qawarichirqanku, chaykunaqa bestiapa imagennintam rikuchirqanku.</w:t>
      </w:r>
    </w:p>
    <w:p>
      <w:pPr>
        <w:pStyle w:val="ArticleBody"/>
        <w:jc w:val="left"/>
      </w:pPr>
      <w:r>
        <w:rPr>
          <w:rFonts w:ascii="Times New Roman" w:hAnsi="Times New Roman" w:eastAsia="Times New Roman" w:cs="Times New Roman"/>
        </w:rPr>
        <w:t>Danielpa iskay kaq capitulonpi, Danielqa mañakusharqan Nabucodonosorpa rikch’aynin-sueñonpi pakasqa “secreto” nisqata entiendenanpaq. Yachanampaqmi karqan ima sueñochus kasqanta, chaymanta ima niyta munasqantapas. Payqa qhepa p’unchaykunapi kaqkunata reqsichin, pikunachus maskhashanku Jesucristopa Revelacionninta kicharinawan tupaq pakasqa secretokunata entiendenankupaq; imaraykuchus Jesucristopa Revelacionninta kichariyqa qhepa profético “secreto” nisqa kicharisqa kasqanmi, manaraq probation tukukunankama. Llapa profetakuna, Danieltapas yupaychaspa, qhepa p’unchaykunatam reqsichishanku. Danielpa chay “secreto” entiendenanpaq kallpachakuyninqa kawsayniyuq wañuyniyuq asunto karqan; hinallataqmi animalpa lanti-testninpas Diospa llaqtanpaq qhepa p’unchaykunapi.</w:t>
      </w:r>
    </w:p>
    <w:p>
      <w:pPr>
        <w:pStyle w:val="ArticleScripture"/>
        <w:jc w:val="left"/>
      </w:pPr>
      <w:r>
        <w:rPr>
          <w:rFonts w:ascii="Times New Roman" w:hAnsi="Times New Roman" w:eastAsia="Times New Roman" w:cs="Times New Roman"/>
        </w:rPr>
        <w:t>“Señorqa sut’ita rikuchiwashan animalpa lantan rurasqa kanqa gracia tiempu tukukunankama manaraq; imaraykuchus chayqa Diospa llaqtanpaq hatun pruebam kanqa, mayqenwan wiñay destino-nku nisqaqa nisqaqa churasqa kanqa.” Manuscript Releases, volume 15, 15.</w:t>
      </w:r>
    </w:p>
    <w:p>
      <w:pPr>
        <w:pStyle w:val="ArticleBody"/>
        <w:jc w:val="left"/>
      </w:pPr>
      <w:r>
        <w:rPr>
          <w:rFonts w:ascii="Times New Roman" w:hAnsi="Times New Roman" w:eastAsia="Times New Roman" w:cs="Times New Roman"/>
        </w:rPr>
        <w:t>Danielpa mañakusuynin, “pakasqa” nisqanta hamut’ayta maskhaspa, qhipa p’unchaykunapi Diospa llaqtanpa willakuy historiapin huk sut’i waymarkata rikuchin. Danielpa qillqanqa iskay testigokunata qun, chaywanmi qhipa p’unchaykunapi “mañakuy” nisqa waymarka takyasqa kasqanta sayachin. Chay waymarkaqa tarikun tukuy reforma siq’ikunaq iskay willakuyninwan rikuchisqa pacha p’unchaypi.</w:t>
      </w:r>
    </w:p>
    <w:p>
      <w:pPr>
        <w:pStyle w:val="ArticleBody"/>
        <w:jc w:val="left"/>
      </w:pPr>
      <w:r>
        <w:rPr>
          <w:rFonts w:ascii="Times New Roman" w:hAnsi="Times New Roman" w:eastAsia="Times New Roman" w:cs="Times New Roman"/>
        </w:rPr>
        <w:t>Ishkaynin oraciónkunapa profétiko contextoqa qanchis chunka watakuna prisionpi kasqankum, chayqa símbolollaña kayninpi rikuchin Levítico iskay chunka suqtayuqpi “qanchis kuti” nisqanta. Daniel iskaypi, ñawpaq versículopi, “Nabucodonosor” sutinqa iskay kuti nirqakun, hinallataq Qelqapi huk simita iskaychaspa rimayqa iskay kaq angelpa willakuyninpa símbolo kasqanta rikuchin.</w:t>
      </w:r>
    </w:p>
    <w:p>
      <w:pPr>
        <w:pStyle w:val="ArticleBody"/>
        <w:jc w:val="left"/>
      </w:pPr>
      <w:r>
        <w:rPr>
          <w:rFonts w:ascii="Times New Roman" w:hAnsi="Times New Roman" w:eastAsia="Times New Roman" w:cs="Times New Roman"/>
        </w:rPr>
        <w:t>Pani Whiteq qillqanakunapi ashkha willakuykuna kashan, Daniel qillqap kimsa kaq kapitulonta Domingo kamachiy simiypaq unanchasqa hina reqsichinankupaq. Daniel qillqap huk kaq kapituluqa, ñawpaq angelpa willakuyninpa llapa característicanmi charin, hinaspataq willasqas kanchis mana atinkichu kimsa kaq willakuyniyoq kayta (Daniel qillqap kimsa kaq kapitulu), mana ñawpaq kaq hinaspa iskay kaq willakuykuna kaqtin.</w:t>
      </w:r>
    </w:p>
    <w:p>
      <w:pPr>
        <w:pStyle w:val="ArticleBody"/>
        <w:jc w:val="left"/>
      </w:pPr>
      <w:r>
        <w:rPr>
          <w:rFonts w:ascii="Times New Roman" w:hAnsi="Times New Roman" w:eastAsia="Times New Roman" w:cs="Times New Roman"/>
        </w:rPr>
        <w:t>Uywaqa rikusqanpa pruebaninqa, Ellen White nisqanman hina, chaymi probación wichq’aykukunankama ñawpaqta atipananchik prueba nisqa, hinallataq sellasqa kanananchikmanta ñawpaqta. Danielpa kinsa kaq capitulonpi takikuna waqyasqa kaptin, probaciónqa simbólicamente wichq’aykukurqan, imaraykuchus kinsa kaq capituluqa domingo leyta rikuchin. Nabucodonosorpa takisqankunaqa chay melodíata rikuchin, mayqanta Tiro llump’ay warmiqa chaymanta qallarispan kay pachapa reykunaman takin, simbólico qanchis chunka watakuna tukukuyninpi, may p’unchaykama qunqakusqa karqan chaymanta.</w:t>
      </w:r>
    </w:p>
    <w:p>
      <w:pPr>
        <w:pStyle w:val="ArticleScripture"/>
        <w:jc w:val="left"/>
      </w:pPr>
      <w:r>
        <w:rPr>
          <w:rFonts w:ascii="Times New Roman" w:hAnsi="Times New Roman" w:eastAsia="Times New Roman" w:cs="Times New Roman"/>
        </w:rPr>
        <w:t>Chay p’unchaypi pasakonqa: Tiro llaqta qonqakuypi kachkanqa qanchis chunka watakuna, huk reypa p’unchayninkunaman hina. Qanchis chunka watakuna tukukuptinmi Tiro takinqa warmi waqllik hina. Arpata hap’iy, llaqtata muyuy, qonqasqa warmi waqllik; misk’i takiyniykita waqachiy, achka takikunata takiy, yuyarisqa kanaykipaq. Chaymanta, qanchis chunka watakuna tukukuptinmi, Señorqa Tirota watukuyninwan hamunqa; payqa kutimunqa pagonman, kay pachapa hawanpi kachka llapallan suyuq reinoswanpas waqllikuyta ruwaspa. Isaías 23:15–17.</w:t>
      </w:r>
    </w:p>
    <w:p>
      <w:pPr>
        <w:pStyle w:val="ArticleBody"/>
        <w:jc w:val="left"/>
      </w:pPr>
      <w:r>
        <w:rPr>
          <w:rFonts w:ascii="Times New Roman" w:hAnsi="Times New Roman" w:eastAsia="Times New Roman" w:cs="Times New Roman"/>
        </w:rPr>
        <w:t>Hermana Whiteqa reqsichin kimsa angelkunapa willakuyninkuta kimsa pruebakunata hina.</w:t>
      </w:r>
    </w:p>
    <w:p>
      <w:pPr>
        <w:pStyle w:val="ArticleScripture"/>
        <w:jc w:val="left"/>
      </w:pPr>
      <w:r>
        <w:rPr>
          <w:rFonts w:ascii="Times New Roman" w:hAnsi="Times New Roman" w:eastAsia="Times New Roman" w:cs="Times New Roman"/>
        </w:rPr>
        <w:t>“Achka runakuna, ñawpaq kaq ñawpaq iskay angelkunapa willakuyninkunawan Qosachakuytaqta taripaq lluqsiqkuna, kimsa kaqtaqa, kay pachaman qusqa kanan qhipa pruebanapa willakuyninta mana chaskirqankuchu; hinallataq kaq rikch’aq sayayninta hap’inqaku, qhipa waqyay rurasqa kaptin.” Review and Herald, October 31, 1899.</w:t>
      </w:r>
    </w:p>
    <w:p>
      <w:pPr>
        <w:pStyle w:val="ArticleBody"/>
        <w:jc w:val="left"/>
      </w:pPr>
      <w:r>
        <w:rPr>
          <w:rFonts w:ascii="Times New Roman" w:hAnsi="Times New Roman" w:eastAsia="Times New Roman" w:cs="Times New Roman"/>
        </w:rPr>
        <w:t>Achka testigokunamantaq rimayninman hina, Danielpa iskay ñiqin kapitulumqa iskay kaq angelpa willakuyninmi. Ñawpaq kaq angelpa kallpachakusqanmanta taripaykama historiataqa, Danielpa prisionpi qanchis chunka watakunapa historianninta rikuchin, chaymi rikuchisqa kashan. Danielpa mañakuyninpa churakuynin, iskay ñiqin kapitulumupi, chay qanchis chunka watakunapa ukhupinmi ruwakun; chayqa “qanchis kutikama” nisqapa unanchaqninmi.</w:t>
      </w:r>
    </w:p>
    <w:p>
      <w:pPr>
        <w:pStyle w:val="ArticleBody"/>
        <w:jc w:val="left"/>
      </w:pPr>
      <w:r>
        <w:rPr>
          <w:rFonts w:ascii="Times New Roman" w:hAnsi="Times New Roman" w:eastAsia="Times New Roman" w:cs="Times New Roman"/>
        </w:rPr>
        <w:t>Isqun pusaq chunkaq t’aqapi mañakuyninqa qallarimun qanchis chunka watakunaman chiqap sut’inchaywan. Iskay mañakuykunapa profetika churakuyninqa hukllam kachkan. Chaykunaqa kikin mañakuypa imayna rikch’ayninkunata rikuchinku, ichaqa iskayninkuqa kikin “qanchis kuti” nisqa churakuypi churakusqakuna kanku, hinaspataq iskayninkuqa “mañakuy” nisqa waymarkwan tupanku, chay waymarkqa qhipa p’unchaykunapi pachak tawa chunka tawa waranqa runakunapa historiankupi tarikun.</w:t>
      </w:r>
    </w:p>
    <w:p>
      <w:pPr>
        <w:pStyle w:val="ArticleBody"/>
        <w:jc w:val="left"/>
      </w:pPr>
      <w:r>
        <w:rPr>
          <w:rFonts w:ascii="Times New Roman" w:hAnsi="Times New Roman" w:eastAsia="Times New Roman" w:cs="Times New Roman"/>
        </w:rPr>
        <w:t>Danielqa qanchis p’itiypi mañakusqanpiqa, payqa profetapaq “tikray pacha” ukhupim kashan, Babiloniaq reinomantam Medokunapaq hinallataq Persiakunapaq reinoman chayanankama. Chay tikray chiqaqa huk waymarkllatataqmi, hinallataq kikin tikray chiqaqwanmi tupakun kimsa kaq angelpa kuyukuyninpi, maypichus Diospa llaqtan callepi wañunku “Laodiceokuna” hina, hinaspa panteonmanta lluqsinku “Filadelfiakuna” hina. Ñawpaq kaq angelpa kuyukuyninpaq tikray chiqaqa Danielpa tikray chiqaqwan, hinallataq kimsa kaq angelpa kuyukuyninwanpas tupakunmi, chay kimsantin tikray chiqaqkunataq chiqapta “qanchis kuti” nisqawanmi t’inkisqa kanku Levítico iskay chunka suqtayuqpi. Philadelphia-manta Laodiceaman tikrayqa Millerita kuyukuyninpi ruwakapun “musuq k’anchay” chayamusqanwan “qanchis kuti” nisqamanta 1856 watapi, hinaspa qhipaman “qanchis kuti” nisqapa llapa chinkachisqa qhispisqa qichusqanwan 1863 watapi. Daniel qanchis p’itiypi, ñawpaq kaq angelpa kuyukuynin Millerita pacha ukhupi, hinallataq kimsa kaq angelpa kuyukuynin ñuqanchikpa pachanchikpi, llapankum huk tikray chiqaqniyuqmi kanku mayqinchus hukninwan hukninpas tupakun, hinaspa chay kimsantin tikray chiqaqkunaqa “qanchis kuti” nisqapa contexto ukhupin churakusqa kanku.</w:t>
      </w:r>
    </w:p>
    <w:p>
      <w:pPr>
        <w:pStyle w:val="ArticleBody"/>
        <w:jc w:val="left"/>
      </w:pPr>
      <w:r>
        <w:rPr>
          <w:rFonts w:ascii="Times New Roman" w:hAnsi="Times New Roman" w:eastAsia="Times New Roman" w:cs="Times New Roman"/>
        </w:rPr>
        <w:t>Pruebapa ruranakuypa historiapi, Danielqa kaymi chaskin k’anchayta hinaspa ñawpaqta rak’in kimsa masinkunawan; chay hinaqa rikuchin profetapa rurayninta “Elías” nisqapa, paymi “ch’in neqepi qapariq simi”.</w:t>
      </w:r>
    </w:p>
    <w:p>
      <w:pPr>
        <w:pStyle w:val="ArticleBody"/>
        <w:jc w:val="left"/>
      </w:pPr>
      <w:r>
        <w:rPr>
          <w:rFonts w:ascii="Times New Roman" w:hAnsi="Times New Roman" w:eastAsia="Times New Roman" w:cs="Times New Roman"/>
        </w:rPr>
        <w:t>Danielpa iskay ñiqin kapitulupi “pakasqa” nisqanqa reqsichinmi Bibliapi willakusqa qanchis reyinakunaqmanta paqarisqa pusaq ñiqin qhapaq suyuta. Chayrayku, Bibliapi willakusqa qhapaq suyunakunaq ñawpaq rikuchikuynin kasqanrayku, Tukuymi rikusqa diecisiete ñiqin kapitulupi tarikusqa qhepa rikuchikuyninwan tupachisqa kachkan. Pusaq ñiqin qhapaq suyuqa, ñawpaq qanchis qhapaq suyunakunaq “paykunamanta” kasqanrayku, chayqa rimashanmi tikray punkuta, mayqenwan kunan pacha Babilonia sayarichisqa kachkan kimsa-kutin hukllachasqa kasqanpi: dragón, bestia, hinaspa llulla profeta. Nabucodonosorpa musquyninpi rikuchisqa estatuanqa tukukuypi reqsichishanmi willakusqa pacha historiapi pusaq ñiqin kay pachapi qhapaq suyuta.</w:t>
      </w:r>
    </w:p>
    <w:p>
      <w:pPr>
        <w:pStyle w:val="ArticleBody"/>
        <w:jc w:val="left"/>
      </w:pPr>
      <w:r>
        <w:rPr>
          <w:rFonts w:ascii="Times New Roman" w:hAnsi="Times New Roman" w:eastAsia="Times New Roman" w:cs="Times New Roman"/>
        </w:rPr>
        <w:t>Sut’iqa profecíapi reynoqa uywawmi kachkan; chayrayku, Nabucodonosorpa musquyninpi rikuchisqa estatua representasqan cheqaqa ñawpaq kaq rimaymi qhepa tukukuq uywamanta, imaynan Apocalipsis chunka qanchisniyuq qillqapi riqsichisqa kasqanta hina. Chayrayku, Nabucodonosorpa musquyninqa tukukuypiqa pusaj kaq, qhepa tukukuq uywapa estatuanpa musquyninmi. “Uywapa estatuanpa” musquyninmi.</w:t>
      </w:r>
    </w:p>
    <w:p>
      <w:pPr>
        <w:pStyle w:val="ArticleBody"/>
        <w:jc w:val="left"/>
      </w:pPr>
      <w:r>
        <w:rPr>
          <w:rFonts w:ascii="Times New Roman" w:hAnsi="Times New Roman" w:eastAsia="Times New Roman" w:cs="Times New Roman"/>
        </w:rPr>
        <w:t>Chayqa kikillanmi kikinpiqa qhawariyninmi kayninmanta allinchasqa, kinsa kaq angelpa kuyuyñinpi ima p’unchawpi t’ikrasqa chay chiqanta riqsiyqa ancha allinmi nisqanta; ichaqa “pakasqa yachay” nisqapas llavem hinaqa hukllachin hinaspa takyachin achka imakunata, ñawpaq qillqakunapi sut’ichasqa karqanman hina, 18 julio 2020 qhipa hamuq historiapaqqa. Chay qillqakunapiqa rikuchisqañam karqan, sapa huk chay santu reforma kuyuykunapa tawa waymarkankuna, Danielpa qanchis chunka wata prisionpi kayninwan rikuchisqa kaqkunaqa, wiñaypaq kikin temallatam apanku.</w:t>
      </w:r>
    </w:p>
    <w:p>
      <w:pPr>
        <w:pStyle w:val="ArticleBody"/>
        <w:jc w:val="left"/>
      </w:pPr>
      <w:r>
        <w:rPr>
          <w:rFonts w:ascii="Times New Roman" w:hAnsi="Times New Roman" w:eastAsia="Times New Roman" w:cs="Times New Roman"/>
        </w:rPr>
        <w:t>Chisca ñannakuna Cristopa pacha tiemponpi “wañuywan kawsarimuywan” sutiyuq contexto ukhupi churakurqanku. Ñawpaq waymarka, ñawpaq willakuypa kallpachakusqanta rikuchiq, Cristopa bautismon karqa, wañuypa hinaspa kawsarimuypa unanchan. Iskay ñiqin waymarka, chay historiapi ñawpaq llakikuyta rikuchiq, Lázaropa wañuynin hinaspa kawsarimuynin karqa. Kinsa ñiqin waymarka Jerusalénman atipaynin yaykuynin karqa, Chawpi Tuta Qapariyta rikuchispa. Cristoqa wañuyninman hinaspa kawsarimuyninman riq karqa, chaymanta Lázaroqa, wañuypa hinaspa kawsarimuypa kawsachkaq rikuchiqnin, procesiónta pusarqa. Lázaroqa hinallataq takyachin, Chawpi Tuta Qapariy willakusqa kaptin, Diospa llaqtanqa “sellasqa” kanku.</w:t>
      </w:r>
    </w:p>
    <w:p>
      <w:pPr>
        <w:pStyle w:val="ArticleScripture"/>
        <w:jc w:val="left"/>
      </w:pPr>
      <w:r>
        <w:rPr>
          <w:rFonts w:ascii="Times New Roman" w:hAnsi="Times New Roman" w:eastAsia="Times New Roman" w:cs="Times New Roman"/>
        </w:rPr>
        <w:t>“Kay coronasqa hatun milagru, Lázarota kawsarichiyqa, Diospa sellonta churayta karqan Paypa ruwasqanman hinaspa Paypa divinidad nisqanman.” The Desire of Ages, 529.</w:t>
      </w:r>
    </w:p>
    <w:p>
      <w:pPr>
        <w:pStyle w:val="ArticleBody"/>
        <w:jc w:val="left"/>
      </w:pPr>
      <w:r>
        <w:rPr>
          <w:rFonts w:ascii="Times New Roman" w:hAnsi="Times New Roman" w:eastAsia="Times New Roman" w:cs="Times New Roman"/>
        </w:rPr>
        <w:t>Tawa kaq huk taripaypa chimpunqa karqa cruz, chaymi wañuytaq kawsarimuytaq karqa. Chay tawa chimpukunapa pacha unanchasqa kachkan Danielpa qanchis chunka watayuq prisionpi kasqanwan.</w:t>
      </w:r>
    </w:p>
    <w:p>
      <w:pPr>
        <w:pStyle w:val="ArticleBody"/>
        <w:jc w:val="left"/>
      </w:pPr>
      <w:r>
        <w:rPr>
          <w:rFonts w:ascii="Times New Roman" w:hAnsi="Times New Roman" w:eastAsia="Times New Roman" w:cs="Times New Roman"/>
        </w:rPr>
        <w:t>Historia Milleritapiqa, temaqa karqan “p’unchaw wata-rayku kamachiy”, hinaspa 1840 wata, agosto killapa 11 p’unchawnin karqan chay kamachiypa takyachisqan. Ñawpaq llakikuyqa karqan pantasqa ruranamanta, p’unchaw wata-rayku kamachiyman mana allin hina churakusqanrayku. Chawpi Tuta Qapariyqa karqan p’unchaw wata-rayku kamachiypa hunt’asqa allinyaynin, iskay chunka kimsa pachak watayuq willakuypiwan iskay waranqa pichqa pachak iskay chunka watayuq willakuypiwan tinkuchisqa; chaymanta Maskhasqa Taripayqa qallarikurqan chay p’unchaw wata-rayku willakuynikuna 1844 wata, octubre killapa 22 p’unchawninpi hunt’akusqanpi. Milleritakunaq historiankupi tukuy chay tawa señalkunaq temaqa karqan “p’unchaw wata-rayku kamachiy”. Chay tawa señalkunaq pacha muyuqa rikuchisqa kachkan Danielpa qanchis chunka wata prësu kayninta.</w:t>
      </w:r>
    </w:p>
    <w:p>
      <w:pPr>
        <w:pStyle w:val="ArticleBody"/>
        <w:jc w:val="left"/>
      </w:pPr>
      <w:r>
        <w:rPr>
          <w:rFonts w:ascii="Times New Roman" w:hAnsi="Times New Roman" w:eastAsia="Times New Roman" w:cs="Times New Roman"/>
        </w:rPr>
        <w:t>Rey Davidpa p’unchayninkunapi, asuntoka karqan “Diospa arkan”. David atiychasqa kaptinmi, chaymanta yuyaychakurqan arka-ta Davidpa llaqtanman apamunanpaq.</w:t>
      </w:r>
    </w:p>
    <w:p>
      <w:pPr>
        <w:pStyle w:val="ArticleScripture"/>
        <w:jc w:val="left"/>
      </w:pPr>
      <w:r>
        <w:rPr>
          <w:rFonts w:ascii="Times New Roman" w:hAnsi="Times New Roman" w:eastAsia="Times New Roman" w:cs="Times New Roman"/>
        </w:rPr>
        <w:t>Hinapunin Davidqa, hatunmanmi tukurqan, hinallataq awqaq runakunapa Señornin Diospas paywanmi karqan. 2 Samuel 5:10.</w:t>
      </w:r>
    </w:p>
    <w:p>
      <w:pPr>
        <w:pStyle w:val="ArticleBody"/>
        <w:jc w:val="left"/>
      </w:pPr>
      <w:r>
        <w:rPr>
          <w:rFonts w:ascii="Times New Roman" w:hAnsi="Times New Roman" w:eastAsia="Times New Roman" w:cs="Times New Roman"/>
        </w:rPr>
        <w:t>Ñawpaq llakikuy karqan Uzzahpa huchallikusqanpi, arca-ta llamk’asqanrayku. Kimsa kaq waymarkqa karqan chay p’unchawpi David entienderqan Señorpa bendecisqanmi kasqanta Obededom gititaq wasinta, maypichus arcata waqaycharqanku Uzzahpa hatarikuyninmanta pacha. Chaymanta David rispa arcata kutichimurqan Jerusalénman atipayninwan yaykunanpaq (ichaqa warminmi mana allin phiñakuyta, “llakikuytapas” rikuchirqan Davidpa yaykuyninmanta). Chay tawa waymarkkuna sapa hukninmi arcawan reqsichisqa kanku. Chay tawa waymarkkunapa pacha tiempunqa Danielpa qanchis chunka wata prisionpi kasqanwan reqsichisqa kashan.</w:t>
      </w:r>
    </w:p>
    <w:p>
      <w:pPr>
        <w:pStyle w:val="ArticleBody"/>
        <w:jc w:val="left"/>
      </w:pPr>
      <w:r>
        <w:rPr>
          <w:rFonts w:ascii="Times New Roman" w:hAnsi="Times New Roman" w:eastAsia="Times New Roman" w:cs="Times New Roman"/>
        </w:rPr>
        <w:t>11 ñiqin sitiwmri, 2001 watapi, “kimsa ñiqin Llakikuy” nisqapi Islam kacharisqa karqa, chaymantaq hark’asqa karqa. 18 ñiqin julyu, 2020 watapi, Islampa ruwananmanta willakusqa ñawpaq rimay pantasqa karqa. Ch’aqi tullukunata kawsayman kutichimuq willakuyqa “tawa wayrakuna” nisqamanta hamun; chayqa Islammanta unancha kashan, hinaspataq Chawpi Tuta Qapariy willakuyta rikuchin. Estados Unidos llaqtapi domingo kamachiypa llaqtantin apostasiamanta qhipapi hamuq llaqtantin thuñiyqa “kimsa ñiqin Llakikuy” nisqapi Islamwan apamun. Chay tawa señalkunapa pacha unayniqa Danielpa qanchis chunka watayuq prisionpi kasqanwan rikuchisqa kashan.</w:t>
      </w:r>
    </w:p>
    <w:p>
      <w:pPr>
        <w:pStyle w:val="ArticleBody"/>
        <w:jc w:val="left"/>
      </w:pPr>
      <w:r>
        <w:rPr>
          <w:rFonts w:ascii="Times New Roman" w:hAnsi="Times New Roman" w:eastAsia="Times New Roman" w:cs="Times New Roman"/>
        </w:rPr>
        <w:t>Ñawpaq angelpa kuyukuyninmi kinsa kaq angelpa kuyukuyninta rikuchin, hinaspa Millerlloqkunaq historiampi Chawpi Tutaq Qapariynin willakuymi ñawpaq llaquykuyta ruraq pantasqa ñawinchayta allinchay karqa.</w:t>
      </w:r>
    </w:p>
    <w:p>
      <w:pPr>
        <w:pStyle w:val="ArticleScripture"/>
        <w:jc w:val="left"/>
      </w:pPr>
      <w:r>
        <w:rPr>
          <w:rFonts w:ascii="Times New Roman" w:hAnsi="Times New Roman" w:eastAsia="Times New Roman" w:cs="Times New Roman"/>
        </w:rPr>
        <w:t>“Qillqasqa Qelqaykunamanta llakikuywan qhiparisqakuna rikurqanku paykunaqa suyasqa p’unchaypi kasqankuta, hinaspataq pacienciayuqta suyanankuta rikch’ariypa hunt’asqanta. Chay kikin pruebakuna paykunata pusarqan Señorninkuta 1843 watapi suyanankupaq, chayllataq paykunata suyachirqan Payta 1844 watapi.” Early Writings, 247.</w:t>
      </w:r>
    </w:p>
    <w:p>
      <w:pPr>
        <w:pStyle w:val="ArticleBody"/>
        <w:jc w:val="left"/>
      </w:pPr>
      <w:r>
        <w:rPr>
          <w:rFonts w:ascii="Times New Roman" w:hAnsi="Times New Roman" w:eastAsia="Times New Roman" w:cs="Times New Roman"/>
        </w:rPr>
        <w:t>Nashville llaqtaman huk Musulmánkunaq maqanakusqanmanta kaq kikillan rikusqakunaqa, domingo yupaychayta kamachisqa kasqanman kutichiy hina ruwasqa Nashville llaqtaman huk maqanakuy kananpaq kaq rikusqakunami. Profecíaq Espíritu qillqasqankunaqa hayk’aqpas mana pantanku. Nashville llaqtaman huk maqanakuy kananpaq willakusqaqa Profecíaq Espíritu qillqasqankunapi sut’inchasqa kachkan. Nashvillemanta willakusqaqa hunt’asqa kanqa, ichaqa Nashville llaqtapi maqanakuymanta willakusqaqa ñawpaqta pantasqa willakusqaq allinchasqa kasqanpi sayasqa kanqa, imaynachus Milleritakunaq historiankupi karqan hina. Chayqa tawañiqin waymark nisqapi hunt’asqa kachkan, chay waymarkqa “juicio” nisqata rikuchiqmi.</w:t>
      </w:r>
    </w:p>
    <w:p>
      <w:pPr>
        <w:pStyle w:val="ArticleBody"/>
        <w:jc w:val="left"/>
      </w:pPr>
      <w:r>
        <w:rPr>
          <w:rFonts w:ascii="Times New Roman" w:hAnsi="Times New Roman" w:eastAsia="Times New Roman" w:cs="Times New Roman"/>
        </w:rPr>
        <w:t>Jesusqa sapa kuti qallariyninwanmi tukukuyninta rikuchin, hinaspapas 11 septiembre 2001 watapi ñawpaq waymarka Islammanta huk maqanakuy karqan; chayraykun Domingo kamachiypa juicioyninpi Nashville llaqtapaq huk islámico maqanakuy kanqa. Ichaqa wakin taripanakunatapas yaykunmanmi, ichaqa Chawpi Tutanakuy qapariypa willakuyninqa, ñawpaq llakikuyta paqarichiq willakuypa allinchayninmi. Ñawpaq llakikuyqa pacha imayna kasqanta willakuyman churay huchamanta paqarirqan, mana Ellen Whiteq siminkunamantaqa.</w:t>
      </w:r>
    </w:p>
    <w:p>
      <w:pPr>
        <w:pStyle w:val="ArticleBody"/>
        <w:jc w:val="left"/>
      </w:pPr>
      <w:r>
        <w:rPr>
          <w:rFonts w:ascii="Times New Roman" w:hAnsi="Times New Roman" w:eastAsia="Times New Roman" w:cs="Times New Roman"/>
        </w:rPr>
        <w:t>Ancha reqsis tawa señaskunata riqsiy, ñawpaq willakuypa “kallpachakuyninmanta” qallariq chusku markakunaqa (Danielpiqa simbólicamente qanchis chunka watakunapa qallariyninpi rikurin), sapa kuti kikin tematam kamachin. Sichus qam 11 de septiembre de 2001 p’unchayta profecía hunt’akuynin hina chaskirqanki, profecíapiqa “pakasqa librotam” mikhurqanki. Ancha pisillam cheqaqtapuni chay cheqaq kayta mikhurqaku, ichaqa wakinkuna karqaku, Danielwan rikuchisqa hina, sonqonkupi yuyaychakuspa Babiloniapa mikhunawan ama qhellichasqa kayta munarqaku. Chaywanpas wakinkuna kanmi 11 de septiembre de 2001 p’unchayqa profecía hunt’akuynin kasqanta niq, ichaqa mana Islamchu karqa, aswanpas Bush ayllum, utaq globalistakuna, utaq Jesuitakuna, utaq CIA, utaq chay sapa kuti apasqa kaqkunamanta mayqin tinkusqa, kunan p’unchaypi conspiración yachachiqkunapa achka kutin llamk’achisqan hina, nispa rimanku. Alpha y Omega hina, Jesusqa tukukuyninta qallariyninwan rikuchin; chayrayku, 11 de septiembre de 2001 p’unchaypi imatachus profecíapi rikuchirqan chaymanta pantasqa kaptinchikqa, “cheqa” nisqa profético Simita allinta t’aqay atiytañam waqllichkanchik.</w:t>
      </w:r>
    </w:p>
    <w:p>
      <w:pPr>
        <w:pStyle w:val="ArticleBody"/>
        <w:jc w:val="left"/>
      </w:pPr>
      <w:r>
        <w:rPr>
          <w:rFonts w:ascii="Times New Roman" w:hAnsi="Times New Roman" w:eastAsia="Times New Roman" w:cs="Times New Roman"/>
        </w:rPr>
        <w:t>Miller qatiq willakuy ñawpaq kaqmanta “munaychayqa” iskay kaq Ay ayqisqam Islam karqa; chay munaychaytaq rikch’achirqan 11 septiembre 2001 p’unchawpi kaq munaychayta, chaytaq kimsa kaq Ay ayqisqam Islam apamurqan.</w:t>
      </w:r>
    </w:p>
    <w:p>
      <w:pPr>
        <w:pStyle w:val="ArticleBody"/>
        <w:jc w:val="left"/>
      </w:pPr>
      <w:r>
        <w:rPr>
          <w:rFonts w:ascii="Times New Roman" w:hAnsi="Times New Roman" w:eastAsia="Times New Roman" w:cs="Times New Roman"/>
        </w:rPr>
        <w:t>Islam ñawpaq waymarkapiqa, qhipa waymarkapipas Islamta reqsichin. Qhipa waymarkaqa juicio-ta rikuchin, hinaspataq Estados Unidosqa Domingo kamachiypi juzgasqa kachkan. Chayqa Ezequielpa iskay willakuyninmi, kimsa chunka qanchisniyuq capítulo-pi, wañusqakunata kawsarichimuq; chay willakuytaq kimsa kaq waymarkaq willakuyninmi, chaymi Chaupi Tuta Qapariy. Chayqa sellasqa willakuymi, Cristoq haykuy atipayninwan rikch’achisqa, payqa huk “asno”-pi sillakuspa yaykusqa, Islampa huk unanchaqnin. Chaupi Tuta Qapariy sellasqa willakuyqa Islamwan apasqa kachkan.</w:t>
      </w:r>
    </w:p>
    <w:p>
      <w:pPr>
        <w:pStyle w:val="ArticleScripture"/>
        <w:jc w:val="left"/>
      </w:pPr>
      <w:r>
        <w:rPr>
          <w:rFonts w:ascii="Times New Roman" w:hAnsi="Times New Roman" w:eastAsia="Times New Roman" w:cs="Times New Roman"/>
        </w:rPr>
        <w:t>Sionpa ususinmanmanman qelqaychis: Qhawariy, qhapaqniyki hamusunki qampaq, llamp’u sonqoyuq, huk asnupi tiyashaq, hinaspa huk malta asnu, asnupa wawampi. Mateo 21:5.</w:t>
      </w:r>
    </w:p>
    <w:p>
      <w:pPr>
        <w:pStyle w:val="ArticleBody"/>
        <w:jc w:val="left"/>
      </w:pPr>
      <w:r>
        <w:rPr>
          <w:rFonts w:ascii="Times New Roman" w:hAnsi="Times New Roman" w:eastAsia="Times New Roman" w:cs="Times New Roman"/>
        </w:rPr>
        <w:t>Ezequielpa iskay kaq profecianqa “tawa wayrakunamanta” hamun, chayqa Islam nisqapapas huk unanchaqmi. Kay cheqaq kaymanta sut’ita yachananchikqa ancha allinmi, imaraykuchus Chawpi Tuta Waqay sutiyoq willakuyninqa kinsa kaq Ay nisqapi Islamta reqsichiq willakuymi, Domingo kamachikuypi Estados Unidos suyuman taripayta apamuq atiyniyoq hina, hinaspa chay decreto qhepaman nacional thuñiyta paqarichiq hina.</w:t>
      </w:r>
    </w:p>
    <w:p>
      <w:pPr>
        <w:pStyle w:val="ArticleBody"/>
        <w:jc w:val="left"/>
      </w:pPr>
      <w:r>
        <w:rPr>
          <w:rFonts w:ascii="Times New Roman" w:hAnsi="Times New Roman" w:eastAsia="Times New Roman" w:cs="Times New Roman"/>
        </w:rPr>
        <w:t>Apocalipsispi qanchis trompetankunaqa karqan Diospa juicionninkuna, domingo p’unchaw yupaychayta kallpachaymanta, iskaynin pagano Roma, papal Roma ima ruwasqanpaq.</w:t>
      </w:r>
    </w:p>
    <w:p>
      <w:pPr>
        <w:pStyle w:val="ArticleListItem"/>
        <w:ind w:left="576" w:hanging="259"/>
        <w:jc w:val="left"/>
      </w:pPr>
      <w:r>
        <w:rPr>
          <w:rFonts w:ascii="Times New Roman" w:hAnsi="Times New Roman" w:eastAsia="Times New Roman" w:cs="Times New Roman"/>
        </w:rPr>
        <w:t>1. Ñawpaq tawa Trompetakunaqa pagano Roma contram apamusqa karqan, Constantinoqa 321 watapi ñawpaq Domingo p’unchaw kamachiyta kallpachasqan qhepaman.</w:t>
      </w:r>
    </w:p>
    <w:p>
      <w:pPr>
        <w:pStyle w:val="ArticleListItem"/>
        <w:ind w:left="576" w:hanging="259"/>
        <w:jc w:val="left"/>
      </w:pPr>
      <w:r>
        <w:rPr>
          <w:rFonts w:ascii="Times New Roman" w:hAnsi="Times New Roman" w:eastAsia="Times New Roman" w:cs="Times New Roman"/>
        </w:rPr>
        <w:t>2. Pichqaqtañan kaq soqtañan trompetakunaqa (Islampa ñawpaq kaq iskay “Ay”ninkunapas kashaqtin), 538 watapi Orléans Consejo nisqapi papa-pa domingo kamachisqan simi kamachiyta qallarichisqanrayku, Diospa taripayninkuna karqan papa Roma contra.</w:t>
      </w:r>
    </w:p>
    <w:p>
      <w:pPr>
        <w:pStyle w:val="ArticleListItem"/>
        <w:ind w:left="576" w:hanging="259"/>
        <w:jc w:val="left"/>
      </w:pPr>
      <w:r>
        <w:rPr>
          <w:rFonts w:ascii="Times New Roman" w:hAnsi="Times New Roman" w:eastAsia="Times New Roman" w:cs="Times New Roman"/>
        </w:rPr>
        <w:t>3. Qanchis kaq Trompetaqa (Islampa kimsa kaq Llakikuyninmi), huk taripaymi kay, kay qaylla hamuq pachapi Estados Unidos llaqtakuna Inti punchaw yupaychayta kallpachaspán churaptin.</w:t>
      </w:r>
    </w:p>
    <w:p>
      <w:pPr>
        <w:pStyle w:val="ArticleBody"/>
        <w:jc w:val="left"/>
      </w:pPr>
      <w:r>
        <w:rPr>
          <w:rFonts w:ascii="Times New Roman" w:hAnsi="Times New Roman" w:eastAsia="Times New Roman" w:cs="Times New Roman"/>
        </w:rPr>
        <w:t>Kimsa kaqllakuq “Ay” nisqapi Islamqa 11 ñiqin septiembre 2001 watapi kaq ñawpaq waymarkata sut’inchan. 18 ñiqin julio 2020 watapi Nashville llaqtaman Islampa maqanakuyta mana hunt’asqa willakuyninqa ñawpaq llakikuyta, iskay ñiqin waymarkata sut’inchan. Islampa “tawa wayra” nisqamanta willakuynin, imaynachus Ezequielpa iskayñiqin profecíanpi, qanchis chunka qanchisniyuq t’aqapi rikuchisqa kashan hina, Chawpi Tutan Qapariyta, kimsañiqin waymarkata sut’inchan; chaymantataq tawañiqin waymarka kan 18 ñiqin julio 2020 watapi mana hunt’asqa willakuypa hunt’akuynin Domingo kamachikuypi. Chaykunaqa chusku profético waymarkakunanmi, pachak tawa chunka tawa waranqa runakunapa profético historiankupi pasan, imaynachus Danielpa qanchis chunka wata prisionpi kasqanwan rikuchisqa hina.</w:t>
      </w:r>
    </w:p>
    <w:p>
      <w:pPr>
        <w:pStyle w:val="ArticleBody"/>
        <w:jc w:val="left"/>
      </w:pPr>
      <w:r>
        <w:rPr>
          <w:rFonts w:ascii="Times New Roman" w:hAnsi="Times New Roman" w:eastAsia="Times New Roman" w:cs="Times New Roman"/>
        </w:rPr>
        <w:t>Chaupi tuta waqyasqa willakuypa reqsiyñinmi Danielman rikch’achisqa “pakasqa” yachaypa ñawpaq kaqmi, pay Nebucodonosorpa imata hina musqhoyninta entiendenanpaq mañakusqan pacha. Chay mañakuyninqa huk señal-hina qhawarisqa kachkan, Apocalipsis chunka hukniyuqpi iskay testigokunapa wañusqa kashaq kimsa p’unchaw kuskanmantaraq tukukuyninpi tarikusqa. Danielpa Levítico iskay chunka suqtayuq mañakuynin, imaynachus qillqasqa kachkan tawaq chunka isqunniyuqpi, Daríopa ñawpaq watanpi karqan. Kayqa mañakuyninkunata tikray pampakunapi churaykun.</w:t>
      </w:r>
    </w:p>
    <w:p>
      <w:pPr>
        <w:pStyle w:val="ArticleBody"/>
        <w:jc w:val="left"/>
      </w:pPr>
      <w:r>
        <w:rPr>
          <w:rFonts w:ascii="Times New Roman" w:hAnsi="Times New Roman" w:eastAsia="Times New Roman" w:cs="Times New Roman"/>
        </w:rPr>
        <w:t>Milleritakuna historiapi tikrapakunapa chiqninqa karqa 1856 watapi, maypachachus James, Ellen White-kuna nisqankuman hina, Millerita kuyuyqa Filadelfiamanta Laodiceaman tikrarqa. Chay kikin watapim “musuq k’anchay” chay “qanchis kuti” nisqamanta Hiram Edsonpa Review and Herald qillqasninkupi chayarqa, ichaqa 1863 watapi (“qanchis kuti” qhepaman), chay “qanchis kuti”qa llapan hina chinkachisqa karqa. Danielqa mañakurqa “chay mañakuyta”, mayqinchus sut’inchasqa kashan “hamp’i” hina, chay “ch’eqesqa kaypaq” chay “qanchis kuti” nisqapaq, Bibliapi willakusqa ñawpaq kaq, iskay kaq kamachikuykunapa chawpinpi tikrapakuy chiqnipi.</w:t>
      </w:r>
    </w:p>
    <w:p>
      <w:pPr>
        <w:pStyle w:val="ArticleBody"/>
        <w:jc w:val="left"/>
      </w:pPr>
      <w:r>
        <w:rPr>
          <w:rFonts w:ascii="Times New Roman" w:hAnsi="Times New Roman" w:eastAsia="Times New Roman" w:cs="Times New Roman"/>
        </w:rPr>
        <w:t>Kimsa wata qhipa kuskanqa huk unancha kachkan chunka iskay pachak suqta chunka watakunapaq, chaymi kikinmanta “qanchis kutikuna”pa unanchan. Julio 18, 2020 p’unchawpi, Future for America-pa Laodicea kuyuyqa Diospa kamachisqanman hatarirqan, mayqen kamachisqaqa mana hayk’aqpas huk profetiku willakuyta pacha hawapi watanaypaqña karqan. Chaymanta chay kuyuyqa “wañuchisqa” hina, “ch’eqesqa” hinataq tukuq Revelación chunka hukniyuq qhatu ñanpi, mayqan ñan Ezequielpa wañusqa ch’aki tullukunapa pampan ukhunta pasachkan. Chay “ch’eqey” pachapa tukukuyninpi, mayqan pachaqa chunka sipaskunamanta yachachikuypi “suyay pacha” sutinchasqapas kachkan, kunanqa sepulturankumanta waqyachisqa kachkanku “huk qapariq kunka” nisqawan, “ch’inneq” ukhummanta, chay “kimsa wata qhipa kuskan” p’unchaykunamanta.</w:t>
      </w:r>
    </w:p>
    <w:p>
      <w:pPr>
        <w:pStyle w:val="ArticleBody"/>
        <w:jc w:val="left"/>
      </w:pPr>
      <w:r>
        <w:rPr>
          <w:rFonts w:ascii="Times New Roman" w:hAnsi="Times New Roman" w:eastAsia="Times New Roman" w:cs="Times New Roman"/>
        </w:rPr>
        <w:t>Imaynatachus Milleritakuna qhipamanta reqsisqankuta hina paykuna chay p’unchaykunapi kashasqankuta “suyay unay p’unchaypi” Mateo qhelqap 25 kaq kapitulumanta, Habacuc qhelqap 2 kaq kapitulumantawan, chayhinallataq “iskay wañusqa testigokuna”pas maypichus kashanku chayta reqsinankupaq mañakunku, maypachachus “ch’in pampa ukhupi voz” waqyaspa qaparin. Paykuna reqsinankupaqmi kachkanku “ch’eqesqa” kasqankuta. Chay reqsikuyqa “mañakuy”man waqyasqa kachkan, ichaqa mana sapaqllachu mañakuyman, aswanpas Danielpa Levítico 26 kaq mañakuyninmanmi waqyasqa kachkan. Mana chay sut’i mañakuywanqa, manam kawsariy kanchu. Chay kawsariyqa Laodiceamanta Filadelfiaman tikraypa chimpunta señalan, hinaspataq qanchismantapuni pusaq kaqpa profético rikch’ayninta rurachin, imaynachus Daniel qhelqap 2 kaq kapitulumanta Nabucodonosorpa estatuan sut’inchasqanman hina.</w:t>
      </w:r>
    </w:p>
    <w:p>
      <w:pPr>
        <w:pStyle w:val="ArticleBody"/>
        <w:jc w:val="left"/>
      </w:pPr>
      <w:r>
        <w:rPr>
          <w:rFonts w:ascii="Times New Roman" w:hAnsi="Times New Roman" w:eastAsia="Times New Roman" w:cs="Times New Roman"/>
        </w:rPr>
        <w:t>Chay arrepentikuywan huchakuy willakuywan mañakuy hunt’asqa kaptin, Diosqa chaymantaqmi rimarqan paypa tratonta yuyarispa, ch’iqichisqa runankunatataq huñunaypaq. Ezequielpa ñawpaq profecianqa tullukunata huñurqan, hinaspataq “tawa wayrakuna”manta profecianmi musuqmanta paqarisqa “Filadelfiankunata” tukurqan hatun soldadokunaman… chay hatun soldadokunaqa, Apocalipsis chunka hukniyuq nisqanman hina, chaymanta “hanaq pachaman oqarisqa” kananpaq kasharqanku “angelkunap phuyu”wan. Paykunaqa chaymanta Señorpa “estandarten” kanku.</w:t>
      </w:r>
    </w:p>
    <w:p>
      <w:pPr>
        <w:pStyle w:val="ArticleBody"/>
        <w:jc w:val="left"/>
      </w:pPr>
      <w:r>
        <w:rPr>
          <w:rFonts w:ascii="Times New Roman" w:hAnsi="Times New Roman" w:eastAsia="Times New Roman" w:cs="Times New Roman"/>
        </w:rPr>
        <w:t>Daniel iskaypa “pakasqa” nisqanmi, Kuriq Ayllu Judá llaqtamanta León kunan rikuchishqan hina, “qanchisnmanta pusaj kaq” nisqa rikurimuyninta takyachin… hinaspata Daniel iskaypi llapa huk profético elementokunapas Apocalipsis chunka hukniyuqpi iskay testigokunapa profético secuenciankuwan hinallataq tinkun. Apocalipsis chunka hukniyuq capítulo-pi iskay testigokunaqa, Domingo kamachiy ruwaq kaptin chaylla “hora”-pi “un estandarte hina hoqarisqa” kanku, imaraykuchus Apocalipsis chunka hukniyuq capítulo-pi “hatun allpa kuyuy”-pi hoqarisqa kanku. Chay “hatun allpa kuyuy” llaqtamanta chunka rak’iyta huknin parteta thuñichin, Estados Unidos nisqaqa “chunka reyes” nisqakunamanta ñawpaq reymi, imaynatachus Francia karqa, maypachachus Revolución Francesa-pa “allpa kuyuy”nin Francia-ta picharqan Apocalipsis chunka hukniyuq capítulo hunt’asqanman hina.</w:t>
      </w:r>
    </w:p>
    <w:p>
      <w:pPr>
        <w:pStyle w:val="ArticleBody"/>
        <w:jc w:val="left"/>
      </w:pPr>
      <w:r>
        <w:rPr>
          <w:rFonts w:ascii="Times New Roman" w:hAnsi="Times New Roman" w:eastAsia="Times New Roman" w:cs="Times New Roman"/>
        </w:rPr>
        <w:t>Chay “allpa” uywapaqmi chay pachakuy allinta hunt’akun, hinallataq domingo kamachiyqa allpa uywapaq qhapaq suyupi chukchuyta paqarichin. Apocalipsis chunka hukniyuqpi “pachakuy” nisqapa hunt’akuynin allinmi domingo kamachiy kashan, maypachachus “allpa” uywaqa “chukchuchisqa” kashan hinaspa llaqtapa apostasiankama qhipaman llaqtapa tukukuynin hamun. Chay horaspiqa iskay testigokunaqa “unancha hina hoqarisqa” kanku. Paykunaqa “phuyukunapi hanaq pachaman wicharinku”, imaynan Cristopas qhipa kuti hanaq pachaman wicharisqa hina. Paypa qhipa siminkuna disipulonkuna-man nisqakunaqa, pikunachus qhipa p’unchaykunapi Diospa llaqtanta rikch’achinku, paykunapas unancha hina hanaq pachaman hoqarisqa kananpaq, Hechos libropi qillqasqa kachkan.</w:t>
      </w:r>
    </w:p>
    <w:p>
      <w:pPr>
        <w:pStyle w:val="ArticleScripture"/>
        <w:jc w:val="left"/>
      </w:pPr>
      <w:r>
        <w:rPr>
          <w:rFonts w:ascii="Times New Roman" w:hAnsi="Times New Roman" w:eastAsia="Times New Roman" w:cs="Times New Roman"/>
        </w:rPr>
        <w:t>Hinaqtinmi: Mana qankunapaqchu yachanaykichik pacha-kunata otaq mit’a-kunata, chaykunata taytaqa kikinpa atiyninpi churarusqanrayku. Ichaqa qankunaqa atiytam chaskinkichik, Espíritu Santo qankunaman hamuspa; hinaspan noqamanta testigokuna kankichik, Jerusalén llaqtapipas, llapa Judea suyupipas, Samaria llaqtapipas, kay pachapa aswan karu kuchunkama. Kaykunata rimayta tukuruspan, paykuna qhawashaqtinkum, hanaqman oqarisqa karqa; pukutaytaq payta qhawaqninmanta pakarqapun. Hechos 1:7–9.</w:t>
      </w:r>
    </w:p>
    <w:p>
      <w:pPr>
        <w:pStyle w:val="ArticleBody"/>
        <w:jc w:val="left"/>
      </w:pPr>
      <w:r>
        <w:rPr>
          <w:rFonts w:ascii="Times New Roman" w:hAnsi="Times New Roman" w:eastAsia="Times New Roman" w:cs="Times New Roman"/>
        </w:rPr>
        <w:t>Kikinkunaqa “unanchan” kananpaq kaqkunaqa “pachakuna” hinaspa “tiempokuna” nisqakunata churaymanta kutirikunanku, Sichus Santo Espíritu-pa atiyninta chaskiyta munanku “unanchan”pa llamkayninta hunt’anankupaq.</w:t>
      </w:r>
    </w:p>
    <w:p>
      <w:pPr>
        <w:pStyle w:val="ArticleBody"/>
        <w:jc w:val="left"/>
      </w:pPr>
      <w:r>
        <w:rPr>
          <w:rFonts w:ascii="Times New Roman" w:hAnsi="Times New Roman" w:eastAsia="Times New Roman" w:cs="Times New Roman"/>
        </w:rPr>
        <w:t>Danielpa iskay kaqpi rikuchisqa “pakasqa” nisqaqa, Jesucristoq Revelaciónninpa pakasqa yachayninmi, hinaspapas llakiy p’unchay tukukunankama qayllapi kicharisqa. Chay “pakasqa” nisqapiqa “Qanchis Illapakunapa” “pakasqa historianninpipas” kan. Chay historiataqa hebreo simipi rimarisqa huk simiwanmi wakichisqa, chay simita ruranku hebreo alfabetoq ñawpaq, chunka kimsañiqin, hinaspa qhipa qillqakunata huñuspa. Chay qillqakuna huñusqakaptinqa, hebreo simipi “cheqaq kay” nisqa simita ruranku. Jesusqa “cheqaq kay” nisqanmi, paymi hinallataq Ñawpaq kaqpas, Qhipa kaqpas. Chay kinsa qillqakunaqa sapa hatun reforma kuyuriyniyoq llimp’iyninpa sayayninta rikuchinku, imaraykuchus ñawpaq, iskayñiqin, kinsañiqin angelkunata rikuchinku. Paykunaqa Danielpa chunka iskay kaqpi rikuchisqan kinsa pataq pichanapa rurayninta rikuchinku, “chuyachasqa, yurakyachasqa, hinaspa musuqmanta pruebarisqa” nisqa hina. Chay kinsa pataq pruebay hinaspa chuya chaninchay rurayqa iskay chunka watamanta aswan tiempom Future for America nisqa rikhurichisqanmi; ichaqa kunanqa sut’inchasqanñam, chayqa sagrado reforma siq’ikuna ukhupi “pakasqa historia” nisqanta rikuchisqanmanta. Chay “pakasqa historia” nisqaqa “Qanchis Illapakuna” nisqapa hunt’asqa, mana pantayniyoq hunt’akuyninmi, kaykama sellasqa kasqanman hina, llakiy p’unchay tukukuy qayllallapi.</w:t>
      </w:r>
    </w:p>
    <w:p>
      <w:pPr>
        <w:pStyle w:val="ArticleBody"/>
        <w:jc w:val="left"/>
      </w:pPr>
      <w:r>
        <w:rPr>
          <w:rFonts w:ascii="Times New Roman" w:hAnsi="Times New Roman" w:eastAsia="Times New Roman" w:cs="Times New Roman"/>
        </w:rPr>
        <w:t>Unayñanmi allinta yachasqa kasqa, qanchis Illapakunam rikuchin “rurasqakunaq sut’inchasqanta, ima rurasqakunachus ñawpaq kaq hinallataq iskay kaq angelkunapa willakuyninkuna uranpi pasarqusqan,” hinallataq rikuchinku “hamuq rurasqakunaq, kikin ñiqinpi willasqa kananpaq sut’ichasqa kananpaq.” Kunanqa “cheqaq kaypa” Revelaciónninta rikuspa sut’ichasqanmi, huk reformapa lïneanpi qhipa kimsa waymarkakunaqa Qanchis Illapakunapa “pakasqa historiyan” kasqankuta. Chay waymarkakunaqa qallarin “ñawpaq” llakikuywan, tukukun “qhipa” llakikuywan. Chawpi waymarkaqa Chaupi Tuta Qapariymi. Ñawpaq llakikuyqa “suyay pacha” qallariyninta señalan, chaymi Chaupi Tuta Qapariykama tukukun. Chaupi Tuta Qapariypa willakuyninqa tukukun “juiciopi”, maypichus qhipa llakikuy señalasqa kachkan.</w:t>
      </w:r>
    </w:p>
    <w:p>
      <w:pPr>
        <w:pStyle w:val="ArticleBody"/>
        <w:jc w:val="left"/>
      </w:pPr>
      <w:r>
        <w:rPr>
          <w:rFonts w:ascii="Times New Roman" w:hAnsi="Times New Roman" w:eastAsia="Times New Roman" w:cs="Times New Roman"/>
        </w:rPr>
        <w:t>Danielpa iskay kaq capitulonpi ñawpaq llakikuyqa karqan Danielpa reqsikusqanmi payqa huk “wañuy kamachisqa” urayman churakusqa kasqanta. Chaymantataq payqa “pacha” mañakurqan, chaynaqa “suyakuy pacha” qallariyninta señalananpaq. Chaymi pusarqan “pakasqa kaq” entiendenanman, chayqa Chisya Chawpi Qapariy willakuymi, chaymanta Nabucodonosorman qhawachisqa karqan pay Danielpa willakuyninta “juzgananpaq”.</w:t>
      </w:r>
    </w:p>
    <w:p>
      <w:pPr>
        <w:pStyle w:val="ArticleBody"/>
        <w:jc w:val="left"/>
      </w:pPr>
      <w:r>
        <w:rPr>
          <w:rFonts w:ascii="Times New Roman" w:hAnsi="Times New Roman" w:eastAsia="Times New Roman" w:cs="Times New Roman"/>
        </w:rPr>
        <w:t>Nabucodonosorpa “juzgasqan” musquynin chaymanta Daniel qhawachisqan tantiyachiywan kuskaqa, Kimsa Illapakunapa “pakasqa historianta” rikch’achiq kimsa waymarkakunamanta kimsakañanmi. Chay juzgasqapas Danielpa kimsa kaq qillqapi hapisqa kachkan, chaymi Danielmanta Apocalipsismantapas qillqakunapi sinch’ita llamk’achisqa kamachiyta rikch’achin; chay kamachiyqa “kutichiy hinaspa astawan hatunyachiy” nisqanm.</w:t>
      </w:r>
    </w:p>
    <w:p>
      <w:pPr>
        <w:pStyle w:val="ArticleBody"/>
        <w:jc w:val="left"/>
      </w:pPr>
      <w:r>
        <w:rPr>
          <w:rFonts w:ascii="Times New Roman" w:hAnsi="Times New Roman" w:eastAsia="Times New Roman" w:cs="Times New Roman"/>
        </w:rPr>
        <w:t>Qhipa qillqapi kimsa kaq capítulo-ta rimanakusunchik, ichaqa kaypi reqsichiy allinmi, kimsa kaq capítulo-pi kimsay kaq waymark-pa juicio-nin qhipa llakikuyta reqsichisqanta, chayqa ñawpaq llakikuywan unanchasqa karqan. Qanchis trueno-kunapa “pakasqa historia”-ninqa kimsa waymark-kunata reqsichin, huk llakikuywan qallarispa huk llakikuywan tukuspa. Daniel libro-pi iskay kaq capítulo-pi ñawpaq llakikuyqa Nabucodonosor-pa “wañuchiy kamachikuy”-ninwan tupasqa kachkan, hinaspataq kimsa kaq capítulo-pi qhipa llakikuyqa huk “wañuchiy kamachikuy” Nabucodonosor-mantaqwan tupasqa kachkan.</w:t>
      </w:r>
    </w:p>
    <w:p>
      <w:pPr>
        <w:pStyle w:val="ArticleBody"/>
        <w:jc w:val="left"/>
      </w:pPr>
      <w:r>
        <w:rPr>
          <w:rFonts w:ascii="Times New Roman" w:hAnsi="Times New Roman" w:eastAsia="Times New Roman" w:cs="Times New Roman"/>
        </w:rPr>
        <w:t>“Iskay testigokunapa” “pakasqa historianku”, mayqenkunaq rikch’aynin Future for America kuyuyta reqsichin, 18 julio 2020 p’inqaymanmi rikch’akun. Chaymantaq qallarin “suyay pacha”, mayqenmi “kimsa p’unchaw huk kuskanwan” nisqawan rikuchisqa kachkan Apocalipsis chunka hukniyuq qhapaqpi. Wakch’achisqa hinaspa kawsarichisqa kaykunaq, mayqenkuna “callikunapi wañuchisqa” karqanku chay uywaqa “uku usqhaymanta” lluqsimusqanwan, Diospa profetikunapa Simiyninpi sut’ita willasqa kachkan; ichaqa sasachakuy mana kaptinqa, iskay testigokuna rikcharimuspankuqa, entiendenku Daniel qhapaq iskaypi rikuchisqa “pakasqa” nisqata.</w:t>
      </w:r>
    </w:p>
    <w:p>
      <w:pPr>
        <w:pStyle w:val="ArticleBody"/>
        <w:jc w:val="left"/>
      </w:pPr>
      <w:r>
        <w:rPr>
          <w:rFonts w:ascii="Times New Roman" w:hAnsi="Times New Roman" w:eastAsia="Times New Roman" w:cs="Times New Roman"/>
        </w:rPr>
        <w:t>Chay “pakasqa”qa Chawpi Tuta waqaychasqapa willakuyninmi, chaytaq qhepaman willakunku Daniel qelqapa kimsa kaq capítulo kama, utqaylla hamuq domingo kamachikuy chayaptin, hinaspa qhipa llakikuy pasaptin. Ñawpaq llakikuyta muchurqan “Daniel” nisqawan rikuchisqa runakuna 18 julio 2020 p’unchawpi. Qhipa llakikuyta muchun “chunka reykuna”pa pusariqnin, chaymi Estados Unidos sutiyuq llaqtaqa, imaraykuchus nación hina apostasiaman urmayqa nación hina thuñiyta Islammanta yaykuchin.</w:t>
      </w:r>
    </w:p>
    <w:p>
      <w:pPr>
        <w:pStyle w:val="ArticleBody"/>
        <w:jc w:val="left"/>
      </w:pPr>
      <w:r>
        <w:rPr>
          <w:rFonts w:ascii="Times New Roman" w:hAnsi="Times New Roman" w:eastAsia="Times New Roman" w:cs="Times New Roman"/>
        </w:rPr>
        <w:t>Qatiq qillqapi Danielpa iskay kaq kapitulumanta tukuychasqanmanta hinaspa tukukuyninmanta qhipa qillqapi tukuchasunchik.</w:t>
      </w:r>
    </w:p>
    <w:p>
      <w:pPr>
        <w:pStyle w:val="ArticleScripture"/>
        <w:jc w:val="left"/>
      </w:pPr>
      <w:r>
        <w:rPr>
          <w:rFonts w:ascii="Times New Roman" w:hAnsi="Times New Roman" w:eastAsia="Times New Roman" w:cs="Times New Roman"/>
        </w:rPr>
        <w:t>“Satanásqa kay pachata prisionerota apasqanmi. Payqa qallarichirqanmi huk ídolo sábado-ta, ancha hatun importanciayuq hina rikuchispa. Señorpa Sábadomanta cristianokuna pachatam yupaychayninta suwarkapun kay ídolo sábado-man. Kay pachaqa qonqorikunku huk tradiciónman, runakuna rurasqan kamachikuy-man. Imaynan Nabucodonosorqa Dura pampapi qorimanta imagenninta hatarichirqan, chhaynataq kikinta hatunchasqa, chhaynallataq Satanásqa kikinta hatunchan kay llulla sábado-pi, maypaqsi hanaq pachapa p’achanta suwarkapusqa.” Review and Herald, 8 marzo,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Chunka tawayuqnin</dc:title>
  <dc:subject>Danielpa iskay kaq kapitulumanta — huknin t’aqa tukuychasqa hinaspa tukukuynin</dc:subject>
  <dc:creator>Jeff Pippenger</dc:creator>
  <cp:keywords/>
  <dc:description>Generated by ArticleDigger from daniel\14_daniel.json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