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Libro de Daniel - Pachak pichqa chunka kimsañiqin</w:t>
      </w:r>
    </w:p>
    <w:p>
      <w:pPr>
        <w:pStyle w:val="ArticleSubtitle"/>
        <w:jc w:val="left"/>
      </w:pPr>
      <w:r>
        <w:rPr>
          <w:rFonts w:ascii="Arial" w:hAnsi="Arial" w:eastAsia="Arial" w:cs="Arial"/>
        </w:rPr>
        <w:t>Urinchikmanta Chinchay kaqtawan Qullaq kaqtawan suyukunapa espirituallanta rikuchisqan: Bibliaq templonkunaqta hinallataq runa kaypa naturalezanta purispa huk viaje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Reino ch’inpi kaqqa runakunaq templonpi uray kayninmanta sut’incharqan, iglesiaq templonpin aychamanta sut’incharqan, Cristoq templonpin runaq aychanmanta sut’incharqan. Cristo llapa templotam hatarichirqan, paymi llapa cimientotapas churarqan, hinaspa Millerita templopi ñawpaq ruminqa karqan “qanchis kuti” yachachiy, chaytan Ezequielpa iskay k’aspinkuna sut’inchanku. 1863 watapi hatarikuypi, Laodicea Adventismoqa profético “esquinan ruminta” rechazaran, chaymi kay pachapi templo hatarichisqapipas pasaran. Rechazasqa ruminqa templo sayachiy tukukuyninpi akllasqa kananpaqmi churasqa karqan, ichaqa llapa sayachiy pacha tukuypi mitk’achiq rumim karqan. Chaywanpas, palabra proféticaqa sut’inchanmi, chay rechazado mitk’achiq rumi qhipamanqa esquinapa umanman tukunanpaq.</w:t>
      </w:r>
    </w:p>
    <w:p>
      <w:pPr>
        <w:pStyle w:val="ArticleBody"/>
        <w:jc w:val="left"/>
      </w:pPr>
      <w:r>
        <w:rPr>
          <w:rFonts w:ascii="Times New Roman" w:hAnsi="Times New Roman" w:eastAsia="Times New Roman" w:cs="Times New Roman"/>
        </w:rPr>
        <w:t>Qanchis kuti tiempokunapa qiru, imaynachus uray llaqtapaq qhapaq suyuwan rikuchisqa, chayqa “uma”mi, hanaq llaqtapa qhapaq suyuwan tupachisqa. “Uma”mi, imaraykuchus uray llaqtapa qhapaq suyupi Diosqa Jerusalenta akllasqa kikin llaqtan hina reqsichinapaq, maypichus churarqa santuarionta hinaspa sutinpas. Iskay qiru 1798 watamanta 1844 watakama huñusqa kanankama, “uma”qa uray, uray llaqtapa qhapaq suyunmi karqa. 1844 watapi Juanman nisqaña karqa hanaq llaqtapa qhapaq suyuta saqenanta, imaraykuchus chayqa gentilkunaman qosqa karqa, chaymi uray llaqtapa qhapaq suyunqa huk unancha hina sapallan sayasqa saqesqa karqa huk nacion hina, ichaqa aswanpas chaymi karqa yuyasqa kamachiy. Chay yuyayqa hark’asqa karqa 1863 watapi hatarikuyninwan, hinaspa kunan Israilpa ñawpaq “Kadeshpi hatarikuy” nisqanwan.</w:t>
      </w:r>
    </w:p>
    <w:p>
      <w:pPr>
        <w:pStyle w:val="ArticleBody"/>
        <w:jc w:val="left"/>
      </w:pPr>
      <w:r>
        <w:rPr>
          <w:rFonts w:ascii="Times New Roman" w:hAnsi="Times New Roman" w:eastAsia="Times New Roman" w:cs="Times New Roman"/>
        </w:rPr>
        <w:t>2001 wata 11 ñiqin septiembremanta, Señorqa paypa Laodicea iglesianta kutichimurqa 1863 wataman, 1888 wataman, 1919 wataman, hinaspa 1957 wataman, iskay ñiqin “Kadespi hatariy”man. Ichaqa chay hatariypi, qonqorchasqa rumikunaqa esquinaq umanman tukunanpaq prometisqa simiqa kunanmi hunt’akuchkan. Chayqa hunt’akuchkan pachak tawa chunka tawa waranqapi rikuchisqakunapi, pikunapi Cristoqa wiñaypaq divinidadwan runa kaywan huñunakuyta ruwan.</w:t>
      </w:r>
    </w:p>
    <w:p>
      <w:pPr>
        <w:pStyle w:val="ArticleBody"/>
        <w:jc w:val="left"/>
      </w:pPr>
      <w:r>
        <w:rPr>
          <w:rFonts w:ascii="Times New Roman" w:hAnsi="Times New Roman" w:eastAsia="Times New Roman" w:cs="Times New Roman"/>
        </w:rPr>
        <w:t>Pablom huch’uy naturaleza nisqataqa aycha kasqanmanta riqsichirqan, hatun naturaleza nisqataq yuyayman. Cuerpotaq (huch’uy naturaleza) wañuy kasqanta riqsichirqan.</w:t>
      </w:r>
    </w:p>
    <w:p>
      <w:pPr>
        <w:pStyle w:val="ArticleScripture"/>
        <w:jc w:val="left"/>
      </w:pPr>
      <w:r>
        <w:rPr>
          <w:rFonts w:ascii="Times New Roman" w:hAnsi="Times New Roman" w:eastAsia="Times New Roman" w:cs="Times New Roman"/>
        </w:rPr>
        <w:t>Yachanchikmi kamachikuyqa espiritumanta kasqanta; ichaqa ñuqaqa aycha kayniyuqmi kani, huchapa makinman rantisqa. Ruwasqaytari mana allinta reqsinichu: munasqaytaqa manam ruwanichu; asisqaytataqmi ruwani. Chay hinaqa mana munasqayta ruwaspayqa, kamachikuy allin kasqantam ñiqin. Kunanqa manañam ñuqañachu chayta ruwani, aswanpas ukhupi tiyakuq hucham. Yachaninmi ñuqapi, kayninchikman hina ninchik chay aychallaypim, mana ima allinpas tiyanchu; munayqa noqawanmi kachkan, ichaqa allinta ruwanaytaqa manam tarinichu. Munasqay allintaqa manam ruwanichu; mana munasqay mana allintataqmi ruwani. Chaymi mana munasqayta ruwaspayqa, manañam ñuqañachu chayta ruwani, aswanpas ukhupi tiyakuq hucham. Chhaynaqa huk kamachikuytam tarini: allinta ruwanayta munaptíy, mana allinmi noqawan kachkan. Sonqo ukhupiqa Diospa kamachikuyninwanmi kusikuni; ichaqa kurkuypa miembrokunapi huk kamachikuytam rikuni, yuyayniypa kamachikuyninpa contranpi maqanakuspa, miembroynikunapi kaq huchapa kamachikuyninman prisionerota hina apawaspa. ¡Ay, imayna llakisqa runam kani! ¿Pitaq kay wañuypa kurkumanta qespichiwanqa? Romanos 7:14–24.</w:t>
      </w:r>
    </w:p>
    <w:p>
      <w:pPr>
        <w:pStyle w:val="ArticleBody"/>
        <w:jc w:val="left"/>
      </w:pPr>
      <w:r>
        <w:rPr>
          <w:rFonts w:ascii="Times New Roman" w:hAnsi="Times New Roman" w:eastAsia="Times New Roman" w:cs="Times New Roman"/>
        </w:rPr>
        <w:t>Pabloqa yacharqanmi paypa “aychanpi” mana ima allinpas tiyasqanta. Chay munaykuna, iskayninpas—miraymanta chaskisqa hinallataq ruwasqanwan wiñachisqa—paypa aychanpi (kurkunpi) kasqankuta, huchaman pusayllapaqmi llamk’arqanku. Chay munaykunaqa huchapa kamachininta sut’incharqanku; ichaqa Pabloqa munarqan Diospa kamachininta kasukuyta, manam huchapa kamachinintachu. Diospa kamachinintaqa Pablo sut’incharqan “paypa yuyayninpa kamachinin” nispa (aswan hanaq kaynin). Qaparisqanqa kaymi karqan: “¿Pitaq wañuypa kurkumanta qispichiwanqa?” Chayqa, ari, Pabloqa yacharqanmi Dios kaynin qispichiyta apamunanpaq kasqanta; ichaqa hinallataq yacharqanmi chay qispichiy llamk’ayninqa paypa ruwasqanwan yanapasqa kananpaq kasqanta.</w:t>
      </w:r>
    </w:p>
    <w:p>
      <w:pPr>
        <w:pStyle w:val="ArticleScripture"/>
        <w:jc w:val="left"/>
      </w:pPr>
      <w:r>
        <w:rPr>
          <w:rFonts w:ascii="Times New Roman" w:hAnsi="Times New Roman" w:eastAsia="Times New Roman" w:cs="Times New Roman"/>
        </w:rPr>
        <w:t>Chayrayku, munasqay wawqiykuna panikuna, imaynam qankuna wiñaypaq kasukqakuna karankichik, manam ñawpaqpi ñuqaqa qankunawan kashaqtiyllachu, aswanmi kunan ñuqa mana kashaqtiy pas, manchakuywan chhaphchiywanpas qamkuna kikiykikpa salvacionniykichikta hunt’achiychik. Diosmi qankunapi llamk’an, munayta hina ruraytapas paq allin munayninman hina. Filipenses 2:12, 13.</w:t>
      </w:r>
    </w:p>
    <w:p>
      <w:pPr>
        <w:pStyle w:val="ArticleBody"/>
        <w:jc w:val="left"/>
      </w:pPr>
      <w:r>
        <w:rPr>
          <w:rFonts w:ascii="Times New Roman" w:hAnsi="Times New Roman" w:eastAsia="Times New Roman" w:cs="Times New Roman"/>
        </w:rPr>
        <w:t>Wañuy cuerpomanta qespichisqa karqa Diospa atiywan, runapa atiywan tinkisqa; chaymi Jesusqa runakunaman qosqa ejemplon karqa. Huchapa kamachikuyninpas cuerpopa uray naturalezapi kallpachakuspa llamk’ashaqtin, Jesusqa uray naturalezan Diospa leyninman kasukuypi waqaycharqa, munayninta Taytanpa munayninman entregakuspa. Pablopas qespichikuyta tariyman karqa, sichus munayninta divinidadpa munayninman entregakunman karqa. Chayta ruwaspan, payqa kikin salvasqanta rurasharqa; kaytan Sister White nin, kawsayninchikmanta huchata chinkachiy llamk’aymanta rimashaspan.</w:t>
      </w:r>
    </w:p>
    <w:p>
      <w:pPr>
        <w:pStyle w:val="ArticleScripture"/>
        <w:jc w:val="left"/>
      </w:pPr>
      <w:r>
        <w:rPr>
          <w:rFonts w:ascii="Times New Roman" w:hAnsi="Times New Roman" w:eastAsia="Times New Roman" w:cs="Times New Roman"/>
        </w:rPr>
        <w:t>“Sapa animapas Diosta mana munanman entregakuyta, huk atiyniyuqpa kamachisqanmi kachkan. Mana paypachu kikin. Libertadmanta rimayta atinmanmi, ichaqa aswan pisiq, p’inqaylla watasqa esclavitudpi kachkan. Mana saqisqachu cheqaq kaypa sumaq kayninta rikunanpaq, imaraykuchus yuyaynin Satanaspa kamachiynin uranpi kachkan. Kikimpa juicioyninpa nisqanta qatisqanmanta alabaykakuspa, tutayaypa príncipepa munayninta kasukun. Cristo hamurqan huchapa esclavitudninpa watasqankunata animamanta p’akiyta. ‘Churiqa qamkunata libre ruwaspaqa, cheqaqtapunin libre kankichik.’ ‘Cristo Jesuspi kawsaypa Espiritupa kamachikuyninmi’ ñuqanchikta ‘huchapa wañuypa kamachikuyninmanta libre ruwaq.’ Romanos 8:2.”</w:t>
      </w:r>
    </w:p>
    <w:p>
      <w:pPr>
        <w:pStyle w:val="ArticleScripture"/>
        <w:jc w:val="left"/>
      </w:pPr>
      <w:r>
        <w:rPr>
          <w:rFonts w:ascii="Times New Roman" w:hAnsi="Times New Roman" w:eastAsia="Times New Roman" w:cs="Times New Roman"/>
        </w:rPr>
        <w:t>“Qispichiy ruraypiqa mana ima qatiq kaychu kan. Mana ima hawamanta kallpachakuychu apaykachkan. Diospa Espiritunpa kallpachaynin ukhunpiqa, runaqa saqisqa kachkan pitaq servinqa chayta akllananpaq. Almapa Cristoman qonakuywan tukuy chay tikraypiqa, aswan hatun kaq qispisqa kaypa yuyayninmi kan. Huchapa qarqosqanqa almapa kikin rurayninmi. Cheqaqtaqa, mana atiyoqchu kashanchik Satanaspa kamachikuyninmanta kikillanchik qispikuyta; ichaqa huchamanta qispichisqa kayta munaspa, hatun pisiyayninchikpi ñuqanchikmanta hawapi hinallataq hukmanta kaq kallpapaq waqaspa qayakuspaqa, almapa kallpankunaqa Santo Espiritupa divino kallpayninwan hunt’asqa kanku, hinaptinmi munaypa kamachikuyninkunata kasukunku Diospa munayninta hunt’anankupaq.”</w:t>
      </w:r>
    </w:p>
    <w:p>
      <w:pPr>
        <w:pStyle w:val="ArticleScripture"/>
        <w:jc w:val="left"/>
      </w:pPr>
      <w:r>
        <w:rPr>
          <w:rFonts w:ascii="Times New Roman" w:hAnsi="Times New Roman" w:eastAsia="Times New Roman" w:cs="Times New Roman"/>
        </w:rPr>
        <w:t>Runapaq qispikaynin atisqa kananpaq sapan kaq kamachiyqa Cristowan huklla tukuyllam. “Cheqaq kaymi qispichisunkichik”; Cristotaqmi cheqaq kayqa. Huchaqa atipanman yuyayta pisi kallpayachispa, almapa qispikaynintataq chinkachispa. Diosta kasukuyqa kikinman kutichisqa kaymi,—runapa cheqaq hatun kayninman hinaspa allin chaninman. Diosmanta kamachikuy ley, maymanchus kasukuyman apasqanchik, “qispikaypa ley” nisqam. Santiago 2:12. El Deseado de Todas las Gentes, 466.</w:t>
      </w:r>
    </w:p>
    <w:p>
      <w:pPr>
        <w:pStyle w:val="ArticleBody"/>
        <w:jc w:val="left"/>
      </w:pPr>
      <w:r>
        <w:rPr>
          <w:rFonts w:ascii="Times New Roman" w:hAnsi="Times New Roman" w:eastAsia="Times New Roman" w:cs="Times New Roman"/>
        </w:rPr>
        <w:t>Pabloqa waqyarqan: “¡Ay, ñuqa imayna llaquypaq runa kani! ¿Pitaq wañuypa kay cuerpoymanta qespichiwankaq?” Panay Whiteqa nirqan: “huchamanta cacharichisqa kayta munaspa, hatun pisiyninchispi ñuqanchismanta hawa hinallataq ñuqanchismanta huk poderpaq waqyaspa, almapa kallpankunaqa Santo Espiritupa divino energianwan hunt’asqa kanku, chaymantaqa munaypa kamachikuyninkunata kasukunku Diospa munayninta hunt’anankupaq.” Cristopa divinidadninwan runa kayninchista huñuykuspa, munayninchista rurachispa, ñuqanchisqa huchata kikinchispa “almamanta” hurquypa “ruwayninta” hunt’anchis.</w:t>
      </w:r>
    </w:p>
    <w:p>
      <w:pPr>
        <w:pStyle w:val="ArticleBody"/>
        <w:jc w:val="left"/>
      </w:pPr>
      <w:r>
        <w:rPr>
          <w:rFonts w:ascii="Times New Roman" w:hAnsi="Times New Roman" w:eastAsia="Times New Roman" w:cs="Times New Roman"/>
        </w:rPr>
        <w:t>Ichaqa “entendeyta necesitanchikqa munaypa chiqap kallpanmi” nisqanta. Munayqa “runapa kayninpi kamachiq atiy, yuyaychaypa utaq akllaypa atiymi. Llapanpis munaypa allin ruwayninmanmi hap’ipakusqa. Akllay atiytaqa Diosmi runakunaman qorqa; paykunapaqmi chayta ruray. Sonqoykitaqa manam cambiyayta atinkichu, manam kikillaykimantachu Diosman munakuyninkunata qoyta atinkichu; ichaqa payta servinaykipaq akllayta atinkim. Munayniykita payman qoyta atinkim; chaymantataq payqa qampi llamk’anka munanaykipaqpas ruwanaykipaqpas paypa allin munayninman hina. Chay hinapin llapan kayniyki Cristo Espíritu Santopa kamachisqan uranman apasqa kanqa; munakuyniykikuna paypi chawpichasqa kanqa, yuyayniykikuna paywan huk sonqolla kaspa tinkusqa kanqa.”</w:t>
      </w:r>
    </w:p>
    <w:p>
      <w:pPr>
        <w:pStyle w:val="ArticleBody"/>
        <w:jc w:val="left"/>
      </w:pPr>
      <w:r>
        <w:rPr>
          <w:rFonts w:ascii="Times New Roman" w:hAnsi="Times New Roman" w:eastAsia="Times New Roman" w:cs="Times New Roman"/>
        </w:rPr>
        <w:t>Pabloqa kay cheqaqkunata reqsisqa karqan, hinaspataq yacharqanmi paypa aswan uray kayninqa paypa aswan hanaq kayninpa kamachisqa, munayninpa rurasqanwan, kasunanpaq. Chayraykun Pablokqa sapa p’unchaw wañuq karqan.</w:t>
      </w:r>
    </w:p>
    <w:p>
      <w:pPr>
        <w:pStyle w:val="ArticleScripture"/>
        <w:jc w:val="left"/>
      </w:pPr>
      <w:r>
        <w:rPr>
          <w:rFonts w:ascii="Times New Roman" w:hAnsi="Times New Roman" w:eastAsia="Times New Roman" w:cs="Times New Roman"/>
        </w:rPr>
        <w:t>Qankunata kusikuywanmi, Señorniykichik Cristo Jesúspi kani, chayraykun sapa p’unchaw wañuyta muchuni. 1 Corintios 15:31.</w:t>
      </w:r>
    </w:p>
    <w:p>
      <w:pPr>
        <w:pStyle w:val="ArticleBody"/>
        <w:jc w:val="left"/>
      </w:pPr>
      <w:r>
        <w:rPr>
          <w:rFonts w:ascii="Times New Roman" w:hAnsi="Times New Roman" w:eastAsia="Times New Roman" w:cs="Times New Roman"/>
        </w:rPr>
        <w:t>Pabloqa yacharqan p’unchayllapi p’unchay uray kaq kayninta chakatananpaq kasqanta, munayninta rurachispa chay uray kaq kayninta kamachiy ukhupi waqaychananpaq. Chayraykun aychanta chakataraq.</w:t>
      </w:r>
    </w:p>
    <w:p>
      <w:pPr>
        <w:pStyle w:val="ArticleScripture"/>
        <w:jc w:val="left"/>
      </w:pPr>
      <w:r>
        <w:rPr>
          <w:rFonts w:ascii="Times New Roman" w:hAnsi="Times New Roman" w:eastAsia="Times New Roman" w:cs="Times New Roman"/>
        </w:rPr>
        <w:t>Cristopaq kaqkunaqa aychataqa chakatasqankuña munaykunantin hinaspa millay munaykunantin. Gálatas 5:24.</w:t>
      </w:r>
    </w:p>
    <w:p>
      <w:pPr>
        <w:pStyle w:val="ArticleBody"/>
        <w:jc w:val="left"/>
      </w:pPr>
      <w:r>
        <w:rPr>
          <w:rFonts w:ascii="Times New Roman" w:hAnsi="Times New Roman" w:eastAsia="Times New Roman" w:cs="Times New Roman"/>
        </w:rPr>
        <w:t>Pablo yacharqan huchasapa aycha kasqanta runakuna ukhupi kanankama Cristo iskay kutimunankama, chaypi iñiqkuna huk ñawi chʼipiyllapi musuq hatunchasqa cuerpota chaskinqaku. Chayraykun 1798 watam reqsichin tawa chunka suqta watakunapa cimientonta, maypim Millerita templota sayarichirqanku; Cristoqa, sapan cimiento hina, cimiento qallariymantapacha wañuchisqa Corderom karqa. Chay hanaq suyuqa cuerpom karqa, mayqanpas huchawan runakaymanta kallpachakuspa umalliq kayta hapʼisqa, hinaspa llullakuq hanaq suyu kanankupaq hatarichikusqa. 1844 watapi Juanman nisqa karqa patiota “hawaman saqey” nispa; chayqa griego simipi nin uray naturaleza qhesachinata, mayqanchus hanaq naturaleza patapi umalliq kayta hapʼisqa, maypichus Dios sutinta churayta akllarqa, mana chaskinapaq; hinaspa 1798 watapi aycha (uray naturaleza), “munaykuna hinaspa rikchʼay munaykunawan” kuska, chakatanapi wañuchisqa kanan karqa.</w:t>
      </w:r>
    </w:p>
    <w:p>
      <w:pPr>
        <w:pStyle w:val="ArticleBody"/>
        <w:jc w:val="left"/>
      </w:pPr>
      <w:r>
        <w:rPr>
          <w:rFonts w:ascii="Times New Roman" w:hAnsi="Times New Roman" w:eastAsia="Times New Roman" w:cs="Times New Roman"/>
        </w:rPr>
        <w:t>Qallariyninpiqa, Cristopa aychanqa chakatasqa wañuypi wañurqan, kawsakkunamanta t’aqasqa kaptin. Chaymanta uray suyucha huk llaqtam kanan karqan, huk reywan, Dioswan pactopi, hinallataq huk llaqtam kanan karqan, chay llaqtapa chawpinpi Diospa santuarion kasqanwan. Siki siki patapi hinallataq, “qanchis kuti,” kunanqa “iskinaq uman” nisqañam, imaraykuchus 11 de septiembre de 2001 p’unchawmanta pacha Diosqa paypa “norte soldadonta” huk unanchachay hina hatarichisqa. Chay soldadoqa huk llaqtam kanan, chay llaqtataq paypa rikchaynillantaqmi rikuchinqa, hinaspataq chayta ruwan Supay paypa “waqran”ta hatarichishaqtin, chayqa animalpa rikchayninmi. Ezequiel qillqapi kinsa chunka qanchisniyuq capitulopi, tawa wayrakunapa willakuyninqa qhipa parachapa willakuyninta samachin chaymanta chay soldado hina sayarikkunaman. Tawa wayrakunapa willakuyninqa qanchis kaq trompetapa willakuyninmi, chaypim Diospa pakasqa yachaynin tukukun.</w:t>
      </w:r>
    </w:p>
    <w:p>
      <w:pPr>
        <w:pStyle w:val="ArticleBody"/>
        <w:jc w:val="left"/>
      </w:pPr>
      <w:r>
        <w:rPr>
          <w:rFonts w:ascii="Times New Roman" w:hAnsi="Times New Roman" w:eastAsia="Times New Roman" w:cs="Times New Roman"/>
        </w:rPr>
        <w:t>Ñawpaqta tukukuy llamk’aymi sellokuyqa qallarikurqan 7 octubre 2023 p’unchaypi. Pachak tawa chunka tawa waranqa runakunap sellokuy pachaqa hunt’akun qanchis kaq Trompetapa waqyasqan ukupi, chay trompetaqa sellokuy ruwanakuypi kimsa kutita waqyan. Sapa kutiqa Islammanta huk maqanakuytan señalan Hatun Kusisqa Hallp’apa contranpi. Kunan pacha espirituan hina “kusisqa hallp’a” nisqaqa ch’akiykuchisqa karqan 11 septiembre 2001 p’unchaypi, ñawpaq literal kusisqa hallp’ataq ch’akiykuchisqa karqan 7 octubre 2023 p’unchaypi, iskay testigokuna wañuchisqa kasqankumanta kawsarimunankupaq kutimuspankumanta chay kikin watapi. Kimsakaq maqanakuyqa kananlla hamuq Domingo kamachiy Estados Unidos llaqtapi.</w:t>
      </w:r>
    </w:p>
    <w:p>
      <w:pPr>
        <w:pStyle w:val="ArticleBody"/>
        <w:jc w:val="left"/>
      </w:pPr>
      <w:r>
        <w:rPr>
          <w:rFonts w:ascii="Times New Roman" w:hAnsi="Times New Roman" w:eastAsia="Times New Roman" w:cs="Times New Roman"/>
        </w:rPr>
        <w:t>2023 watapi 7 ñiqin octubre killamanta pacha, Partido Republicanoq waqrayanpas, allin cheqaq protestante kay allpa uywaq waqrayanpas, chay usqhaylla hamuq domingo kamachiyman yaykuspanku, tukukuynin tikrariyninkuta hunt’achkanku huk waqrama, mayqinchus amaruta hina rimarinman otaq Corderota hina. Kay hatun ch’axwaypi, kay pachapa historianta wisq’ay tukukuq ruwaykunapi rikuchisqa ukhupi, ukhu hawanpi kaq iskay awqakunaq iskay rikurimuyninkupas, iskayninku tarikun Daniel qillqapi chunka hukniyuq t’aqapi tawa chunka versículopi rikuchisqa historiapi. Iskay waqrakunaq iskay qhipa wiñariyninkutaqa Qanchis K’ata waqyasqa kaptinmi hunt’achin. Qanchis K’ataqa kimsa llaquy k’atakunamanta kimsayuqninmi.</w:t>
      </w:r>
    </w:p>
    <w:p>
      <w:pPr>
        <w:pStyle w:val="ArticleBody"/>
        <w:jc w:val="left"/>
      </w:pPr>
      <w:r>
        <w:rPr>
          <w:rFonts w:ascii="Times New Roman" w:hAnsi="Times New Roman" w:eastAsia="Times New Roman" w:cs="Times New Roman"/>
        </w:rPr>
        <w:t>Kimsa llaqinakunaqa willakuy rimaypa kimsachakuyta rikuchkanku, chayta ruwaspataq 2023 watapa octubre killapa 7 punchawpa chimpu markaqmanta sinchi testigota qunkunku. Ñawpaq llaqinapipas, iskay ñiqin llaqinapipas, Islam-pa maqanakuyqa Romaq soldadokunapa contranpi rurakurqa; chaymi qhepa p’unchaykunapi Estados Unidos kasqa, imaraykuchus 1989 watapi Unión Soviética atipaykusqanmanta rikuchisqa kasqanrayku, chay atipayqa pakasqa huñunakuywanmi ruwakurqa anticristowan (Papa Juan Pablo II), hinallataq llulla willakuqwan (Ronald Reagan).</w:t>
      </w:r>
    </w:p>
    <w:p>
      <w:pPr>
        <w:pStyle w:val="ArticleBody"/>
        <w:jc w:val="left"/>
      </w:pPr>
      <w:r>
        <w:rPr>
          <w:rFonts w:ascii="Times New Roman" w:hAnsi="Times New Roman" w:eastAsia="Times New Roman" w:cs="Times New Roman"/>
        </w:rPr>
        <w:t>Ñawpaq llaquypi, Apocalipsis qanchis chunka isqon ñiqinpi rikuchisqa hina, pichqa killa tiempomanta huk willakuq profecía kan, chayqa pachak pichqa chunka watakuna. Iskay ñiqin llaquypitaq, kinsa pachak isqon chunka hukniyuq wata, chunca pichqa p’unchawwan, huk tiempo profecía kan. Iskaynin tiempo profecíakunaqa Roma contra Islam paq warfaremanta rikuchinku, chay iskay historiakunapi, ñawpaq kaqwan iskay ñiqin llaquykunata sut’ichaqkunapi, Islam apamusqanman hina. Chay iskay profecíakunaqa maqanakuy paq iskay sapa tukuykunata apaq karqanku. Ñawpaq pachak pichqa chunka watakunapi Islamqa Roma-ta “nanachinanta” karqan; kinsa pachak isqon chunka hukniyuq wata, chunca pichqa p’unchaw profecíapitaq Islamqa Roma-ta “wañuchinanta” karqan. Chay iskay profecíakunaqa chiqapmanta hukllapi t’inkisqa karqanku. Islam paq Roma-ta nanachinanpaq pachak pichqa chunka watakuna tukukuyninmi reqsichirqan kinsa pachak isqon chunka hukniyuq wata, chunca pichqa p’unchawpa qallariyninta, chaypi Islamqa Roma-ta wañuchinanpaq karqan. Ñawpaq kaq llaquywan iskay ñiqin llaquyqa rakisqa kanku pachak pichqa chunka watakunapa tukukuyninwan, hinaspa kinsa pachak isqon chunka hukniyuq watakunapa, chunca pichqa p’unchawpa qallariyninwan.</w:t>
      </w:r>
    </w:p>
    <w:p>
      <w:pPr>
        <w:pStyle w:val="ArticleBody"/>
        <w:jc w:val="left"/>
      </w:pPr>
      <w:r>
        <w:rPr>
          <w:rFonts w:ascii="Times New Roman" w:hAnsi="Times New Roman" w:eastAsia="Times New Roman" w:cs="Times New Roman"/>
        </w:rPr>
        <w:t>Estados Unidosqa mananña Bibliapi qelqasqan willakuykunapi soqtaq qhapaq suyucha kanñachu ña chayamunanpaq kashan domingo kamachiytaqpi, chaypiraqmi profecíapi nisqaman hina “wañuchisqa” kachkan. “Hatun allpacha kuyuy” nisqapa horan, Apocalipsis chunka hukniyuq capitulopi, ña chayamunanpaq kashan domingo kamachiymin; chay horataq chayamuptin, Islam nisqapa Qanchis kaq Trompetanpas chayallataqmi chayamun. Chayqa chayamun tukukuyninta, utaq wañuyninta señalananpaq soqta kaq qhapaq suyuq, qepa p’unchaykunapi Romaq ejercitun kasqanpa. Chay wañuyqa ñawpaqman purirqan pachak pichqa chunka watakunata Islam nisqaqa Romaq ejercitunkunata nanachisqanwan. Hatun willay mast’ariqkunaman hina, kay pacha modernopi radical Islam nisqapa rurayninkunata pisiyachiyta munaspa, 2023 watapi octubre killapa qanchis p’unchayninmantapacha, kay qelqa qelqasqa kashaqtin 2024 watapi febrero killapa chunka iskayniyuq p’unchayninkama, Islamqa pachantin hallp’api Estados Unidospa interesninkunapa contran pachak soqta chunka pichqayuq atacokunata ruwasqa.</w:t>
      </w:r>
    </w:p>
    <w:p>
      <w:pPr>
        <w:pStyle w:val="ArticleBody"/>
        <w:jc w:val="left"/>
      </w:pPr>
      <w:r>
        <w:rPr>
          <w:rFonts w:ascii="Times New Roman" w:hAnsi="Times New Roman" w:eastAsia="Times New Roman" w:cs="Times New Roman"/>
        </w:rPr>
        <w:t>Islampa pachak pichqa chunka watakuna Romaq soldadonkuta nanachisqanmanta, ñawpaq hinaspa iskay ñak’ariykunapi Romaq soldadonkuta wañuchinankama pusasqan, kimsa kaq ñak’ariypa historiampipas yapamantan rikurimun, chaymi profecíapa kimsa kuti churasqa kasqan hina llamk’an. Qanchis kaq Trompetapa waqyasqan, mayqanmi pachak tawa chunka tawa waranqa runakunapa sellasqa kaynin, maypachach Dios kaywan runa kay huñunakun, iskay k’aspikunapa huñusqa kasqanwan rikuchisqa hina, chayqa kimsan señalniyuqmi. Ñawpaq kaqqa ajayllapi k’anchayniyuq hallp’am, qhipa kaqpas ajayllapi k’anchayniyuq hallp’am. Chaupi señalqa cheqaq k’anchayniyuq hallp’an.</w:t>
      </w:r>
    </w:p>
    <w:p>
      <w:pPr>
        <w:pStyle w:val="ArticleBody"/>
        <w:jc w:val="left"/>
      </w:pPr>
      <w:r>
        <w:rPr>
          <w:rFonts w:ascii="Times New Roman" w:hAnsi="Times New Roman" w:eastAsia="Times New Roman" w:cs="Times New Roman"/>
        </w:rPr>
        <w:t>2023 watapiqa, kimsakay ñak’ariypa willakuq Pututupa iskay kaq waqaynin, Islam-pa maqanakuy aswan kallpachakusqanta reqsichirqan, chay pachaman haykuspantaq kay pacha animalta “nanachinanpaq” kasqanta. Chay watallapitaq, Republicano waqrapa iskay testigonkuna, cheqaq Protestante waqrawan kuska, kawsarimuspanku, hinaspa qallarirqanku sapanmanta tukuy tukukuy simbólico waqrankuman tikranankupaq. Republicano waqrapaqqa, llapa apostata Protestante atiykunapa huñunakuyninmi karqan, llapa apostata Republicano atiykunawan kuska, huk waqrata ruwananpaq, chayqa animalpa rikchayninmi. Cheqaq Protestante waqrapaqtaq, Divinidadwan runa kaywan huñunakuymi karqan, waqraqa Laodiceo kasqanmantam Filadelfiano kasqanman tikrarqan, chay hina animalpa rikchayninpa contranman rikch’arinanpaq. 2023 watapiqa, 2001 watamanta iskay chunka iskay watakuna qhipapi karqan; chaymi Divinidadwan runa kaywan huñusqa simbólico t’inkisqanta reqsichin.</w:t>
      </w:r>
    </w:p>
    <w:p>
      <w:pPr>
        <w:pStyle w:val="ArticleBody"/>
        <w:jc w:val="left"/>
      </w:pPr>
      <w:r>
        <w:rPr>
          <w:rFonts w:ascii="Times New Roman" w:hAnsi="Times New Roman" w:eastAsia="Times New Roman" w:cs="Times New Roman"/>
        </w:rPr>
        <w:t>Kay llapan kay willakuyqa Daniel chunka hukniyuq kapitulupa tawa chunka versículonpi pasakun, chaymi kinsa pachak isqun chunka isqunniyuq watapi (1989) kichasqa karqan hinaspa yachay yapakusqanta paqarichirqan; chaytaqa Hiddekel mayuwanmi rikuchisqa. Chay versículopa profétic historiampiqa, Aswan Santo Cheqapi qhipa llamk’aypas hunt’asqa kachkan, chaymi waranqa qanchis pachak isqun chunka pusaqniyuq watapi (1798) kichasqa kasharqan qanchariy, hinaspa chaytaqa Ulai mayuwanmi rikuchisqa. Tawa chunka versículopa qallariyninmi puchukay pacha 1798 watapi kasqanta reqsichin, tukukuynintaq puchukay pacha 1989 watapi kasqanta reqsichin; iskaynin mayukunataq tawa chunka versículopa historiampi hukllachasqa tinkunku, imaynan Tigriswan Éufrateswan (Ulaiwan Hiddekelwan) Persia qochaman manaraq chayashaqtinku hukllachasqa tinkunku hina.</w:t>
      </w:r>
    </w:p>
    <w:p>
      <w:pPr>
        <w:pStyle w:val="ArticleBody"/>
        <w:jc w:val="left"/>
      </w:pPr>
      <w:r>
        <w:rPr>
          <w:rFonts w:ascii="Times New Roman" w:hAnsi="Times New Roman" w:eastAsia="Times New Roman" w:cs="Times New Roman"/>
        </w:rPr>
        <w:t>Kay yachayta qatiqnin qillqapi qatiqkusun.</w:t>
      </w:r>
    </w:p>
    <w:p>
      <w:pPr>
        <w:pStyle w:val="ArticleScripture"/>
        <w:jc w:val="left"/>
      </w:pPr>
      <w:r>
        <w:rPr>
          <w:rFonts w:ascii="Times New Roman" w:hAnsi="Times New Roman" w:eastAsia="Times New Roman" w:cs="Times New Roman"/>
        </w:rPr>
        <w:t>Señor Diospa Espírituyn ñoqapi kashan; Señorqa ñoqata hawishqanrayku llamp’u sonqoyuqkunaman allin willakuyta willanaypaq; kachamuwashan llakikuywan p’akikuy simiyuqkunata hampinaypaq, prisionerokunaman kacharichisqa kayta willanaypaq, watasqakunaman carcel kichasqa kayta yachachinaypaq; Señorpa allin chaskisqa watanta, Diosninchikpa kutichikuy p’unchawninta willanaypaq; llakisqa llapa runakunata sonqochanaypaq; Sionpi waqaqkunapaq churayta, uchpaman rantin sumaq k’achayta qospa, llakiypa rantin kusikuy aceite-ta, llaquiy spiritupa rantin yupaychay p’achata; chhaynapi paykuna sutichasqa kanankupaq cheqaq kay sach’akuna hina, Señorpa tarpuyin hina, pay hatunchasqa kananpaq.</w:t>
      </w:r>
    </w:p>
    <w:p>
      <w:pPr>
        <w:pStyle w:val="ArticleScripture"/>
        <w:jc w:val="left"/>
      </w:pPr>
      <w:r>
        <w:rPr>
          <w:rFonts w:ascii="Times New Roman" w:hAnsi="Times New Roman" w:eastAsia="Times New Roman" w:cs="Times New Roman"/>
        </w:rPr>
        <w:t>Hinaspan ñawpa chunkaqllakuna pirkasqataq kutichisqanku, ñawpaq ch’usaqyachisqa llaqtakunataq hatarichisqanku, ch’usaqyachisqa llaqtakunataq allichasqanku, achka miraykunapaq ch’usaqyachisqa kasqankuta. Hinaspa huk llaqtamanta runakuna sayarispa ovejaykichiskunata michinqaku, huk law runakunapa churinkunataq yapuqniykichiskuna kanqaku, uvas chakra uywaqniykichiskunapas. Ichaqa qankunaqa Señorpa Sacerdotenkuna nisqa kankichik; runakunaqa Diosninchikpa Ministronkunam nisunkichik. Gentilkunapa qhapaq kayninta mikhunkichik, paykunapa hatun kayninkupitaq kusikuspam alabaykukunkichik. P’enqayniykichikpa rantin iskay kutita hap’inkichik; pantasqa kaypa rantintaq paykunaqa kusisqalla rak’iykusqankupi. Chayraykum allpankupi iskay kutita suyunkaku; wiñay kusikuytaq paykunapaq kanqa.</w:t>
      </w:r>
    </w:p>
    <w:p>
      <w:pPr>
        <w:pStyle w:val="ArticleScripture"/>
        <w:jc w:val="left"/>
      </w:pPr>
      <w:r>
        <w:rPr>
          <w:rFonts w:ascii="Times New Roman" w:hAnsi="Times New Roman" w:eastAsia="Times New Roman" w:cs="Times New Roman"/>
        </w:rPr>
        <w:t>Ñuqaqa, Señor Diosmi, taripayta munani; suwakuyta, rupachisqa ofrendapaqwan kuska kaqtataqa cheqnim. Paykunapa rurasqankutaqa cheqaq kaypi pusasaq, paykunawanmi wiñaypaq rimayniyta ruwasaq. Mirayninkutaqa mana israel runakuna ukhupi reqsinqaku, wawakunatapas llaqtakuna ukhupi reqsinqaku; llapa paykunata rikukuqkunaqa reqsinqaku: “Kaykunaqa Señor bendecisqan miraymi,” nispa. Anchata kusikusaq Señorpi; almaymi Diosniypi kusikunqa. Qespichiy p’achawanmi p’achalliwashqa, chiqap kay paqowanmi ñutupuwashqa, kasarakuy qhari sumaq adornokunawan churakusqan hina, kasarakuy warmi joyankunawan sumaqchakusqan hina. Imanan allpa sisanmanta wiñachin, jardinpas tarpukusqankunata ch’usaykuchin; chay hinallataqmi Señor Dios llapa nacionkunapa ñawpaqenpi chiqap kayta, alabaytawan wiñachinqa. Isaías 61:1–11.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Libro de Daniel - Pachak pichqa chunka kimsañiqin</dc:title>
  <dc:subject>Urinchikmanta Chinchay kaqtawan Qullaq kaqtawan suyukunapa espirituallanta rikuchisqan: Bibliaq templonkunaqta hinallataq runa kaypa naturalezanta purispa huk viaje</dc:subject>
  <dc:creator>Jeff Pippenger</dc:creator>
  <cp:keywords/>
  <dc:description>Generated by ArticleDigger from daniel\153_daniel.json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