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Qelqan — Pachak Pichqa Chunka Isqunniyuq</w:t>
      </w:r>
    </w:p>
    <w:p>
      <w:pPr>
        <w:pStyle w:val="ArticleSubtitle"/>
        <w:jc w:val="left"/>
      </w:pPr>
      <w:r>
        <w:rPr>
          <w:rFonts w:ascii="Arial" w:hAnsi="Arial" w:eastAsia="Arial" w:cs="Arial"/>
        </w:rPr>
        <w:t>Kinsa Angelkunapa Llamk’aykuna Danielpa Rikuyinpi Qallarichisqa: Huk Profétik Revelación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2024-03-26</w:t>
      </w:r>
    </w:p>
    <w:p>
      <w:pPr>
        <w:pStyle w:val="ArticleBody"/>
        <w:jc w:val="left"/>
      </w:pPr>
      <w:r>
        <w:rPr>
          <w:rFonts w:ascii="Times New Roman" w:hAnsi="Times New Roman" w:eastAsia="Times New Roman" w:cs="Times New Roman"/>
        </w:rPr>
        <w:t>Chunka qanchis kaq capítulo-pi Danielta kimsa kuti llamk’anku, chay kimsan llamk’aykunaqa Danielpa sapan kawsayninpi “mareh” nisqa rikuyta kimsa kuti musyaykusqanwan tupanku. Ñawpaq kaqpas, qhepa kaqpas, Gabrielpa rikurimuyninkuna karqan, Jesucristoq Revelaciónninpa willakuqnin. Gabrielmi Cristoq willakuyninta apaq, chay willakuyqa Taytanmanta Payman qosqa karqan, hinaspata profetaman chayachin, payña iglesiakunaman apachinanpaq.</w:t>
      </w:r>
    </w:p>
    <w:p>
      <w:pPr>
        <w:pStyle w:val="ArticleScripture"/>
        <w:jc w:val="left"/>
      </w:pPr>
      <w:r>
        <w:rPr>
          <w:rFonts w:ascii="Times New Roman" w:hAnsi="Times New Roman" w:eastAsia="Times New Roman" w:cs="Times New Roman"/>
        </w:rPr>
        <w:t>Ichaqa qhawaykuchisqayki cheqaq qillqasqa Qillqapi nisqanta; kaykunapiqa mana pipas noqawan kuska sayaqchu, aswanqa Miguel, qankunapa kamachiqniykichiklla. Daniel 10:21.</w:t>
      </w:r>
    </w:p>
    <w:p>
      <w:pPr>
        <w:pStyle w:val="ArticleBody"/>
        <w:jc w:val="left"/>
      </w:pPr>
      <w:r>
        <w:rPr>
          <w:rFonts w:ascii="Times New Roman" w:hAnsi="Times New Roman" w:eastAsia="Times New Roman" w:cs="Times New Roman"/>
        </w:rPr>
        <w:t>Gabrielqa yachanmi payqa kamasqa kasqanta, chayraykun Juanman chiqanta willarqan Apocalipsis qillqapi ama payta yupaychananpaq.</w:t>
      </w:r>
    </w:p>
    <w:p>
      <w:pPr>
        <w:pStyle w:val="ArticleScripture"/>
        <w:jc w:val="left"/>
      </w:pPr>
      <w:r>
        <w:rPr>
          <w:rFonts w:ascii="Times New Roman" w:hAnsi="Times New Roman" w:eastAsia="Times New Roman" w:cs="Times New Roman"/>
        </w:rPr>
        <w:t>Hinaspanñataq chakinman payta yupaychanaypaq. Hinaspa niwarqan: Ama chayta ruraychu; noqaqa qampa kuska kamachikusqayki kani, Jesuspa testimoniunta hap’iq wawqeykikunawan kuska: Diosta yupaychay; imaraykuchus Jesuspa testimonionqa profecíapa espiritunmi. Apocalipsis 19:10.</w:t>
      </w:r>
    </w:p>
    <w:p>
      <w:pPr>
        <w:pStyle w:val="ArticleBody"/>
        <w:jc w:val="left"/>
      </w:pPr>
      <w:r>
        <w:rPr>
          <w:rFonts w:ascii="Times New Roman" w:hAnsi="Times New Roman" w:eastAsia="Times New Roman" w:cs="Times New Roman"/>
        </w:rPr>
        <w:t>Chaymi willakuq qhawaqmi, chayrayku, Gabrielpa yachachinanta entiendenqa imaraykuchus payqa rimarin, “cheqaq qillqapi qillqasqa kaqwan” tupaqtin mana pipas paymanta aswan hanaqpi kasqanta, huk sut’i profétiko munayniyoq kasqanta. Maypachachus pay sut’inchan, Cristollam paymanta aswan allinta qillqakunata entienden, chaypacham Cristota reqsichin “Miguel, qamkunapa príncipe” nispa. Ichaqa Miguel manam príncipe sapallanchu; payqa arcángelmi.</w:t>
      </w:r>
    </w:p>
    <w:p>
      <w:pPr>
        <w:pStyle w:val="ArticleScripture"/>
        <w:jc w:val="left"/>
      </w:pPr>
      <w:r>
        <w:rPr>
          <w:rFonts w:ascii="Times New Roman" w:hAnsi="Times New Roman" w:eastAsia="Times New Roman" w:cs="Times New Roman"/>
        </w:rPr>
        <w:t>Ichaqa arcángel Miguelqa, diablowan ch’aqwaypi, Moisespa cuerponmanta rimanakuspa, manam atirqachu paypa contranpi millay simikunawan tumpayta apamuyta, aswanqa nirqan: Señor qamta piñapayasunki. Judas 7.</w:t>
      </w:r>
    </w:p>
    <w:p>
      <w:pPr>
        <w:pStyle w:val="ArticleBody"/>
        <w:jc w:val="left"/>
      </w:pPr>
      <w:r>
        <w:rPr>
          <w:rFonts w:ascii="Times New Roman" w:hAnsi="Times New Roman" w:eastAsia="Times New Roman" w:cs="Times New Roman"/>
        </w:rPr>
        <w:t>Chhayna llapallan kimsa llamk’aykunaqa angelpa llamk’aykunam kanku, chayrayku kimsa kuti Daniel “mareh” nisqa, rikch’ayninta, angelmanta experienciaq. Kimsakutin Daniel llamk’asqa kaptinqa kallpachakunampaqmi karqan, ñawpaqtaq, iskay ñiqi llamk’aypiqa kallpanta chinkarqan.</w:t>
      </w:r>
    </w:p>
    <w:p>
      <w:pPr>
        <w:pStyle w:val="ArticleScripture"/>
        <w:jc w:val="left"/>
      </w:pPr>
      <w:r>
        <w:rPr>
          <w:rFonts w:ascii="Times New Roman" w:hAnsi="Times New Roman" w:eastAsia="Times New Roman" w:cs="Times New Roman"/>
        </w:rPr>
        <w:t>Chaymanta huk runapa rikch’aynin hina kaq kutimuspam llamk’arikuqniyta yapay tupaykuspa kallpachawarqan, hinaspa nirqan: “Ancha munasqa runa, ama manchakuychu; qampaq sumaq kawsay kachun; kallpachakuy, arí, kallpachakuy.” Pay rimaptiytaqa kallpachasqa karqani, hinaspa nirqani: “Señorníy, rimariychis; qammi kallpachawarqanki.” Chaymantataq pay nirqan: “¿Yachankichu imarayku qamman shamurqani? Kunanqa kutispa Persia suyupa kurakaqninwan maqanakusaq; hinaspa lluqsisqaymanta qhepamanqa, qhawariy, Grecia suyupa kurakaqnin hamunqa.” Daniel 10:18–20.</w:t>
      </w:r>
    </w:p>
    <w:p>
      <w:pPr>
        <w:pStyle w:val="ArticleBody"/>
        <w:jc w:val="left"/>
      </w:pPr>
      <w:r>
        <w:rPr>
          <w:rFonts w:ascii="Times New Roman" w:hAnsi="Times New Roman" w:eastAsia="Times New Roman" w:cs="Times New Roman"/>
        </w:rPr>
        <w:t>Gabrielqa Danielta yuyarichin, “qampa llaqtaykikunaman ima pasasqanta qhepa p’unchaykunapi entiendichinaypaq hamurqani” nispa, Danielta tapusqanpi: “¿yachankichu imapaq qamman hamuni?” nispa. Qhepa p’unchaykunamanta Danielman yachachisqanwan hina, chaymanta Gabriel ninmi: “kutimusaq Persia suyupa príncipewan maqanakunaypaq; ñoqa lloqsejtiymi, qhawariy, Grecia suyupa príncipe hamunqa” nispa. Chaymanta qallarin chunka hukniyuq capítuloq profecía willakuyninta, mayqenchus qhepa p’unchaykunapi pachak tawa chunka tawa waranqakunaman ima pasasqanta sut’inchan. Chay profecía willakuyqa churakusqa kashan “Persia suyupa príncipe”wan hinallataq “Grecia suyupa príncipe”wan maqanakuypa contexto ukunpi.</w:t>
      </w:r>
    </w:p>
    <w:p>
      <w:pPr>
        <w:pStyle w:val="ArticleBody"/>
        <w:jc w:val="left"/>
      </w:pPr>
      <w:r>
        <w:rPr>
          <w:rFonts w:ascii="Times New Roman" w:hAnsi="Times New Roman" w:eastAsia="Times New Roman" w:cs="Times New Roman"/>
        </w:rPr>
        <w:t>Ciro Hatunpawan Alejandro Hatunpakama cheqaq historiaka iskay pachak watamanta aswanmi karqa. Ichaqa Apocalipsis chunka hukniyuq capítulo nisqapi hatun allpachakuypi, tukukuq kuyuykunaqa usqhayllam kanku, hinaspataq soqta kaq qhapaq suyuta llulla norte llaqtap qhapaqnin atipasqanmanta chaylla, qanchis kaq qhapaq suyu, chunka qhapaqkuna, Greciawan rikuchisqa, uywamantaq acuerdoykunku qhapaq suyun kawsayninkuta bestiaman qunankupaq.</w:t>
      </w:r>
    </w:p>
    <w:p>
      <w:pPr>
        <w:pStyle w:val="ArticleBody"/>
        <w:jc w:val="left"/>
      </w:pPr>
      <w:r>
        <w:rPr>
          <w:rFonts w:ascii="Times New Roman" w:hAnsi="Times New Roman" w:eastAsia="Times New Roman" w:cs="Times New Roman"/>
        </w:rPr>
        <w:t>Huk nivelpiqaqa, “mareh” nisqa rikch’aynin Danielpa chunka kaq t’aqapi qanchis kuti llamk’achisqa kachkan. Chay qanchis kutimanta tawa kutitan qhawarisqanchik, hinaspataq riqsichisqanchikmi ñawpaq kaq willakuyqa kayna: Cirospa kinsa kaq watan manaraq chayamuchkaptin, Danielqa chay rikch’ayninta entienderqan. Qatiq kinsa willakuykunapitaq, sapa rikch’aypi kinsa llamk’aykunaqa Danielpa imayna kawsasqanta reqsichin, payqa iskay chunka hukniyuq p’unchawkuna llaquymanta rikcharimusqanpi. Chay kawsarichiy rikcharimuyninqa wiñay alli willakuypa kinsa ñan ruwaqninman hina kamasqa kachkan, chay kinsa ñankunataq angelkuna wanichkanku; ichaqa iskay ñiqin ñanqa Miguel arcángelmi, paymi Moisesta wañuymanta hatarichirqan, hinaspataq hanaq pacha-man apaq.</w:t>
      </w:r>
    </w:p>
    <w:p>
      <w:pPr>
        <w:pStyle w:val="ArticleBody"/>
        <w:jc w:val="left"/>
      </w:pPr>
      <w:r>
        <w:rPr>
          <w:rFonts w:ascii="Times New Roman" w:hAnsi="Times New Roman" w:eastAsia="Times New Roman" w:cs="Times New Roman"/>
        </w:rPr>
        <w:t>Chunka qanchis kuti “vision” nisqa simi chunka kaq kapitupi tarikusqa, manan “mareh”chu, aswanqa “marah”mi. “Marah”qa “mareh”pa warmi kayninmi. Kayqa rikuyta niyta munan, hinaspa causativomanta “espejo” utaq “looking-glass” nisqatapas. Qhellqasqan sut’inchasqanpa llaveyninqa kaymi: “causativo” kasqan. Kayqa “la apariencia”pa rikuyinmi, ichaqa jinsayninpi hukniraqmi, chayrayku huk profético willakuyta reqsichin. Sut’inchasqanman hina, “espejo” nisqaqa yuyaychayta qon: rikuyta qhawariqkunaqa ima rikch’ay reflected nisqata qhawanku. Kaymi simipaq “causativo” nisqa elementon. “Marah” nisqapa contexto nisqapi causative simipaq sut’inchasqanqa ancha ukhu, hatun yuyayniyuqmi.</w:t>
      </w:r>
    </w:p>
    <w:p>
      <w:pPr>
        <w:pStyle w:val="ArticleBody"/>
        <w:jc w:val="left"/>
      </w:pPr>
      <w:r>
        <w:rPr>
          <w:rFonts w:ascii="Times New Roman" w:hAnsi="Times New Roman" w:eastAsia="Times New Roman" w:cs="Times New Roman"/>
        </w:rPr>
        <w:t>Simi yachachiypiqa, “causative” nisqa simiqa imapas kanankupaq rurasqa kayman, utaq imapas pasananpaq kamachiy ruwaymanmi tupachisqa kachkan. Simikamay yachaypi, aswan sut’inchasqa rimaykunaq ruranan tinkuy-ninpiqa, causative nisqa formaqa huk gramatikal ruwana-sayariymi, chaywanmi rikuchikun ima rimaypa sujetonqa huk runata utaq huk imatapas chay rimaypi willasqa ruwayta rurananpaq kallpachashan. Kayhina, inglés simipiqa, “to read” nisqa rimayqa causative tukukun may pachachus ninchik “to make someone read.” Kaypiqa, sujetonmi huk runata ñawiriy ruwayta rurananpaq kallpachin.</w:t>
      </w:r>
    </w:p>
    <w:p>
      <w:pPr>
        <w:pStyle w:val="ArticleBody"/>
        <w:jc w:val="left"/>
      </w:pPr>
      <w:r>
        <w:rPr>
          <w:rFonts w:ascii="Times New Roman" w:hAnsi="Times New Roman" w:eastAsia="Times New Roman" w:cs="Times New Roman"/>
        </w:rPr>
        <w:t>Forma causativa nisqanmi rikuchin, ima sut’ichasqa ruranata qillqasqa simi nisqan willakusqanman hina paqariychispa chayachisqanpaq yachachiq kasqanta. “Causative” nisqaqa sut’ichan imayna huk ruway utaq huk pasay paqarichisqa kananta. Kimsa kuti Daniel hebreo simi “marah” nisqata llamk’achin; qhawasqa rikch’ayninmi qhawaqta tikran chay qhawasqan rikch’ayninman.</w:t>
      </w:r>
    </w:p>
    <w:p>
      <w:pPr>
        <w:pStyle w:val="ArticleScripture"/>
        <w:jc w:val="left"/>
      </w:pPr>
      <w:r>
        <w:rPr>
          <w:rFonts w:ascii="Times New Roman" w:hAnsi="Times New Roman" w:eastAsia="Times New Roman" w:cs="Times New Roman"/>
        </w:rPr>
        <w:t>Ñawpaq killapa iskay chunka tawa p’unchayninpi, hatun mayu patapi kasharqani, chay mayuqa Hiddekel sutiyuqmi karqa. Chaymantataq ñawiykunata oqarirqani, qhawarirqani, hinaspataq huk runata rikurirqani, linu p’achawan p’achallisqata, wiksan muyuriqninpas Uphazmanta sumaq quriwan watasqata. Cuerponpas berilo rumi hina karqa, uyannintaq relámpago nisqapa rikch’aynin (mareh) hinam karqa, ñawinkunataq nina mechakunahinam karqa, makinkunapas chakinpas llump’aq bronci hina llimp’iyuq karqa, rimayninkunapa qapariynintaq achka runakunapa qapariynin hinam karqa. Ñoqa Daniel sapallaymi chay rikuyta (marah) rikurirqani; noqawan kaq runakunaqa mana chay rikuyta (marah) rikurirqankuchu. Ichaqa hatun chukchukyay paykunaman urmaykurqa, chaymi pakakuyta ayqekurqanku. Chayrayku sapallaytaq saqesqa qhiparirqani, kay hatun rikuyta (marah) rikurirqani, manataq kallpallaypas qheparqarqachu: sumaq kayniypas ukhuypi ismusqa hina tukupurqa, manataq kallpayta waqaycharqanichu. Chaywanpas rimayninkunapa qapariyninta uyarirqanimi; rimayninkunapa qapariyninta uyarispaqa, uyaypi pampaman umallay urmasqa, sinchi puñuypi hina karqani. Daniel 10:4–9.</w:t>
      </w:r>
    </w:p>
    <w:p>
      <w:pPr>
        <w:pStyle w:val="ArticleBody"/>
        <w:jc w:val="left"/>
      </w:pPr>
      <w:r>
        <w:rPr>
          <w:rFonts w:ascii="Times New Roman" w:hAnsi="Times New Roman" w:eastAsia="Times New Roman" w:cs="Times New Roman"/>
        </w:rPr>
        <w:t>Llakiykimsa huk p’unchaykunapa waqaychasqa puchukayninpi, chayqa qhipa p’unchaykunapi tinkun kimsa pacha chawpi p’unchaykunawan, iskay testigokuna ñanpi wañusqa kasqankukama, Danielqa usqhaylla rikusqa karqan Cristo-pa rikch’ayninta, hinaspa paypa rikch’ayninqa “llipyaypa rikch’aynin hina (mareh)” nisqa kasharqan. Chay ruwayqa, Apocalipsis chunka hukniyuq t’aqa-pa kimsa pacha chawpi p’unchaykuna tukukuyninpi, rakiyta paqarichin; imaraykuchus “qariykuna Danielwan kashaqkunaqa” mana rikusqachu karqanku “chay visión-ta (marah)”; ichaqa hatun katkataymi paykunaman urmaykurqan, chayrayku pakakuyta ayqekurqanku. Chaymi “Daniel sapallan saqesqa karqan,” ichaqa “qariykuna noqawan kashaqkunaqa” mana rikusqachu karqanku “chay visión-ta (marah); ichaqa hatun katkataymi paykunaman urmaykurqan, chayrayku pakakuyta ayqekurqanku”.</w:t>
      </w:r>
    </w:p>
    <w:p>
      <w:pPr>
        <w:pStyle w:val="ArticleBody"/>
        <w:jc w:val="left"/>
      </w:pPr>
      <w:r>
        <w:rPr>
          <w:rFonts w:ascii="Times New Roman" w:hAnsi="Times New Roman" w:eastAsia="Times New Roman" w:cs="Times New Roman"/>
        </w:rPr>
        <w:t>Daniel sapallan kashaspa rikusqan rikch’ariyqa warmi kayniyuq, imaraykuchus rurachiq rikch’ariy karqan, chaymi Danielta tikrarqan rikch’ariypa unanchanman. Chay tikrayqa hunt’akurqan Danielpa runa kallpan qichusqa kasqanwan, sumaq rikch’aynintataq ismusqa q’ayman tukusqa kasqanwan.</w:t>
      </w:r>
    </w:p>
    <w:p>
      <w:pPr>
        <w:pStyle w:val="ArticleScripture"/>
        <w:jc w:val="left"/>
      </w:pPr>
      <w:r>
        <w:rPr>
          <w:rFonts w:ascii="Times New Roman" w:hAnsi="Times New Roman" w:eastAsia="Times New Roman" w:cs="Times New Roman"/>
        </w:rPr>
        <w:t>Ajnata alma maypin karpa hina tiyanan aycha, hinaspan ruwasqanpas, Señorpa kikinmi. Manam ima kawsayniyuq máquina nisqapa mayqin rakhuynintapas saqespa mana qawananchikpaq derechoyuqchu kanchik. Kawsayniyuq organismo nisqapa sapa partinpas Señorpa kikinmi. Kikinchikpa aycha organismonchikmanta yachayqa yachachiwanchikmi sapa kurku Diospa servicionta ruwananta, chanin kaypa instrumenton hina.</w:t>
      </w:r>
    </w:p>
    <w:p>
      <w:pPr>
        <w:pStyle w:val="ArticleScripture"/>
        <w:jc w:val="left"/>
      </w:pPr>
      <w:r>
        <w:rPr>
          <w:rFonts w:ascii="Times New Roman" w:hAnsi="Times New Roman" w:eastAsia="Times New Roman" w:cs="Times New Roman"/>
        </w:rPr>
        <w:t>“Mana Diosllam runapa sonqonpa hatun-tukuyta atipanman. Manam kikinchiklla qespichikuyta atinchu. Manam kikinchiklla musuqmanta paqarichikuyta atinchu. Hanaq pampa kurti-kunapiqa manam taki takisqa kanqachu kayhinata: Ñuqaman, mayqinchus kikiyta munakurqani, kikiyta mayllakurqani, kikiyta rantikurqani, ñuqaman kachun hatunchaypas hinaspa yupaychaypas, saminchaypas hinaspa alabanzapas. Ichaqa kaymi ancha achka runakuna kay pachapi takisqanku takipa t’uqaynin. Paykunaqa manam yachankuchu imachus sonqopi llamp’u hinaspa pisi-kay kananpa; nitaq manam munankuchu kayta yachayta, atispaqa ayqekuyta munaspa. Llapan evangelioqa tukuy kaypi tantasqa kashan: Cristomanta yachakuypi, paypa llamp’u kayninpi hinaspa pisi-kayninpi.”</w:t>
      </w:r>
    </w:p>
    <w:p>
      <w:pPr>
        <w:pStyle w:val="ArticleScripture"/>
        <w:jc w:val="left"/>
      </w:pPr>
      <w:r>
        <w:rPr>
          <w:rFonts w:ascii="Times New Roman" w:hAnsi="Times New Roman" w:eastAsia="Times New Roman" w:cs="Times New Roman"/>
        </w:rPr>
        <w:t>“¿Imataq iñiywan chaninchasqa kay? Chayqa Diospa llamkayninmi runapa hatun kayninta allpaman urmachispa, hinaspa runapaq ruwaspa ima ruwana mana atisqanta pay kikinpaq.” Testimonies to Ministers, 456.</w:t>
      </w:r>
    </w:p>
    <w:p>
      <w:pPr>
        <w:pStyle w:val="ArticleBody"/>
        <w:jc w:val="left"/>
      </w:pPr>
      <w:r>
        <w:rPr>
          <w:rFonts w:ascii="Times New Roman" w:hAnsi="Times New Roman" w:eastAsia="Times New Roman" w:cs="Times New Roman"/>
        </w:rPr>
        <w:t>Iñiqiymanpi justifikasqa kaypa experienciaqa Diospa ruwayninmi, runapa hatunchayninta allpapa ñut’unman urmachispa. Danielwan kuska kashaq runakuna ayqenankupaq kamachisqa karqan chay rikuyqa Cristopa rikhurimusqanpa “causative” warmi rikuy karqan; chaymanta qhepanman, Danielpa kikinmanta chaninchakuynin allpapa ñut’unman urmachisqa kachkaptin, kinsa angelkunapa llamk’aykuna churakusqa karqan, chaykunam tukuyninpi Danielta kallpachaspa willakuyta apananpaq.</w:t>
      </w:r>
    </w:p>
    <w:p>
      <w:pPr>
        <w:pStyle w:val="ArticleBody"/>
        <w:jc w:val="left"/>
      </w:pPr>
      <w:r>
        <w:rPr>
          <w:rFonts w:ascii="Times New Roman" w:hAnsi="Times New Roman" w:eastAsia="Times New Roman" w:cs="Times New Roman"/>
        </w:rPr>
        <w:t>1888 watapi, kallpayuq angelqa uraykamurqa iñiywan chiqanchasqa kaymanta willakuywan, imaynatachus anciano Joneswan Waggonerwan qhawarichirqanku hina. Chay kikin angelqa hukmanta uraykamurqa 11 septiembre 2001 p’unchaypi, chay kikin iñiywan chiqanchasqa kaymanta willakuywan. Chaymi qallariy karqa pachak tawa chunka tawa waranqa runakunapa sellosqa kasqankuta churaypa. Pachak tawa chunka tawa waranqa runakunapa sellosqa kasqankuta churay tukukuyninpiqa, qallariypi willasqa willakuyqa yapamanta nisqa kachkan, imaraykuchus Jesusqa sapa imapa tukukuyninta qhawarichin qallariyninwan.</w:t>
      </w:r>
    </w:p>
    <w:p>
      <w:pPr>
        <w:pStyle w:val="ArticleBody"/>
        <w:jc w:val="left"/>
      </w:pPr>
      <w:r>
        <w:rPr>
          <w:rFonts w:ascii="Times New Roman" w:hAnsi="Times New Roman" w:eastAsia="Times New Roman" w:cs="Times New Roman"/>
        </w:rPr>
        <w:t>1840 watapi 11 punchawpi, chay kikin angel uraykamuspa qallarisqa chay kimsa ruwaykunata, 1840 watamanta 1844 watakama hunt’asqa karqan. Chay kimsa ruwaykuna qallarisqaku ñawpaq angelpa kallpachakusqanwan 1840 watapi 11 punchaw Agosto killapi, iskay ñiqin angelpa chayamusqanwan 1844 watapi 19 punchaw Abril killapi, hinaspa kinsa ñiqin angelpa chayamusqanwan 1844 watapi 22 punchaw Octubre killapi. Chay historiaraq rikuchiq karqan kimsa angelkunamanta ñawpaq kaqpa uraykamusqanta 2001 watapi 11 punchaw Setiembre killapi, chaymanta qatiqta iskay ñiqin angel 2020 watapi 18 punchaw Julio killapi llakikuy pantasqapi chayamusqanwan, hinaspa chay tukukun pisiña hamuq Domingo p’unchay kamachiypi kinsa ñiqin angelpa chayamusqanwan.</w:t>
      </w:r>
    </w:p>
    <w:p>
      <w:pPr>
        <w:pStyle w:val="ArticleBody"/>
        <w:jc w:val="left"/>
      </w:pPr>
      <w:r>
        <w:rPr>
          <w:rFonts w:ascii="Times New Roman" w:hAnsi="Times New Roman" w:eastAsia="Times New Roman" w:cs="Times New Roman"/>
        </w:rPr>
        <w:t>Chay historia tukukuyninpi, Michael uraykamuspa Moisesta Elíastaq kawsarichimun chay kinsa p’unchay huk kuskan wañusqa kashqankumanta qhawanakunapi, Apocalipsis chunka hukniyuq kapitulumanta rikuchisqahinata, hinallataq Danielpa iskay chunka hukniyuq p’unchay llakikuywan rikuchisqahinata, Cristopas yapamanta uraykamun. Ñawpaqtaqa rikuchin k’anchayninpa musqhakuyninta, chay musqhakuytaq runapa k’anchayninta allpapa ñut’unman churaykuspa t’aqanakuyta paqarichin. Daniel allpapa ñut’unpiña kaptin, hinaspa Daniel “causative” nisqa warmi musqhakuyta qhawarisqanwan tukusqaña kaptin, Gabrielqa huk kaq kutipi llamk’arisqa, manchaywan katkatichkaq chakinkunaman sayarichisqa.</w:t>
      </w:r>
    </w:p>
    <w:p>
      <w:pPr>
        <w:pStyle w:val="ArticleBody"/>
        <w:jc w:val="left"/>
      </w:pPr>
      <w:r>
        <w:rPr>
          <w:rFonts w:ascii="Times New Roman" w:hAnsi="Times New Roman" w:eastAsia="Times New Roman" w:cs="Times New Roman"/>
        </w:rPr>
        <w:t>Chaymiqa arcángel Miguel uraykamun “Moisesta kawsarichinapaq”, hinaspan Danielta iskay kuti yapay llamk’achin, payta mana kallpayuqta saqespa, imaraykuchus chiqapta Señor-ninwan rimashasqanmanta sinchita qaparichisqa karqan. Chaymanta Gabriel hamun, hinaspan kinsa kuti yapay llamk’achin, hinaspa kallpachaykun payta, utqaylla hamuq domingo kamachiypi estandarte hina llamk’ananpaq. Chay kimsa llamk’aykunaqa Apocalipsis chunka tawañiyuq kimsa angelkunapa unanchankuna kanku, ichaqa huk p’unchayllapi pasanku.</w:t>
      </w:r>
    </w:p>
    <w:p>
      <w:pPr>
        <w:pStyle w:val="ArticleBody"/>
        <w:jc w:val="left"/>
      </w:pPr>
      <w:r>
        <w:rPr>
          <w:rFonts w:ascii="Times New Roman" w:hAnsi="Times New Roman" w:eastAsia="Times New Roman" w:cs="Times New Roman"/>
        </w:rPr>
        <w:t>Ñawpaq angelpa experiencianqa Cristo illap’a hinam rikurimuyta, “causative” sutiyoq ch’iqay qhawariyta, hinaspa ñawpaq llamk’ayta ima, chaymi Danielta runa hatunchayninpa allpamanta hatarichin. Ñawpaq angelqa kimsa pasosniyoqmi, ñawpaqpi kaqkunata llapanta hap’iq, imaraykuchus chayqa ñawpaq mensajeta rikuchin. Mana qaqllachu ñawpaq llamk’ayqa NINEmanta ELEVENkama versículokunapi qillqasqa kasqanmanta.</w:t>
      </w:r>
    </w:p>
    <w:p>
      <w:pPr>
        <w:pStyle w:val="ArticleScripture"/>
        <w:jc w:val="left"/>
      </w:pPr>
      <w:r>
        <w:rPr>
          <w:rFonts w:ascii="Times New Roman" w:hAnsi="Times New Roman" w:eastAsia="Times New Roman" w:cs="Times New Roman"/>
        </w:rPr>
        <w:t>Chaymantaqa uyarirqani paypa siminkuna rimakusqanta; paypa siminkuna rimakusqanta uyarispataqmi uywaska puñuyman hina urmarqani uyaypi, uyaymi hallp’aman qhawasqa karqa. Hinaqtinpas, qhawariy, huk maki llamk’arqawan, chaymi qonqoriykunapiwan makiykunapa pampankunapiwan sayachirqawan. Hinaspa niwarqan: “Daniel, ancha munasqa runa, hamuq rimaykuna qampaq rimashqayta entiéndey, hinaspa cheqanpi sayariy; kunanqa qammanmi cachasqa kani.” Chay rimayta niwaptintaq, katkatataraq sayarirqani. Daniel 10:9–11.</w:t>
      </w:r>
    </w:p>
    <w:p>
      <w:pPr>
        <w:pStyle w:val="ArticleBody"/>
        <w:jc w:val="left"/>
      </w:pPr>
      <w:r>
        <w:rPr>
          <w:rFonts w:ascii="Times New Roman" w:hAnsi="Times New Roman" w:eastAsia="Times New Roman" w:cs="Times New Roman"/>
        </w:rPr>
        <w:t>Iscay kaq iskay ñak’ariyniyoq llamk’ay, Cristo kikin rurasqan, Danielta tikraykun mana rimay atiq kasqanmanta Señorninwan rimay atiq kananman. Iskay ñak’ariypiqa Danielqa mana samayniyoqchu; chayraykun kaypi rikuchisqa kashan Ezequielpa ñawpaq willakuyninman hina, qanchis chunka qanchisniyoq qillqapi.</w:t>
      </w:r>
    </w:p>
    <w:p>
      <w:pPr>
        <w:pStyle w:val="ArticleScripture"/>
        <w:jc w:val="left"/>
      </w:pPr>
      <w:r>
        <w:rPr>
          <w:rFonts w:ascii="Times New Roman" w:hAnsi="Times New Roman" w:eastAsia="Times New Roman" w:cs="Times New Roman"/>
        </w:rPr>
        <w:t>Hinaspa chayhina simikunata rimaptiwan ñuqaman, uyayta allpaman churakurqani, hinaspan upallaq tukurqani. Hinaqtinmi, qhawariy, runakunaq churinkunaman rikch’akuq hina hukqa simiykunata llamk’arqan. Chaymanta simiyta kicharirqani, rimarirqani, ñawpaqpi sayaqman nirqani: Ay, taytay, kay rikuyraykun llaquykunaqa ñuqaman kutimurqan, manataqmi kallpayta waqaycharqanikuchu. Ichaqa, ¿imaynataq kay taytaypa kamachin kay taytaywan rimayta atinman? Ñuqapaqqa, chaylla pachapi manañam ima kallpaypas qhiparqarqanchu, nitaq samaypas manañam ñuqapi qhiparqanchu. Daniel 10:15–17.</w:t>
      </w:r>
    </w:p>
    <w:p>
      <w:pPr>
        <w:pStyle w:val="ArticleBody"/>
        <w:jc w:val="left"/>
      </w:pPr>
      <w:r>
        <w:rPr>
          <w:rFonts w:ascii="Times New Roman" w:hAnsi="Times New Roman" w:eastAsia="Times New Roman" w:cs="Times New Roman"/>
        </w:rPr>
        <w:t>Ichaqa willakuynin Ezequielpa iskay ñiqin willakuyninpi, tawa wayrakunamanta hamuq willakuyqa tullukunaman pukunqa, kawsanankupaq hinallataq sinchi ejército hina sayariyninkupaq. Chay ejército-p kallpachasqa kayninqa kinsa ñiqin llamk’aywanmi rikuchisqa kachkan.</w:t>
      </w:r>
    </w:p>
    <w:p>
      <w:pPr>
        <w:pStyle w:val="ArticleScripture"/>
        <w:jc w:val="left"/>
      </w:pPr>
      <w:r>
        <w:rPr>
          <w:rFonts w:ascii="Times New Roman" w:hAnsi="Times New Roman" w:eastAsia="Times New Roman" w:cs="Times New Roman"/>
        </w:rPr>
        <w:t>Chaymantataqmi hinaspa runapa rikch’ayniyuq hina kaq huk kutimuspam hamurqan, llank’achiwargan. Nispaqtaq nirqan: “Ancha munasqa runa, ama manchakuychu; hawka kachun qanpaq; kallpachakuy, arí, kallpachakuy.” Chayta rimaptiñataq kallpachakusqaña karqani, hinaspam nirqani: “Señorñiy, rimariychis; qammi kallpachawarqanki.” Hinaspam nirqan: “¿Yachankichu imarayku qanman hamuni? Kunanqa kutisaq Persia suyupa príncipewan maqanakunapaq; lloqsisqaymantaqa, qhawariy, Grecia suyupa príncipe hamunqa. Ichaqa qamman rikuchisqayki cheqaq qillqasqapi qillqasqa kaqta; kaykunapiqa mana pipas noqawan kuska sayanichu, aswanqa Miguellla, qankunapa príncipeyniyki. Noqapas, Darío Medo nisqapa ñawpaq watañinpim, payta takyachinaypaq hinaspa kallpachaypaq sayarqani. Kunanñataq cheqaqta qamman rikuchisqayki. Qhawariy, Persia suyupim kinsa reykunaqa aswanraq sayarinqaku; tawa kaqñataq llapa paykunamanta ancha qhapaq kanqa. Qhapaq kayninwan kallpanwan kuskataq llapanta Grecia suyupa kamachiynin contra hatarichinqa.” Daniel 10:18–11:2.</w:t>
      </w:r>
    </w:p>
    <w:p>
      <w:pPr>
        <w:pStyle w:val="ArticleBody"/>
        <w:jc w:val="left"/>
      </w:pPr>
      <w:r>
        <w:rPr>
          <w:rFonts w:ascii="Times New Roman" w:hAnsi="Times New Roman" w:eastAsia="Times New Roman" w:cs="Times New Roman"/>
        </w:rPr>
        <w:t>Ezequiel qillqap chunka qanchisniyoq capítulo nisqapi iskay testigokunata kawsarichiq willakuyqa kinsa kaq ay niq Islam willakuymi; ichaqa, siki siki patapi, Gabriel sutiyoqmi reqsichin, Michael Moisesta hatarichispa hanaq pachaman apasqan unanchakuna hina rikuchikuyninpi, chay willakuyqa Estados Unidos llaqtap tukukuynin presidenteq willakuyninmi. Chayqa soqta kaq presidenteq willakuyninmi (Republicano waqra), paymi 2020 watapi wañuchisqa karqa, cheq Protestante waqra hina. Danielpa willakuyninpiqa, cheq Protestante waqrap waqaychasqa p’unchaykunamanta kawsarimuyqa, Republicano waqrap kawsarimuyninta reqsichiymanmi pusarqa.</w:t>
      </w:r>
    </w:p>
    <w:p>
      <w:pPr>
        <w:pStyle w:val="ArticleBody"/>
        <w:jc w:val="left"/>
      </w:pPr>
      <w:r>
        <w:rPr>
          <w:rFonts w:ascii="Times New Roman" w:hAnsi="Times New Roman" w:eastAsia="Times New Roman" w:cs="Times New Roman"/>
        </w:rPr>
        <w:t>Qanchis kuti Daniel qhelqa chunka kaq t’aqapi, “rikuy” icha “rikch’akuy” nisqa simi llamk’achisqa kachkan. Chay qanchis willakuykunaqa kikin hebreo simiwan reqsichisqa kanku, hukninman hina, kimsa kutipi chay simi warmi kay p’unchayninpi kachkan, hinaspa wakin tawa kutipi qhari kay p’unchayninpi kachkan. Qanchisqa hunt’asqa k’ay yupaymi kasqanrayku, hinaspa kimsa-tawa huñuy, mayqinmi qanchisman chayan, Revelación qhelqap hatun unanchayninmanta hukmi, maypichus qanchis iglesiakunamanta qhipa kimsan, qanchis sellokunamanta qhipa kimsan, hinaspa qanchis trompetakunamanta qhipa kimsan, ñawpaq tawaqmantataq sut’inchasqa t’aqasqa kanku.</w:t>
      </w:r>
    </w:p>
    <w:p>
      <w:pPr>
        <w:pStyle w:val="ArticleBody"/>
        <w:jc w:val="left"/>
      </w:pPr>
      <w:r>
        <w:rPr>
          <w:rFonts w:ascii="Times New Roman" w:hAnsi="Times New Roman" w:eastAsia="Times New Roman" w:cs="Times New Roman"/>
        </w:rPr>
        <w:t>Danielpa, Apocalipsiswan librokunaqa hukllam libro kanku, chayraykun kay sentidopeqa Danielpas Juampas kikin qhepa p’unchaykunapa simbólon kanku. Chunka kaq capitulopi Cristopa rikuyñinqa, Apocalipsispa huk kaq capitulopi Cristopa rikuyñinmi.</w:t>
      </w:r>
    </w:p>
    <w:p>
      <w:pPr>
        <w:pStyle w:val="ArticleBody"/>
        <w:jc w:val="left"/>
      </w:pPr>
      <w:r>
        <w:rPr>
          <w:rFonts w:ascii="Times New Roman" w:hAnsi="Times New Roman" w:eastAsia="Times New Roman" w:cs="Times New Roman"/>
        </w:rPr>
        <w:t>Apocalipsis qillqapa huk ñiqin kapítulonpi, Juanqa qhepanta huk simita uyarin, hinaspan rimashaqta rikunanpaq kutirin.</w:t>
      </w:r>
    </w:p>
    <w:p>
      <w:pPr>
        <w:pStyle w:val="ArticleScripture"/>
        <w:jc w:val="left"/>
      </w:pPr>
      <w:r>
        <w:rPr>
          <w:rFonts w:ascii="Times New Roman" w:hAnsi="Times New Roman" w:eastAsia="Times New Roman" w:cs="Times New Roman"/>
        </w:rPr>
        <w:t>Señorpa p’unchayninpi Espiritupi kasharqani, hinaspan qhipaymanta uyarisqani hatun qapariyta, trompetapa hina, nispa: Ñoqam kani Alfa hinaspa Omega, ñawpaq kaqpas qhipa kaqpas; hinaspa: Imatachus rikunki, chayta qillqay huk libropi, hinaspan kachay qanchis iglesiakunaman Asyapi kaqkunaman; Efesoman, Esmirnaman, Pergamoman, Tiatiraman, Sardisman, Filadelfiaman, hinaspa Laodiceaman. Apocalipsis 1:10, 11.</w:t>
      </w:r>
    </w:p>
    <w:p>
      <w:pPr>
        <w:pStyle w:val="ArticleBody"/>
        <w:jc w:val="left"/>
      </w:pPr>
      <w:r>
        <w:rPr>
          <w:rFonts w:ascii="Times New Roman" w:hAnsi="Times New Roman" w:eastAsia="Times New Roman" w:cs="Times New Roman"/>
        </w:rPr>
        <w:t>Ima kasqan kimsa llamk’aykuna Danielpa chunka capítulope kaptinpas, utaq Revelación nisqapa huk ñiqin capítulope kaq chay kikin rikuy kaptinpas, utaq Ezequielpa kimsa chunka qanchisniyuq capítulope iskay willakuykuna kaptinpas, utaq Isaías altar patamanta hap’iq kawsay nina rumiwan tupasqa kaptinpas, chay experiencia sut’inchan qhepa tukuy willakuy qapariypa kallpachakusqanta, chay willakuytaq qallarin iskay testigokunapa kawsarimuyñinpi julio killapi 2023 watapi. Daniel, Juan, Ezequiel, Isaías ima, llapankutaq sut’inchanku huk kachaqta, payqa uyarin “voz” nisqata “ñawpa ñankunamanta” qhepanmanta, chaymi tapun: “pitataq kachasaq?” Chay kachaq kutichispa, “kaypin kani, kachaway,” nisqanpi, kallpachakunmi, hinaspataq oqarin siminta, chunlla pampapi waqyaq hina. “Pipas rinriyuk kaqqa, uyariychun Espíritu iglesiakunaman nisqanta.”</w:t>
      </w:r>
    </w:p>
    <w:p>
      <w:pPr>
        <w:pStyle w:val="ArticleBody"/>
        <w:jc w:val="left"/>
      </w:pPr>
      <w:r>
        <w:rPr>
          <w:rFonts w:ascii="Times New Roman" w:hAnsi="Times New Roman" w:eastAsia="Times New Roman" w:cs="Times New Roman"/>
        </w:rPr>
        <w:t>Qatiq qhipa qillqasninchikpi kay yachayta qatipasaqku.</w:t>
      </w:r>
    </w:p>
    <w:p>
      <w:pPr>
        <w:pStyle w:val="ArticleScripture"/>
        <w:jc w:val="left"/>
      </w:pPr>
      <w:r>
        <w:rPr>
          <w:rFonts w:ascii="Times New Roman" w:hAnsi="Times New Roman" w:eastAsia="Times New Roman" w:cs="Times New Roman"/>
        </w:rPr>
        <w:t>“Chay ñawpaqpi nisqa ruwaypi, angil Gabrielqa Danielman tukuy yachachiyta qorqan chay pacha chaskiyta atinankama. Ichaqa, wakin watakuna qhipaman, profetaqa munarqan aswan yachayta wak asuntokunamanta mana ña allinta sut’ichasqamanta, hinaspataq yapamanta churakurqan Diosmanta k’anchayta, yachayta maskhananpaq. ‘Chay p’unchaykunapi noqaqa Daniel llakisqa karqani kimsa hunt’a semanakuna hunt’anta. Mana mikurqanichu misk’i t’antata, manataq aychata ni vinota simiyman hamurqanchu, manataq mayqen kutipas hawinakurqanichu…. Chaymantataq ñawiykunata oqarirqani, qhawarirqanitaq, hinaspa qhawariy, huk qhari linu p’achawan p’achasqa, karan sinch’inta Uphaz allin qoriwan watasqa. Kurkunpas berilo rumi hina karqan, uyantaq illapa rikch’aynin hina, ñawinkunataq nina mechakuna hina, makinkunapas chakinkunapas lliphisqa bronce rikch’ayniyuq hina, rimayninkunapaq kunkantaq achka runakunapaq kunkan hina karqan’ (Daniel 10:2–6).”</w:t>
      </w:r>
    </w:p>
    <w:p>
      <w:pPr>
        <w:pStyle w:val="ArticleScripture"/>
        <w:jc w:val="left"/>
      </w:pPr>
      <w:r>
        <w:rPr>
          <w:rFonts w:ascii="Times New Roman" w:hAnsi="Times New Roman" w:eastAsia="Times New Roman" w:cs="Times New Roman"/>
        </w:rPr>
        <w:t>“Kay ñawirichiyqa rikch’akunmi Juanman qosqa kaqwan, Cristo payman rikuchisqa kaptin Patmos Isla patapi. Mana pisi personajechu, Diospa Churin kikinmi Danielman rikurirqan. Señorninchik hamun huk hanaq pacha kachaqwan kuska, Danielta yachachinampaq ima pasananmanta qhepa p’unchaykunapi.</w:t>
      </w:r>
    </w:p>
    <w:p>
      <w:pPr>
        <w:pStyle w:val="ArticleScripture"/>
        <w:jc w:val="left"/>
      </w:pPr>
      <w:r>
        <w:rPr>
          <w:rFonts w:ascii="Times New Roman" w:hAnsi="Times New Roman" w:eastAsia="Times New Roman" w:cs="Times New Roman"/>
        </w:rPr>
        <w:t>“Pachak runakunaq Qespichiqnin rivelasqan hatun cheqaqkunaqa pakasqa quri qollqekunata hina maskhaqkunapaqmi kanku. Danielqa machu runañam karqa. Kawsayninqa huk mana yupaychasqa kurtiypi ima munay fascinasqankunawan pasasharqa, yuyaynintaq hatun imperioq ruwayninkuna llumpay huntasqa karqa. Chaywanpas llapan chaykunamanta karunchakuspa, Diospa ñawpaqenpi alma-ninta ñak’arichin, ancha Hatunpaq munayninkunamanta yachayta maskhan. Hinaspan mañakusqankunaman kutichispa, hanaq pacha kurtiykunamanta k’anchay willasqa karqa qhepa p’unchaykunapi kawsanankupaq. Chay hinaqa, may hina kallpawan Diosta maskhananchik, pay yuyayninchikta kicharipunampaq, hanaq pachamanta apamusqa cheqaqkunata unanchananchikpaq.”</w:t>
      </w:r>
    </w:p>
    <w:p>
      <w:pPr>
        <w:pStyle w:val="ArticleScripture"/>
        <w:jc w:val="left"/>
      </w:pPr>
      <w:r>
        <w:rPr>
          <w:rFonts w:ascii="Times New Roman" w:hAnsi="Times New Roman" w:eastAsia="Times New Roman" w:cs="Times New Roman"/>
        </w:rPr>
        <w:t>“ ‘Ñoqa Daniel sapallaymi rikurqani chay rikuchisqata; ñoqawan kuska kaq runakari manam rikurqakuchu chay rikuchisqata; ichaqa hatun chukchuy paykunaman urmaykurqan, chaymi pakakuyta maskhaspa ayqekurqaku…. Hinaptinmi manaña kallpaqa noqapi quparqanchu; sumaq kayniymi noqapi ismusqa hina tukurqan, manataqmi kallpayta waqaycharqanichu’ (versículos 7, 8). Llapan cheqaqta santuqchasqa kaqkunam kikin hina experiencia-ta pasankuman. Aswan sut’ita qhawasqankuman hina Cristo-pa hatun kayninta, k’anchayninta, hunt’asqa kaynintawan, chay hina sut’illataqmi kikinkupa pisi kallpayta, mana hunt’asqa kaynintawan rikusqanku. Manam ima munayniyoqchu kankuman huchannaq kayta nispa mañakuyta; imachus kikinkupi allin, sumaq hina rikurqan, Cristo-pa chuya kayninwan k’anchayninwan tinkuchisqaqa, mana chaninniyoq, ismuqlla kasqanta hina rikurinqa. Runakuna Diosmanta t’aqasqa kashaqtinku, Cristo-manta ancha mana sut’i qhawariyniyoq kashaqtinku, chaymi ninku: ‘Ñoqaqa huchannaqmi kani; santuqchasqañam kani.’ ”</w:t>
      </w:r>
    </w:p>
    <w:p>
      <w:pPr>
        <w:pStyle w:val="ArticleScripture"/>
        <w:jc w:val="left"/>
      </w:pPr>
      <w:r>
        <w:rPr>
          <w:rFonts w:ascii="Times New Roman" w:hAnsi="Times New Roman" w:eastAsia="Times New Roman" w:cs="Times New Roman"/>
        </w:rPr>
        <w:t>“Gabrielqa kunan profetaman rikhurirqan, hinaspataq kayhinata rimapaykurqan: ‘¡Ay Daniel, ancha munasqa runa, qamman rimashqay simikunata entiendesqayki, sayariy chiqanpi; qammanmi kunan kachamusqa kani. Kay simita ñoqa rimapayasqaymantaq, khatatatispa sayarirqani. Hinaspataq payqa niwarqan: Ama manchakuychu, Daniel; imaraykuchus ñawpaq punchawmanta pacha sonqoykita churanki entiendenaykipaq, hinaspa Diosniykipa ñawpaqenpi kikillaykita humillakunki chastenakuspa, simiykikuna uyarikusqañam karqan, hinaspa simiykikunaraykun hamuni’ (versículos 11, 12).”</w:t>
      </w:r>
    </w:p>
    <w:p>
      <w:pPr>
        <w:pStyle w:val="ArticleScripture"/>
        <w:jc w:val="left"/>
      </w:pPr>
      <w:r>
        <w:rPr>
          <w:rFonts w:ascii="Times New Roman" w:hAnsi="Times New Roman" w:eastAsia="Times New Roman" w:cs="Times New Roman"/>
        </w:rPr>
        <w:t>“¡Imaynataq hatun yupaychayta Danielman qawachin Hanaq Pachanpa Kikin Hatun Kaynin! Payqa mancharisqa sirviqninta sonqochan, hinaspataq aswan takyachin, mañakusqan hanaq pachapi uyarisqa kasqanta. Chay kallpawan hunt’asqa mañakuyman kutichinapaqmi angil Gabriel cachasqa karqa Persia nacionpa reypa sonqonta kuyuchinampaq. Kimsa simana tukuy Daniel ayunaspataq mañakuspa kashaqtinmi chay monarcaqa Diospa Espiritunpa sonqoman chayasqan yuyaychaykunata hark’arqa; ichaqa hanaq pachaq Príncipen, Arcángel Miguelmi cachasqa karqa, chay sinchi sonqoyuq reyqpa sonqonta tikranampaq, Danielpa mañakuyninman kutichinapaq huk sut’i ruwayta ruwanampaq.”</w:t>
      </w:r>
    </w:p>
    <w:p>
      <w:pPr>
        <w:pStyle w:val="ArticleScripture"/>
        <w:jc w:val="left"/>
      </w:pPr>
      <w:r>
        <w:rPr>
          <w:rFonts w:ascii="Times New Roman" w:hAnsi="Times New Roman" w:eastAsia="Times New Roman" w:cs="Times New Roman"/>
        </w:rPr>
        <w:t>“‘Hinaspa chay hina simikunata noqaman rimaruspan, uyaayta pampaman churani, hinaspan upallaq tukurqani. Hinaqtinpas, qhawariy, runakunaq churinkunaman rikch’akuq hina hukmi simiykunata llamk’arqan…. Hinaspan nirqan: Ancha munasqa runa, ama manchakuychu; thak kay qampaq kachun; kallpachakuy, ari, kallpachakuy. Pay noqaman rimaruspanmi kallpachasqa karqani, hinaspan nirqani: Señorniy rimachun; qanmi kallpachawarqanki’ (versículos 15–19). Danielman rikuchisqa Diospa hatun k’anchaynin ancha hatun karqan, chayraykun qhawariyta mana atirqanchu. Chaymantan hanaq pacha kachaqnin qayllayninpa lliphiy k’anchayninta pakarqan hinaspan profetaman rikurirqan ‘runakunaq churinkunaman rikch’akuq hina huk’ (versículo 16). Diospa atiyninwanmi cheqaq kayniyuq, iñiyniyuq kay runata kallpacharqun, Diosmanta payman apachisqa willakuyta uyariyninpaq.”</w:t>
      </w:r>
    </w:p>
    <w:p>
      <w:pPr>
        <w:pStyle w:val="ArticleScripture"/>
        <w:jc w:val="left"/>
      </w:pPr>
      <w:r>
        <w:rPr>
          <w:rFonts w:ascii="Times New Roman" w:hAnsi="Times New Roman" w:eastAsia="Times New Roman" w:cs="Times New Roman"/>
        </w:rPr>
        <w:t>“Danielqa Ancha Hatun Altísimo Diospa sapa sonqoyoq sirviqnin karqan. Paypa unay kawsayninqa Hunt’asqa karqan allin, sumaq rurasqankunawan Señorninpaq servicionpi. Paypa caracterninpa ch’uyanchaynin hinaspa mana kuyuriq cheqaq kayninqa hukllaña tupanku sonqonpa humilde kayninwan hinaspa Dios ñawpaqpi llakikuyninwan. Yapamanta nisunchik: Danielpa kawsayninqa Diosmanta hamuq qelqasqa rikuchiymi cheqaq santificaciónta.” Santified Life, 49–52.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Qelqan — Pachak Pichqa Chunka Isqunniyuq</dc:title>
  <dc:subject>Kinsa Angelkunapa Llamk’aykuna Danielpa Rikuyinpi Qallarichisqa: Huk Profétik Revelación</dc:subject>
  <dc:creator>Jeff Pippenger</dc:creator>
  <cp:keywords/>
  <dc:description>Generated by ArticleDigger from daniel\159_daniel.json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