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Número quince</w:t>
      </w:r>
    </w:p>
    <w:p>
      <w:pPr>
        <w:pStyle w:val="ArticleSubtitle"/>
        <w:jc w:val="left"/>
      </w:pPr>
      <w:r>
        <w:rPr>
          <w:rFonts w:ascii="Arial" w:hAnsi="Arial" w:eastAsia="Arial" w:cs="Arial"/>
        </w:rPr>
        <w:t>Danielpa iskay ñiqin kapítulon — Pisiyachisqa willakuywan tukuchiy, iskay kaq parte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 watapi tukukuq usyaypa tukukuy ninapi, chunlla pampapi qapariq simi qallarisqa wañusqa ch’aki tullukunaman qaparimuyta, imaynachus Daniel Ariochman rispa payta willarqan “pakasqa yachayta” entiendesqanmanta. Daniel, Hananiahwan, Mishaelwan, hinaspa Azariahwan tinkuchisqa, Elías willakuqta rikuchinku, hinaspa Elíaspa willakuynin sut’inchan: Diospa llaqtan runakuna chayta entiendenchus utaq chaskinkuchus mana, ñanmi ñakay cursesqapi kachkanku.</w:t>
      </w:r>
    </w:p>
    <w:p>
      <w:pPr>
        <w:pStyle w:val="ArticleScripture"/>
        <w:jc w:val="left"/>
      </w:pPr>
      <w:r>
        <w:rPr>
          <w:rFonts w:ascii="Times New Roman" w:hAnsi="Times New Roman" w:eastAsia="Times New Roman" w:cs="Times New Roman"/>
        </w:rPr>
        <w:t>Kunanqa, sacerdotekuna, kay kamachikuyqa qankunapaqmi. Mana uyariwaqchikchu, mana sonqoykichikman churawaqchikchu sutiyta hatunchanapaq, nispa Señor de los ejércitos nin, ñoqaqa qankunaman maldicionta cachamusaq, saminchaykichiktapas maldecisaqmi. Arí, ñam maldeciruniña, mana sonqoykichikman churasqaykichikrayku. Malaquías 2:1, 2.</w:t>
      </w:r>
    </w:p>
    <w:p>
      <w:pPr>
        <w:pStyle w:val="ArticleBody"/>
        <w:jc w:val="left"/>
      </w:pPr>
      <w:r>
        <w:rPr>
          <w:rFonts w:ascii="Times New Roman" w:hAnsi="Times New Roman" w:eastAsia="Times New Roman" w:cs="Times New Roman"/>
        </w:rPr>
        <w:t>Qhipa p’unchaykunapi “sacerdotekuna”, Pedro nisqanman hina, Diospa pacto llaqtanmi kanku, ñawpaqtaqa mana Diospa pacto llaqtanchu karqanku. Paykunan “pakasqa libromanta” mikurqanku, Apocalipsis chunka pusaqniyuqpi atiyniyuq angel uraykamuspa setiembre 11, 2001 watapi chay p’unchaypi. Ichaqa Malaquías nisqanman hina, ñakasqa kanku.</w:t>
      </w:r>
    </w:p>
    <w:p>
      <w:pPr>
        <w:pStyle w:val="ArticleScripture"/>
        <w:jc w:val="left"/>
      </w:pPr>
      <w:r>
        <w:rPr>
          <w:rFonts w:ascii="Times New Roman" w:hAnsi="Times New Roman" w:eastAsia="Times New Roman" w:cs="Times New Roman"/>
        </w:rPr>
        <w:t>Sichus qankunaqa mallirqankichikña Señorqa sumaq sonqoyoq kasqanta. Payman hamuspa, kawsachkaq rumi hina, runakunaqaqa chiqnisqa chaypas, Diospa akllasqan, ancha chanin rumi kasqanman hina, qankunapas kawsachkaq rumikuna hina, huk espiritu wasi hina sayarichisqa kankichik, ch’uya sacerdociokuna kananpaq, Jesucristo rayku Diospa chaskisqan espiritu sacrificiokunata haywanaykichikpaq. Chayraykun Qellqasqapipas nin: “Qhawariy, Sionpi churani huk akllasqa, ancha chanin, esquinaq umalliq ruminta; paypi creenqa mana p’enqayman urmanqachu,” nispa. Chaymi qankuna creeqkunapaq payqa ancha chanin; ichaqa mana kasukuqkunapaqmi, wasi ruwaqkunaq mana chaskisqan rumiqa, chay kikinmi tukurqan esquinaq umalliqninman, hinallataq mitk’achiq rumi, urmachiq qaqa; simipi mitk’aqkunapaq, mana kasukuspa. Chaypaqmi paykuna churakusqa karqanku. Ichaqa qankunaqa akllasqa miraymi kankichik, reypa sacerdocion, ch’uya nación, Diospaq sapaq llaqta; chay hinaqa willanaykichikpaq paypa alabanzankunata, paymi tutaymanta qayasurqankichik musphaypaq k’anchayninman. Ñawpaq p’unchawkunapiqa mana llaqta karqankichikchu, kunanqa Diospa llaqtanñam kankichik; mana khuyapayakuyta chaskirqankichikchu, kunanqa ichaqa khuyapayakuyta chaskirqankichikña. 1 Pedro 2:3–10.</w:t>
      </w:r>
    </w:p>
    <w:p>
      <w:pPr>
        <w:pStyle w:val="ArticleBody"/>
        <w:jc w:val="left"/>
      </w:pPr>
      <w:r>
        <w:rPr>
          <w:rFonts w:ascii="Times New Roman" w:hAnsi="Times New Roman" w:eastAsia="Times New Roman" w:cs="Times New Roman"/>
        </w:rPr>
        <w:t>Qhipa p’unchaykunapa “sacerdotekunaqa” chaykuna kanku “mallikuspa yachaqkuna Señor allin kasqanta”. “Ñawpaq p’unchaykunapi” paykunaqa “mana llaqtaq runankunachu karqanku, ichaqa kunanqa Diospa llaqtan runankuna kanku”. Paykunaqa chay “kawsay rumita” tarirqaku, mayqinchus “runakunaq mana chaskisqanpunim karqa, ichaqa Diospa akllasqanmi, ancha chaninmi” nisqa. Chay rumiqa Levítico iskay chunka suqta-yuqpi nisqa “qanchis kuti” nisqanmi, mayqintachus movimiento Milleritaq “constructorkuna” 1863 watapi “mana chaskirqaku”. Millerita “constructorkunaqa” 1798 watamanta 1844 watakama tawa chunka suqta watakunapi huk templo ruwarqaku, ichaqa chaymanta qhipaman 1856 watapi chay “qanchis kuti”manta chayaq “yachaypa yapakusqanta” rechazarayta akllarqaku.</w:t>
      </w:r>
    </w:p>
    <w:p>
      <w:pPr>
        <w:pStyle w:val="ArticleScripture"/>
        <w:jc w:val="left"/>
      </w:pPr>
      <w:r>
        <w:rPr>
          <w:rFonts w:ascii="Times New Roman" w:hAnsi="Times New Roman" w:eastAsia="Times New Roman" w:cs="Times New Roman"/>
        </w:rPr>
        <w:t>Llaqtaykunaqa yachay pisi kasqanrayku chinkachisqañam kanku: qam yachayta qhispirqusqaykirayku, ñuqapas qamtam qhispirqusqayki, ama ñuqa rayku sacerdotekanapaqñachu kananpaq: Diosniykipa kamachikuyninta qonqapusqaykirayku, ñuqapas wawaykikunatam qonqasaq. Imaynachus mirasqankuman hina, chayhinataqmi huchallikurqaku ñuqapaq contraypi: chayraykum hatun kayninkuta p’enqayman tikraq. Oseas 4:6, 7.</w:t>
      </w:r>
    </w:p>
    <w:p>
      <w:pPr>
        <w:pStyle w:val="ArticleBody"/>
        <w:jc w:val="left"/>
      </w:pPr>
      <w:r>
        <w:rPr>
          <w:rFonts w:ascii="Times New Roman" w:hAnsi="Times New Roman" w:eastAsia="Times New Roman" w:cs="Times New Roman"/>
        </w:rPr>
        <w:t>Qhipa p’unchaykunap “sacerdotekunaqa” “qanchis kuti” willakuyta chaskirqanku, 2001 wata, septiembre 11 qhipaman, Adventismopa ñawpaq ñankunaman kutichisqa kaspanku. Pakasqa librupa willakuyninta mallirqanku, chayqa “ancha chaninmi” karqa. Ichaqa Malaquías nin qhipa p’unchaykunap sacerdotekunaqa “maldecisqas” kanku, chaymantapas “qanchis kuti” nisqaqa huk maldiciónmi. Paykunaqa “qanchis kuti” maldición urapi kanku, taytankunap huchankunata yapamanta rurashqankurayku. Malaquías nin sacerdotekunaqa Diospa sutinta qhellichirqanku, huk “qhellichisqa ofrenda” haywaspankurayku. Chay ofrendaqa 18 julio 2020 p’unchaymanta rimay-paq willakuymi karqa.</w:t>
      </w:r>
    </w:p>
    <w:p>
      <w:pPr>
        <w:pStyle w:val="ArticleScripture"/>
        <w:jc w:val="left"/>
      </w:pPr>
      <w:r>
        <w:rPr>
          <w:rFonts w:ascii="Times New Roman" w:hAnsi="Times New Roman" w:eastAsia="Times New Roman" w:cs="Times New Roman"/>
        </w:rPr>
        <w:t>Inti lloqsimuymanta p'unchay chinkayninkama sutiyqa hatun kanqa mana judío nacionkunapurapi; tukuy cheqepitaq sutiypaq q'uwi incienso haywarisqa kanqa, ch'uwa haywarikuypas: sutiyqa hatun kanqa mana judío runakunapurapi, nispa Señor de los ejércitos. Qankunaqa ichaqa chayta qhellichankichik, nispa: Señorpa mesa qhellichasqa kachkan; ruruynintaq, mikhuyninpas, pisi yupaychasqa kachkan. Nirqankichiktaqmi: Qhawariy, ancha sayk'uchiqmi kayqa; hinaspataq p'enqachinkichik chayta, nin Señor de los ejércitos; apamurqankichiktaq llik'isqata, such'uta, unqusqata; hina haywarikuqta apamurqankichik: chaytaqa makiykichikmanta chaskiymanchu? nin Señor. Ichaqa engañadorqa maldecisqasqa kachun, uywankunapi urqu kaspa, prometespa, Señorpaq haywarin mana allin kaqta: noqaqa hatun Reymi kani, nin Señor de los ejércitos, sutiytaq manchakuypaqmi mana judío runakunapurapi. Kunanqa, ay sacerdotekuna, kay kamachikuyqa qankunapaqmi. Mana uyariyta munankichikchu chayqa, mana sonqoykichikman churayta munankichikchu sutiyta hatunchanapaq, nin Señor de los ejércitos, chayqa maldicionta cachamusqaykichik, bendicionniykichiktapas maldecisqaymi; arí, ñaqañam maldeciruniña, mana sonqoykichikman churasqaykichikrayku. Qhawariy, muruyniykichikta waqllichisaq, uywakunapa ismanwan uyaykichikman t'akasaq, solemn fiestaykichikpa ismanwan; hinaspataq chaywan kuska apasunkichik. Chaymi yachankichik kay kamachikuyta qankunaman kachamusqayta, Levíwan rimanakuyñiy kasunanpaq, nin Señor de los ejércitos. Malaquías 1:11–2:4.</w:t>
      </w:r>
    </w:p>
    <w:p>
      <w:pPr>
        <w:pStyle w:val="ArticleBody"/>
        <w:jc w:val="left"/>
      </w:pPr>
      <w:r>
        <w:rPr>
          <w:rFonts w:ascii="Times New Roman" w:hAnsi="Times New Roman" w:eastAsia="Times New Roman" w:cs="Times New Roman"/>
        </w:rPr>
        <w:t>Levíwan rimanakuyqa uywakuna yupaychasqa unquypa rikch’ayninpi Leví aylluq runakunaq sutinchasqa sonqosapa kasqankuta unanchan, Aarónpa quri becerro nisqapa hatariyninpi. Malaquías qillqapi Leví aylluq runakunaqa, rimanakuypa kachaqninwan chuyaqchasqa kaspa, “huk haywarikuyta” chiqap kaypi haywanankupaqmi chuyaqchasqa kanku. Chay haywarikuyqa Cristopa sutimanta willakuymi, chaymi paypa carácternin.</w:t>
      </w:r>
    </w:p>
    <w:p>
      <w:pPr>
        <w:pStyle w:val="ArticleScripture"/>
        <w:jc w:val="left"/>
      </w:pPr>
      <w:r>
        <w:rPr>
          <w:rFonts w:ascii="Times New Roman" w:hAnsi="Times New Roman" w:eastAsia="Times New Roman" w:cs="Times New Roman"/>
        </w:rPr>
        <w:t>“Diosmanta mana allinta entiyninpa tutayanmi kay pachata llikllachkan. Runakunaqa paypa kawsayninmanta yachayninkuta chinkachkanku. Chayqa mana allinta entisqañam, hinaspa pantasqa rikuchisqañam. Kay pachapiqa Diosmanta huk willakuy willakusqa kanan: chay willakuyqa kallpanwan achikyaqmi, atipayninwan salvakuyta quqmi. Paypa kawsayninqa reqsichisqa kanan. Kay pachapa tutayninmanqa kacharisqa kanan paypa hatun k’anchayninpa achkiynin, allin kayninpa, kuyapayakuyninpa, cheqaq kayninpa achkiynin.”</w:t>
      </w:r>
    </w:p>
    <w:p>
      <w:pPr>
        <w:pStyle w:val="ArticleScripture"/>
        <w:jc w:val="left"/>
      </w:pPr>
      <w:r>
        <w:rPr>
          <w:rFonts w:ascii="Times New Roman" w:hAnsi="Times New Roman" w:eastAsia="Times New Roman" w:cs="Times New Roman"/>
        </w:rPr>
        <w:t>Kaymiqa llaqtamanta willakuq Jerusalén, kallpawan kunkaykita hoqariy; hoqarispa ama manchakuychu; Judá llaqtakunaman niy: Qhawariychik qankunapa Diosniykichikta! Qhawariy, Señor Diosqa kallpasapa makiwan hamunqa, hinaspa brazo-ninmi paypaq kamachinqa; qhawariy, premiunqa paywanmi kachkan, rurasqanpas paypa ñawpaqenpin kachkan. Kaymi profeta Isaías rimarisqan simikunapi nisqa ruwana: Isaías 40:9, 10.</w:t>
      </w:r>
    </w:p>
    <w:p>
      <w:pPr>
        <w:pStyle w:val="ArticleScripture"/>
        <w:jc w:val="left"/>
      </w:pPr>
      <w:r>
        <w:rPr>
          <w:rFonts w:ascii="Times New Roman" w:hAnsi="Times New Roman" w:eastAsia="Times New Roman" w:cs="Times New Roman"/>
        </w:rPr>
        <w:t>“Novio hamunanta suyaqkunaqa llaqtaman ninankupaqmi, ‘Qhawariychik qankunapa Diosniykita.’ Qasiypa kanchariyninpa qhipa k’anchayninkuna, kay pachaman qusqa kananpaq qhipa khuyapayakuymanta willakuyqa, paypa munakuyniyuq kasqanpa kaynin rikuchisqanmi. Diospa wawankunaqa paypa hatun kayninta rikuchinankupaqmi. Kikin kawsayninkupi, kikin kayninpipas, Diospa graciankuna imayna paykunapaq rurapusqanta rikuchinankupaqmi.” Christ’s Object Lessons, 415.</w:t>
      </w:r>
    </w:p>
    <w:p>
      <w:pPr>
        <w:pStyle w:val="ArticleBody"/>
        <w:jc w:val="left"/>
      </w:pPr>
      <w:r>
        <w:rPr>
          <w:rFonts w:ascii="Times New Roman" w:hAnsi="Times New Roman" w:eastAsia="Times New Roman" w:cs="Times New Roman"/>
        </w:rPr>
        <w:t>Malaquíaspa sacerdotekunaq ofrendanta Diospa sutinta qhellichiqta haywarqanku. Chay ofrendaqa huk willakuyta rikuchin, chaymanta Nashville llaqtapi 18 julio 2020 p’unchawpi willakuyqa huk qhellichisqa ofrenda karqan. Qhellichisqa karqan Cristo kikin Apocalipsis chunka qillqapi qosqan profético kamachikuyta mana kasukuspankumanta, chaymi nisqa kasharqan: “tiempoqa manaña kanqachu”.</w:t>
      </w:r>
    </w:p>
    <w:p>
      <w:pPr>
        <w:pStyle w:val="ArticleScripture"/>
        <w:jc w:val="left"/>
      </w:pPr>
      <w:r>
        <w:rPr>
          <w:rFonts w:ascii="Times New Roman" w:hAnsi="Times New Roman" w:eastAsia="Times New Roman" w:cs="Times New Roman"/>
        </w:rPr>
        <w:t>Hina ángel, lamar qochapi hinallataq allpapi sayashaqta rikurqani, hanaq pacha-man makinta hoqarispa, wiñaypaq wiñaykama kawsajpa sutinpi jurarqan; paymi hanaq pachata kamarqan, chaypi kaqkunatapas; allpatapas, chaypi kaqkunatapas; lamar qochatapas, chaypi kaqkunatapas; nirqanmi: manañam tiempoqa kanqachu. Apocalipsis 10:5, 6.</w:t>
      </w:r>
    </w:p>
    <w:p>
      <w:pPr>
        <w:pStyle w:val="ArticleBody"/>
        <w:jc w:val="left"/>
      </w:pPr>
      <w:r>
        <w:rPr>
          <w:rFonts w:ascii="Times New Roman" w:hAnsi="Times New Roman" w:eastAsia="Times New Roman" w:cs="Times New Roman"/>
        </w:rPr>
        <w:t>Malaquías capítulo kinsapiykunapi Leví runakunawan rikuchisqa “chanin kaypa ofrenda”qa, ñawpaq p’unchaykunapi hina ofrendam, chayqa huk willakuytam rikuchin. “Ñawpaq watakuna”qa chay willakuypa ch’uya kayninta rikuchin, mayqinchus Millerita historiapi ñawpaq llaqukuyta paqarichirqan. Ismusqasqa ofrendaqa 18 de julio de 2020 p’unchaypa ismusqasqa willakuynintam rikuchin, ichaqa chaypas huk paralelo ruwayllam kachkan.</w:t>
      </w:r>
    </w:p>
    <w:p>
      <w:pPr>
        <w:pStyle w:val="ArticleScripture"/>
        <w:jc w:val="left"/>
      </w:pPr>
      <w:r>
        <w:rPr>
          <w:rFonts w:ascii="Times New Roman" w:hAnsi="Times New Roman" w:eastAsia="Times New Roman" w:cs="Times New Roman"/>
        </w:rPr>
        <w:t>Paymi tiyaykanqa qillqita qhullunatawan chuyanchanata hina; Levípa churinkunatataq chuyanchanqa, qorita qillqitawan hina ñut’uchispa, chay hinaq paykunaqa Señorman chiqap kaypi ofrendata haywanankupaq. Chaymantataq Judápa Jerusalénpa ofrendanqa Señorpaq kusikuypaq kanqa, ñawpaq p’unchaykunapi hina, unay wata kunapi hina. Malaquías 3:3, 4.</w:t>
      </w:r>
    </w:p>
    <w:p>
      <w:pPr>
        <w:pStyle w:val="ArticleBody"/>
        <w:jc w:val="left"/>
      </w:pPr>
      <w:r>
        <w:rPr>
          <w:rFonts w:ascii="Times New Roman" w:hAnsi="Times New Roman" w:eastAsia="Times New Roman" w:cs="Times New Roman"/>
        </w:rPr>
        <w:t>Malakíaspi reqsichisqa “ñakay”qa reqsichin huk yant’ayta, ima kasqanta Eliaspa sut’inchasqanqa chayta riqsisqanchikmanta. Kunan pachapi rikch’ariqkunanchikqa unanchayta tiyan, “qanchis kuti” ñakaypa cheqan kasqanqa ñuqanchikman hunt’akusqanta, rikuchisqanchik hatarikuypi huchasapa willakusqanchikwan, 18 julio 2020 p’unchawpaq huchallikuq sut’inchayta rurarisqanchikpi. Chaymantapas hukmanta yapay akllayta tiyan mayqin profético metodologíata mikhunanchikpaq akllakusqanchikta. Iskay testigokuna kay chiqaqmanta, hukkunapas kanmi, tarikunkuman Malakíaspa qhawariyninpi hamuq Eliasmanta, hinallataq Eliaspa kikin historianninpipas. Elias sut’ita reqsichirqan hukllam allin willakuy kasqanta, hukllam allin metodología kasqantapas.</w:t>
      </w:r>
    </w:p>
    <w:p>
      <w:pPr>
        <w:pStyle w:val="ArticleScripture"/>
        <w:jc w:val="left"/>
      </w:pPr>
      <w:r>
        <w:rPr>
          <w:rFonts w:ascii="Times New Roman" w:hAnsi="Times New Roman" w:eastAsia="Times New Roman" w:cs="Times New Roman"/>
        </w:rPr>
        <w:t>Hina Elías tisbita, Gilead llaqtapi tiyqaqkuna ukhupi kashaq, Acabta nirqan: “Israelpa Diosnin Señor kawsashanrayku, paypa ñawpaqninpi sayashani; kay watakunapiqa manam kanqachu chhullinpas nitaq para pas, ichaqa simiyman hina.” 1 Reyes 17:1.</w:t>
      </w:r>
    </w:p>
    <w:p>
      <w:pPr>
        <w:pStyle w:val="ArticleBody"/>
        <w:jc w:val="left"/>
      </w:pPr>
      <w:r>
        <w:rPr>
          <w:rFonts w:ascii="Times New Roman" w:hAnsi="Times New Roman" w:eastAsia="Times New Roman" w:cs="Times New Roman"/>
        </w:rPr>
        <w:t>Malaquías sut’incharkamurqa Diospa sacerdotenkunaqa imayna “ñakay” ukhupi kasqankuta, pacha final Elías rikurimuqtin, Diospa diezmomanta huk ñakaywan tupaqchasqa. Malaquíaspi diezmomanta “ñakay” nisqaqa Diospa runankunapa huk akllaymi rikuchin; chayrayku, ña ñakay ukhupi kasqankuta qichunanpaq, paykunaqa akllanankum kachkan maypitaq imataq “qollqechana wasi” nisqaqa kasqanta.</w:t>
      </w:r>
    </w:p>
    <w:p>
      <w:pPr>
        <w:pStyle w:val="ArticleScripture"/>
        <w:jc w:val="left"/>
      </w:pPr>
      <w:r>
        <w:rPr>
          <w:rFonts w:ascii="Times New Roman" w:hAnsi="Times New Roman" w:eastAsia="Times New Roman" w:cs="Times New Roman"/>
        </w:rPr>
        <w:t>Qhawariy, ñoqaqa kachasaq kachamusqay mensajeroyta, payqa ñanta waqaychanqa ñawpaqniypi; hinaspa Señor, mayqentan qankuna maskhashankichik, usqhayllam hamunqa templonman, arí, pacto nisqapa mensajerun, mayqentan qankuna kusikunkichik. Qhawariy, payqa hamunqapuni, nispa nin Apu Tukuy Atiniyoq. Ichaqa, piraq sayayta atinman hamuynin p’unchawninpi? hinaspa piraq sayanman rikurimuqtin? imaraykuchus payqa hina kachkan qollqe chulluchiq ninawan, hinaspa hina p’achakuna mayllaq jabonwan. Hinaspa payqa tiyaykunqa qollqeta chulluchiq hina, ch’uyaq hina; Levípa churinkunatataq ch’uyanchanqa, hinaspa qorita qollqetawan hina sumaqta ch’uyanchanqa, chay hina Señorpaq ofrendata haywanankupaq chiqap kaypi. Chaymantaqa Judápa hinaspa Jerusalénpa ofrendanqa Señorpaq munayllaña kanqa, ñawpaq p’unchawkunapi hina, ñawpa watakunapi hina. Hinaspa qayllaykamusaq qankunaman juicio ruwanaypaq; hinaspa usqhay testigo kasaq layqakuna contra, adulterio ruwaqkuna contra, llulla juramento ruwaqkuna contra, jornalninta mich’aqkuna contra, viudata, wakcha wawatayoq mana taytayuqta ñak’arichiqkuna contra, hinaspa karu llaqtamanta hamuqta derechonmanta q’ewiqkuna contra, mana manchakuwankuchu ñoqata, nispa nin Apu Tukuy Atiniyoq. Ñoqaqa Señor kani, mana tikrakuniñachu; chayrayku Jacobpa churinkunaqa mana tukuchisqachu kankichik. Qankunapa taytakunaykichikpa p’unchawninkumantapacha karunchakunkichik kamachikuykunaymanta, mana waqaychankichikchu paykunata. Kutirimuychik ñoqaman, hinaspa ñoqapas kutirimusaq qankunaman, nispa nin Apu Tukuy Atiniyoq. Ichataq qankuna ninkichik: “¿Imapitaq kutirimusaqku?” ¿Runaqa Diosmanta suwanmanchu? Chaywanpas qankunaqa suwakuwankichik. Ichataq ninkichik: “¿Imapin suwakuykiku qanmanta?” Diezmokunapi hinaspa ofrendakunapi. Maldicionwan maldicionchasqa kankichik; imaraykuchus suwakuwankichik, kay llapa nación nisqa runakunapas. Apamuychik llapa diezmokunata waqaychana wasiman, wasiypi mikhunapaq kananpaq; hinaspa kunan kaywan pruebaychik ñoqata, nispa nin Apu Tukuy Atiniyoq, mana si cielopa ventanakunata kicharimuspay qankunaman bendicionta taqyaykamusaqchu, chay bendicionta chaskinaykichikpaq pampapas mana aypanankama. Hinaspa qankunarayku michasaq mikhukuqta, mana allpaykichikpa rurunkunata waqllinampaq; ni uvayuq sach’aykichikpas chakra ukupi manaraq tiemponta junt’aspa rurunta urmachinqachu, nispa nin Apu Tukuy Atiniyoq. Malaquías 3:1–11.</w:t>
      </w:r>
    </w:p>
    <w:p>
      <w:pPr>
        <w:pStyle w:val="ArticleBody"/>
        <w:jc w:val="left"/>
      </w:pPr>
      <w:r>
        <w:rPr>
          <w:rFonts w:ascii="Times New Roman" w:hAnsi="Times New Roman" w:eastAsia="Times New Roman" w:cs="Times New Roman"/>
        </w:rPr>
        <w:t>Señorqa mana tikranchu, nitaq metodologiantapas mana tikranichu. “Maldición” imapas kaptin manapas kaptin, chayqa Malaquíaspa “diezmo” nisqan maldiciónninwanmi rikuchisqa; diezmoqa qollqewasiman apamusqa kanan, Diospa wasinpi “mikhuna” kanampaq. Chay cheqaq kayqa mañanmi huk yuyaychasqa akllayta ruwasqa kananpaq: imam “qollqewasi” kasqanta, hinaspa ima mikhunataq William Millerwan rikuchisqa karqan ñawpaq angelpa kuyukuyninpi, chaymi kinsa kaq angelpa kuyukuyninpi mikhusqa kanan mikhunata unanchaspa? Chay mikhunapa huknin unanchankunaqa “para” hinaspa “sullu” kanku.</w:t>
      </w:r>
    </w:p>
    <w:p>
      <w:pPr>
        <w:pStyle w:val="ArticleScripture"/>
        <w:jc w:val="left"/>
      </w:pPr>
      <w:r>
        <w:rPr>
          <w:rFonts w:ascii="Times New Roman" w:hAnsi="Times New Roman" w:eastAsia="Times New Roman" w:cs="Times New Roman"/>
        </w:rPr>
        <w:t>Uyarikuychik, hanaq pacha, rimasaqmi; uyariychik, kay pacha, simiy hinaspa rimayninkunata. Yachachisqay tamyahinam urmamunqa, rimaynī chhichihina sut’unqamunqa, llullu qura pataman huch’uy tamyahina, pastu pataman parahinataqmi: imaraykuchus Señorpa sutinta willasaq; jatun kayta qoychik ñuqanchik Diosninchikman. Payqa Rumin, ruwasqanqa hunt’asqa kachkan: tukuy ñanninkunaqa chiqap taripaymi: cheqaq kayniyuq Dios, mana mana allin kayniyuq, chanin hinaspa chiqanmi payqa. Deuteronomio 32:1–4.</w:t>
      </w:r>
    </w:p>
    <w:p>
      <w:pPr>
        <w:pStyle w:val="ArticleBody"/>
        <w:jc w:val="left"/>
      </w:pPr>
      <w:r>
        <w:rPr>
          <w:rFonts w:ascii="Times New Roman" w:hAnsi="Times New Roman" w:eastAsia="Times New Roman" w:cs="Times New Roman"/>
        </w:rPr>
        <w:t>¿Cheqaqchu Elías nisqanpi Ahabman nisqanta munarqa? ¿Cheqapichu munarqa, qhepa p’unchaykunapi, Elíaspa kuyuyninpa chaymanta willakuyninpa hunt’asqa tukukuyninpi, “kay watakunapi manan q’uyaqchu ni paranpas kanqachu, aswanqa ñoqaq simiyman hina” nisqanta? ¿Elíaspa “paran” nisqan, paypa siminman hina mana qusqachu kaq, Malakíaspa “paran” nisqanwan, bendición hina prometesqanwan, tupanchakunchu?</w:t>
      </w:r>
    </w:p>
    <w:p>
      <w:pPr>
        <w:pStyle w:val="ArticleScripture"/>
        <w:jc w:val="left"/>
      </w:pPr>
      <w:r>
        <w:rPr>
          <w:rFonts w:ascii="Times New Roman" w:hAnsi="Times New Roman" w:eastAsia="Times New Roman" w:cs="Times New Roman"/>
        </w:rPr>
        <w:t>Apamuychis llapa diezmokunata waqaychana wasiman, wasiypi mikuna kananpaq; chaywan kunanmi qhawarichiwankichis, ninmi Ayllukunapa Señor, manachu qankunapaq hanaq pacha ventanakunata kicharisaq, hinaspa qankunaman huk bendicionta achka-achkata taqyaspa churasaq, chaskinaykichispaq mana mayqinpas aypanankama. Malaquías 3:10.</w:t>
      </w:r>
    </w:p>
    <w:p>
      <w:pPr>
        <w:pStyle w:val="ArticleBody"/>
        <w:jc w:val="left"/>
      </w:pPr>
      <w:r>
        <w:rPr>
          <w:rFonts w:ascii="Times New Roman" w:hAnsi="Times New Roman" w:eastAsia="Times New Roman" w:cs="Times New Roman"/>
        </w:rPr>
        <w:t>¿Manachu “ñakay” mana santu churasqa “ofrenda”-manta “sacerdotekuna”-paq, hinallataq ña ruwasqa “diezmo” pantasqa apaymanta, chaypas “qanchis kuti” “ñakay”-ta rikuchin?</w:t>
      </w:r>
    </w:p>
    <w:p>
      <w:pPr>
        <w:pStyle w:val="ArticleBody"/>
        <w:jc w:val="left"/>
      </w:pPr>
      <w:r>
        <w:rPr>
          <w:rFonts w:ascii="Times New Roman" w:hAnsi="Times New Roman" w:eastAsia="Times New Roman" w:cs="Times New Roman"/>
        </w:rPr>
        <w:t>2023 watapi julio killapa tukukuyninpi, qallariyku qillqakunata uyariychiyta, chaykunam aswantaqa huk kutimanta rimarisqa kachkan Habacucpa Tablankuna sutiyuq yachachikuykuna seriepi tarikukuq willakuyta. Kunan rikuchiypi hukniraymi kashan: 2020 watapi julio killapa 18 p’unchawninmanta qhipaman, Señorqa qallarisqa wakin ñawpa yachachikuykunata musuq k’anchaypi churayta.</w:t>
      </w:r>
    </w:p>
    <w:p>
      <w:pPr>
        <w:pStyle w:val="ArticleBody"/>
        <w:jc w:val="left"/>
      </w:pPr>
      <w:r>
        <w:rPr>
          <w:rFonts w:ascii="Times New Roman" w:hAnsi="Times New Roman" w:eastAsia="Times New Roman" w:cs="Times New Roman"/>
        </w:rPr>
        <w:t>Payqa qallarinta kicharispa qawachiwarqun, ñuqapaqmi ancha ukhu yuyayniyuq hina rikurirqan; ichaqa ñuqa kikiymi karuni karuñasqa, ñawpaqta hunt’anaypaq qusqa kasqan rurasqaywan hukllachasqa kayta mana munaspa. 19 julio 2020 p’unchawmanta pacha, ñawpaq p’unchawpa willakusqan pantasqa kasqanta unanchakurqani, hinallataq chay hucha predictionmanta chaymanta qhipaman hamuq manchay millay qatiyninmantaqa ñuqam kikin aswan responsable karqani huk runakunamantaqa aswanraq.</w:t>
      </w:r>
    </w:p>
    <w:p>
      <w:pPr>
        <w:pStyle w:val="ArticleBody"/>
        <w:jc w:val="left"/>
      </w:pPr>
      <w:r>
        <w:rPr>
          <w:rFonts w:ascii="Times New Roman" w:hAnsi="Times New Roman" w:eastAsia="Times New Roman" w:cs="Times New Roman"/>
        </w:rPr>
        <w:t>Chaymiqa 2023 watapi julio killapi, huk sinchi yuyaywan atipasqa karqani: Diospa kinsa kaq angelpa kuyukuyninpa pusariyninpi tukuy hinantinpi pantasqa kasqayta mana qhawaspapas, ichaqa aswanpas qallariyman karqan qillqayta ima kaqtachá entiendesqani 2020 watapi julio killamanta pacha. Chayrayku yuyaychakurqani qillqaspa churayta ima kaqtachá kicharisqa karqan ñawpaqniyman 2020 watapi julio 18 p’unchawpa huchanmanta pacha, hinaspataq chayta churayta llapa runakunapa qhawananpaq qillqasqa willakuy ukhupi, manaraq samayman churaska kashaqtiy.</w:t>
      </w:r>
    </w:p>
    <w:p>
      <w:pPr>
        <w:pStyle w:val="ArticleBody"/>
        <w:jc w:val="left"/>
      </w:pPr>
      <w:r>
        <w:rPr>
          <w:rFonts w:ascii="Times New Roman" w:hAnsi="Times New Roman" w:eastAsia="Times New Roman" w:cs="Times New Roman"/>
        </w:rPr>
        <w:t>Julio killamanta pacha kinsa killakunapiqa, kay pachapi qanchis chunka yapan suyuqkunañam kunan kay qillqakunata qatiykuchkanku. Arí, wakinqa mana ch’uya munaykunapaq, mana allin yuyaywan ima qatiykuchkankuman chayqa mana iskayrayaychu; ichaqa mana llapallankuchu. Ñañaupiña kachkanchik huk programa qallarichiyta, chaywanmi kay qillqakuna kay pachapi llapa hatun simikunaman churakunkaku; kay pachapiqa, chay qanchis chunka yapayniyuq suyuqkunaqa kay chiqaq kaykunata inglés simillapiña yuyaymananpaq kallpachakunku.</w:t>
      </w:r>
    </w:p>
    <w:p>
      <w:pPr>
        <w:pStyle w:val="ArticleBody"/>
        <w:jc w:val="left"/>
      </w:pPr>
      <w:r>
        <w:rPr>
          <w:rFonts w:ascii="Times New Roman" w:hAnsi="Times New Roman" w:eastAsia="Times New Roman" w:cs="Times New Roman"/>
        </w:rPr>
        <w:t>Ñanmiña hukkunata yanapanapaq llank’achkaniku intiru pachapi, kay cheqaqkunawan achkata ruwanankupaq mana ñankuna nitaq imaymana yachaykuna kapuqkunata; chayrayku tapukuni, ichaqa mana Malkiyaspa “waqaychana wasi”, mayqinchus sut’inchasqa ruwayniyoq kachkan Diospa wasinpi “mikhuyta” qunanpaq, rikuchkanchu kay cheqaqta mast’arichiy llank’ayman, mayqinchus 2023 watapa julio killamantapacha kay qillqakunamanta lloqsimuspa purishan?</w:t>
      </w:r>
    </w:p>
    <w:p>
      <w:pPr>
        <w:pStyle w:val="ArticleBody"/>
        <w:jc w:val="left"/>
      </w:pPr>
      <w:r>
        <w:rPr>
          <w:rFonts w:ascii="Times New Roman" w:hAnsi="Times New Roman" w:eastAsia="Times New Roman" w:cs="Times New Roman"/>
        </w:rPr>
        <w:t>Qatiq qhipa qillqapi Danielpa kimsa kaq qillqa p’anqanta qhawayta qallarisun.</w:t>
      </w:r>
    </w:p>
    <w:p>
      <w:pPr>
        <w:pStyle w:val="ArticleScripture"/>
        <w:jc w:val="left"/>
      </w:pPr>
      <w:r>
        <w:rPr>
          <w:rFonts w:ascii="Times New Roman" w:hAnsi="Times New Roman" w:eastAsia="Times New Roman" w:cs="Times New Roman"/>
        </w:rPr>
        <w:t>“Kunan pachapi kay allpapa historiankunapi huk ancha sapaq tiempopi kawsashanchik. Huk hatun ruwanakuyqa ancha pisilla tiempopi hunt’achisqa kananmi, hinaspan sapa cristianopaqa kay ruwanata sayachinapaq huk rakita ruwananku tiyan. Diosqa waqyashanmi runakunata, pichqakusunankupaq almas qispichiy llamk’anaman. Qallariyku chayrayku Cristo imayna hatun sacrificiota rurasqanta allinta entiendenapaq, chinkaq pacha kay mundota qispichinapaq, chaymi rikuchikunqa huk atiyniyuq maqanakuy almas qispichinapaq. ¡Ay, imaynatachá llapa iglesiayku Cristo-pa mana tukukuq sacrificionta rikuspa, reparakuspa kawsanman!”</w:t>
      </w:r>
    </w:p>
    <w:p>
      <w:pPr>
        <w:pStyle w:val="ArticleScripture"/>
        <w:jc w:val="left"/>
      </w:pPr>
      <w:r>
        <w:rPr>
          <w:rFonts w:ascii="Times New Roman" w:hAnsi="Times New Roman" w:eastAsia="Times New Roman" w:cs="Times New Roman"/>
        </w:rPr>
        <w:t>“Tutayapi musquykunapi, Diospa llaqtan ukhupi hatun allinyachiy kuyuymanta rikch’akuqkunam ñawpaqniyman pasapayarqan. Achkakunam Diosta yupaychaspa kasharqanku. Onqosqakunam hampisqa karqanku, huk milagrokunapas ruwasqa karqan. Rikurqanmi mañakuypaq huk espiritu, hinallataq imayna hatun Pentecostés p’unchawman ñawpaqta rikurirqan chay hina. Pachakniyuq waranqaniyuq runakunan rikurirqanku ayllukunata watukuspa, paykunapa ñawpaqninpi Diospa siminta kicharispa. Sonqokunan yuyaychasqa karqan Santo Espíritu pa atipayninwan, cheqaq tikrakuypa espiritunpas rikurirqan. Sapa lawpi punkukunam kicharisqa karqan cheqa willakuy willaypaq. Kay pachaqa hanaq pacha influyensiyawan k’ancharisqa hina rikurirqan. Cheqaq, humilde Diospa llaqtanmi hatun saminchaykunata chaskirqan. Agradesimientopa, yupaychaypa simikunatan uyarirqani, hinallataq 1844 watapi noqayku rikurqayku hina huk reformación kasqa hina rikurirqan.”</w:t>
      </w:r>
    </w:p>
    <w:p>
      <w:pPr>
        <w:pStyle w:val="ArticleScripture"/>
        <w:jc w:val="left"/>
      </w:pPr>
      <w:r>
        <w:rPr>
          <w:rFonts w:ascii="Times New Roman" w:hAnsi="Times New Roman" w:eastAsia="Times New Roman" w:cs="Times New Roman"/>
        </w:rPr>
        <w:t>Ichaqa wakinkuna mana munarqankuchu kutirikuyta. Mana munarqankuchu puriyta Diospa ñanninpi, hinaspataq, Diospa ruwasqan ñawpaqman purinampaq, mañakuykuna rurasqa kaptin munasqanmanta qurqukunapaq, wakinkunaqa allpapi kaq imankunamanmi hapipakurqanku kikinkupaqlla. Kay qollqeta munasqa runakunaqa creyentekunapa huñusqa kasqankumanta rakisqa karqanku.</w:t>
      </w:r>
    </w:p>
    <w:p>
      <w:pPr>
        <w:pStyle w:val="ArticleScripture"/>
        <w:jc w:val="left"/>
      </w:pPr>
      <w:r>
        <w:rPr>
          <w:rFonts w:ascii="Times New Roman" w:hAnsi="Times New Roman" w:eastAsia="Times New Roman" w:cs="Times New Roman"/>
        </w:rPr>
        <w:t>“Diospa juicioykunaqa kay pachapi kashanmi, Santo Espíritu pa kamachiynin ukhunpi kaspa, ñuqanchikqa willay waqaychayta qunanchikmi, paymi chayta ñuqanchikman waqaychasqa. Kay willaytaqa utqayllam qunanchik, sapa siq’ipi siq’i hina, sapa kamachiyta kamachiy hinam. Runakunaqa manaña unaymanta hatun akllaykunaman apasqa kanqaku, chayrayku ruwayninchikmi paykunaqa cheqaq kayta entiendenankupaq atiyta chaskinankuta rikuchiy, chaymanta allin ladupi yuyayniyuqta sayarinankupaq. Señorqa llaqtanta waqyan llank’anankupaq—sunqunwan, yachaywan ima llank’anankupaq—gracia pacha manaraq tukukuchkaptin.” Testimonies, volumen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Número quince</dc:title>
  <dc:subject>Danielpa iskay ñiqin kapítulon — Pisiyachisqa willakuywan tukuchiy, iskay kaq parte</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