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Soqta Chunka Tawañiqin</w:t>
      </w:r>
    </w:p>
    <w:p>
      <w:pPr>
        <w:pStyle w:val="ArticleSubtitle"/>
        <w:jc w:val="left"/>
      </w:pPr>
      <w:r>
        <w:rPr>
          <w:rFonts w:ascii="Arial" w:hAnsi="Arial" w:eastAsia="Arial" w:cs="Arial"/>
        </w:rPr>
        <w:t>Daniel 11 nisqapa proféticopa ancha allin reqsisqa kaynin: historiapi hinallataq hamuq p’unchaykunapi ima niyninkunata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Daniel chunka huk hukniyuq t’aqapi, chunka suqtayuq versiculopiqa, Pompeyoqpa Judáwan Jerusalén llaqtatapas atipaynin 63 a.C. watapi nisqa rikuchisqa kachkan. Chayqa kayllamanta hamuq Domingo kamachiyta Estados Unidospi sut’inchan, chay kikin t’aqapi tawa chunka hukniyuq versiculopa hunt’akuyninpi. Chay versiculowan kuska historiakunaqa huk llaqta ukhupi maqanakuyta reqsichin, llaqta hap’isqa kasqan pachapi; chayhinataq kunan Estados Unidospi pasashaq kachkan chay Estados Unidospa Guerra Civil nisqapa kutimuyninta reqsichin. Bala disparasqa kasqanta mana kasqantaqa, kunanqa iskay clasekuna Estados Unidospa kamachikuyninpi atipanakuspa maqanakuchkanku. Pompeyo Jerusalénta atipaspaqa, Jerusalén llaqtaqa Romaq kamachiynin urapi qhipakunanpaqmi reqsichirqan, 70 d.C. watapi chinkachisqa kanankama. Chayrayku, kayllamanta hamuq Domingo kamachiyta hinallataq sut’incharqan, chaymi Bibliaq profeciapi suqta qhapaq suyupa tukukuyninta señalan.</w:t>
      </w:r>
    </w:p>
    <w:p>
      <w:pPr>
        <w:pStyle w:val="ArticleBody"/>
        <w:jc w:val="left"/>
      </w:pPr>
      <w:r>
        <w:rPr>
          <w:rFonts w:ascii="Times New Roman" w:hAnsi="Times New Roman" w:eastAsia="Times New Roman" w:cs="Times New Roman"/>
        </w:rPr>
        <w:t>Pompeyoqa chay pasajepi tawa romano atiyniyuqkuna sut’inchasqa kanankumanta ñawpaqninmi. Marco Antonio, paypas romano kasqanrayku, sut’inchasqallataqmi; ichaqa tawa atiyniyuqkunamanta, romano umalliqkunata hina rikuchisqakunamanta, Antonioqa Roma umalliyta rikuchin, mayqinchus kutirispa Egiptowan huñunakusqa Romapa contranpi. Pompeyo, Julio César, Augusto César, Tiberio César ima tawa romano runakunaqa proféticamente llamk’achisqa kanku, kay pachapa animalpa Republicano waqranpa tawa mirayninkunata rikuchinankupaq.</w:t>
      </w:r>
    </w:p>
    <w:p>
      <w:pPr>
        <w:pStyle w:val="ArticleBody"/>
        <w:jc w:val="left"/>
      </w:pPr>
      <w:r>
        <w:rPr>
          <w:rFonts w:ascii="Times New Roman" w:hAnsi="Times New Roman" w:eastAsia="Times New Roman" w:cs="Times New Roman"/>
        </w:rPr>
        <w:t>Pompeyoqa, 1863 watapi Estados Unidos llaqtapi Guerra Civil nisqapa rebelionninta rikuchispa, qhipa miraytapas hinallataq kunan pacha qallarisqa kachkan chay “guerra civil” nisqatapas sut’inchan. Julio Césarqa iskay ñiqin mirayta rikuchin, maypachachus Estados Unidos suyuka llaqtakuna ukhupi ñawpaq kaq nacion hina allinta sayarichisqa karqa; ichaqa 1913 watapi wañuchisqa karqa, maypachachus qullqi sistemapa soberanía nisqan mundialista bancario sistemaman qusqa karqa, hukllachasqa mundial gobiernota ruwanapa llamkayninpas chaymanta qallarisqa. César Augustoqa ñawpaq iskay guerra mundialkunapa hatun k’anchay watakunata rikuchin, yawar unu ichka kaptinpas, Estados Unidosqa pacha tukuy llaqtakunapa munasqan hina tukusqa karqa. Chaymanta qhipa miraypi Tiberio Césarqa, machasqa kasqanrayku hinallataq Cristopa chakatasqa kasqanrayku reqsisqa, Juan F. Kennedy akllakusqanwan qallariq hina kaq pachata rikuchin, paymi ñawpaq católico presidente karqa; chayhinapi Roma ñawpaqman k’umuykuq mirayta reqsichispa.</w:t>
      </w:r>
    </w:p>
    <w:p>
      <w:pPr>
        <w:pStyle w:val="ArticleBody"/>
        <w:jc w:val="left"/>
      </w:pPr>
      <w:r>
        <w:rPr>
          <w:rFonts w:ascii="Times New Roman" w:hAnsi="Times New Roman" w:eastAsia="Times New Roman" w:cs="Times New Roman"/>
        </w:rPr>
        <w:t>Kay profétik nisqakuna Pompeyo-wan tinkisqanku ancha allinmi, ichaqa kunanqa ñawpaqman qhawachkanchik chay profétik historiata, Pompeyo-man hinaspa chunka suqta versículo-man ñawpaqchakuq historiata; chay historiata qallarin capítuloq ñawpaq iskay versículonkuna-pi, maypichus 1989 watata rikuchin “pacha tukukuynin” hina, hinaspa chay qhapaq soqta kaq Presidente-ta, Reaganmanta pacha yupasqa, sut’inchan, mayqinchus globalistakunata hatarichin, imaynachus Trump ancha cheqaqtapuni ruwarqan chay hina.</w:t>
      </w:r>
    </w:p>
    <w:p>
      <w:pPr>
        <w:pStyle w:val="ArticleBody"/>
        <w:jc w:val="left"/>
      </w:pPr>
      <w:r>
        <w:rPr>
          <w:rFonts w:ascii="Times New Roman" w:hAnsi="Times New Roman" w:eastAsia="Times New Roman" w:cs="Times New Roman"/>
        </w:rPr>
        <w:t>Trumpqa rikch’achisqa kachkan Cirospa qhepanta hamuq tawañiqin kamachiqwan, Xerxes sutiyuqwan, qhapaq Persia qhapaq kamachiqwan, paymi Esterpa willakuyninpi Ahasuerus sutipi riqsisqa kachkan. Chay versículokunapi, kimsañiqin versículopi Xerxespa qhepanta hamuq qhapaq kamachiqqa Alejandro el Grande nisqa runam. Históricamente, Xerxeswan Alejandro el Grandewan ukhupi pusaq kamachiqkuna karqanku. Trumpmanta, Alejandro el Grande nisqawan rikuchisqa hukllachasqa kay pachapa gobiernokama, chunka qhapaq kamachiqkuna rikuchisqa kachkanku; Trumpqa ñawpaq kaqmi, Alejandrotaq qhepa kaqmi.</w:t>
      </w:r>
    </w:p>
    <w:p>
      <w:pPr>
        <w:pStyle w:val="ArticleBody"/>
        <w:jc w:val="left"/>
      </w:pPr>
      <w:r>
        <w:rPr>
          <w:rFonts w:ascii="Times New Roman" w:hAnsi="Times New Roman" w:eastAsia="Times New Roman" w:cs="Times New Roman"/>
        </w:rPr>
        <w:t>Profecíaq siq’ikunam riqsichinmi llapa kay pacha kamachiqkuna pacha tukukuypi papawan warmi-qhari huchapi urmayninkuta, chay kamachiqkunataq “chunka kamachiqkuna” nisqahinata rikuchisqa kanku. Acab, chunka kuti rakisqa suyuq uman karqan, hinaspa Jezabelwan kasarasqa karqan; paymi rikuchin, llapa chunka kamachiqkuna papawan warmi-qhari huchapi urmanankupaq kaptinpas, huk ñawpaq kaq aswan hatun kamachiq kan, paymi ñawpaqta chayta ruwan. Ñawpaq kutipi pacha kay tiyana papaman qosqa kaptin, chay ñawpaq kaq kamachiq karqan Clovis, Francokunapa kamachiqnin (Francia) watapi 496 d.C. Kayqa allinmi tupakun papapa Franciaman qorqan sutikunawan: Iglesia Católica-pa phiwi churin, hinaspa Iglesia Católica-pa kurak kaq ususin.</w:t>
      </w:r>
    </w:p>
    <w:p>
      <w:pPr>
        <w:pStyle w:val="ArticleBody"/>
        <w:jc w:val="left"/>
      </w:pPr>
      <w:r>
        <w:rPr>
          <w:rFonts w:ascii="Times New Roman" w:hAnsi="Times New Roman" w:eastAsia="Times New Roman" w:cs="Times New Roman"/>
        </w:rPr>
        <w:t>Francia suyupi ruracqa, Roma llaqtata yachasqa kay pacha civilizadomanta tronoman churaypi hunt’asqa profético llamk’ayninwanmi, Estados Unidospa profético llamk’ayninta rikch’achin. Bibliamanta profecíapa domingo leyqa Estados Unidospi qallarin, chaymantaqa kay pachapi llapa nacionkunam chay ejemplota qatipanku. Profecía linyamanta linyakama, chay chunka reykunamanta ñawpaq rey, chay qhipa p’unchaykunapi hucha runawan ñawpaqta huchallikuyta rurayta qallariq, Estados Unidos kasqanta reqsichinku. Versículo iskaypi hinallataq kimsapi, Jerjes ñawpaq qhapaq reywan Alejandro Magno qhipa reypa chawpinpi mana imaymana reykuna rikuchisqa kaptinpas, historiaraq chunka reykunata reqsichin. Chunka yupayqa huk pruebatam niyta munan, hinallataq huk confederacióntapas rikch’achin.</w:t>
      </w:r>
    </w:p>
    <w:p>
      <w:pPr>
        <w:pStyle w:val="ArticleBody"/>
        <w:jc w:val="left"/>
      </w:pPr>
      <w:r>
        <w:rPr>
          <w:rFonts w:ascii="Times New Roman" w:hAnsi="Times New Roman" w:eastAsia="Times New Roman" w:cs="Times New Roman"/>
        </w:rPr>
        <w:t>Prueba mundopi runakunata uyarichisqanqa huk sistema llapa kay pachapi sayachiymi, chaytaqa animalpa rikch’aynin hina rikuchisqa. Chay pruebam qallarin Estados Unidos llaqtapi, achka mana unaypi hamuq domingo p’unchaw kamachikuywan, tukukuntaqmi mayqin nacionpas kay pachapi chay ejemplota qatipti. Jesusqa imaymana imapa tukukuyninta qallarikuyninwanmi sapa kuti rikuchin; chayrayku, versículo iskaypi kimsa p’iqpi qhapaq reywan Alexanderwan chawpipi mana ima reykunapas qillqasqa kaptinpas, historiaraqmi huk pruebayakuy ruwayta reqsichin, chaymi qallarin aswan qhapaq presidentemanta, payqa qhapaq karqa negocionkunapi ruwasqanrayku, manataqmi qhapaq kayta rurarkanchu waqlliqchasqa política sistemapi chayman yaykuspa.</w:t>
      </w:r>
    </w:p>
    <w:p>
      <w:pPr>
        <w:pStyle w:val="ArticleBody"/>
        <w:jc w:val="left"/>
      </w:pPr>
      <w:r>
        <w:rPr>
          <w:rFonts w:ascii="Times New Roman" w:hAnsi="Times New Roman" w:eastAsia="Times New Roman" w:cs="Times New Roman"/>
        </w:rPr>
        <w:t>Suti “América” nisqaqa sutimanta “Amerigo” nisqa latin simipi rikch’ayninmanta hamun; chay sutitaq Italia llaqtamanta maskaq, wayra-llamk’aq Amerigo Vespucci nisqamanta hamun, paymi iskay chunka pichqaq wata tukuypi hinaspa soqta chunka hukniyuq wata qallariyninpi Musuq Pacha-man achka puriykunata rurasqa. Llapanpiqa, Vespucciq maskayninkunaqa qullqi yanapayninwan, qullqi churaykunawanpas atisqa karqan, qullqichakuyman, mast’ariyman, hinaspa hatun yupaychasqa kaymanpas atiyniyuq kasqanta rikuchiq yanapaqkuna hinaspa qhapaq patrons nisqakunapa yanapayninwan Musuq Pachata maskaypi. Suti “América” nisqaqa gananciakunata rurayman kallpachakuyq unanchanmi.</w:t>
      </w:r>
    </w:p>
    <w:p>
      <w:pPr>
        <w:pStyle w:val="ArticleBody"/>
        <w:jc w:val="left"/>
      </w:pPr>
      <w:r>
        <w:rPr>
          <w:rFonts w:ascii="Times New Roman" w:hAnsi="Times New Roman" w:eastAsia="Times New Roman" w:cs="Times New Roman"/>
        </w:rPr>
        <w:t>Jesúsqa sapa kuti huk imapa tukukuyninta qhawachin qallariyninwan kuska; chay chunka reykunapa qallariyninpas, mayqenkunachus sirvin Medo-Persia nisqa iskay-waqrayuq qhapaq suyu manta Alejandro Magno nisqawan rikuchisqa hukllachasqa pacha llapa kamachiyman chakanata, qallarín qhapaq reywanmi. Payqa umalliqmi chay qhapaq suyupa, mayqenchus Franciawan Ahabwan unanchasqa; paypas chaynallataq umanman tukunkqa Alejandro Magno nisqawan rikuchisqaman hina, pacha llapantinmi Estados Unidospa kallpanwan tupaq qullqi kamachiykunawan uywanakuspa ñawpaqman churakusqanpi, llapa pachata kallpachispa Iglesia Católica ñawpaqpi k’umuykunankupaq, rantiyta hinaspa rantichiyta atinankupaq munaspanku.</w:t>
      </w:r>
    </w:p>
    <w:p>
      <w:pPr>
        <w:pStyle w:val="ArticleBody"/>
        <w:jc w:val="left"/>
      </w:pPr>
      <w:r>
        <w:rPr>
          <w:rFonts w:ascii="Times New Roman" w:hAnsi="Times New Roman" w:eastAsia="Times New Roman" w:cs="Times New Roman"/>
        </w:rPr>
        <w:t>Qanchis kaq kamachiq suyukuna Apocalipsis qanchis chunka qanchisniyuq capítulo-pi rikuchisqaqa chunka reykunam; hinaspapas chunka reykunamanta huknin profetap hina rikuchikuyninqa kaymi: paykunaqa “pisilla pacha”lla kallpachakunku, chaymanta ñawpaqmanmi acuerdonta ruwanku qanchis kaq suyunkuta Babilonia qharqhapasqa warmiman qunankupaq, chaymi “huk hora”llapaq tantalla sayarinku. Chay acuerdota chaskinankupaq profetap nispanpaq kausaqqa kaymi: Babiloniaq vinonwan machasqas kasqankurayku. Historia-pi Alejandro Hatunqa pisilla pachallam kamachirqan, kawsayninqa usqhayllam tukukapun, kamachisqan suyupas sayarichisqa kasqanman hina; payqa machaywanmi wañurqan, chayhinataq chunka reykunaq, Naciones Unidas nisqapi kaqkunaq, pisilla pacha kayninta hinallataq machasqa kaynintapas unanchan. Alejandro Hatun hatariptinlla p’akikusqa karqan, hinaspapas kamachisqan suyu tawa wayrakunamanmi qusqa karqan, chaywantaq reqsichin qepaman hamuq maqanakuyta, ñawpaq kaq kamachisqan suyunta yapamanta sayarichiyta mask’asqankuta.</w:t>
      </w:r>
    </w:p>
    <w:p>
      <w:pPr>
        <w:pStyle w:val="ArticleScripture"/>
        <w:jc w:val="left"/>
      </w:pPr>
      <w:r>
        <w:rPr>
          <w:rFonts w:ascii="Times New Roman" w:hAnsi="Times New Roman" w:eastAsia="Times New Roman" w:cs="Times New Roman"/>
        </w:rPr>
        <w:t>Chaymantaqa ñuqapas Dario Medo runaq ñawpaq watañinpi, payta takyaqchaspa kallpachaypaqmi sayarirqani. Kunanqa cheqaqta qhawachisqayki. Qhawariy: Persia suyupi kinsa reykunaña oqarinqaku; tawañiqinmi llapankumanta aswan ancha qhapaq kanqa; qhapaq kayninmanta hamuq kallpawanmi llapanta oqharinqa Grecia suyupaq contranpi. Hinaspan huk atiyniyuq rey oqarinqa, ancha hatun kamachiywan kamachinqa, munasqanman hina rurallataqmi. Oqharisqan qhepantataq sapaqnin kamachisqan qhichusqa kanqa, hanaq pacha tawa wayrakunaman rakisqa; mana mirayninmanchu, nitaq kamachisqan hatun atiyninman hinachu: kamachisqanqa qhichusqa kanqa, chaykunamanta hukkunapaqpas. Daniel 11:1–4.</w:t>
      </w:r>
    </w:p>
    <w:p>
      <w:pPr>
        <w:pStyle w:val="ArticleBody"/>
        <w:jc w:val="left"/>
      </w:pPr>
      <w:r>
        <w:rPr>
          <w:rFonts w:ascii="Times New Roman" w:hAnsi="Times New Roman" w:eastAsia="Times New Roman" w:cs="Times New Roman"/>
        </w:rPr>
        <w:t>Alejandroq qhapaq kayninqa utqaylla t’aqakarqan, imaynachus huñukunqa karqan chay hina, imaraykuchus chayqa qhepa p’unchaykunata reqsichin, maypichus willakuy rimayqa utqaylla hunt’akunanpaq nisqa kachkan.</w:t>
      </w:r>
    </w:p>
    <w:p>
      <w:pPr>
        <w:pStyle w:val="ArticleScripture"/>
        <w:jc w:val="left"/>
      </w:pPr>
      <w:r>
        <w:rPr>
          <w:rFonts w:ascii="Times New Roman" w:hAnsi="Times New Roman" w:eastAsia="Times New Roman" w:cs="Times New Roman"/>
        </w:rPr>
        <w:t>“Mana allinchuq ñawpaqman chay mana allin atiyniyuqkunapa rurayninkuna tantanakuspa, hukllachakuspa kachkan. Qhipa hatun krizispaq kallpachakushanku. Kay pachanchispi manaraq unayllata hatun tikraykuna ruwakunqa, chay qhipa kuyuykunataq utqaylla kanqa.” Testimonies, volumen 9, 11.</w:t>
      </w:r>
    </w:p>
    <w:p>
      <w:pPr>
        <w:pStyle w:val="ArticleBody"/>
        <w:jc w:val="left"/>
      </w:pPr>
      <w:r>
        <w:rPr>
          <w:rFonts w:ascii="Times New Roman" w:hAnsi="Times New Roman" w:eastAsia="Times New Roman" w:cs="Times New Roman"/>
        </w:rPr>
        <w:t>Islampa kimsak ñak’ariyninmi sayarishan ñawpaq ñak’ariypa, iskay ñak’ariypa profétic kasqan imayna kayninkunapi. Ñawpaq ñak’ariypi karqan huk pacha, Muhammad hamusqanwan qallarispa, qatiq pacha kama puriq, chay pachaqa reqsichisqa “phisqa killakuna” nisqawan utaq pachak pichqa chunka watawan, chaypi Islamqa Roma soldadokunata “nanachinman” karqan. Chay pachak pichqa chunka watayuq tiempo profecíapa tukukuyninmi kuskanpaq señalan kinsa pachak isqun chunka hukniyuq watayuq, chunka phisqayuq p’unchayniyuq profecíapa qallariyninta; chaypi iskay ñak’ariypa Islamninqa hinaspa Roma soldadokunata “wañuchinman” karqan.</w:t>
      </w:r>
    </w:p>
    <w:p>
      <w:pPr>
        <w:pStyle w:val="ArticleBody"/>
        <w:jc w:val="left"/>
      </w:pPr>
      <w:r>
        <w:rPr>
          <w:rFonts w:ascii="Times New Roman" w:hAnsi="Times New Roman" w:eastAsia="Times New Roman" w:cs="Times New Roman"/>
        </w:rPr>
        <w:t>11 p’unchawri septiembre killapi, 2001 watapi, chayraqmi qallarikurqa ñawpaq ñak’ariypa Mohammedwan rikuchisqa pacha; chay pachaqa 7 p’unchawri octubre killapi, 2023 watatawanmi hap’in, maypachachus Islamqa qallarinan karqa “nanachiyta” “Roma llaqtapa soldadokunata” ñawpaq literal “Hatun Sumaq Allpapi”, chaymi Estados Unidospa rantinchasqan hina, hinaspataq 7 p’unchawri octubre killapi, 2023 watamanta pacha, Islammanta Roma llaqtapa soldadonman maqanakuykunaqa kay qillqasqa artikulupa qillqasqa kasqan p’unchawpi, 17 p’unchawri febrero killapi, 2024 watapi, ishkay pachakman qayllaykuchkan.</w:t>
      </w:r>
    </w:p>
    <w:p>
      <w:pPr>
        <w:pStyle w:val="ArticleBody"/>
        <w:jc w:val="left"/>
      </w:pPr>
      <w:r>
        <w:rPr>
          <w:rFonts w:ascii="Times New Roman" w:hAnsi="Times New Roman" w:eastAsia="Times New Roman" w:cs="Times New Roman"/>
        </w:rPr>
        <w:t>Domingu ley hamuq utqayllapi, Estados Unidos nisqaqa Biblia willakuy qhawaypi soqtaq reino hina “wañuchisqa” kachkan; chayqa kikinchasqa kachkan kimsa pachak isqun chunka hukniyuq watakunawan chunka pichqa p’unchaykunawan, islam nisqapa maqanakuykunawan ñawpaq Romaq soldadokunata wañuchirqanku, paykunaq kimsaynin hatun jihadninku maqanakuy aswan sinchiyashaqtin. Miguel sayariqtin, runaqa allinchasqa tiempo tukukun, tawa wayrakunataq qanchis qhipa ñakaykunapi hunt’asqa kacharichisqa kanku.</w:t>
      </w:r>
    </w:p>
    <w:p>
      <w:pPr>
        <w:pStyle w:val="ArticleScripture"/>
        <w:jc w:val="left"/>
      </w:pPr>
      <w:r>
        <w:rPr>
          <w:rFonts w:ascii="Times New Roman" w:hAnsi="Times New Roman" w:eastAsia="Times New Roman" w:cs="Times New Roman"/>
        </w:rPr>
        <w:t>“Rikurqani nacionkunapa phiñakuynin, Diospa p'iñakuynin, hinaspa wañusqakunata juzganapa pachaqa sapaq, sut'i hinan karqan, huknin hukninpa qipanta hamuspa; chaymantapas rikurqani Michaelqa manaraq sayarimusqanta, hinaspa sasachakuy pacha, mana hayk’aq kasqa hina, manaraq qallarisqanta. Kunanqa nacionkunaqa phiñakuchkanku; ichaqa Hatun Sacerdoteyku santuarupi llamk’ananta tukuruptinqa, payqa sayarinqa, muchuy p'achakunata churakuspataq, chaymantataq qanchis qhipa pliegokuna uraykachisqa kanqaku.”</w:t>
      </w:r>
    </w:p>
    <w:p>
      <w:pPr>
        <w:pStyle w:val="ArticleScripture"/>
        <w:jc w:val="left"/>
      </w:pPr>
      <w:r>
        <w:rPr>
          <w:rFonts w:ascii="Times New Roman" w:hAnsi="Times New Roman" w:eastAsia="Times New Roman" w:cs="Times New Roman"/>
        </w:rPr>
        <w:t>Rikurqani tawqay chunka iskayniyuq angelkuna tawa wayrakunata hark’anqaku Jesúspa santuarpi llamk’asqan tukukunankama, chaymantaq qhipa qanchis ñak’ariykunam hamunqa. Early Writings, 36.</w:t>
      </w:r>
    </w:p>
    <w:p>
      <w:pPr>
        <w:pStyle w:val="ArticleBody"/>
        <w:jc w:val="left"/>
      </w:pPr>
      <w:r>
        <w:rPr>
          <w:rFonts w:ascii="Times New Roman" w:hAnsi="Times New Roman" w:eastAsia="Times New Roman" w:cs="Times New Roman"/>
        </w:rPr>
        <w:t>“Chusku wayrakuna”qa “piñakudu kawayuq caballohina, kacharichikuyta maskhaspa ñannimpi wañuyta ch’usaqyachiytawan apamunanpaq” nispa panikuna Whiteqa rikuchin, hinallataq llapaq kacharichisqa kanku graciapa p’unchaynin tukukuptin. Iskay ñak’ariypi paykunaqa “tawa angelkuna” hina rikuchisqa karqanku, manam tawa wayrakunachu.</w:t>
      </w:r>
    </w:p>
    <w:p>
      <w:pPr>
        <w:pStyle w:val="ArticleScripture"/>
        <w:jc w:val="left"/>
      </w:pPr>
      <w:r>
        <w:rPr>
          <w:rFonts w:ascii="Times New Roman" w:hAnsi="Times New Roman" w:eastAsia="Times New Roman" w:cs="Times New Roman"/>
        </w:rPr>
        <w:t>Soqta angelman, trompetata hap’iqninman, nirqa: “Hatun mayu Éufratespi watasqa tawa angelkunata kachariy.” Hinaspa chay tawa angelkuna kacharirqanku; paykunaqa wakichisqa karqanku huk hora, huk p’unchaw, huk killa, huk watapaq, runakunamanta kimsa kaq rakiyta wañuchinankupaq. Apocalipsis 9:14, 15.</w:t>
      </w:r>
    </w:p>
    <w:p>
      <w:pPr>
        <w:pStyle w:val="ArticleBody"/>
        <w:jc w:val="left"/>
      </w:pPr>
      <w:r>
        <w:rPr>
          <w:rFonts w:ascii="Times New Roman" w:hAnsi="Times New Roman" w:eastAsia="Times New Roman" w:cs="Times New Roman"/>
        </w:rPr>
        <w:t>“tawa wayrakuna”, icha “tawa angelkuna” nisqakunaqa iskayninpi Islammanta unanchaqkuna kanku, maypi chay unanchana apaykachkan chaypa contexto-ninman hina sut’inchasqa. Hatun Alejandro sayariptin, paypa qhapaqsuyun, qanchis ñiqin qhapaqsuyta unanchaspa, chayqa dragón, bestia, hinaspa llulla profeta nisqakunap kimsachasqa qhapaqsuyunmanta huk kimsa kaqninmi; “pay sayarimptinqa, qhapaqsuyun p’akikapunqa, hanaq pacha tawa wayrakunaman rakisqa kanqa.” Runaq yuyayman kutichisqa pacha tukukuptin tawa wayrakuna, icha tawa angelkuna kacharisqa kanku, hinaspa paypa qhapaqsuyunta p’akinku, imaraykuchus paypa qhapaqsuyunqa “p’akikapunqa.” Chay chunka reykuna hinaspa paykunawan kuska kaqkuna, kay pachapi llapallanta munaq qhatuqkuna, chaymanta karullapi sayaspa waqankaq, llakinkaq, hinaspa qaparinkaq.</w:t>
      </w:r>
    </w:p>
    <w:p>
      <w:pPr>
        <w:pStyle w:val="ArticleScripture"/>
        <w:jc w:val="left"/>
      </w:pPr>
      <w:r>
        <w:rPr>
          <w:rFonts w:ascii="Times New Roman" w:hAnsi="Times New Roman" w:eastAsia="Times New Roman" w:cs="Times New Roman"/>
        </w:rPr>
        <w:t>Qhawariy, qhapaqkuna tantakusqaña karqanku, kuskalla pasaqkunku. Qhawarispankuq, chayrayku admirakuspanku; mancharisqa karqanku, utqaylla ayqekurqanku. Chaypi manchakuy paykunata hap’irurqa, nanaypas, wachakuy nanayniyuq warmi hina. Qanmi Tarshispa barcokunata inti lloqsimuq wayrawan p’akinki. Salmos 48:4–7.</w:t>
      </w:r>
    </w:p>
    <w:p>
      <w:pPr>
        <w:pStyle w:val="ArticleBody"/>
        <w:jc w:val="left"/>
      </w:pPr>
      <w:r>
        <w:rPr>
          <w:rFonts w:ascii="Times New Roman" w:hAnsi="Times New Roman" w:eastAsia="Times New Roman" w:cs="Times New Roman"/>
        </w:rPr>
        <w:t>Chunka kamachiq reykuna chunka qhapaqkunapa nisqanqa Islampa “inti lluqsimuymanta wayra” nisqanwanmi p’akikun.</w:t>
      </w:r>
    </w:p>
    <w:p>
      <w:pPr>
        <w:pStyle w:val="ArticleScripture"/>
        <w:jc w:val="left"/>
      </w:pPr>
      <w:r>
        <w:rPr>
          <w:rFonts w:ascii="Times New Roman" w:hAnsi="Times New Roman" w:eastAsia="Times New Roman" w:cs="Times New Roman"/>
        </w:rPr>
        <w:t>Remadorniykikunaqa jatun yakukunamanmi apamurqasuŋki; inti lloqsimuymanta wayraqa lamar qochakunapa chawpinpin qanta pakirqasunkichik. Qampa qhapaq kayniyki, rantikuy tantanakuykikuna, qhatuykikuna, lamar puriqniykikuna, pusayniykikuna, barcata watayuqkuna, qhatuykiwan llamk’aqkuna, hinallataq llapan awqanakuy runaykikuna qampi kashaqkuna, tukuy huñusqa masiykikuna qampa chawpinpi kashaqkuna ima, tukukuyniyki p’unchawpin lamar qochakunapa chawpinmanmi urmaykunkqa. Ezequiel 27:26, 27.</w:t>
      </w:r>
    </w:p>
    <w:p>
      <w:pPr>
        <w:pStyle w:val="ArticleBody"/>
        <w:jc w:val="left"/>
      </w:pPr>
      <w:r>
        <w:rPr>
          <w:rFonts w:ascii="Times New Roman" w:hAnsi="Times New Roman" w:eastAsia="Times New Roman" w:cs="Times New Roman"/>
        </w:rPr>
        <w:t>Islampa “inti lloqsimanta wayra”qa chunka reykunapa qhapaq suyunta p’akichin “paykunapa ususqa p’unchawninkupi”, imaynachus Alejandro Hatunpa qhapaq suyun “p’akisqa” kaspa tawa wayrakunaman qusqa karqan hina. Danielpa chunka hukniyuqpi pasasqa aswan achka historiakunaqa kutimunanmi, chunka hukniyuq t’aqa tukuy hunt’asqanta chayamuptin. Maypichus allinta chay historiakunata t’aqanakunata reqsinapaqmi, chayqa sut’inchay yachaqkunapaq waqyasqa runakunapa profético llamk’ayninmi. Daniel chunka hukniyuqpa qhipa soqta versículonkunaqa runakunaq probationnin tukukuyninpi tukukun, Miguel hatarimuptin. Alejandro Hatunpa qhapaq suyun tawa wayrakunaman rak’isqa kaptinqa, probationpa tukukuyninta rikuchin, hinallataq reqsichin pisqa versículomanta qallarichisqa qhipa sut’inchay historiata musuq profético siq’ina hina qhawarinapaq kasqanta.</w:t>
      </w:r>
    </w:p>
    <w:p>
      <w:pPr>
        <w:pStyle w:val="ArticleBody"/>
        <w:jc w:val="left"/>
      </w:pPr>
      <w:r>
        <w:rPr>
          <w:rFonts w:ascii="Times New Roman" w:hAnsi="Times New Roman" w:eastAsia="Times New Roman" w:cs="Times New Roman"/>
        </w:rPr>
        <w:t>Phichqa versiculomanta chunka suqta versículokama rikhuchin 538 watamanta utqaylla hamuq domingo kamachikuykama historiata. Phichqamanta isqunniyoq versículokama rikuchinku papa-pa kamachisqan waranqa iskay pachak soqta chunka watakunapa historianta, chaymi qallarin 538 watapi hinaspa tukukun pacha tukukuypi 1798 watapi. Chunka versículo reqsichin chay historiata mayqinchus cuarenta versículota unanchan, maypichus papado picharqan Unión Soviéticata pacha tukukuypi 1989 watapi. Chunka hukniyoq hinaspa chunka iskayniyoq versículokuna reqsichinku kunan pacha proxy awqanakuyta Ucraniapi, mayqintan Putinwan Rusia atipanqaku; ichaqa Putinpa atisqan qhipa ruraynin parallel kanqa “Ninevehpa maqanakuynin”wan, hinaspa “Chosroespa urmaynin”wan, mayqinchus karqan “llave mayqin kicharirqan mana tukukuq t’uquta”, chaymanta Islam lloqsirqan ñawpaq ñak’ariypa historiapi.</w:t>
      </w:r>
    </w:p>
    <w:p>
      <w:pPr>
        <w:pStyle w:val="ArticleBody"/>
        <w:jc w:val="left"/>
      </w:pPr>
      <w:r>
        <w:rPr>
          <w:rFonts w:ascii="Times New Roman" w:hAnsi="Times New Roman" w:eastAsia="Times New Roman" w:cs="Times New Roman"/>
        </w:rPr>
        <w:t>Putinpa pisi p’unchawraq atipaynin qhipanpi, Estados Unidosqa, chunka kimsayuqmanta chunka phisqayuq kama qillqasqa versículokunapi hina, proxy nisqa maqanakuyta atinqa; chaymi kashan Segunda Guerra Mundialmanta pacha rurakusqa proxy maqanakuypa tukuynin. Kay pasajeqa kimsa maqanakuykunata reqsichin: ñawpaq kaq maqanakuyqa 1989 watapi tukukuq, chunka versículopi hinallataq tawa chunka versículopi willakusqankuman hunt’asqa; iskay kaqmi kunan Ucraniapi kaq maqanakuy, chunka hukniyuq hinallataq chunka iskayniyuq versículokunata rikuchispa; hinaspa kimsa kaq proxy maqanakuyqa, Estados Unidospa qhipa atipayninta rikuchispa, chunka kimsayuqmanta chunka phisqayuq kama versículopi rikuchisqa kashan.</w:t>
      </w:r>
    </w:p>
    <w:p>
      <w:pPr>
        <w:pStyle w:val="ArticleBody"/>
        <w:jc w:val="left"/>
      </w:pPr>
      <w:r>
        <w:rPr>
          <w:rFonts w:ascii="Times New Roman" w:hAnsi="Times New Roman" w:eastAsia="Times New Roman" w:cs="Times New Roman"/>
        </w:rPr>
        <w:t>Imatachus kay tawa chay tawa pacha, pisqa kaqmanta chunka pichqa kaq versukulokama rikuchisqa, reqsisqa kananmi kay: qhepa ishkay pacha, kunan pacha Ukrainapi awqanakuyta rikuchiq, chaymanta Estados Unidospa kutichiy hapiyninta rikuchiqpas, sellakusqa pacha ukhupinmi pasan. Chunka suqta kaq versikuloqa Estados Unidospi manaraq unaymanta hamuq domingo kamachiyta sut’inchan. Pisqa kaqmanta chunkakama versikulokunaqa 538 watamanta qallarispa 1798 watapi pacha tukukuyman, hinaspataq 1989 watapi pacha tukukuyman chayanankama historiata rikuchin. Chayrayku qhepa proxy awqanakuyq ishkay maqanakuy, chunka suqniyuqmanta chunka pichqakama versikulopi rikuchisqa, Ezequiel chunka ishkayniyuq kapitulu maypin sapa rikuypa ruraynin hunt’asqa kasqanta sut’inchan chay pachapin hunt’akun.</w:t>
      </w:r>
    </w:p>
    <w:p>
      <w:pPr>
        <w:pStyle w:val="ArticleBody"/>
        <w:jc w:val="left"/>
      </w:pPr>
      <w:r>
        <w:rPr>
          <w:rFonts w:ascii="Times New Roman" w:hAnsi="Times New Roman" w:eastAsia="Times New Roman" w:cs="Times New Roman"/>
        </w:rPr>
        <w:t>Chay rikch’ayninkunaqa Ezequielman rikuchisqa karqan “ruedakuna ukhupi ruedakuna” hina, mayqintachus Hermana White sut’inchan “runakunapa ruwayninkunap sasachakusqa tinkuynin” nispa. Ucrania llaqtapi guerraq willakuynin, Putínpa atipaynin, hinaspa chaymanta wañuynin, chay qhipaman Estados Unidospa atipayninwan kuska, Diospa Siminpi hukmanta hukmanta churaska yachachiykunamanta aswan sasacha qhaway rikuchisqakunamanta hukninmi.</w:t>
      </w:r>
    </w:p>
    <w:p>
      <w:pPr>
        <w:pStyle w:val="ArticleBody"/>
        <w:jc w:val="left"/>
      </w:pPr>
      <w:r>
        <w:rPr>
          <w:rFonts w:ascii="Times New Roman" w:hAnsi="Times New Roman" w:eastAsia="Times New Roman" w:cs="Times New Roman"/>
        </w:rPr>
        <w:t>Ezequielpa “ruedas dentro de ruedas” nisqanmanta rimarispa, Hermana White nin: Ezequielqa chay ruedas qhawarirqan ñawpaqtaqa pantayhina rikurqanmi, ichaqa qhipamanmi Ezequielqa ruedaspi hunt’asqa alinnin kamachiyta reqsirqan, chaykunaqa “runapa ruwayninkunaq ch’iqni-sasacha tinkuynin” nirqanmi. Chunka hukniyuqmanta chunka pichqayuq versículokunapi rikuchisqa historiata allin rakiyta munaspaqa, Iglesia Católica wan Alemania Naziq chawpin tinkuyninta unanchayqa ancha importante, imaraykuchus Ucraniapi Nazi pushaykunaqa chay tinkuyniyoq masinchasqa rantikuna kanku.</w:t>
      </w:r>
    </w:p>
    <w:p>
      <w:pPr>
        <w:pStyle w:val="ArticleBody"/>
        <w:jc w:val="left"/>
      </w:pPr>
      <w:r>
        <w:rPr>
          <w:rFonts w:ascii="Times New Roman" w:hAnsi="Times New Roman" w:eastAsia="Times New Roman" w:cs="Times New Roman"/>
        </w:rPr>
        <w:t>Hinallataqmi kananmi Portugal llaqtapi Fátimapi 1918 watapi sutichasqa “virgen María” rikurimusqanpa ruwanan yuyaychasqa kanan, chaymantaq chay historiapi kimsa wawakunaman sutichasqa “virgen María” saqesqan kimsa pakasqa willakuyninkunapas. Chay kimsa willakuyniqpa nisqan qallariynin, mayqinchus Iglesia Católicawan mana Diospi iñiq Rusiawan chawpinakuyta, hinallataq iskay kaq hatun mundu maqanakuytapas willan, Fátima willakuypa huknin partenmi, chayqa Ucraniapi kaq maqanakuypi rikuchisqa kachkan.</w:t>
      </w:r>
    </w:p>
    <w:p>
      <w:pPr>
        <w:pStyle w:val="ArticleBody"/>
        <w:jc w:val="left"/>
      </w:pPr>
      <w:r>
        <w:rPr>
          <w:rFonts w:ascii="Times New Roman" w:hAnsi="Times New Roman" w:eastAsia="Times New Roman" w:cs="Times New Roman"/>
        </w:rPr>
        <w:t>Francia Revolución nisqaqa, Iglesia Católica-man proféticamente ima hayk’achus tupaq kasqanmanta, chaymanta tukukuypi Napoleon Bonaparte-man, paymi Putin-ta rikuchin, Ukrainepi guerra-pi rikuchisqa “ruedas” nisqakunamanta hukninmi. Francia Revoluciónpa profético tupaynin Estados Unidoswanqa historiapi hinallataqmi rikuchisqa kachkan; imaraykuchus Putinqa Napoleonwanmi rikuchisqa, Francia urayman richkaptin, chay hina ñawpaq actor Ronald Reaganpas, 1989 watapi maqanakuypi Catolicismopa ejercitokunapa umalliqnin hina, ñawpaq actor Zelenskyy-ta tipifican, Ukraine urayman richkaptin. Kay versículokunapi tinkiq hinaspa t’inkisqa ruedas nisqakunapi, Estados Unidospi Demócrata políticokunapa qhipa q’asqunqa, paykunaqa Zelenskyy-ta ñawpaqmantapacha hinaspa kunankamapas kallpachashaqkuna kashanku, Putinpaqmi sut’inchasqa kanqa pay atipaptin.</w:t>
      </w:r>
    </w:p>
    <w:p>
      <w:pPr>
        <w:pStyle w:val="ArticleBody"/>
        <w:jc w:val="left"/>
      </w:pPr>
      <w:r>
        <w:rPr>
          <w:rFonts w:ascii="Times New Roman" w:hAnsi="Times New Roman" w:eastAsia="Times New Roman" w:cs="Times New Roman"/>
        </w:rPr>
        <w:t>Kay yachakuyta qatiyasunchik hamuq qillqapi.</w:t>
      </w:r>
    </w:p>
    <w:p>
      <w:pPr>
        <w:pStyle w:val="ArticleScripture"/>
        <w:jc w:val="left"/>
      </w:pPr>
      <w:r>
        <w:rPr>
          <w:rFonts w:ascii="Times New Roman" w:hAnsi="Times New Roman" w:eastAsia="Times New Roman" w:cs="Times New Roman"/>
        </w:rPr>
        <w:t>Chebar mayu patapi hich’apipi, Ezequielqa huk muyu wayrata rikarqan, anqasmanta hamuqhina; “hatun phuyu, nina kikinman kutirikuq, muyuriqnimpitaq k’anchay karqan, chawpinmantataq quri-ambar rikch’akuq lloqsimurqan.” Achka ruedakuna, huknin hukninwan tinkisqa, tawa kawsaqkunaq kuyuchiyninwan kuyurirqanku. Tukuy chaykunamanta ancha hanaqpiqa “tiyanapa rikch’aynin karqan, zafiro rumi rikch’aynin hina; tiyanapa rikch’aynin patapitaq runaq rikch’aynin hina huk karqan.” “Querubinkunapim rikurirqan runaq makinqa rikch’aynin, riprankuna uranpi.” Ezequiel 1:4, 26; 10:8. Ruedakunaqa churasqankupi ancha sasachakusqa karqanku, ñawpaq qhawayllapi chaqru hina rikurirqanku; ichaqa hunt’asqa tinkuywanmi kuyurirqanku. Hanaq pacha kawsaqkuna, querubinkunaq riprankuna uranpi kaq makin sayachisqan hinaspa pusasqan, chay ruedakunata purichirqanku; paykunamanta hanaqpi, zafiro tiyanapi, Wiñay Kaqmi kasharqan; tiyanataq muyuriqninpi k’uychi karqan, diospa khuyapayakuyninpa unanchaqnin.</w:t>
      </w:r>
    </w:p>
    <w:p>
      <w:pPr>
        <w:pStyle w:val="ArticleScripture"/>
        <w:jc w:val="left"/>
      </w:pPr>
      <w:r>
        <w:rPr>
          <w:rFonts w:ascii="Times New Roman" w:hAnsi="Times New Roman" w:eastAsia="Times New Roman" w:cs="Times New Roman"/>
        </w:rPr>
        <w:t>Imaynachus rueda-hina sasachakuq rikch’akuyninkunaqa querubinkunapa raprankuna urapi kaq makipa pusaynin uranmi kachkarqa, chayhinallataq runakunapa kawsayninpi sasachakuq ruwanakuykunaqa Diospa kamachikuynin uranmi kachkan. Llaqtakunapa chawpiypi maqanakuywan qapariywan kaptinpas, querubinkunapa hawanpi tiyakuqmi kay pachapa ruwasqankunataqa sapa kuti pusachkan.</w:t>
      </w:r>
    </w:p>
    <w:p>
      <w:pPr>
        <w:pStyle w:val="ArticleScripture"/>
        <w:jc w:val="left"/>
      </w:pPr>
      <w:r>
        <w:rPr>
          <w:rFonts w:ascii="Times New Roman" w:hAnsi="Times New Roman" w:eastAsia="Times New Roman" w:cs="Times New Roman"/>
        </w:rPr>
        <w:t>“Llaqtakunapa willakuyñin, sapa hukmanta qatiqlla, paykunaman rakisqa p’unchayninkuta, cheqaninkutapas ocupaspa, mana yachasqankumantaqmi, kikinkuna mana entiendisqanku cheqaq kayman testigokuna hina kasqankuta qawarichin, ñoqanchisman rimarin. Sapa llaqtaman hinallataq sapa runamanpas kunan p’unchaypi, Diosqa hatun planonpi huk cheqanta churapusqa. Kunan p’unchaypi runakunapas llaqtakunapas tupusqa kachkanku plomadawan, pantayta mana ruwuqpa makinpi. Llapa runapas kikinkupa akllasqanrayku destinonku­ta akllachkanku, chaykamataq Diosqa llapanta kamachispa purichin, munasqanman hunt’achinampaq.”</w:t>
      </w:r>
    </w:p>
    <w:p>
      <w:pPr>
        <w:pStyle w:val="ArticleScripture"/>
        <w:jc w:val="left"/>
      </w:pPr>
      <w:r>
        <w:rPr>
          <w:rFonts w:ascii="Times New Roman" w:hAnsi="Times New Roman" w:eastAsia="Times New Roman" w:cs="Times New Roman"/>
        </w:rPr>
        <w:t>“Hatun KAQ KANI nisqanmi Simiyninpi señalasqan historiata, sut’inchay waskapi t’inkuchkanku huk t’inkita huk t’inkiman, ñawpaq wiñaymanta qhepa wiñaykama, willawanchik kunan p’unchawpi maypichus tarikunanchik pachakunaq qatiyninpi, hinallataq ima kaqkunachus suyayta atinman hamuq tiempopi. Llapa imatachus sut’inchayqa ñawpaqmanta willarqan pasananta, kunan p’unchawkamaqa historiapa p’anqankunapi qelqasqa rikhurimun, chayraykutaq atiniyku allinta yuyaymanayta llapa ima hamunaraq kaqpas ordenninman hina hunt’akunqa.”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Soqta Chunka Tawañiqin</dc:title>
  <dc:subject>Daniel 11 nisqapa proféticopa ancha allin reqsisqa kaynin: historiapi hinallataq hamuq p’unchaykunapi ima niyninkunata rikuchispa</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