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soqta chunka qanchisniyuq número</w:t>
      </w:r>
    </w:p>
    <w:p>
      <w:pPr>
        <w:pStyle w:val="ArticleSubtitle"/>
        <w:jc w:val="left"/>
      </w:pPr>
      <w:r>
        <w:rPr>
          <w:rFonts w:ascii="Arial" w:hAnsi="Arial" w:eastAsia="Arial" w:cs="Arial"/>
        </w:rPr>
        <w:t>Profecíata riqsichiy: Daniel 11:10 nisqap hinallataq chaymanta aswan karu qhipamanpas históricopi hinallataq proféticopi ancha hatun significadonta qawachispa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Daniel qillqap chunka hukniyuq qhapaqpi tawa chunka versículonqa p’unchaykuna tukukuypi 1798 watapi qallarin, chaypi uray suyuq reyninmi hanaq suyuq reyman wañuy k’irisqan chaskin. Chay historiataqa 246 ñawpaq Cristomanta watapi Ptolomeo hanaq suyuq qhapaqsuyuman kutichiywan rikuchirqan, hinallataq 1798 watapi Napoleónpa Francia nacionnin papa-ta prisionerman apasqanwanpas. Uray suyuq reynin versículo isqonpi Egiptoman kutimusqan qhipaman, chaymanta versículo chunkaqa sut’ita reqsichin hanaq suyuq reynin uray suyuq reypaq contra-atake-ta hatarichinanpaq.</w:t>
      </w:r>
    </w:p>
    <w:p>
      <w:pPr>
        <w:pStyle w:val="ArticleScripture"/>
        <w:jc w:val="left"/>
      </w:pPr>
      <w:r>
        <w:rPr>
          <w:rFonts w:ascii="Times New Roman" w:hAnsi="Times New Roman" w:eastAsia="Times New Roman" w:cs="Times New Roman"/>
        </w:rPr>
        <w:t>Chayqa hina, uray llaqtapaq reyqa kamachikuyninman hamunqa, hinaspa kikin llaqtanman kutipunqa. Ichaqa churinkunaqa hatarichisqa kanqaku, achka hatun kallpayuq soldadokunata tantachinqaku; huknintaq cheqaqtapuni hamuspa, lluqsimuspa, pasapunqa; chaymantaq kutimunqa, hinaspa yapamanta hatarichisqa kaspa, sinchi wasin kama chayanqa. Daniel 11:9, 10.</w:t>
      </w:r>
    </w:p>
    <w:p>
      <w:pPr>
        <w:pStyle w:val="ArticleBody"/>
        <w:jc w:val="left"/>
      </w:pPr>
      <w:r>
        <w:rPr>
          <w:rFonts w:ascii="Times New Roman" w:hAnsi="Times New Roman" w:eastAsia="Times New Roman" w:cs="Times New Roman"/>
        </w:rPr>
        <w:t>Manaraqmi Uriah Smithpa rimariyninta chay chunka kaq versículopi hunt’asqa historiapaqqa, qhawarisun “llump’aykuspa, hinaspa pasaykuspa” nisqa rimayta. Chay hebreo rimay, kay hina t’ikrasqa kaq, tawa chunka kaq versículopipas “llump’aykuspa hinaspa hawanta pasaspa” nisqallataq t’ikrasqa kachkan. Qallariy hebreo simipiqa kikillan rimaymi. Qelqasqa Escrituraspiqa huk kutillam tarikun.</w:t>
      </w:r>
    </w:p>
    <w:p>
      <w:pPr>
        <w:pStyle w:val="ArticleScripture"/>
        <w:jc w:val="left"/>
      </w:pPr>
      <w:r>
        <w:rPr>
          <w:rFonts w:ascii="Times New Roman" w:hAnsi="Times New Roman" w:eastAsia="Times New Roman" w:cs="Times New Roman"/>
        </w:rPr>
        <w:t>Payqa Judá suyunta pasaránqa; lloqsinmanmi, hinaspa wichqarispa purinqa, kunankama kunkan cama chayanqa; raphrankunapa mast’ariyninqa hallp’aykikta hunt’achinqa, ¡Immanuel! Isaías 8:8.</w:t>
      </w:r>
    </w:p>
    <w:p>
      <w:pPr>
        <w:pStyle w:val="ArticleBody"/>
        <w:jc w:val="left"/>
      </w:pPr>
      <w:r>
        <w:rPr>
          <w:rFonts w:ascii="Times New Roman" w:hAnsi="Times New Roman" w:eastAsia="Times New Roman" w:cs="Times New Roman"/>
        </w:rPr>
        <w:t>Daniel qillqapi chunka hukniyuq kapitulumanta, chunka versikulopi chaymanta tawa chunka versikulopipas, hinaspataq Isaias qillqapi pusaqniyuq kapitulumanta pusaq versikulopipas, kikillan hebreo rimayqa kimsa huknirayman tikrasqa kashan, ichaqa llapallankupas kikin ninata reqsichinku. Chay rimaypa qhipa simin, hebreo simi “abar” nisqaqa, chunka versikulopi “pasar a través” hina reqsichisqa kashan, tawa chunka versikulopitaq “pasar por encima” hina, hinaspataq Isaiaspitaq “ir por encima” hina. Kay kimsa willakuypi ninanqa esensialmente kikinmi, ichaqa Isaiaspitaq chay referencias ukhupi huk profético t’inkiypas kanmi.</w:t>
      </w:r>
    </w:p>
    <w:p>
      <w:pPr>
        <w:pStyle w:val="ArticleBody"/>
        <w:jc w:val="left"/>
      </w:pPr>
      <w:r>
        <w:rPr>
          <w:rFonts w:ascii="Times New Roman" w:hAnsi="Times New Roman" w:eastAsia="Times New Roman" w:cs="Times New Roman"/>
        </w:rPr>
        <w:t>Isaías qillqasqan chay versículoqa hunt’akapunmi Asiria suyupa reynin Judáta atipaspa Jerusalénman chayariptin, ichaqa llaqtata kikintaqa hayk’aqpas mana atiparqanchu. “Kunkakama” wicharirqan, ichaqa “umata”qa mana hayk’aqpas atiparqanchu. Chaylla kikin profecíapi, Isaíasqa profétik simbuluta qhawachin ima ninanpaqchus “uma” nisqaqa, hinaspataq sut’inchan “uma” nisqaqa suyupa umalliqnin llaqta kasqanta, hinaspataq suyupa reyninpas “uma” kasqanta. Iskay testigokunatan qun chay profétik cheqaq kaymanta: umaqa reymi, hinaspa suyum, nispa; chaymantaq pakasqa hina reqsichin, profecíata yachaq runa kay cheqaq kayta mana chaskispan, mana entiendespanqa, mana sayachisqa kanqachu. Chay pakasqa versículoqa chaylla kikin profecíamantan, maypichus reqsichin hanaq lawpa reynin phawaykuspa hinaspa pasaykunanta, ichaqa “kunkakama”lla.</w:t>
      </w:r>
    </w:p>
    <w:p>
      <w:pPr>
        <w:pStyle w:val="ArticleScripture"/>
        <w:jc w:val="left"/>
      </w:pPr>
      <w:r>
        <w:rPr>
          <w:rFonts w:ascii="Times New Roman" w:hAnsi="Times New Roman" w:eastAsia="Times New Roman" w:cs="Times New Roman"/>
        </w:rPr>
        <w:t>Siria suyupa umanqa Damasco llaqtam; Damasco suyupa umanqa Rezínmi; soqta chunka phisqa watakunamanta ukhupeqa Efraínqa pakisqa kanqa, mana runa llaqtachu kananpaq. Efraín suyupa umanqa Samaria llaqtam; Samaria suyupa umanqa Remalíaspa churinmi. Mana creenkichikchu chayqa, cheqaqtapunin mana takyachisqa kanqankichikchu. Isaías 7:8, 9.</w:t>
      </w:r>
    </w:p>
    <w:p>
      <w:pPr>
        <w:pStyle w:val="ArticleBody"/>
        <w:jc w:val="left"/>
      </w:pPr>
      <w:r>
        <w:rPr>
          <w:rFonts w:ascii="Times New Roman" w:hAnsi="Times New Roman" w:eastAsia="Times New Roman" w:cs="Times New Roman"/>
        </w:rPr>
        <w:t>Nación Siriaq “uman” karqan capital llaqtan “Damasco”mi, hinaspa “Damasco”q “uman” karqan “Rezín”, Siriaq reynin. Chay hinaqa, Nación Efraínq “uman”pas capital llaqtan “Samaria”mi karqan, hinaspa “Samaria”q “uman” karqan “Remalíaspa churin” (Peka), Samariaq reynin. Chay kikin profecíapi, qatiq capitulopi, versículo pusajniyninpi, Asiriaq rey Sennacherib Jerusalenta muyurqan, hinaspa versículo pusajniyninpi sut’inchan Jerusalén muyurisqanqa kunka kama chayamuyta.</w:t>
      </w:r>
    </w:p>
    <w:p>
      <w:pPr>
        <w:pStyle w:val="ArticleBody"/>
        <w:jc w:val="left"/>
      </w:pPr>
      <w:r>
        <w:rPr>
          <w:rFonts w:ascii="Times New Roman" w:hAnsi="Times New Roman" w:eastAsia="Times New Roman" w:cs="Times New Roman"/>
        </w:rPr>
        <w:t>Qanchisniyuq pusaqniyuq versículokunaqa, iskay testigokunapa patanpi churaspanku, “uma” nisqa profétic t’iksisqa señalta rikhuchin, chaymi reytapas hinallataq reypa nacionninpa hatun llaqtantapas sut’inchan; chayqa soqta chunka phisqayuq watakunaq profecíanmi, maymantachus qallarin iskaynin profecíakuna, iskay waranqa phisqa pachak iskay chunka watayuq, Israelpa norte kaq reinomanta hinaspa sur kaq reinomantapas contra nisqa. Chayrayku, ancha sasa versículon, imaraykuchus Danielpa chunka hukniyuq kapítulonpa chunka versículonwan, hinaspa tawa chunka versículonwanpas tinkisqa kashan; chay iskayninkupas norte kaq reypa sur kaq reyta maqanakusqanta sut’inchanku, hinallataq Sennaquerib, norte kaq rey hina, Judáta atacasqanman rikch’akuq, paymi sur kaq rey karqan, Isaíaspa pusaq kapítulonpa pusaq versículonpi.</w:t>
      </w:r>
    </w:p>
    <w:p>
      <w:pPr>
        <w:pStyle w:val="ArticleBody"/>
        <w:jc w:val="left"/>
      </w:pPr>
      <w:r>
        <w:rPr>
          <w:rFonts w:ascii="Times New Roman" w:hAnsi="Times New Roman" w:eastAsia="Times New Roman" w:cs="Times New Roman"/>
        </w:rPr>
        <w:t>Kay llaveta kay chay hanaq suyupi uray suyupi reykunapa kay tinkuykunata huñunaykuqa “uma”mi, hinaspa “lloqsispan lluqsimuspa pasay” nisqapuni. Chunka hukniyuq qhapaqpa chunka kaq versículopi, hanaq suyu rey uray suyu reyman kutichispa maqanakun, chay maqanakuyta atipanmi; ichaqa “uma”ta saqenmi, imaraykuchus payqa “hamun, lloqsin, hinaspa pasan” uray suyu reypa “sinqa sinchi wasinman” “kama”. Chay chunka kaq versículopi willasqa historiataqa hanaq suyu reypa uray suyu reyman atipayninmi rikuchin; ichaqa mana Egiptoman yaykunchu (sinchi wasiman), llaqta umaman—“umaman”qa.</w:t>
      </w:r>
    </w:p>
    <w:p>
      <w:pPr>
        <w:pStyle w:val="ArticleBody"/>
        <w:jc w:val="left"/>
      </w:pPr>
      <w:r>
        <w:rPr>
          <w:rFonts w:ascii="Times New Roman" w:hAnsi="Times New Roman" w:eastAsia="Times New Roman" w:cs="Times New Roman"/>
        </w:rPr>
        <w:t>Chay llaqtapi qhapaq rey ñawpaqta hanaq llaqtapi qhapaq reyta atirqan qanchisniyuq pusaqniyuq versiculokunapi, payqa “hanaq llaqtapi qhapaq reypa pukyuta haykurqan, hinaspa” “atiparqan hinaspa” “prisionerokunata apakapurqan” kutichispa “Egiptoman.” Hanaq llaqtapi qhapaq reypa kutichiy atipakuyninpiqa, mana Egiptoman haykurqanchu; chay hina rikuchispa 1989 watapi Unión Soviética chinkachisqa kaptin, Rusia, capitalnin—uman—sayasqa saqisqa karqan. “Mana creewaqkunaqa, cheqaqtapuni mana takyasqa kankichikchu.” Rusia kikinmi, chunka hukniyuq chunka iskayniyuq versiculokunapi uray llaqtapi qhapaq rey hina rikuchisqa, tinkuy pampapa maqanakuyta atipan; ñawpaq pachaqqa chayqa Rafiay karqan, kunan p’unchaytaq Ucrania.</w:t>
      </w:r>
    </w:p>
    <w:p>
      <w:pPr>
        <w:pStyle w:val="ArticleScripture"/>
        <w:jc w:val="left"/>
      </w:pPr>
      <w:r>
        <w:rPr>
          <w:rFonts w:ascii="Times New Roman" w:hAnsi="Times New Roman" w:eastAsia="Times New Roman" w:cs="Times New Roman"/>
        </w:rPr>
        <w:t>“‘VERSO 10. Ichaqa churinkunaqa hatarichisqa kanqaku, hinaspa achka hatun kallpayuq soldadokunata huñunqaku: hinaspa hukninqa cheqaqtapuni hamunqa, llimp’ispa pasapunqa: chaymanta kutimunqa, hinaspa yapamanta hatarichisqa kanqa, chaymanta sinchi pukllanan kama.’”</w:t>
      </w:r>
    </w:p>
    <w:p>
      <w:pPr>
        <w:pStyle w:val="ArticleScripture"/>
        <w:jc w:val="left"/>
      </w:pPr>
      <w:r>
        <w:rPr>
          <w:rFonts w:ascii="Times New Roman" w:hAnsi="Times New Roman" w:eastAsia="Times New Roman" w:cs="Times New Roman"/>
        </w:rPr>
        <w:t>“Kay versículupa ñawpaq kaq rakin rimarin churikunamanta, askha rimaypi; qhipa kaq rakintaq hukmanta, sapalla rimaypi. Seleuco Calínicopa churinkuna karqanku Seleuco Cerauno hinaspa Antioco Magno. Kay iskayninku tukuy kallpankuwan yaykurqanku taytankupa hinaspa llaqtankupa causanta chaninchayman hinaspa chaninmanta kutichinaman. Kaykunamanta kuraq kaq, Seleuco, ñawpaqtaqh tronoman yaykurqan. Hatun achka runakunata huñurqan taytankupa kamachikuyninkunata kutichimunanpaq; ichaqa pisi kallpayuq, manchakuq sonqoyuq kamachiq kasqanrayku, cuerpopipas hinaspa qollqepas pisi kaq, qolqemanta pisiqchasqa, ejercitonnta kasukuypi sayachiyta mana atisqanrayku, iskay generalninkunaq venenowan wañuchisqa karqan mana yupaychasqa iskay utaq kimsa watayuq reynon qhipaman. Aswan atiniyuq wawqen, Antioco Magno, chaymantataq rey nisqa willasqa karqan; paymi ejercitota hap’ispa, Seleuciata kutichimuspa Siriata waqmanta tarirqan, wakin cheqakunata rimay acuerdowan kamachispa, wakintataq maqanakuy kallpawan. Chaymanta huk samayllaña karqan, maypichus iskaynin ladokuna hawkayaymanta rimanakurqanku, ichaqa maqanakuyta wakichispa; chay qhipamantataq Antioco kutimuspam Nicolas sutiyuq Egipto generalta maqanakuypi atiparqan, hinaspa Egipto kikinta yaykuyta yuyarqan. Kaypin kashan chay ‘huk’, cheqaqtapuni llump’aykuspa pasananpaq kaq.” Uriah Smith, Daniel and the Revelation, 253.</w:t>
      </w:r>
    </w:p>
    <w:p>
      <w:pPr>
        <w:pStyle w:val="ArticleBody"/>
        <w:jc w:val="left"/>
      </w:pPr>
      <w:r>
        <w:rPr>
          <w:rFonts w:ascii="Times New Roman" w:hAnsi="Times New Roman" w:eastAsia="Times New Roman" w:cs="Times New Roman"/>
        </w:rPr>
        <w:t>Unión Soviética nisqa llapanpaq urmaynin 1989 watapiqa, “tukukuy pacha” nisqata señalan, chay versículopi iskay churinkunataq Reaganwan Bush ñawpaq kaqpa iskay waymarkninkunatan sut’inchanku. “Tukukuy pacha” 1798 watamanta, maypichus Daniel chunka hukniyuq t’aqapi tawa chunka versículom qallarin, Roma llaqtaq warmi q’aranqa qonqasqa karqan; payqa Jezabel hina, Samaria llaqtapi qhipapi saqisqa kachkan, chaykamataq qosan Acabqa Elíaswan Carmelo urqupi rimarin. Pakasqa kasqanpi karqan, ichaqa pakallamanta tukuy imatapas kuyuchiq, I Guerra Mundialpi hinallataq II Guerra Mundialpipas hina. Qosanmi paypa rantin soldado maqin, uray kaq reyniyoqpa contranpi. 1989 watapi kutichisqanpitaq, payqa, norte reyniyoq hina, carretakunata, barcokunata, caballopi puriq runakunatapas apamurqan.</w:t>
      </w:r>
    </w:p>
    <w:p>
      <w:pPr>
        <w:pStyle w:val="ArticleScripture"/>
        <w:jc w:val="left"/>
      </w:pPr>
      <w:r>
        <w:rPr>
          <w:rFonts w:ascii="Times New Roman" w:hAnsi="Times New Roman" w:eastAsia="Times New Roman" w:cs="Times New Roman"/>
        </w:rPr>
        <w:t>Tukukuypi p’unchaykunaq p’unchayninpiqa uraymanta qhapaq kamachiqmi payta maqanakuyta qallarinqa; hinaspan hanaqmanta qhapaq kamachiqqa muyu wayra hina paypa contranman hamunqa, carrokunawan, caballopi sillarkunaq soldadonkuna wan, achka barcokunawan; hinaspan llaqtakunaman haykunqa, llumpay hunt’aspa ichaqa pasapakunqa. Daniel 11:40.</w:t>
      </w:r>
    </w:p>
    <w:p>
      <w:pPr>
        <w:pStyle w:val="ArticleBody"/>
        <w:jc w:val="left"/>
      </w:pPr>
      <w:r>
        <w:rPr>
          <w:rFonts w:ascii="Times New Roman" w:hAnsi="Times New Roman" w:eastAsia="Times New Roman" w:cs="Times New Roman"/>
        </w:rPr>
        <w:t>Paypa kutichasqa rantiyqa “barcokunawanmi” rikuchisqa, chayqa qullqi-atiy kasqanmi; hinallataq “carretakunawan caballoq runakunawan”pas, chayqa sinchi awqanakuy atiy kasqanmi. Awqanakuy atiywan qullqi-atiywanqa iskayninmi Estados Unidos nisqapa qhipa p’unchaykunapa profeciakunapi profetisqa k’askakuna, imaraykuchus Estados Unidosqa Jezabelman mana kumuyta munakkuqkunata rantinankumanta hinaspa rantichinankumantapas hark’anqa; chaymantaq, Jezabelpa kamachiy unanchanta manaraq chaskiptinkupas, wañuchisqañam kanqaku. Estados Unidospa qullqi-atyninwan awqanakuy kallpanwanmi, papadowan huñunakuspa llamk’achisqa, 1989 watapi Unión Soviética nisqapa t’aqanakunanta apamurqa, ichaqa Rusiaqa sayasqallam saqisqa karqa.</w:t>
      </w:r>
    </w:p>
    <w:p>
      <w:pPr>
        <w:pStyle w:val="ArticleBody"/>
        <w:jc w:val="left"/>
      </w:pPr>
      <w:r>
        <w:rPr>
          <w:rFonts w:ascii="Times New Roman" w:hAnsi="Times New Roman" w:eastAsia="Times New Roman" w:cs="Times New Roman"/>
        </w:rPr>
        <w:t>Daniel qhelqayna chunka hukniyuq t’aqapi chunka kaq qillqapi hunt’akusqa willakuyqa yapamantan rikurimun tawa chunka kaq qillqapa iskay kaq rak’inpa willakuyñinpi, chaymi 1989 watapi pacha tukukuypa tiempo nisqata reqsichin. Soqta kaqmanta isqon kaqkama qillqakunaqa chay pacha tukukuyman pusasqa willakuyta rikuchin, chaytaq tawa chunka kaq qillqapa ñawpaq kaq rak’inpi reqsichisqa kachkan. Daniel qhelqayna chunka hukniyuq t’aqapi pichqa kaqmanta chunka kaqkama qillqakunaqa allin hinata, hinaspa hunt’asqa hinata, Daniel chunka hukniyuqpa tawa chunka kaq qillqapa willakuyñinta rikuchin; Sister White nisqanman hina qillqasqanta yuyarispa: “Danielpa chunka hukniyuqpi ña hunt’akusqa askha willakuykunam yapamanta hunt’akumqa.”</w:t>
      </w:r>
    </w:p>
    <w:p>
      <w:pPr>
        <w:pStyle w:val="ArticleBody"/>
        <w:jc w:val="left"/>
      </w:pPr>
      <w:r>
        <w:rPr>
          <w:rFonts w:ascii="Times New Roman" w:hAnsi="Times New Roman" w:eastAsia="Times New Roman" w:cs="Times New Roman"/>
        </w:rPr>
        <w:t>Daniel chunka huk ñiqinmanta tawa ñiqinkama oncepi, Cirota reqsichin, iskay waqrayuq llaqtapa iskay kaq rey-ninta, tukukuypa pachapi, qhipa p’unchaykunapi. Qhipa p’unchaykunapi “tukukuypa pacha” karqa 1989 watapi, hinaspa iskay kaq presidenti, Ciro nisqawan rikch’achisqa, huk willakuy ñawpaq rimaypa qatiqninmanta sayachin, chaymanta profecíata yachaq runa yupayta atin 1989 qhipaman suqta kaq presidentikama, paymi aswan qhapaq presidenti kanman, hinaspa sayarichinqa (rikch’arichinqa) dragonpa atiykunata globalista nisqakunapa, kay pachapi globalistakuna kaptinku, utaq Estados Unidos llaqtapi kaptinku. Chay profetisqa willakuyqa chaymantataq Bibliapa profecíanpi qanchis kaq reino-man p’anqaykun, Naciones Unidaspa chunka reykunaman, hinaspa reqsichin hatun ñawpaq hinaspa huk ñiqin rey-ninta, Alejandro el Grande nisqawan rikch’achisqata (“Qharikunapa Awqaqnin” niqta), hinallataq reino-npa tukupayninta, maypachachus Islampa tawa wayrakuna runapa ensayo pacha tukukuyninpi lliwta kacharisqa kanqa.</w:t>
      </w:r>
    </w:p>
    <w:p>
      <w:pPr>
        <w:pStyle w:val="ArticleBody"/>
        <w:jc w:val="left"/>
      </w:pPr>
      <w:r>
        <w:rPr>
          <w:rFonts w:ascii="Times New Roman" w:hAnsi="Times New Roman" w:eastAsia="Times New Roman" w:cs="Times New Roman"/>
        </w:rPr>
        <w:t>Chaymanta, phisqa qanchisniyuq t’aqakuna qhawaykuchkan hinaspa willakunchkan chay pachaq historianta, papa kay kamachiyta 538 watapi tiyana kamachina patapi sayachisqa kananmanta ñawpaqta. Ñawpaqtaqa, norte llaqtapa reyninman tukunanpaq atiyniyuqqa kimsa allpapi hark’asqakunata atipanan karqan, Seleuco hina, paymi chaymanta qhipaman norte llaqtapa reyninman sayachisqa karqan. Chaymanta qhipaqa kimsa wata chawpinwan kuska tiempota, chayqa kinsa chunka phisqa chiqap watakunawan rikuchisqa hina, norte llaqtapa reynin kamachirqan, uray llaqtapa reynin paypa pukllananman yaykuspa prësu hap’inankama; chaypi qhipaman Egiptopi wañurqan kawallumanta urmaykuspa. Chay hinaqa, chay t’aqakunaqa reqsichin chay historiata, pacha tukukuy tiempopi 1798 watapi tukukuqta.</w:t>
      </w:r>
    </w:p>
    <w:p>
      <w:pPr>
        <w:pStyle w:val="ArticleBody"/>
        <w:jc w:val="left"/>
      </w:pPr>
      <w:r>
        <w:rPr>
          <w:rFonts w:ascii="Times New Roman" w:hAnsi="Times New Roman" w:eastAsia="Times New Roman" w:cs="Times New Roman"/>
        </w:rPr>
        <w:t>Chunkay chunka 1989 watapi tukukuypa pacha historiata sut’inchan, hinaspa chunka pichqaymanta chunka isqunniyuq chunkaqkama kaq chunkakunawan kuskaqa, paykunaqa tawa chunkaq chunkapa historianta rikuchinku, imaynachus kimsa chunkaq chunkamanta suqta chunka suqtayuq chunkakama kaq historiapas. Chayrayku, huk chunkamanta chunka chunkakama, siq’imanta siq’iman hina, iskay profetiku siq’ikuna kanku. Ñawpaq kaqqa suqtañiqin hinaspa qanchisñiqin qhapaq suyukunapa umalliqninkunamanta rimarin, ichaqa suqtañiqin qhapaq suyupa qapaq aswan qhapaq umalliqninwan qanchisñiqin qhapaq suyuwan chawpipi ch’usaq k’iti kan.</w:t>
      </w:r>
    </w:p>
    <w:p>
      <w:pPr>
        <w:pStyle w:val="ArticleBody"/>
        <w:jc w:val="left"/>
      </w:pPr>
      <w:r>
        <w:rPr>
          <w:rFonts w:ascii="Times New Roman" w:hAnsi="Times New Roman" w:eastAsia="Times New Roman" w:cs="Times New Roman"/>
        </w:rPr>
        <w:t>Iskay ñiqin siqiqa kimsa hark’akuykunata chinkachisqa willakuyta, Chinchaysuyu qhapaqpa kamachisqan pacha-ta, hinaspataq 1798 watapi pichus chinkachisqa karqan chayta, hinaspa 1989 watakama, hinallataq iskay ñiqin umalliqta, ñawpaq siqipi Ciro nisqawan rikuchisqata, qawachin.</w:t>
      </w:r>
    </w:p>
    <w:p>
      <w:pPr>
        <w:pStyle w:val="ArticleBody"/>
        <w:jc w:val="left"/>
      </w:pPr>
      <w:r>
        <w:rPr>
          <w:rFonts w:ascii="Times New Roman" w:hAnsi="Times New Roman" w:eastAsia="Times New Roman" w:cs="Times New Roman"/>
        </w:rPr>
        <w:t>Chunka hukniyuq chaymanta iskayniyuq versículokunaqa kimsa kaq historiapa huk siqinta rikuchin, iskay kaq versículopi qhapaq presidente qhepanpi pasaqta; ichaqa, pacha tukukuypi 1989 watapi Unión Soviética urmaymanta qhepaman huk pacha pasasqanmanta qhepanpi, hinaspa versículo chunka suqtayuqpi rikuchisqa hina Estados Unidos llaqtapi domingo p’unchay kamachiy manaraq chayamushaqtin ñawpaqninpi.</w:t>
      </w:r>
    </w:p>
    <w:p>
      <w:pPr>
        <w:pStyle w:val="ArticleBody"/>
        <w:jc w:val="left"/>
      </w:pPr>
      <w:r>
        <w:rPr>
          <w:rFonts w:ascii="Times New Roman" w:hAnsi="Times New Roman" w:eastAsia="Times New Roman" w:cs="Times New Roman"/>
        </w:rPr>
        <w:t>1989 watana tukukuypa qhepaman historiataqa apasqa kachkan soqta kaq, aswan qhapaq umalliqman, paymi 2016 watapi qallarispa globalistakunata kuyuchin, ñawpaq siq’ipi. Profetiku historiataqa 1989 wataman apasqa kachkan iskay kaq siq’ipi. Rafia Maqanakuynin (“Lindero” nisqa) chunka hukniyuq chaymanta chunka iskayniyuq versículokunapi, ñawpaqta hamun chunka kimsayuq versículomanta; chaypiqa, ñaqa chinkachisqa norte rey kutichin soldadonkunata, chaymantataq atipachin sur reyta, manaraq chunka soqta versículopi domingo kamachiy kananman chayaqtin. Norte reypa rantin atiynin chunka kimsayuq versículopiqa, qhipa kaqmi pusaq presidentekunamanta, paykunaqa 1989 watamanta domingo kamachiy kama reyninku. Chayrayku chunka kimsayuq versículoqa rurasqa kanan tiyan pusaq kaq presidentepa akllakusqanpi utaq chaymanta qhepaman, payqa qanchismantam kachkan. Chunka hukniyuq chaymanta chunka iskayniyuq versículokunaqa qallarin manaraq soqta kaq, aswan qhapaq presidente manaraq chayaqtin, ichaqa ancha hina tukukun chay kikillan presidentepa akllakusqanman manaraq chayaqtin; paymi qanchismantapuni pusaq kaq tukuspa, rantin maqanakuypa kimsay kaq maqanakuyninpi atipaq rikurin, chunka kimsayuqmanta chunka pichqayuq versículokunakama.</w:t>
      </w:r>
    </w:p>
    <w:p>
      <w:pPr>
        <w:pStyle w:val="ArticleBody"/>
        <w:jc w:val="left"/>
      </w:pPr>
      <w:r>
        <w:rPr>
          <w:rFonts w:ascii="Times New Roman" w:hAnsi="Times New Roman" w:eastAsia="Times New Roman" w:cs="Times New Roman"/>
        </w:rPr>
        <w:t>Aycha chunka hukniyuq chaymanta chunka iskayniyuq chaymanta uray llaqtapa qhapaq reyninpa kutichiyqa, aycha chunka chaymanta uray llaqtapa qhapaq reyninpa muchuyta chaskisqanman kutichisqami. Aycha chunkaqa 1989 watapi hanaq llaqtapa qhapaq reyninpa atipayninta reqsichin, chay atipaytaqa Estados Unidoswan Vaticanonwan pakasqa huñunakuywanmi apamurqan. Hanaq llaqtapa soldadokunapaq chay atipayqa proxy guerrapa ñawpaq kaq maqanakuy karqan. Ñawpa pachakunapi hunt’asqa literal ruphay maqanakuyqa qhepa p’unchaykunapi proxy guerratam rikch’achirqan; chayrayku aycha chunka hukniyuq chaymanta chunka iskayniyuq chaypi atipayqa uray qhapaq reyninpaq atipay kanqa, proxy guerrakunapa iskay kaq maqanakuypi.</w:t>
      </w:r>
    </w:p>
    <w:p>
      <w:pPr>
        <w:pStyle w:val="ArticleBody"/>
        <w:jc w:val="left"/>
      </w:pPr>
      <w:r>
        <w:rPr>
          <w:rFonts w:ascii="Times New Roman" w:hAnsi="Times New Roman" w:eastAsia="Times New Roman" w:cs="Times New Roman"/>
        </w:rPr>
        <w:t>Chunkaq tawa chunka hinaspa phisqa versiculokunapi kinsa maqanakuykuna kan, chaykunataq llapallanta unay pacha literal q’uñi awqanakuykunawan hunt’achirqanku; ichaqa qhepa p’unchaykunapi proxy awqanakuykunapi kinsa maqanakuykunatan rikuchinku. Ñawpaq kaq maqanakuyqa atipasqa karqa uywaqa hinaspa llulla willaqpa pakasqa huñunakusqanwan, dragónpa contranpi, 1989 watapi. Iskay kaq maqanakuyqa, proxy awqanakuykunamanta, atipasqa kanqa uray suyuq reyninpa mana Diospi iñiq dragón atiyninwan, papaq hinaspa paypa proxy soldado ejercitonpa huñunakuyninpa contranpi. Kinsa kaq maqanakuyqa atipasqa kanqa hanaq suyuq reyninpa proxy ejercitonwan, imaynachus chunka kinsa-manta phisqa kama versiculokunapi rikuchisqa kashan hina.</w:t>
      </w:r>
    </w:p>
    <w:p>
      <w:pPr>
        <w:pStyle w:val="ArticleBody"/>
        <w:jc w:val="left"/>
      </w:pPr>
      <w:r>
        <w:rPr>
          <w:rFonts w:ascii="Times New Roman" w:hAnsi="Times New Roman" w:eastAsia="Times New Roman" w:cs="Times New Roman"/>
        </w:rPr>
        <w:t>Proféticamente kinsan kimsa ruphaylla hatun mundu awqanakuykuna, kimsa proxy awqanakuykuna, kimsa maqanakuykunamanta rurasqa, hinallataq Islam-pa kimsa llaquykunapa awqanakuynin kashan. Kananmi huk Guerra Civil hinallataq huk Guerra Revolucionariapas kashan. Proxy awqanakuykunapa iskay kaq maqanakuyninqa kunanmi Ucrania llaqtapi ruwakuchkan, “The Borderline”, Raphia nisqawan rikuchisqa hina; chaymi karqan rey del sur nisqapa rey del norte nisqawan tinkusqan frontera, chay pacha versículos once y doce ñawpaq kutipi historiapi hunt’asqa kaptin.</w:t>
      </w:r>
    </w:p>
    <w:p>
      <w:pPr>
        <w:pStyle w:val="ArticleBody"/>
        <w:jc w:val="left"/>
      </w:pPr>
      <w:r>
        <w:rPr>
          <w:rFonts w:ascii="Times New Roman" w:hAnsi="Times New Roman" w:eastAsia="Times New Roman" w:cs="Times New Roman"/>
        </w:rPr>
        <w:t>Ukraniapi proxy guerrakunapa iskay kaq maqanakuy apakuchkashan chay pachallapi, Islampa kimsa kaqmanta iskay kaq atacan gloriayuq hallp’amanpas pasashallantaqmi. Kimsa kaq ay kaq ñak’ariypa ñawpaq kaq atacan chayamurqan septiembre 11, 2001 watapi, hinaspataq pachak tawa chunka tawa waranqa runakunapa sellaynin qallariqurqan. Sellay pacha tukukun mana unay hamuq domingo kamachiy Estados Unidos llaqtapi chayamuptinmi, maypachachus kimsa kaq ay kaq ñak’ariypa Islamnin yapamantaq Estados Unidos-ta maqaykunqa. Ñawpaq kaq hinaspa qhepa kaq maqaykunaqa kikinllaña kanku, iskayninkutaq Apocalipsis chunka pusaqniyuq angelpa vozninmanta señalan, chay vozmi kimsa kaq angelpa vozninpas, chaymi qanchis kaq trompetapa waqayninpas, chaymi kimsa kaq ay kaq ñak’ariypas.</w:t>
      </w:r>
    </w:p>
    <w:p>
      <w:pPr>
        <w:pStyle w:val="ArticleBody"/>
        <w:jc w:val="left"/>
      </w:pPr>
      <w:r>
        <w:rPr>
          <w:rFonts w:ascii="Times New Roman" w:hAnsi="Times New Roman" w:eastAsia="Times New Roman" w:cs="Times New Roman"/>
        </w:rPr>
        <w:t>Chay ishkay maganakuykunapa chawpinpi, iskay rimaykuna kasqankupi, qanchis kaq trompetapa uyariynin kasqankupi, kinsa kaq llakikuy Islamqa 2023 wata, octubre killapa 7 p’unchawninpi, mana kunan p’unchawpa espirituyninpi k’anchayniyuq llaqtatachu maqaykurqan, aswanpas ñawpaq literal k’anchayniyuq llaqtatan maqaykurqan.</w:t>
      </w:r>
    </w:p>
    <w:p>
      <w:pPr>
        <w:pStyle w:val="ArticleBody"/>
        <w:jc w:val="left"/>
      </w:pPr>
      <w:r>
        <w:rPr>
          <w:rFonts w:ascii="Times New Roman" w:hAnsi="Times New Roman" w:eastAsia="Times New Roman" w:cs="Times New Roman"/>
        </w:rPr>
        <w:t>Chay p’unchaykunaq qallarimusqan maqanakuyqa, kunanqa chay kikin chiqallapim pasashan, maypichus Raphia Maqanakuyqa pasasqa, chunka hukniyuq, chunka iskayniyuq versículokunapi nisqankama. Gaza sutiyuq q’itip’aqa ura suyu Judá qhapaq suyuwan Egiptowan tinkuq linderonmi. 7 de octubre de 2023 watapi p’unchayqa, wakin ruedakuna ukhupi huk ruedahinam kashan; chaymi señalakushan hatarikuq kayta, icha hebreo simi alfabitopi chunka kimsayuq kaq qillqata, mayqinchus ñawpaq qhipa qillqakunawan kuska “cheqaq kay” sutiyuq simita rurakun.</w:t>
      </w:r>
    </w:p>
    <w:p>
      <w:pPr>
        <w:pStyle w:val="ArticleBody"/>
        <w:jc w:val="left"/>
      </w:pPr>
      <w:r>
        <w:rPr>
          <w:rFonts w:ascii="Times New Roman" w:hAnsi="Times New Roman" w:eastAsia="Times New Roman" w:cs="Times New Roman"/>
        </w:rPr>
        <w:t>Kinsa ñak’ariypi Islam-pa iskay kaq muchuyninmi sumaq allpaman paqarirqan 2023 watapi octubre killapa 7 p’unchayninpi, chaypas cheqaqpuni ruwarqan maypichus ñawpa Raphia maqanakuy karqan, chunka hukniyuq chhikuq, chunka iskayniyuq chhikuq nisqakunapa hunt’akuyninman hina. Sumaq allpapaq iskay kaq maqanakuyqa, profetapaq allpa-unchuy tinkuchiywan, rantisqa awqanakuypa iskay kaq maqanakuywan t’inkisqa kachkan, imaynatachus Ucrania llaqtapi guerra sut’inchasqa hina.</w:t>
      </w:r>
    </w:p>
    <w:p>
      <w:pPr>
        <w:pStyle w:val="ArticleBody"/>
        <w:jc w:val="left"/>
      </w:pPr>
      <w:r>
        <w:rPr>
          <w:rFonts w:ascii="Times New Roman" w:hAnsi="Times New Roman" w:eastAsia="Times New Roman" w:cs="Times New Roman"/>
        </w:rPr>
        <w:t>Sapa siq’imanta siq’iman hina, kunan Ukrainepi (Qichqay suyu) ruwakusqan proxy awqa awqakuykunapa iskay kaq maqanakuyqa, kimsa kaq llaqiypa trumpetaq iskay kaq notanta (7 de octubre de 2023) hap’in, chaymi hunt’akusun pachaq tawa chunka tawa waranqa runakunapa sellasqa kayninkupa qhipa pacha hinapi. Chay sellasqa kay experienciata Danielmi chunka kaq capítulope rikuchin, maypichus “marah” sutiyuq visionta rikun iskay chunka hukniyuq p’unchay llaqikuy pacha qhipaman, chaymi iskay profetakuna ñanpi wañusqa kashaqtin kimsa p’unchay kuskan p’unchay hina. Chay visionqa sut’inchasqa karqan “Diospa llaqtanman qhipa p’unchaykunapi ima hamunanta” nisqapa willakuynin hina.</w:t>
      </w:r>
    </w:p>
    <w:p>
      <w:pPr>
        <w:pStyle w:val="ArticleBody"/>
        <w:jc w:val="left"/>
      </w:pPr>
      <w:r>
        <w:rPr>
          <w:rFonts w:ascii="Times New Roman" w:hAnsi="Times New Roman" w:eastAsia="Times New Roman" w:cs="Times New Roman"/>
        </w:rPr>
        <w:t>Hiddekel mayu rikch’ayninwan sut’inchasqa chiqaqa, sellaq chiqaq kasqanrayku, hunt’asqa rikurin chunka hukniyuqmanta chunka pichqayuq kama versikulokunapa profetiku historiapin. Chayqa tawa chunka versikulopa historiann, 1989 watapi qallarispa, tawa chunka hukniyuq versikulokama hinallataq utqaylla hamuq domingo kamachiykama purin. Chayqa iskay versikulopi soqta kaq, aswan qhapaq umalliqpa historiann, kinsa versikulopi nisqa “Alejandro el Grande” qanchis suyukama chaypi sut’inchasqa hina rikuchisqa.</w:t>
      </w:r>
    </w:p>
    <w:p>
      <w:pPr>
        <w:pStyle w:val="ArticleBody"/>
        <w:jc w:val="left"/>
      </w:pPr>
      <w:r>
        <w:rPr>
          <w:rFonts w:ascii="Times New Roman" w:hAnsi="Times New Roman" w:eastAsia="Times New Roman" w:cs="Times New Roman"/>
        </w:rPr>
        <w:t>Historiaqa qallarirqan 2014 watapi, proxy guerraspa iskay kaq maqanakuyninpa qallariyninpi; chaymanta qatiqtaq, aswan qhapaq presidenteqa 2015 watapi kampañanta qallarisqanwan. Chay historiaqa versículo cuarentapi ch’usaq k’itimi, 1989 watamanta versículo cuarenta y unopi domingo ley kama; hinallataqmi versículo iskaypi suqta kaq, aswan qhapaq presidentemanta qanchis kaq reino kama ch’usaq k’iti. Chaymi historiaqa qallariq, Apocalipsis libropa chunka pusaqniyuq kapitulumanta ñawpaq vozninwan, septiembre 11, 2001 watapi; tukukuqtaq iskay kaq vozninwan, Apocalipsispa chunka hukniyuq kapitulumanta hatun allpa kuyuy horapi. Chay historiaqa hinallataq Ezequielpa chunka iskayniyuq kapitulumpi reqsisqa historia pacha, maypichus llapa visión hunt’akunku. Chay pachaqa pachak tawa chunka tawa waranqa sellasqa kayninpa tiemponmi. Diospa llaqtanpa santificakuyninqa Rimasqanwanmi hunt’akuyta tarin.</w:t>
      </w:r>
    </w:p>
    <w:p>
      <w:pPr>
        <w:pStyle w:val="ArticleScripture"/>
        <w:jc w:val="left"/>
      </w:pPr>
      <w:r>
        <w:rPr>
          <w:rFonts w:ascii="Times New Roman" w:hAnsi="Times New Roman" w:eastAsia="Times New Roman" w:cs="Times New Roman"/>
        </w:rPr>
        <w:t>Paykunawanman chaykunata qampa chiqaq kayniykipi: qampa simiykiqa chiqaq kaymi. Juan 17:17.</w:t>
      </w:r>
    </w:p>
    <w:p>
      <w:pPr>
        <w:pStyle w:val="ArticleBody"/>
        <w:jc w:val="left"/>
      </w:pPr>
      <w:r>
        <w:rPr>
          <w:rFonts w:ascii="Times New Roman" w:hAnsi="Times New Roman" w:eastAsia="Times New Roman" w:cs="Times New Roman"/>
        </w:rPr>
        <w:t>Kay yachayta qatiqkusunchis hamuq qillqapi.</w:t>
      </w:r>
    </w:p>
    <w:p>
      <w:pPr>
        <w:pStyle w:val="ArticleScripture"/>
        <w:jc w:val="left"/>
      </w:pPr>
      <w:r>
        <w:rPr>
          <w:rFonts w:ascii="Times New Roman" w:hAnsi="Times New Roman" w:eastAsia="Times New Roman" w:cs="Times New Roman"/>
        </w:rPr>
        <w:t>“Kay visiónqa Ezequielman qusqa karqan chay p’unchawkunapi, sonqon phutikuq, llaquy hina hamuq imakunawan hunt’asqa kaptin. Payqa rikuran taytankunap allpanta ch’usaqyachisqa siq’isqa kasqanta. Llaqtan, ñawpaqta runakunawan hunt’a kasqan, manaña pipas tiyashanñachu. Kusikuypa rimayninpas, yupaychay takiypas, manaña uyarisqachu murallankunapi. Profetapas kikillan karqan huk llaqtapi, mana reqsisqa llaqtapi, maypichus mana tukukuq hatun munaychasqa atiyninpas, saqra sinchi millay ñak’ariychaypas, llapanmanta aswan kamachiq hina reinakuran. Runapa ñak’ariy apachisqanmantawan mana allin rurayninmantawan rikuskanta, uyarisqantawan, sonqonta sinchita nanachirqan; chayraykun tutantin p’unchantin ancha waqarqan. Ichaqa Quebar mayu qayllapi ñawpaqninman rikuchisqa almiray señalkuna qhawachirqan llapanman kamachiq atiyniyuq kasqanta, kay pachapi kamachiqkunap atiyninmanta aswan kallpasapa kasqanta. Asiriawan Babiloniap hatunchakuq, millay sunqu monarcankunap patanpi, khuyapayakuq cheqaq Diosmi tiyaykusqa karqan.”</w:t>
      </w:r>
    </w:p>
    <w:p>
      <w:pPr>
        <w:pStyle w:val="ArticleScripture"/>
        <w:jc w:val="left"/>
      </w:pPr>
      <w:r>
        <w:rPr>
          <w:rFonts w:ascii="Times New Roman" w:hAnsi="Times New Roman" w:eastAsia="Times New Roman" w:cs="Times New Roman"/>
        </w:rPr>
        <w:t>“Profetaman rikuchisqanman hina, chay rueda-hina sasachakuykunaqa chay hina pantasqa-qillqisqa kasqapi rikurirqan, ichaqa mana tukukuq makin pusayninwan kamachisqa kasharqan. Diospa Espírituyninmi, payman sut’ita rikuchisqa kaspa, kay ruedakunata kuyuchispa hinaspa pusaspa, pantaymanta allin tinkuyta lluqsichirqan; chay hinallataq llapa kay pachapas Paypa kamachiynin uranpi kasharqan. Waranqa waranqa hatunchasqa kaqkunaqa, Paypa simin nisqanlla hina, wakin mana allin runakunapa atiyninta hinaspa imayna kamachikuyta munasqankutapas atipanakuspa, Payman cheqaq kaqkunaman allinta apamunankupaq wakichisqa kasharqanku.”</w:t>
      </w:r>
    </w:p>
    <w:p>
      <w:pPr>
        <w:pStyle w:val="ArticleScripture"/>
        <w:jc w:val="left"/>
      </w:pPr>
      <w:r>
        <w:rPr>
          <w:rFonts w:ascii="Times New Roman" w:hAnsi="Times New Roman" w:eastAsia="Times New Roman" w:cs="Times New Roman"/>
        </w:rPr>
        <w:t>Chay hinallataq, Dios munasqan Juanman hamuq watakunapi iglesiapa historianta kicharinanpaq kashaqtin, Salvadorta llaqtanpaq munakuyninta, qhawakuyninta ima, payman qhawachispa, “Runapa Churinta hina hukta,” mechero-kunapa chawpinta puriqta, qanchis iglesiakunata rikch’achiqta, sut’incharqa. Juanman kay pachapi atiyniyuqkunawan iglesiapa qhipa hatun maqanakuykunata qhawachishaqtinpas, hinallataq cheqaq iñiqkunapa qhipa atipayninta, librakuyninta ima qhawananpaq saqisqa karqa. Payqa rikurqa iglesiata uywawan chay lantisninwanpas wañuywan tukuk conflictopi apamusqata, chay uywata yupaychanankupaq wañuywan manchachisqa kamachiyta. Ichaqa maqanakuyupa qosñinmanta, qapariyninmantapas aswan chayman qhawarispa, payqa rikurqa Sión orqopi Corderowan huk huñunakuyta, uywapa señalninpa rantinpiqa “Taytampa sutin urkunankupi qillqasqa” kaqta. Huktawanpas rikurqa “uywamanta, lantisninmanta, señalninmantapas, sutinpa yupayninmantapas atipayta hap’iqkuna, vidriomanta qochapa patanpi sayaqta, Diospa arpakunata hap’ispa,” Moisespa takiyninta, Corderopaq takiynintawan takisqankuta.</w:t>
      </w:r>
    </w:p>
    <w:p>
      <w:pPr>
        <w:pStyle w:val="ArticleScripture"/>
        <w:jc w:val="left"/>
      </w:pPr>
      <w:r>
        <w:rPr>
          <w:rFonts w:ascii="Times New Roman" w:hAnsi="Times New Roman" w:eastAsia="Times New Roman" w:cs="Times New Roman"/>
        </w:rPr>
        <w:t>“Kay yachachikuykunaqa ñuqanchikpa allinpaqmi kan. Iñiyninchikta Diospi sayachinanchikmi kanan, ñawpaqninchikpim qaylla kachkan runakunapa almasninkuta watukuykama pacha. Cristoqa Olivos Urqupi kashaspan, iskay kutimuyñanpaq manchakuy juicioykunata, ñawpaqta hamunankupaq kasqankuta, willaraykurqan: ‘Guerrakunamanta, guerrakunapa willakuyninkunamantapas uyarinkichikmi.’ ‘Nacionmi nacionpa contranpi hatarinqa, reinutaq reinupa contranpi; muchuypas, onqoykunapas, pachakuykunapas tukuy rikch’aypi kanqa. Tukuy chaykunam llaquykunapa qallariyninlla kanku.’ Kay profeciakunaqa Jerusalén llaqtapa thuñichisqa kasqanpi huk chawpi hunt’akuyta chaskirqanku chaypas, qhipa p’unchaykunamanmi aswan chiqaqta tupanku.”</w:t>
      </w:r>
    </w:p>
    <w:p>
      <w:pPr>
        <w:pStyle w:val="ArticleScripture"/>
        <w:jc w:val="left"/>
      </w:pPr>
      <w:r>
        <w:rPr>
          <w:rFonts w:ascii="Times New Roman" w:hAnsi="Times New Roman" w:eastAsia="Times New Roman" w:cs="Times New Roman"/>
        </w:rPr>
        <w:t>“Hatun jatun, chaninchasqa ruwaykunapa punkup patapi sayashanchik. Willakuy hamuq pachaqa utqaymanta hunt’akuchkan. Señorqa punkupiñan kachkan. Manaraq unaymanta ñawpaqninchikpi kicharikunqa llapa kawsakkuqkunapaq sinchi, llakiywan hunt’a tiempo. Ñawpaq p’iqtinchakuykunaqa yapamanta kawsarichisqa kanqaku; musuq p’iqtinchakuykunapas hatarinqaku. Kay pachanchikpi ruwakunanpaq kaq rikch’aykunaqa manaraqmi pipas musquyninpipis yuyarisqachu. Satanásqa runa qillqanakunawan llamk’achkan. Constituciónta tikrayta munaspa, Domingo p’unchawta waqaychanapaq kamachiyta taqichiyta maskhaqkunaqa ima ruraykunaq qhipaman hamunantaqa mana allinta reparankuchu. Huk hatun sasachakuyqa ñañanña ñawpaqninchikpi kachkan.”</w:t>
      </w:r>
    </w:p>
    <w:p>
      <w:pPr>
        <w:pStyle w:val="ArticleScripture"/>
        <w:jc w:val="left"/>
      </w:pPr>
      <w:r>
        <w:rPr>
          <w:rFonts w:ascii="Times New Roman" w:hAnsi="Times New Roman" w:eastAsia="Times New Roman" w:cs="Times New Roman"/>
        </w:rPr>
        <w:t>“Chayqa hatun sasachakuy pachapiqa Diospa sirviqninkunaqa manam kikinkupillachu atinikunanku. Isaíasman, Ezequielman, Juanmanpas qusqan rikuchikuyninkupiqa rikunchik imayna sapaq kuska hanaqpacha kay pachapi pasasqan ruwanakunawan t’inkisqa kasqanta, hinallataq may hatun Diospa cuidakusqanta Payman cheqaq kasqankunapaq. Kay pachaqa manam kamachiqniyuqchu kachkan. Jamuq ruwaykunapa nisqankuqa Señorpa makinpin kachkan. Hanaqpachapa Hatun Atipaqninmi nacionkunapa qispiyta, hinallataq Iglesianpa imakunapas, kikinpa makimpi waqaychan.” Testimonies, volumen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soqta chunka qanchisniyuq número</dc:title>
  <dc:subject>Profecíata riqsichiy: Daniel 11:10 nisqap hinallataq chaymanta aswan karu qhipamanpas históricopi hinallataq proféticopi ancha hatun significadonta qawachispa</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