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qanchis chunka hukniyuq kaq</w:t>
      </w:r>
    </w:p>
    <w:p>
      <w:pPr>
        <w:pStyle w:val="ArticleSubtitle"/>
        <w:jc w:val="left"/>
      </w:pPr>
      <w:r>
        <w:rPr>
          <w:rFonts w:ascii="Arial" w:hAnsi="Arial" w:eastAsia="Arial" w:cs="Arial"/>
        </w:rPr>
        <w:t>Aysay Pukllay Geopolíticonispi: Vaticano, Comunismo, hinaspa Maskhay Pacha Kamachiyta Munaypaq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Liqru *The Keys of This Blood: The Struggle for World Dominion Between Pope John Paul II, Mikhail Gorbachev, and the Capitalist West*, Malachi Martin qelqasqanmi, hinaspapas 1990 watapi ñawpaq kutita rikhurirqan. Martinqa Papa Juan Pablo IIpa ruyninta qhawarin, payqa tukuy pachapi políticapi hinaspa diplomaciapipas huk hatun tikraq runa hina, iskay chunka pachak watapa qhipa kuskanpi. Paymi rimarin Papaq ruyninmanta, imaynatas Comunismo urmaykurqan Inti lloq’e Europapi. Chay liqruqa católico qhawariyta rikuchin, ima ruraykuna hinaspa puririykuna Daniel qhelqapi chunka hukniyuq t’aqapa tawa chunka versiculon hunt’akunampaq apamurqan, tukukuypa p’unchayninpi, 1989 watapi.</w:t>
      </w:r>
    </w:p>
    <w:p>
      <w:pPr>
        <w:pStyle w:val="ArticleBody"/>
        <w:jc w:val="left"/>
      </w:pPr>
      <w:r>
        <w:rPr>
          <w:rFonts w:ascii="Times New Roman" w:hAnsi="Times New Roman" w:eastAsia="Times New Roman" w:cs="Times New Roman"/>
        </w:rPr>
        <w:t>Martinqa allinta qhawarin Unión Soviética ukhu pacha ruwanakunamanta qhawayninta Mikhail Gorbachevpa pusaynin ukhupi allinta unanchaq, aswanpas Gorbachevpa “glasnost” (kichasqa kay) nisqa politikanman, hinallataq “perestroika” (wakmanta sayarichiy) nisqaman umalliqta qhawarispa. Payqa Unión Soviética suyu uyarisqan sasachakuykunamanta rimarin, hinallataq Gorbachevpa Comunista sistema musuqchaspa allinchayta munasqan ch’amkaykunamantapas. Payqa geopolitikawan tinkisqa sasachakuykunata, atiy waqaychaymanta maqanakuykunatapas maskhaykuspa qhawan, Unión Soviética (ura llaqtapa qhapaqninqa—dragón), Iglesia Católica (hanaq llaqtapa qhapaqninqa—bestia), hinallataq paypa sutichasqan capitalista Occidente (hanaq llaqtapa qhapaqninpa rantin soldado ayllun—profeta llulla) chawpipi. Payqa yuyay maych’akuykunamanta, pakasqa willakuy maskanakuykunamanta, pakallapi ruwasqa llamk’aykunamantapas rimarin, chaykunaqa Guerra Fría nisqa pacha tiempota reqsichirqan; hinallataq mayqin ruwaqkunapa kallpachakusqankuta qhawan, kay pachapa hamuq p’unchayninta imayna kananpaq churayta munasqankuta.</w:t>
      </w:r>
    </w:p>
    <w:p>
      <w:pPr>
        <w:pStyle w:val="ArticleBody"/>
        <w:jc w:val="left"/>
      </w:pPr>
      <w:r>
        <w:rPr>
          <w:rFonts w:ascii="Times New Roman" w:hAnsi="Times New Roman" w:eastAsia="Times New Roman" w:cs="Times New Roman"/>
        </w:rPr>
        <w:t>Martinmi sut’inchan catolicismopa ancha hatun chaniyoq kasqanta, mundopa políticampi hinaspa diplomaciapi kallpayoq hina, qhawachin. Payqa ninmi Iglesia Católica, Papa Juan Pablo II pa pusaynin urapi, kay pacha historiapa puriyninta churananpaq ancha hatun ruwaq kasqanta hinaspa Guerra Fría nisqapa tukukuyninta sayachinapaq kallpachaq kasqanta. Payqa Juan Pabloq kallpanta churaykun Fátima llaqtapi, Portugalpi, Marianapa rikuchikuyninkunapa contexto-ninman, hinaspa reqsichin Fátimapa kallpanta mundopi pasaq ruwaykunapi chaymanta Iglesia Católicapa historiapa puriyninta churananpi ruwaq kayninta. Martinmi yuyaychaykun Fátimapi pasaq ruwaykuna ancha hatun proféticawan geopoliticawan ima niyniyoq kasqanta, aswanpas Guerra Fría nisqa pachakuna contexto-ninpi.</w:t>
      </w:r>
    </w:p>
    <w:p>
      <w:pPr>
        <w:pStyle w:val="ArticleBody"/>
        <w:jc w:val="left"/>
      </w:pPr>
      <w:r>
        <w:rPr>
          <w:rFonts w:ascii="Times New Roman" w:hAnsi="Times New Roman" w:eastAsia="Times New Roman" w:cs="Times New Roman"/>
        </w:rPr>
        <w:t>Martinqa kimsa Fatima pakasqa willakuykunata maskhaykachan, chaykunas nisqaman hina Virgen Maríaqa 1917 watapi Fatimapi kinsa wayna michiq wawakunaman rikuchispa willarqan. Payqa yuyayninpi ninmi, kimsa kaq pakasqa willakuyqa, qallariypi Vaticanon pakasqa waqaychasqan, chaymanta 2000 watallapi sut’inchasqa, apocalíptico amonestakuykunata apachirqan Iglesia Católicaq hamuq p’unchawninmanta hinallataq kay pachaqhamuq p’unchawninmantapas. Martinqa sut’inchanmi Fatimapi pasasqa ruwaykuna, rikuchikuyninkunapas hinallataq Virgen Maríaq apachisqan willakuyninkunapas, hatun chaniyuq allinman churasqankuta pacha llaqtapura políticapaq hinallataq comunismowan capitalismowan ch’aqwaypaq Fría Guerra nisqa pachapi.</w:t>
      </w:r>
    </w:p>
    <w:p>
      <w:pPr>
        <w:pStyle w:val="ArticleBody"/>
        <w:jc w:val="left"/>
      </w:pPr>
      <w:r>
        <w:rPr>
          <w:rFonts w:ascii="Times New Roman" w:hAnsi="Times New Roman" w:eastAsia="Times New Roman" w:cs="Times New Roman"/>
        </w:rPr>
        <w:t>Martinqa hatuncharin Papa Juan Pablo IIpa ruwananmi Fatimapa willakusqan hamut’aykunapa hunt’akuyninpi huk ancha hatun runa kasqanta. Paymi ninqa Juan Pablo II kikinpaq qhawarisqanta Fatimapa kimsakaj pakasqa willakuyninpi rimarisqa “yuraq p’achayuq obispo” hina, chaymantataq papa kayninta qhawarisqanta supaypa atiykunawan tinkuypaq, chaynallataq Católicapa Iglesian ukupi hinallataq llapa runakunaq ayllupi espiritup musuqmanta kawsariyninta kallpachaypaq huk misión hina.</w:t>
      </w:r>
    </w:p>
    <w:p>
      <w:pPr>
        <w:pStyle w:val="ArticleBody"/>
        <w:jc w:val="left"/>
      </w:pPr>
      <w:r>
        <w:rPr>
          <w:rFonts w:ascii="Times New Roman" w:hAnsi="Times New Roman" w:eastAsia="Times New Roman" w:cs="Times New Roman"/>
        </w:rPr>
        <w:t>Martin nin ima hinan kay Fatima willakuy qillqasqa willakuyninkunaqa kallpanchasqanku yuyayman churaspa espiritupaq maqanakuyqa ancha importanmi kasqanta, hinaspa Iglesya Católicaqa mana allin atiqkunawan tupayta ruwananta, iglesya ukhupipas hawanpipas. Payqa ninmi Fatimapi pasasqakunaqa espiritupaq hinaspa allin kawsaypaq huk marco nisqata qusqanku, chaywanmi kay pachapi runakuna kunan p’unchaypi sasachakuyninkunata entiendenapaq hinaspa chimpanapaq. Fatima willakuyninkunaqa satanáspa willakuyninmi, chaymi Catolicismota condicionan Satanasta Cristohina chaskinankupaq, pay “Cristota personates” nispa rikhurichkaptin, utqay hamuq domingo kamachiypi.</w:t>
      </w:r>
    </w:p>
    <w:p>
      <w:pPr>
        <w:pStyle w:val="ArticleScripture"/>
        <w:jc w:val="left"/>
      </w:pPr>
      <w:r>
        <w:rPr>
          <w:rFonts w:ascii="Times New Roman" w:hAnsi="Times New Roman" w:eastAsia="Times New Roman" w:cs="Times New Roman"/>
        </w:rPr>
        <w:t>“Satanásqaqa milagrokunata ruwaspa allpapi tiyakuqkunata llullachinqa. Espiritualismoqa wañusqakunata rikch’arisqa hina qhawachispan ruwasqanta rurayta qallarinqa. Chay religionmanta cuerpokuna, Diospa willakuyninkunata uyariyta mana munaspa, ancha hatun llullachiy urapi kachkanqaku, hinaspan autoridad civilwan huñunakuspa santoskunata qatiykachinqaku. Iglesiakuna protestantekunaqa poder papalwan huñunakuspa Diospa mandamientonkuna waqaychaq runakunata qatiykachinqaku. Kaymi chay poder, hatun sistema de persecución nisqa kananpaq kaq, runakunapa concienciankunapi espiritual tiraniyata rurachispa kamachinqa.”</w:t>
      </w:r>
    </w:p>
    <w:p>
      <w:pPr>
        <w:pStyle w:val="ArticleScripture"/>
        <w:jc w:val="left"/>
      </w:pPr>
      <w:r>
        <w:rPr>
          <w:rFonts w:ascii="Times New Roman" w:hAnsi="Times New Roman" w:eastAsia="Times New Roman" w:cs="Times New Roman"/>
        </w:rPr>
        <w:t>“‘Payqa iskay waqrayuq karqan, ovejapa hina; ichaqa dragón hina rimarqan.’ Diospa Corderonpa qatiriynin kasqankuta willakuspaqa, runakuna dragónpa espiritunwan hunt’achisqa kanku. Qhuyapayakuq, llamp’u sunqu kasqankuta willakunku, ichaqa Satanaspa espiritunwanmi rimanku, kamachikunata ruwanku ima; chayhinataq ruwasqankuwan rikuchinku nisqankumanta ch’ulla kutipiqa chaypa contran kasqankuta. Kay oveja-hina atiyniyuqqa dragónwan hukllawaspa maqanakun Diospa kamachikuyninkunata waqaychaqkunawan, Jesucristoq testimoniunta hap’iqkunawan. Satanaspis protestantekunawan papistakunawan hukllawankun, paykunawan kuska llamk’aspa kay pachapa diosnin hina, runakunaman kamachispa imaynachus paypa reinonpa sujetonkuna hina kanku chayhina, munasqanman hina makipi hap’isqa, kamachisqa, hinaspa munayninman hina apachisqa kananpaq.”</w:t>
      </w:r>
    </w:p>
    <w:p>
      <w:pPr>
        <w:pStyle w:val="ArticleScripture"/>
        <w:jc w:val="left"/>
      </w:pPr>
      <w:r>
        <w:rPr>
          <w:rFonts w:ascii="Times New Roman" w:hAnsi="Times New Roman" w:eastAsia="Times New Roman" w:cs="Times New Roman"/>
        </w:rPr>
        <w:t>“Sichus runakuna mana munankuchu Diospa kamachikuyninkunata saru saruyta, dragonpa espiritun rikurirun. Wichq’asqa kanku, tantanakuykunaman pusasqa kanku, hinaspataq qullqimanta muchuchisqa kanku. ‘Paymi llapa runakunata, huch’uyta hatunta, qhapaqta wakchata, libreta sirvientetapas, paña makinkupi utaq urqunkupi señalta chaskinankupaq ruwan’ [Revelation 13:16]. ‘Payqa atiyniyuq karqan uywakunaqa imachus kawsayta qoyta, chay uywapa rikch’aynin rimarinanpaq, hinaspataq chay uywapa rikch’ayninta mana yupaychaqkunata wañuchinankupaq’ [verse 15]. Chayhinapin Satanásqa Jehovápa atiyninkunata qechuykuspa hap’in. Hucha runaqa Diospa tiyananpi tiyaykun, kikinta Dios kasqanta willakuspa, hinaspataq Diosmanta aswan hanaqpi ruwaspa.” Manuscript Releases, volume 14, 162.</w:t>
      </w:r>
    </w:p>
    <w:p>
      <w:pPr>
        <w:pStyle w:val="ArticleBody"/>
        <w:jc w:val="left"/>
      </w:pPr>
      <w:r>
        <w:rPr>
          <w:rFonts w:ascii="Times New Roman" w:hAnsi="Times New Roman" w:eastAsia="Times New Roman" w:cs="Times New Roman"/>
        </w:rPr>
        <w:t>Anticristoqa Romapi papaqpas, Satanaspas unanchaqninmi, imaraykuchus Romapi papaqa Satanaspa kay pachapi rantinmi. “Chayhinapin Satanasqa Jehovapa atiyninkunata qichun. Huchapa runan Diospa tiyananpi tiyaykun, kikinta Dios kasqanta willakuspa, hinaspa Diosmanta aswan hanaqpi ruraykachaspa.” Satanasqa munanmi kay pachata hinantinpi hina kamachiyta, pay kamachiyta hap’iqtin, chaymanta runakunata “suyunpa runankuna hina kamachinqa, imayna munasqanman hina ruraspa, kamachispa, hinaspa munayninman churaykuspa.” Religiosu tiyanata kamachinanpaqqa Iglesya Católica nisqata ruwarqun, políticu tiyanata kamachinanpaqtaq Naciones Unidas nisqata ruwarqun.</w:t>
      </w:r>
    </w:p>
    <w:p>
      <w:pPr>
        <w:pStyle w:val="ArticleScripture"/>
        <w:jc w:val="left"/>
      </w:pPr>
      <w:r>
        <w:rPr>
          <w:rFonts w:ascii="Times New Roman" w:hAnsi="Times New Roman" w:eastAsia="Times New Roman" w:cs="Times New Roman"/>
        </w:rPr>
        <w:t>“Kay hucha allinman chay paganu kaywan cristianismuwan tinkuchiyqa, willakusqa qelqekunapi ñawpaqmanta rimarisqa ‘huchayoq runa’ nisqapa wiñayninman chayarqan, paymi Diosta contranpi sayarispan pay kikinman hatunchakuspa Diosmanta aswan hanaqman hoqarikun. Chay llulla religiónpa ancha hatun sistemanqa Satanáspa atiyninpa sumaq rurasqanmi—paypa kallpachasqanpa yuyarichiq monumentonmi, kay pachapi kamachinampaq munayninman hina tronoman tiyaykuyta munasqanpa.” The Great Controversy, 50.</w:t>
      </w:r>
    </w:p>
    <w:p>
      <w:pPr>
        <w:pStyle w:val="ArticleBody"/>
        <w:jc w:val="left"/>
      </w:pPr>
      <w:r>
        <w:rPr>
          <w:rFonts w:ascii="Times New Roman" w:hAnsi="Times New Roman" w:eastAsia="Times New Roman" w:cs="Times New Roman"/>
        </w:rPr>
        <w:t>Fátima milagru, hinallataq satanapa willakusqanmi Satanáspa llamk’achisqan, huk profético escenario nisqata wakichinapaq, chaywan catolicismota usqhayllamanta Iglesianta paypa kamachiyninman entregananpaq, pay rikurimuspa, Cristota qispichaspa rikuchikusqanpi. Paypa Cristota qispichaspa rikuchikuyqa qallarinña utqay hamuq domingo kamachiywan, Daniel capítulo oncepi chunka suqtañiqi versículopi, iskay chunka iskayñiqi versículopi, kimsa chunka hukniyuq versículopi, hinallataq tawa chunka hukniyuq versículopi sut’ichasqa.</w:t>
      </w:r>
    </w:p>
    <w:p>
      <w:pPr>
        <w:pStyle w:val="ArticleScripture"/>
        <w:jc w:val="left"/>
      </w:pPr>
      <w:r>
        <w:rPr>
          <w:rFonts w:ascii="Times New Roman" w:hAnsi="Times New Roman" w:eastAsia="Times New Roman" w:cs="Times New Roman"/>
        </w:rPr>
        <w:t>“Diospa kamachikuyninta p’akispa Papakuna kamachiyninta sayachiq decreto rayku, suyunchikqa hunt’asqa hina aswanraq allin kaymanta t’aqakunqa. Protestantismomanta lloqsispa makinta mast’arinqa ch’asmapi Romapa atiyninpa makinwan jap’inanpaq, ukhu wayq’uta chimpaspa Espiritualismowan makinkunata tupachinqa, hinaspa kay kimsa hukllachasqa t’inkuypa kallpan urapi, suyunchikqa Protestante hinataq republicano gobiernoninpa Constitucionninpa llapa kamachiyninkunata saqerpanqa, hinaspa papal pantasqakunapa, llullakuyninkunapa mirachinankupaq yanapayninta rurapanqa, chayqa yachasunña Supaypa musphay atiyninwan llamk’asqan pacha chayamunqanta, tukukuytaq qayllañam kasqanta.” Testimonies, volumen 5, 451.</w:t>
      </w:r>
    </w:p>
    <w:p>
      <w:pPr>
        <w:pStyle w:val="ArticleBody"/>
        <w:jc w:val="left"/>
      </w:pPr>
      <w:r>
        <w:rPr>
          <w:rFonts w:ascii="Times New Roman" w:hAnsi="Times New Roman" w:eastAsia="Times New Roman" w:cs="Times New Roman"/>
        </w:rPr>
        <w:t>Estados Unidospi domingo kamachiyta churana p’unchawpi, “Satanaspa musphayllapa ruwayninpaq pacha chayaramunña.” Apocalipsis qhelqapi chunka kimsayoq t’aqapi, chunka hukniyoq versículopi, Estados Unidosqa dragón hina “rimarin”; hinaspataq chunka kimsayoq versículopi, mayqinchus Estados Unidos “rimarisqan” imataq kasqanta reqsichin, domingo kamachiyta churaspalla, Satanasqa hanaq pachamanta ninata uraykuchimusqanmanta rikurin.</w:t>
      </w:r>
    </w:p>
    <w:p>
      <w:pPr>
        <w:pStyle w:val="ArticleScripture"/>
        <w:jc w:val="left"/>
      </w:pPr>
      <w:r>
        <w:rPr>
          <w:rFonts w:ascii="Times New Roman" w:hAnsi="Times New Roman" w:eastAsia="Times New Roman" w:cs="Times New Roman"/>
        </w:rPr>
        <w:t>“Diospa sirviqninkuna, uya-ninkuna k’anchasqa hinata, ch’uya sapaqchasqawan lliphipispa, utqayllam maymanta mayman purinqaku hanaq pacha-manta willakuyninta willanankupaq. Waranqa waranqa simikunaqwan, tukuy kay pachapi, waqyayqa willasqa kanqa. Milagrukuna ruwasqa kanqa, onqosqakuna hampisqa kanqaku, señalkunañataq admirakuykuna ima qatiqkunam iñiqkunata qatinqa. Satanaspas llamk’anmi, llulla admirakuykunawan, runakunaq ñawpaqenkupi hanaq pacha-manta nina uraykachispapas. Apocalipsis 13:13. Chayhinam kay pachapi tiyaqkunaqa mayqan lado-man sayayta hapisqaku.” The Great Controversy, 611, 612.</w:t>
      </w:r>
    </w:p>
    <w:p>
      <w:pPr>
        <w:pStyle w:val="ArticleBody"/>
        <w:jc w:val="left"/>
      </w:pPr>
      <w:r>
        <w:rPr>
          <w:rFonts w:ascii="Times New Roman" w:hAnsi="Times New Roman" w:eastAsia="Times New Roman" w:cs="Times New Roman"/>
        </w:rPr>
        <w:t>Fatimapa willakuyninkunaqa huk milagrowanmi takyachisqa karqan, chay milagrotaq atestiguarqanku ateo gobiernopa periódicokuna, chay ruwayman rirqanku k’aminapaq imatachus nisqakuta sutichasqa Virgen María kimsa wawakunaman watukusqanmanta sapa killa chunka kimsayuq p’unchawmanta mayo killamanta qallarispa octubre 13, 1917 milagrokama. Llapa ateo willakuy huñuymasiykuna chay pachapi Fátimapi milagro kaptin chay ruwayta takyachirqanku. Cheqaq milagromi karqan (Satanaspa).</w:t>
      </w:r>
    </w:p>
    <w:p>
      <w:pPr>
        <w:pStyle w:val="ArticleBody"/>
        <w:jc w:val="left"/>
      </w:pPr>
      <w:r>
        <w:rPr>
          <w:rFonts w:ascii="Times New Roman" w:hAnsi="Times New Roman" w:eastAsia="Times New Roman" w:cs="Times New Roman"/>
        </w:rPr>
        <w:t>Imaynan Malachi Martin sut’inchasqanman hinam libronpi riqsichin, Papa Juan Pabloqa Fatimapi Mariaman yupaychasqanwan pusasqa karqan. Fatimapim pakasqa willakuy rimaynin, watay 2000 kama mana qallarichisqa kasqan, chiqaqa supaypa willakuy rimayninmi karqan; ichaqa qhipa p’unchaykunapiqa Jesusqa ñawpaq p’unchaykunata kutichin. Bibliapi aswan machu libroqa, Moisés qillqasqan ñawpaq libroqa, Job librom; chaypi riqsichin Jobta, paymi pachak tawa chunka tawa waranqakunata rikch’achin, imaraykuchus llapa willakuy rimaykuna qhipa p’unchaykunapi aswan hunt’asqa kanku. Jobpa willakuyninpiqa, Satanasman saqisqa kan Jobpa hawanman wañuyta, thuñiyta apamunanpaq, Jobta pruebayman churananrayku. Qhipa p’unchaykunapi Satanásman ruwanapaq saqisqa milagrokunaqa, chiqap milagrokunam kanku. Satanaspa milagrokunan kanku, ichaqa Diosqa Satanasta saqirqan hatun tukuy ruwasqanta ruwanampaq, kikillanrayku imaraykuchus Satanasta saqirqan Jobta pruebayman churayta.</w:t>
      </w:r>
    </w:p>
    <w:p>
      <w:pPr>
        <w:pStyle w:val="ArticleScripture"/>
        <w:jc w:val="left"/>
      </w:pPr>
      <w:r>
        <w:rPr>
          <w:rFonts w:ascii="Times New Roman" w:hAnsi="Times New Roman" w:eastAsia="Times New Roman" w:cs="Times New Roman"/>
        </w:rPr>
        <w:t>Askha runakunaqa munanku espiritu rikuchikuykunata sut’inchayta, tukuyllata churaspa qollqiwan llullakuyman hinaspa maquipa astawan yachayman médiumpa partemanta. Ichaqa cheqaqmi kasqan, llullakuypa ruwayninmanta lluqsisqakunaqa achka kuti qhawaqman qusqasqa kasqanku cheqap espiritu rikuchikuyhina; ichaqa chaywan kuskaqa karqanpas reqsisqa rikuchikuykuna mana runapa atiyninmanta aswan hanaq kallpayoq. Chay pakasqa takyakuy, maywanmi kunan pacha espiritismo qallarikurqan, mana karqanchu runapa llullakuyninmanta otaq yachay sapa astawan qollqeyuq ruwayninmanta, aswanpas karqan supay angelkunapa chiqan ruraynin; chayhinapin paykuna yaykuchirqanku hukninmi aswan allin atisqa alma chinkachiq pantasqa yachachiykunamanta. Achka runakunaqa toqllakusqañam kanku chay iñiywan, espiritismoqa sapa runapa llullasqa qollqeyoq purichisqanlla kasqanmanta; hinaspa mana ayqey atispa uyapura rikunkakuqti rikuchikuykunawan, mayqenkunata mana atispanku mana hanaqmanta kallpayoq kasqanta qhawariyta, pantachisqañam kankaq, hinaspa pusasqañam kankaq chaskiyta chaykunata hina kasqanta Diospa hatun atiynin.</w:t>
      </w:r>
    </w:p>
    <w:p>
      <w:pPr>
        <w:pStyle w:val="ArticleScripture"/>
        <w:jc w:val="left"/>
      </w:pPr>
      <w:r>
        <w:rPr>
          <w:rFonts w:ascii="Times New Roman" w:hAnsi="Times New Roman" w:eastAsia="Times New Roman" w:cs="Times New Roman"/>
        </w:rPr>
        <w:t>Kay runakunaqa qispichkanmi Qelqasqa Simiq willakuyninta, Supaywan hinaspa paypa yanapaqninkuna rurashqan musphaykunamanta. Satanaspa yanapayninwanmi Faraonpa layqankuna atirqanku Diospa rurasqanta rikch’achiyta. Pabloqa willakunmi Cristopa iskay kutin hamunanman ñawpaqta, chayhina Satanaspa atiynin rikurichikuyninkuna kanqanta. Señorpa hamuyninqa ñawpaqchasqa kananmi “Satanaspa rurasqanwan, llapa atiywan, señalkunawan, llulla musphaykunawan, hinaspa mana allin kaypa llapa engañayninwan.” 2 Tesalonicenses 2:9,10. Hinaspa apóstol Juanpas, qhepa p’unchaykunapi rikurichisqa kanqa chay milagrokuna ruwaq atiyta nispa, kayhinata rimarin: “Hatun musphaykunatan ruwan, runakunaq ñawpaqenpi hanaq pachamanta kay pachaman ninata uraykachimunan kama, hinaspa allpapi tiyaqkunata chay milagrokunawan engañan, chaykunata ruwanampaq atiyta hap’isqanrayku.” Apocalipsis 13:13, 14. Manan kaypiqa sapan llullakuq rikch’achiykunallatachu willakuchkan. Runakunaqa engañasqan kanku Satanaspa yanapaqninkunaq ruwanankupaq atiyniyoq milagrokunawanmi, manataq ruwanankuta sutinchakusqankuwanqa. El Gran Conflicto, 553.</w:t>
      </w:r>
    </w:p>
    <w:p>
      <w:pPr>
        <w:pStyle w:val="ArticleBody"/>
        <w:jc w:val="left"/>
      </w:pPr>
      <w:r>
        <w:rPr>
          <w:rFonts w:ascii="Times New Roman" w:hAnsi="Times New Roman" w:eastAsia="Times New Roman" w:cs="Times New Roman"/>
        </w:rPr>
        <w:t>Malachi Martinpa qillqasqan libropi Fátimapi willakuyninkuna qawachisqa kanku, qhipa p’unchaykunapi catolicismopa profético estructuranninta hina, Iglesiapa ukunpi huk maqanakuywan tupaq, chaytaq qawachiyta atisqa kachkan allin Papa contra mana allin Papa hina, utaq conservador Papa contra liberal Papa hina. Conservador Papaqa, hinaspa Martinpa ñawirikuyninman hina milagropi, allin Papapas, yuyayninta sayachin Ñawpaq Vaticano Tantanakuy patapi, chaymanta sutichasqa Vaticano I nisqawanpas, mayqinchus rurasqa karqan 1869 wata diciembre 8 p’unchawmanta 1870 wata julio 20 p’unchawkama; Papa Pío IX pa waqyachisqan, hinaspa aswanqa llank’arqan papapa mana pantay atiy dogmata sut’inchaypi, chaymanta wakin teológico doctrinal sasachakuykunatapas tinkuq Catholic Iglesiapaq chay pacha. Iskayñiqin Vaticano Tantanakuytaq, sapa kuti sutichasqa Vaticano II nisqawan, aswan qhiparaqmi rurasqa karqan, 1962 wata octubre 11 p’unchawmanta 1965 wata diciembre 8 p’unchawkama. Chayqa waqyachisqa karqan Papa Juan XXIII paq, hinaspa ñawpaq Papapa wañusqan qhipanpi Papa Pablo VI pa continuarisqanmi karqan.</w:t>
      </w:r>
    </w:p>
    <w:p>
      <w:pPr>
        <w:pStyle w:val="ArticleBody"/>
        <w:jc w:val="left"/>
      </w:pPr>
      <w:r>
        <w:rPr>
          <w:rFonts w:ascii="Times New Roman" w:hAnsi="Times New Roman" w:eastAsia="Times New Roman" w:cs="Times New Roman"/>
        </w:rPr>
        <w:t>Catolicismopa qhepa p’unchayninkuna, Martin nisqanman hina, reqsichin Roma iglesiapa mana pantay atiy kayninwan ñawpaqchasqan atiyninwan, Vaticano I nisqapi churakusqanman hina, chaymanta Francis “woke-papa” sutiyuqpa kunan rikuchisqan liberalismowan tinkisqan maqanakuyta, hinaspa Vaticano II qillqakunapi temsilakusqanta. Martin yuyarichin ichaqa kay iskay ñanninkunapa iglesiata kamachiyta munasqan maqanakuy ukhupi, kinsa kaq mundial guerra qallarinqa, hinaspa Jesús kutimunqa, kay pachaman uraykamuspa allin papapa hawanman bendicionninta churaykunqa, hinaspa Iglesia Católicaq tiyananta hap’inqa.</w:t>
      </w:r>
    </w:p>
    <w:p>
      <w:pPr>
        <w:pStyle w:val="ArticleBody"/>
        <w:jc w:val="left"/>
      </w:pPr>
      <w:r>
        <w:rPr>
          <w:rFonts w:ascii="Times New Roman" w:hAnsi="Times New Roman" w:eastAsia="Times New Roman" w:cs="Times New Roman"/>
        </w:rPr>
        <w:t>Daniel chunka huk ñiqin chunka hukniyuq qillqapi, chunka kimsayuqmanta chunka pichqayuqkama versículokunapi, chunka suqta versículopi Domingo p’unchay kamachiyta usqhaylla ñawpaqchaspa hamuq historiataq, proxy guerrakunaq kinsa kaq, qhipa kaq maqanakuyta willakun. Chayqa Putinpa atipaynin qatiq maqanakuymi, chunka hukniyuqwan chunka iskayniyuq versículokunapi rikuchisqa atipaynin qhepapi; ichaqa chay kinsa versículokuna chawpinpi, chunka tawayuq versículoqa qawachin imaynan Catolicismo qhipa p’unchaykunaq historiankuman yaykunta.</w:t>
      </w:r>
    </w:p>
    <w:p>
      <w:pPr>
        <w:pStyle w:val="ArticleBody"/>
        <w:jc w:val="left"/>
      </w:pPr>
      <w:r>
        <w:rPr>
          <w:rFonts w:ascii="Times New Roman" w:hAnsi="Times New Roman" w:eastAsia="Times New Roman" w:cs="Times New Roman"/>
        </w:rPr>
        <w:t>Isaiasman hina, Romapa qhapari warmiqa qonqachisqa kachkan Bibliapi willasqa profeciapa soqta kamachiypa simbólicu qanchis chunka watayuq reynonpi. Papadoqa kay pachapi huk ñiqinpi tiyarichisqa karqa 538 watapi, chay tiyarichisqa kaymanta ñawpaqta rikuchiq señalanqa Justinianopa kamachisqanmi karqa 533 watapi.</w:t>
      </w:r>
    </w:p>
    <w:p>
      <w:pPr>
        <w:pStyle w:val="ArticleBody"/>
        <w:jc w:val="left"/>
      </w:pPr>
      <w:r>
        <w:rPr>
          <w:rFonts w:ascii="Times New Roman" w:hAnsi="Times New Roman" w:eastAsia="Times New Roman" w:cs="Times New Roman"/>
        </w:rPr>
        <w:t>Justinianopa kamachisqan muyuriq historiapi rikuchinmi Justinianoqa munasqanta kamachiynta llapachiyta, chayrayku tukuchiyta munarqa chay religioso rimanakuyta qhapaq suyupi ch’aqwayta rurashaqta. Chay rimanakuyqa kaymi karqa: ¿inti lloq’eqpi Constantinopla llaqtapi iglesiachu, icha inti hayk’uqpi Romapi iglesiachu, sutichasqa cristiano iglesiapa uman karqa? Chunka kimsayuq versiculopi, Hukllachasqa Estados Unidos suyupa qhipa presidenteqa huk ch’aqwaywan tupasqa kanqa, chaymi payta mañanqa Justinianopa historianta parallelispa qatiyta, hinaspa willakuyta iglesian katolikaqa iglesiakunapa uman kasqanta, hinaspa herejekunapa allinchayninpaq correctornin kasqanta, chayhinaqa munasqa política yanapayta sayachinampaq, kallpanta huñunaypaq.</w:t>
      </w:r>
    </w:p>
    <w:p>
      <w:pPr>
        <w:pStyle w:val="ArticleBody"/>
        <w:jc w:val="left"/>
      </w:pPr>
      <w:r>
        <w:rPr>
          <w:rFonts w:ascii="Times New Roman" w:hAnsi="Times New Roman" w:eastAsia="Times New Roman" w:cs="Times New Roman"/>
        </w:rPr>
        <w:t>Ama Fatimapa satanaspa willakuykuna-piqa mana ima confianzata churanañachu, aswanqa Diospa Siminpi imam revealasqa kasqanta rikunanchikmi tiyan. Iskay chunka watakuna qallariyninpi, kay pachapa animalninpa iskay waqrankuna kinsañiqin mirayninman yaykurqanku, chaymi compromisopa miraynin. Republicano waqraqa qullqip sistema-ninta mundopa banquerokunaman entregakurqan, paykunapa qallariyninkutaqa Puka Escudopa wasinmanmi kutichinku, Rothschild nisqakunaman, hinallataq chay pakasqa tinkuyninwan Illuminatiwan, Francmasoneríawan, pakasqa sociedadkunawan, Jesuitakunapa ordenninwan. Hermana Whiteqa kay entidada-kunamanta sut’inchaytaqmi allinta waqyaykun. Chay pachallapitaqmi Laodicea Adventismom, Protestante waqra hina, yachachiy wasinkunatawan religionniyuq institucionninkunata mundopa gobiernonman entregakurqan.</w:t>
      </w:r>
    </w:p>
    <w:p>
      <w:pPr>
        <w:pStyle w:val="ArticleBody"/>
        <w:jc w:val="left"/>
      </w:pPr>
      <w:r>
        <w:rPr>
          <w:rFonts w:ascii="Times New Roman" w:hAnsi="Times New Roman" w:eastAsia="Times New Roman" w:cs="Times New Roman"/>
        </w:rPr>
        <w:t>Chay pachallapi, kunan pacha uray llaqtapa reyninqa historianta qallarin Rusia hatun tikraywan, chaymanta kunan pacha hanaq llaqtapa reyninqa historianta qallarin Fátima nisqa milagrowan. Imaynatachus Malachi Martin qhelqampi resaltan, allin papawan mana allin papawan ukhupi maqanakuymanta aswan karupi, Fátima willakuykunaqa reqsichirqan catolicismopa atheismoman contran maqanakusqanta llapallanta, ichaq aswan sut’ita Rusiaq atheismonpa contran. Chay pakasqa willakuy, 1917 watapi papapa rurananpaq karqan, apamurqan chay (satanic) simita: sichus papa huk conclaveta waqyachispa Rusia llaqtata Virgen Maríaman dedicaranman chayqa, mana kanmanchu iskay kaq mundial guerra. Hinallataq reqsichirqan, sichus papa mana munaspa qochukapunman chayqa, Rusiaqa filosofíanta ancha karuman mast’arinqa, chaymanta huknin mundial guerra kananpaq.</w:t>
      </w:r>
    </w:p>
    <w:p>
      <w:pPr>
        <w:pStyle w:val="ArticleBody"/>
        <w:jc w:val="left"/>
      </w:pPr>
      <w:r>
        <w:rPr>
          <w:rFonts w:ascii="Times New Roman" w:hAnsi="Times New Roman" w:eastAsia="Times New Roman" w:cs="Times New Roman"/>
        </w:rPr>
        <w:t>Iskay kaq ñawpaq llaqtakunaq hatun maqanakuyqa katolikismopa Rusiaq komunismonwan maqanakusqanta yanaparqan. Chay maqanakuypi katolikismopa rantin soldadonkunaqa Nazi Alemania karqan. Papakunaq kamachikuyninqa sapa kuti rantin soldadokunata llamk’achin. 1933 watapi Iglesya Katolika, Cardenal Pacellipa rurasqanwan, Adolph Hitlerwan huk concordato-ta firmarqan; chaymi Hitlerman Alemania suyuq kamachinanta atichirqan, hinaspa kikin Hitlerpa willakusqanman hina, chay contratoqa (concordatoqa) imaraykuchus Hitlerman judío tapuyta allichayta atichirqan. Nazi-kunaqa Iskay Kuti Hatun Maqanakuypi mana Diospi iñiq Rusiaq contran papakunaq rantin soldadonkuna karqanku, hinaspa kunan Ucraniapi hunt’akuchkan chay rantin maqanakuykunaq iskayñiqin maqanakuyqa huk Nazi rantin soldado aylluwanmi ruwakuchkan.</w:t>
      </w:r>
    </w:p>
    <w:p>
      <w:pPr>
        <w:pStyle w:val="ArticleBody"/>
        <w:jc w:val="left"/>
      </w:pPr>
      <w:r>
        <w:rPr>
          <w:rFonts w:ascii="Times New Roman" w:hAnsi="Times New Roman" w:eastAsia="Times New Roman" w:cs="Times New Roman"/>
        </w:rPr>
        <w:t>Kay yachayta qatiqasaqku hamuq qillqapi.</w:t>
      </w:r>
    </w:p>
    <w:p>
      <w:pPr>
        <w:pStyle w:val="ArticleScripture"/>
        <w:jc w:val="left"/>
      </w:pPr>
      <w:r>
        <w:rPr>
          <w:rFonts w:ascii="Times New Roman" w:hAnsi="Times New Roman" w:eastAsia="Times New Roman" w:cs="Times New Roman"/>
        </w:rPr>
        <w:t>“Ishkay jatun pantasqakuna rayku, almaq mana wañuq kayninwan domingo punchawta sagradu kasqanta yupaychaspa, Satanás runakunata qhellqachisqan pantasqankunaman urmachinqa. Ñawpaq kaqmi espiritualismopa cimientonta churamun, qhipa kaqtaq Romawan munanakuy t’inkita paqarichin. Estados Unidos llaqtapi protestantekunaqa ñawpaqpi kanqaku makinkuta chutarispa chinkasqa t’uqu patamanta espiritualismopa makinta hap’inankupaq; ukhu wayq’uta chimparispaqa Romanopa atiyninwan makita hap’inqaku; hinaspa kay kimsa kuti huñunakuypa kallpachasqan ukhupi, kay suyuqa Romapa purisqan ñanninkunata qatispa, yuyayniyuq sonqopa derechonkuna saruchispan qatinqa.</w:t>
      </w:r>
    </w:p>
    <w:p>
      <w:pPr>
        <w:pStyle w:val="ArticleScripture"/>
        <w:jc w:val="left"/>
      </w:pPr>
      <w:r>
        <w:rPr>
          <w:rFonts w:ascii="Times New Roman" w:hAnsi="Times New Roman" w:eastAsia="Times New Roman" w:cs="Times New Roman"/>
        </w:rPr>
        <w:t>“Espiritualismoqa kay p’unchay nominal cristianismota aswan qayllaman rikch’akusqanrayku, aswan hatun atiyta hap’in engañanapaq hinaspa toqllaman urmachinapaq. Satanás kikillanmi tikrasqa rikurinqa, kay moderno orden nisqaman hina. Payqa rikurimunqa achki angilpa kasqanpi hina. Espiritualismopa ruwasqanwanmi milagrokuna ruwasqa kanqa, onqosqakuna hampisqa kanqa, hinaspa achka mana ñiqi atisqa musphay ruwaykunapas ruwasqa kanqa. Hinaspa espiritukunaqa Bibliapi iñisqankuta willakuspa, Iglesiapa kamasqan institutokunata yupaychasqankuta rikuchispapas, paykunaq ruwasqanqa chaskisqa kanqa Diospa atipaynin rikurichisqan hina.”</w:t>
      </w:r>
    </w:p>
    <w:p>
      <w:pPr>
        <w:pStyle w:val="ArticleScripture"/>
        <w:jc w:val="left"/>
      </w:pPr>
      <w:r>
        <w:rPr>
          <w:rFonts w:ascii="Times New Roman" w:hAnsi="Times New Roman" w:eastAsia="Times New Roman" w:cs="Times New Roman"/>
        </w:rPr>
        <w:t>“Cristianokuna nisqakuna hinaspa mana Diosta manchakqakuna ukhupi t’aqanakuypa siq’inqa kunanqa casi mana reqsichikuyta atinkuñachu. Iglesiapi kaq runakunaqa kay pachapa munasqankunatan munanku, hinaspataq paykunawan hukllawakuyta wakichisqa kanku; hinaspa Satanásqa yuyarin llapa paykunata huk cuerpopi huñuyta, chayhinataq hatunchayta causanta, llapa runakunata espiritismoq filasninkunaman pichaspa apaywan. Papakuna, milagrokunamanta hatunchakuspa, chaykunata cheqaq iglesiaq cierto señalan ninakuyta ruwaspa, kay admiray ruway atiyniyuq kallpawan usqhayllata engañasqa kanqaku; hinaspa Protestantekunaqa, cheqaq kaypa escudonta wikch’uspa, paykunapas pantachisqa kanqaku. Papakuna, Protestantekuna, hinaspa kay pachapi runakunaqa kikillanta diosta manchakuypa rikch’ayninta atiyniyuq kayninnaq, mana atiyniyuqta chaskinqaku, hinaspataq kay hukllawakuypi rikunqaku hatun kuyuriyniyuq kuyuyta kay pachata tikraypaq hinaspa unaymanta suyasqa waranqa watayuq sumaq tiempo yaykuchinapaq.”</w:t>
      </w:r>
    </w:p>
    <w:p>
      <w:pPr>
        <w:pStyle w:val="ArticleScripture"/>
        <w:jc w:val="left"/>
      </w:pPr>
      <w:r>
        <w:rPr>
          <w:rFonts w:ascii="Times New Roman" w:hAnsi="Times New Roman" w:eastAsia="Times New Roman" w:cs="Times New Roman"/>
        </w:rPr>
        <w:t>Espiritualismo nisqanwanmi Satanás rikurichin runa miraypaq allin ruwaq hina, runakunapa unquyninkunata hampispa, musuqta, aswan hatunchasqa religioso iñiy pachasistam quspayta nispa; ichaqa chay pachallapim tukuchiq hina llamk’an. Paypa watukuyninkunaqa achka runakunatam chinkachiyman pusashan. Machayqa yuyayta uraykachin; aycha munayman qowakuq kay, phiñanakuy, yawar unu ch’aqwaypas qatiqninmi. Satanásqa maqanakuyllapim kusikun, imaraykuchus chayqa almaq aswan mana allin munayninkunatam hatarichin, hinaspan wiñay kawsayman apaykachan qochuya huchawan yawarwanpas challpusqa víctimasninta. Paypa munayninqa nacionkunata hukninwan huknin maqanakuyman kallpachaymi, chayhinaqa runakunapa yuyayninkunata Diospa p’unchayninpi sayaypaq wakichikuy ruwaymanta pantachiyta atinqa.</w:t>
      </w:r>
    </w:p>
    <w:p>
      <w:pPr>
        <w:pStyle w:val="ArticleScripture"/>
        <w:jc w:val="left"/>
      </w:pPr>
      <w:r>
        <w:rPr>
          <w:rFonts w:ascii="Times New Roman" w:hAnsi="Times New Roman" w:eastAsia="Times New Roman" w:cs="Times New Roman"/>
        </w:rPr>
        <w:t>“Satanásqa ima hinallataqmi rurayninkunaqa kay pachapi imaymana kaqkunawanpas, mana wakichisqa almanakunaqmi allin tukuy tarpuynta pallananpaq. Payqa yachakusunmi naturalezapa laboratorionkunapi pakasqa sekretonkunata, hinaspan tukuy atiyninta llamk’achin ima kaqkunata kamachinapaq, Diospa saqesqanman hina. Jobta ñak’arichinanta saqesqa kaptin, hayk’a usqhayllataqmi ovejakuna, wakakuna, sirviente-kuna, wasikuna, churinkuna, tukuy chinkachisqa karqan; huk sasachakuy hukmanta qatiqnin hina, hinaña huk ratullapi. Diosmi kachkan kamachisqankunata hark’aq, hinaspa paykunata muyurichispa waqaychaq tukuchiqpa atiyninmanta. Ichaqa cristiano mundopi kaqkunaqa Jehovápa leyninta pisipaq qhawarqanku; chayraykun Señorqa ruwanqa imatatachus rimarqan ruwananta—payqa kay pachamanta bendicionninkunata hurqunqa, hinaspa qichunqa amachay rikch’ayninta paypa leynin contra hatarikuqkunamanta, yachachisqanmanta contra puriqkunamanta, hinaspa wakinkunatapas chay hinallataq ruranankupaq kallpachaqkunamanta. Satanásqa munayninpi charin llapa runakunata Dios mana sapaqta waqaychasqankunataqa. Wakinkunataqa yanapanqa hinaspa qapaqchayanqa kikimpa yuyayninkuna astawan ñawpaqman rinanpaq; wakinkunamanqa sasachakuykunata apamunqa, hinaspa runakunata yuyachinqa Diosmi ñak’arichisqankuta.”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qanchis chunka hukniyuq kaq</dc:title>
  <dc:subject>Aysay Pukllay Geopolíticonispi: Vaticano, Comunismo, hinaspa Maskhay Pacha Kamachiyta Munaypaq</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